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89569" w14:textId="77777777" w:rsidR="009C3006" w:rsidRPr="00D61D3D" w:rsidRDefault="00000000">
      <w:pPr>
        <w:pStyle w:val="Title"/>
        <w:rPr>
          <w:lang w:val="en-GB"/>
        </w:rPr>
      </w:pPr>
      <w:r w:rsidRPr="00D61D3D">
        <w:rPr>
          <w:lang w:val="en-GB"/>
        </w:rPr>
        <w:t>The Road, The Romance and The Ruckus</w:t>
      </w:r>
    </w:p>
    <w:p w14:paraId="33E8C1A0" w14:textId="77777777" w:rsidR="009C3006" w:rsidRPr="00D61D3D" w:rsidRDefault="00000000">
      <w:pPr>
        <w:rPr>
          <w:lang w:val="en-GB"/>
        </w:rPr>
      </w:pPr>
      <w:r w:rsidRPr="00D61D3D">
        <w:rPr>
          <w:lang w:val="en-GB"/>
        </w:rPr>
        <w:t>A lyrical autobiographical novel blending memory, music, and mystery.</w:t>
      </w:r>
      <w:r w:rsidRPr="00D61D3D">
        <w:rPr>
          <w:lang w:val="en-GB"/>
        </w:rPr>
        <w:br/>
      </w:r>
    </w:p>
    <w:p w14:paraId="0358E0EF" w14:textId="77777777" w:rsidR="009C3006" w:rsidRPr="00D61D3D" w:rsidRDefault="00000000">
      <w:pPr>
        <w:rPr>
          <w:lang w:val="en-GB"/>
        </w:rPr>
      </w:pPr>
      <w:r w:rsidRPr="00D61D3D">
        <w:rPr>
          <w:lang w:val="en-GB"/>
        </w:rPr>
        <w:br w:type="page"/>
      </w:r>
    </w:p>
    <w:p w14:paraId="03B9E115" w14:textId="77777777" w:rsidR="009C3006" w:rsidRPr="00D61D3D" w:rsidRDefault="00000000">
      <w:pPr>
        <w:pStyle w:val="Heading1"/>
        <w:rPr>
          <w:lang w:val="en-GB"/>
        </w:rPr>
      </w:pPr>
      <w:r w:rsidRPr="00D61D3D">
        <w:rPr>
          <w:lang w:val="en-GB"/>
        </w:rPr>
        <w:lastRenderedPageBreak/>
        <w:t>Chapter 1: The Town and the Boy</w:t>
      </w:r>
    </w:p>
    <w:p w14:paraId="0CFC9535" w14:textId="77777777" w:rsidR="009C3006" w:rsidRPr="00D61D3D" w:rsidRDefault="00000000">
      <w:pPr>
        <w:rPr>
          <w:lang w:val="en-GB"/>
        </w:rPr>
      </w:pPr>
      <w:r w:rsidRPr="00D61D3D">
        <w:rPr>
          <w:lang w:val="en-GB"/>
        </w:rPr>
        <w:t xml:space="preserve">The town was a cradle of iron and wind, and the boy born into it never quite fit its mould. </w:t>
      </w:r>
      <w:r w:rsidRPr="00D61D3D">
        <w:rPr>
          <w:lang w:val="en-GB"/>
        </w:rPr>
        <w:br/>
        <w:t>He grew up among whispers of saints and socialist songs, where Mass was followed by Marx in the same breath.</w:t>
      </w:r>
    </w:p>
    <w:p w14:paraId="50F4DD08" w14:textId="77777777" w:rsidR="004A2520" w:rsidRPr="00D61D3D" w:rsidRDefault="004A2520" w:rsidP="004A2520">
      <w:pPr>
        <w:spacing w:before="100" w:beforeAutospacing="1" w:after="100" w:afterAutospacing="1"/>
        <w:rPr>
          <w:lang w:val="en-GB"/>
        </w:rPr>
      </w:pPr>
      <w:r w:rsidRPr="00D61D3D">
        <w:rPr>
          <w:b/>
          <w:bCs/>
          <w:lang w:val="en-GB"/>
        </w:rPr>
        <w:t>Chapter I – The Boy in the Cornfield, or The Dream Before Paris</w:t>
      </w:r>
    </w:p>
    <w:p w14:paraId="5CD06062" w14:textId="77777777" w:rsidR="004A2520" w:rsidRPr="00D61D3D" w:rsidRDefault="004A2520" w:rsidP="004A2520">
      <w:pPr>
        <w:spacing w:before="100" w:beforeAutospacing="1" w:after="100" w:afterAutospacing="1"/>
        <w:rPr>
          <w:lang w:val="en-GB"/>
        </w:rPr>
      </w:pPr>
      <w:r w:rsidRPr="00D61D3D">
        <w:rPr>
          <w:lang w:val="en-GB"/>
        </w:rPr>
        <w:t>Before Paris, there was a field. Not the kind you see in postcards, trimmed and polite, but a riotous golden sea down by the river’s bend—a place where the air itself shimmered with mischief and mystery. It was in that field, beneath a sky bleeding out into dusk, that I first understood the concept of magic. Real magic. Psychedelic, untamed, and entirely accidental.</w:t>
      </w:r>
    </w:p>
    <w:p w14:paraId="410E7FB2" w14:textId="77777777" w:rsidR="004A2520" w:rsidRPr="00D61D3D" w:rsidRDefault="004A2520" w:rsidP="004A2520">
      <w:pPr>
        <w:spacing w:before="100" w:beforeAutospacing="1" w:after="100" w:afterAutospacing="1"/>
        <w:rPr>
          <w:lang w:val="en-GB"/>
        </w:rPr>
      </w:pPr>
      <w:r w:rsidRPr="00D61D3D">
        <w:rPr>
          <w:lang w:val="en-GB"/>
        </w:rPr>
        <w:t xml:space="preserve">I was no stranger to </w:t>
      </w:r>
      <w:proofErr w:type="spellStart"/>
      <w:r w:rsidRPr="00D61D3D">
        <w:rPr>
          <w:lang w:val="en-GB"/>
        </w:rPr>
        <w:t>labor</w:t>
      </w:r>
      <w:proofErr w:type="spellEnd"/>
      <w:r w:rsidRPr="00D61D3D">
        <w:rPr>
          <w:lang w:val="en-GB"/>
        </w:rPr>
        <w:t>. Born in a town with more pubs than prayers, I knew early the bite of cold mornings and the sting of a snagging knife. Work was not a matter of ambition, but survival. Fields, kitchens, garages—each one a chapter etched into my bones. I carried hay, cleaned slop, fed pigs, and polished pint glasses long before I knew the words to the songs I’d later sing on street corners across the continent.</w:t>
      </w:r>
    </w:p>
    <w:p w14:paraId="64459F50" w14:textId="77777777" w:rsidR="004A2520" w:rsidRPr="00D61D3D" w:rsidRDefault="004A2520" w:rsidP="004A2520">
      <w:pPr>
        <w:spacing w:before="100" w:beforeAutospacing="1" w:after="100" w:afterAutospacing="1"/>
        <w:rPr>
          <w:lang w:val="en-GB"/>
        </w:rPr>
      </w:pPr>
      <w:r w:rsidRPr="00D61D3D">
        <w:rPr>
          <w:lang w:val="en-GB"/>
        </w:rPr>
        <w:t>And yet, amid all that grit, there bloomed the improbable: dreams.</w:t>
      </w:r>
    </w:p>
    <w:p w14:paraId="5DFD9D1F" w14:textId="77777777" w:rsidR="004A2520" w:rsidRPr="00D61D3D" w:rsidRDefault="004A2520" w:rsidP="004A2520">
      <w:pPr>
        <w:spacing w:before="100" w:beforeAutospacing="1" w:after="100" w:afterAutospacing="1"/>
        <w:rPr>
          <w:lang w:val="en-GB"/>
        </w:rPr>
      </w:pPr>
      <w:r w:rsidRPr="00D61D3D">
        <w:rPr>
          <w:lang w:val="en-GB"/>
        </w:rPr>
        <w:t>He came to me like a character from a fevered novel</w:t>
      </w:r>
      <w:r w:rsidRPr="00D61D3D">
        <w:rPr>
          <w:rFonts w:ascii="-webkit-standard" w:hAnsi="-webkit-standard"/>
          <w:color w:val="000000"/>
          <w:sz w:val="27"/>
          <w:szCs w:val="27"/>
          <w:lang w:val="en-GB"/>
        </w:rPr>
        <w:t xml:space="preserve"> </w:t>
      </w:r>
      <w:r w:rsidRPr="00D61D3D">
        <w:rPr>
          <w:lang w:val="en-GB"/>
        </w:rPr>
        <w:t xml:space="preserve">Redmond </w:t>
      </w:r>
      <w:proofErr w:type="spellStart"/>
      <w:r w:rsidRPr="00D61D3D">
        <w:rPr>
          <w:lang w:val="en-GB"/>
        </w:rPr>
        <w:t>Flynna</w:t>
      </w:r>
      <w:proofErr w:type="spellEnd"/>
      <w:r w:rsidRPr="00D61D3D">
        <w:rPr>
          <w:lang w:val="en-GB"/>
        </w:rPr>
        <w:t xml:space="preserve"> man who seemed stitched together from jazz notes and the pages of Kerouac. He smoked thoughts, exhaled philosophy, and carried Springsteen under one arm like a Bible. Where I was roots and earth, he was sky and ether. And somehow, we met halfway. On benches, stoops, over pints and vinyl. He handed me “Born to Run,” and with it, a prophecy.</w:t>
      </w:r>
    </w:p>
    <w:p w14:paraId="65819F07" w14:textId="77777777" w:rsidR="004A2520" w:rsidRPr="00D61D3D" w:rsidRDefault="004A2520" w:rsidP="004A2520">
      <w:pPr>
        <w:spacing w:before="100" w:beforeAutospacing="1" w:after="100" w:afterAutospacing="1"/>
        <w:rPr>
          <w:lang w:val="en-GB"/>
        </w:rPr>
      </w:pPr>
      <w:r w:rsidRPr="00D61D3D">
        <w:rPr>
          <w:lang w:val="en-GB"/>
        </w:rPr>
        <w:t>“You don’t belong here,” he said once, gazing at the town like it was a half-finished sentence.</w:t>
      </w:r>
    </w:p>
    <w:p w14:paraId="38BEB78B" w14:textId="77777777" w:rsidR="004A2520" w:rsidRPr="00D61D3D" w:rsidRDefault="004A2520" w:rsidP="004A2520">
      <w:pPr>
        <w:spacing w:before="100" w:beforeAutospacing="1" w:after="100" w:afterAutospacing="1"/>
        <w:rPr>
          <w:lang w:val="en-GB"/>
        </w:rPr>
      </w:pPr>
      <w:r w:rsidRPr="00D61D3D">
        <w:rPr>
          <w:lang w:val="en-GB"/>
        </w:rPr>
        <w:t>And deep down, I already knew.</w:t>
      </w:r>
    </w:p>
    <w:p w14:paraId="07942DD6" w14:textId="77777777" w:rsidR="004A2520" w:rsidRPr="00D61D3D" w:rsidRDefault="004A2520" w:rsidP="004A2520">
      <w:pPr>
        <w:spacing w:before="100" w:beforeAutospacing="1" w:after="100" w:afterAutospacing="1"/>
        <w:rPr>
          <w:lang w:val="en-GB"/>
        </w:rPr>
      </w:pPr>
      <w:r w:rsidRPr="00D61D3D">
        <w:rPr>
          <w:lang w:val="en-GB"/>
        </w:rPr>
        <w:t>The 1970s came in like a sneaky grin, smuggling with them hash and laughter, Dylan lyrics, and the kind of fleeting love affairs that leave you smiling in your sleep. Hitchhiking became religion. Weekends turned into myth. Fleadhs, islands, borrowed guitars, and starry-eyed promises made in the glow of a campfire or the backroom of a pub. The girls were as wild as the tunes, the boys as faithful as stray dogs, and we were all pilgrims marching toward something—anything—that wasn’t our fathers’ world.</w:t>
      </w:r>
    </w:p>
    <w:p w14:paraId="5AAF1227" w14:textId="77777777" w:rsidR="004A2520" w:rsidRPr="00D61D3D" w:rsidRDefault="004A2520" w:rsidP="004A2520">
      <w:pPr>
        <w:spacing w:before="100" w:beforeAutospacing="1" w:after="100" w:afterAutospacing="1"/>
        <w:rPr>
          <w:lang w:val="en-GB"/>
        </w:rPr>
      </w:pPr>
      <w:r w:rsidRPr="00D61D3D">
        <w:rPr>
          <w:lang w:val="en-GB"/>
        </w:rPr>
        <w:t>And then came acid.</w:t>
      </w:r>
    </w:p>
    <w:p w14:paraId="095850D7" w14:textId="77777777" w:rsidR="004A2520" w:rsidRPr="00D61D3D" w:rsidRDefault="004A2520" w:rsidP="004A2520">
      <w:pPr>
        <w:spacing w:before="100" w:beforeAutospacing="1" w:after="100" w:afterAutospacing="1"/>
        <w:rPr>
          <w:lang w:val="en-GB"/>
        </w:rPr>
      </w:pPr>
      <w:r w:rsidRPr="00D61D3D">
        <w:rPr>
          <w:lang w:val="en-GB"/>
        </w:rPr>
        <w:t>It wasn’t recreational—it was </w:t>
      </w:r>
      <w:r w:rsidRPr="00D61D3D">
        <w:rPr>
          <w:b/>
          <w:bCs/>
          <w:lang w:val="en-GB"/>
        </w:rPr>
        <w:t>revelation</w:t>
      </w:r>
      <w:r w:rsidRPr="00D61D3D">
        <w:rPr>
          <w:lang w:val="en-GB"/>
        </w:rPr>
        <w:t xml:space="preserve">. Acid didn’t get you high. It picked you up by the scruff of your soul and hurled you headlong into kaleidoscopic truth. For eight hours, the veil lifted, and we became gods of cornfields and walls that breathed. Time slowed, </w:t>
      </w:r>
      <w:proofErr w:type="spellStart"/>
      <w:r w:rsidRPr="00D61D3D">
        <w:rPr>
          <w:lang w:val="en-GB"/>
        </w:rPr>
        <w:t>colors</w:t>
      </w:r>
      <w:proofErr w:type="spellEnd"/>
      <w:r w:rsidRPr="00D61D3D">
        <w:rPr>
          <w:lang w:val="en-GB"/>
        </w:rPr>
        <w:t xml:space="preserve"> sang, and every idea felt like it had been whispered by the universe herself. We laughed until we ached, but beneath it all, the knowing grew.</w:t>
      </w:r>
    </w:p>
    <w:p w14:paraId="1C220673" w14:textId="77777777" w:rsidR="004A2520" w:rsidRPr="00D61D3D" w:rsidRDefault="004A2520" w:rsidP="004A2520">
      <w:pPr>
        <w:spacing w:before="100" w:beforeAutospacing="1" w:after="100" w:afterAutospacing="1"/>
        <w:rPr>
          <w:lang w:val="en-GB"/>
        </w:rPr>
      </w:pPr>
      <w:r w:rsidRPr="00D61D3D">
        <w:rPr>
          <w:lang w:val="en-GB"/>
        </w:rPr>
        <w:lastRenderedPageBreak/>
        <w:t>There was something </w:t>
      </w:r>
      <w:r w:rsidRPr="00D61D3D">
        <w:rPr>
          <w:b/>
          <w:bCs/>
          <w:lang w:val="en-GB"/>
        </w:rPr>
        <w:t>else</w:t>
      </w:r>
      <w:r w:rsidRPr="00D61D3D">
        <w:rPr>
          <w:lang w:val="en-GB"/>
        </w:rPr>
        <w:t> out there.</w:t>
      </w:r>
    </w:p>
    <w:p w14:paraId="605E220C" w14:textId="77777777" w:rsidR="004A2520" w:rsidRPr="00D61D3D" w:rsidRDefault="004A2520" w:rsidP="004A2520">
      <w:pPr>
        <w:spacing w:before="100" w:beforeAutospacing="1" w:after="100" w:afterAutospacing="1"/>
        <w:rPr>
          <w:lang w:val="en-GB"/>
        </w:rPr>
      </w:pPr>
      <w:r w:rsidRPr="00D61D3D">
        <w:rPr>
          <w:lang w:val="en-GB"/>
        </w:rPr>
        <w:t>I sang to stay warm. I worked to stay moving. I drank, but never past the point of return—never like </w:t>
      </w:r>
      <w:r w:rsidRPr="00D61D3D">
        <w:rPr>
          <w:i/>
          <w:iCs/>
          <w:lang w:val="en-GB"/>
        </w:rPr>
        <w:t>him</w:t>
      </w:r>
      <w:r w:rsidRPr="00D61D3D">
        <w:rPr>
          <w:lang w:val="en-GB"/>
        </w:rPr>
        <w:t>. My father’s ghost always stood behind my shoulder when the bottle came close. A lesson carved not in textbooks, but in bruises and long, sleepless nights hiding under a bed while demons raged in the hallway.</w:t>
      </w:r>
    </w:p>
    <w:p w14:paraId="164D1003" w14:textId="77777777" w:rsidR="004A2520" w:rsidRPr="00D61D3D" w:rsidRDefault="004A2520" w:rsidP="004A2520">
      <w:pPr>
        <w:spacing w:before="100" w:beforeAutospacing="1" w:after="100" w:afterAutospacing="1"/>
        <w:rPr>
          <w:lang w:val="en-GB"/>
        </w:rPr>
      </w:pPr>
      <w:r w:rsidRPr="00D61D3D">
        <w:rPr>
          <w:lang w:val="en-GB"/>
        </w:rPr>
        <w:t>But music? That was mine. My own inheritance. And it would become the key.</w:t>
      </w:r>
    </w:p>
    <w:p w14:paraId="3A85A2D9" w14:textId="593D4F03" w:rsidR="004A2520" w:rsidRPr="00D61D3D" w:rsidRDefault="004A2520" w:rsidP="004A2520">
      <w:pPr>
        <w:spacing w:before="100" w:beforeAutospacing="1" w:after="100" w:afterAutospacing="1"/>
        <w:rPr>
          <w:lang w:val="en-GB"/>
        </w:rPr>
      </w:pPr>
      <w:r w:rsidRPr="00D61D3D">
        <w:rPr>
          <w:lang w:val="en-GB"/>
        </w:rPr>
        <w:t>By the time 197</w:t>
      </w:r>
      <w:r w:rsidR="00FD0C8D" w:rsidRPr="00D61D3D">
        <w:rPr>
          <w:lang w:val="en-GB"/>
        </w:rPr>
        <w:t>7</w:t>
      </w:r>
      <w:r w:rsidRPr="00D61D3D">
        <w:rPr>
          <w:lang w:val="en-GB"/>
        </w:rPr>
        <w:t xml:space="preserve"> arrived, I was already packed in spirit. The sunburnt thumb stretched toward the open road. Paris wasn’t a destination—it was a declaration. And when I left, I never came back. The boy in the cornfield became a man of the metro. The pubs gave way to boulevards. I sang for francs, drank cheap red in alleyways, and shared hash with painters and violinists. The world </w:t>
      </w:r>
      <w:proofErr w:type="gramStart"/>
      <w:r w:rsidRPr="00D61D3D">
        <w:rPr>
          <w:lang w:val="en-GB"/>
        </w:rPr>
        <w:t>opened up</w:t>
      </w:r>
      <w:proofErr w:type="gramEnd"/>
      <w:r w:rsidRPr="00D61D3D">
        <w:rPr>
          <w:lang w:val="en-GB"/>
        </w:rPr>
        <w:t xml:space="preserve"> like a love letter sealed in ink and rain.</w:t>
      </w:r>
    </w:p>
    <w:p w14:paraId="2E296264" w14:textId="2EC9BF09" w:rsidR="00FD0C8D" w:rsidRPr="00D61D3D" w:rsidRDefault="00FD0C8D" w:rsidP="00FD0C8D">
      <w:pPr>
        <w:pStyle w:val="NormalWeb"/>
        <w:rPr>
          <w:color w:val="000000"/>
          <w:lang w:val="en-GB"/>
        </w:rPr>
      </w:pPr>
      <w:r w:rsidRPr="00D61D3D">
        <w:rPr>
          <w:rStyle w:val="Strong"/>
          <w:rFonts w:eastAsiaTheme="majorEastAsia"/>
          <w:color w:val="000000"/>
          <w:lang w:val="en-GB"/>
        </w:rPr>
        <w:t>Chapter 1 – The Great Wandering Begins</w:t>
      </w:r>
    </w:p>
    <w:p w14:paraId="04B05E43" w14:textId="77777777" w:rsidR="00FD0C8D" w:rsidRPr="00D61D3D" w:rsidRDefault="00FD0C8D" w:rsidP="00FD0C8D">
      <w:pPr>
        <w:pStyle w:val="NormalWeb"/>
        <w:rPr>
          <w:color w:val="000000"/>
          <w:lang w:val="en-GB"/>
        </w:rPr>
      </w:pPr>
      <w:r w:rsidRPr="00D61D3D">
        <w:rPr>
          <w:color w:val="000000"/>
          <w:lang w:val="en-GB"/>
        </w:rPr>
        <w:t>It started with a thumbing thumb, a rucksack half-filled with bad socks, and a heart swollen with purpose. There was no map, only movement. And for young men from small Irish towns, movement itself was enough.</w:t>
      </w:r>
    </w:p>
    <w:p w14:paraId="7D1CF233" w14:textId="23D8F1DD" w:rsidR="00FD0C8D" w:rsidRPr="00D61D3D" w:rsidRDefault="00FD0C8D" w:rsidP="00FD0C8D">
      <w:pPr>
        <w:pStyle w:val="NormalWeb"/>
        <w:rPr>
          <w:color w:val="000000"/>
          <w:lang w:val="en-GB"/>
        </w:rPr>
      </w:pPr>
      <w:r w:rsidRPr="00D61D3D">
        <w:rPr>
          <w:color w:val="000000"/>
          <w:lang w:val="en-GB"/>
        </w:rPr>
        <w:t xml:space="preserve">Billy was my fellow fugitive. A man blessed with </w:t>
      </w:r>
      <w:r w:rsidR="00DE7467" w:rsidRPr="00D61D3D">
        <w:rPr>
          <w:color w:val="000000"/>
          <w:lang w:val="en-GB"/>
        </w:rPr>
        <w:t xml:space="preserve">long </w:t>
      </w:r>
      <w:r w:rsidRPr="00D61D3D">
        <w:rPr>
          <w:color w:val="000000"/>
          <w:lang w:val="en-GB"/>
        </w:rPr>
        <w:t>auburn hair, mischief in his eye, and a silhouette that could fool passing truckers into thinking they were rescuing a damsel in distress. He'd perch himself prettily on the rucksack, hair tumbling like some tragic folk princess, and we'd be whisked ten miles closer to nowhere. But we were travelling, and that was everything.</w:t>
      </w:r>
    </w:p>
    <w:p w14:paraId="5A8481C4" w14:textId="77777777" w:rsidR="00FD0C8D" w:rsidRPr="00D61D3D" w:rsidRDefault="00FD0C8D" w:rsidP="00FD0C8D">
      <w:pPr>
        <w:pStyle w:val="NormalWeb"/>
        <w:rPr>
          <w:color w:val="000000"/>
          <w:lang w:val="en-GB"/>
        </w:rPr>
      </w:pPr>
      <w:r w:rsidRPr="00D61D3D">
        <w:rPr>
          <w:color w:val="000000"/>
          <w:lang w:val="en-GB"/>
        </w:rPr>
        <w:t xml:space="preserve">We hitchhiked to the ends of the island. Clare, Scariff, Galway, Connemara, Achill. Lands drenched in rain and old songs. I had my guitar, and Billy had the gift of gab and girls. In towns we didn’t know, under roofs we didn’t own, we laughed, played, drank, danced. The world hadn’t told us </w:t>
      </w:r>
      <w:proofErr w:type="gramStart"/>
      <w:r w:rsidRPr="00D61D3D">
        <w:rPr>
          <w:color w:val="000000"/>
          <w:lang w:val="en-GB"/>
        </w:rPr>
        <w:t>'no</w:t>
      </w:r>
      <w:proofErr w:type="gramEnd"/>
      <w:r w:rsidRPr="00D61D3D">
        <w:rPr>
          <w:color w:val="000000"/>
          <w:lang w:val="en-GB"/>
        </w:rPr>
        <w:t>' yet.</w:t>
      </w:r>
    </w:p>
    <w:p w14:paraId="287323FB" w14:textId="4B99A216" w:rsidR="00FD0C8D" w:rsidRPr="00D61D3D" w:rsidRDefault="00FD0C8D" w:rsidP="00FD0C8D">
      <w:pPr>
        <w:pStyle w:val="NormalWeb"/>
        <w:rPr>
          <w:color w:val="000000"/>
          <w:lang w:val="en-GB"/>
        </w:rPr>
      </w:pPr>
      <w:r w:rsidRPr="00D61D3D">
        <w:rPr>
          <w:color w:val="000000"/>
          <w:lang w:val="en-GB"/>
        </w:rPr>
        <w:t xml:space="preserve">Back in </w:t>
      </w:r>
      <w:r w:rsidR="00DE7467" w:rsidRPr="00D61D3D">
        <w:rPr>
          <w:color w:val="000000"/>
          <w:lang w:val="en-GB"/>
        </w:rPr>
        <w:t>my hometown</w:t>
      </w:r>
      <w:r w:rsidRPr="00D61D3D">
        <w:rPr>
          <w:color w:val="000000"/>
          <w:lang w:val="en-GB"/>
        </w:rPr>
        <w:t xml:space="preserve">, the town pulsed with our own kind of madness. The Boys from </w:t>
      </w:r>
      <w:r w:rsidR="00DE7467" w:rsidRPr="00D61D3D">
        <w:rPr>
          <w:color w:val="000000"/>
          <w:lang w:val="en-GB"/>
        </w:rPr>
        <w:t xml:space="preserve">the next </w:t>
      </w:r>
      <w:r w:rsidRPr="00D61D3D">
        <w:rPr>
          <w:color w:val="000000"/>
          <w:lang w:val="en-GB"/>
        </w:rPr>
        <w:t xml:space="preserve">were still stirring things up—Harry, </w:t>
      </w:r>
      <w:proofErr w:type="spellStart"/>
      <w:r w:rsidRPr="00D61D3D">
        <w:rPr>
          <w:color w:val="000000"/>
          <w:lang w:val="en-GB"/>
        </w:rPr>
        <w:t>Toets</w:t>
      </w:r>
      <w:proofErr w:type="spellEnd"/>
      <w:r w:rsidRPr="00D61D3D">
        <w:rPr>
          <w:color w:val="000000"/>
          <w:lang w:val="en-GB"/>
        </w:rPr>
        <w:t xml:space="preserve">, Fes, the Pauper, </w:t>
      </w:r>
      <w:proofErr w:type="spellStart"/>
      <w:r w:rsidRPr="00D61D3D">
        <w:rPr>
          <w:color w:val="000000"/>
          <w:lang w:val="en-GB"/>
        </w:rPr>
        <w:t>Brud</w:t>
      </w:r>
      <w:proofErr w:type="spellEnd"/>
      <w:r w:rsidRPr="00D61D3D">
        <w:rPr>
          <w:color w:val="000000"/>
          <w:lang w:val="en-GB"/>
        </w:rPr>
        <w:t xml:space="preserve"> Ash, Mini, and The Bull. There were motorbike warriors from </w:t>
      </w:r>
      <w:r w:rsidR="00DE7467" w:rsidRPr="00D61D3D">
        <w:rPr>
          <w:color w:val="000000"/>
          <w:lang w:val="en-GB"/>
        </w:rPr>
        <w:t>a town on the Shannon</w:t>
      </w:r>
      <w:r w:rsidRPr="00D61D3D">
        <w:rPr>
          <w:color w:val="000000"/>
          <w:lang w:val="en-GB"/>
        </w:rPr>
        <w:t xml:space="preserve">, and girls with fast wit and faster dances. Add a few globe-hopping Aussies or Yanks, and the town became a cosmic mix of cultures. Unspoken, but </w:t>
      </w:r>
      <w:proofErr w:type="gramStart"/>
      <w:r w:rsidRPr="00D61D3D">
        <w:rPr>
          <w:color w:val="000000"/>
          <w:lang w:val="en-GB"/>
        </w:rPr>
        <w:t>felt:</w:t>
      </w:r>
      <w:proofErr w:type="gramEnd"/>
      <w:r w:rsidRPr="00D61D3D">
        <w:rPr>
          <w:color w:val="000000"/>
          <w:lang w:val="en-GB"/>
        </w:rPr>
        <w:t xml:space="preserve"> we were becoming something wild.</w:t>
      </w:r>
    </w:p>
    <w:p w14:paraId="64381D9D" w14:textId="4366243F" w:rsidR="00FD0C8D" w:rsidRPr="00D61D3D" w:rsidRDefault="00FD0C8D" w:rsidP="00FD0C8D">
      <w:pPr>
        <w:pStyle w:val="NormalWeb"/>
        <w:rPr>
          <w:color w:val="000000"/>
          <w:lang w:val="en-GB"/>
        </w:rPr>
      </w:pPr>
      <w:r w:rsidRPr="00D61D3D">
        <w:rPr>
          <w:color w:val="000000"/>
          <w:lang w:val="en-GB"/>
        </w:rPr>
        <w:t xml:space="preserve">And then came </w:t>
      </w:r>
      <w:r w:rsidR="00DE7467" w:rsidRPr="00D61D3D">
        <w:rPr>
          <w:color w:val="000000"/>
          <w:lang w:val="en-GB"/>
        </w:rPr>
        <w:t>Shay’s</w:t>
      </w:r>
      <w:r w:rsidRPr="00D61D3D">
        <w:rPr>
          <w:color w:val="000000"/>
          <w:lang w:val="en-GB"/>
        </w:rPr>
        <w:t xml:space="preserve"> infamous annual party. The place where decency went to die and stories came to live.</w:t>
      </w:r>
    </w:p>
    <w:p w14:paraId="57D4EA2C" w14:textId="5631471B" w:rsidR="00FD0C8D" w:rsidRPr="00D61D3D" w:rsidRDefault="00FD0C8D" w:rsidP="00FD0C8D">
      <w:pPr>
        <w:pStyle w:val="NormalWeb"/>
        <w:rPr>
          <w:color w:val="000000"/>
          <w:lang w:val="en-GB"/>
        </w:rPr>
      </w:pPr>
      <w:r w:rsidRPr="00D61D3D">
        <w:rPr>
          <w:color w:val="000000"/>
          <w:lang w:val="en-GB"/>
        </w:rPr>
        <w:t>One lad tore up pound notes in drunken ecstasy—a budget pyre to Bacchus. Another, unable to find a fight, crushed his own glasses in frustration, leaving us to walk him home half-blind and wholly pathetic. But the crowning glory came courtesy of J</w:t>
      </w:r>
      <w:r w:rsidR="00DE7467" w:rsidRPr="00D61D3D">
        <w:rPr>
          <w:color w:val="000000"/>
          <w:lang w:val="en-GB"/>
        </w:rPr>
        <w:t>im</w:t>
      </w:r>
      <w:r w:rsidRPr="00D61D3D">
        <w:rPr>
          <w:color w:val="000000"/>
          <w:lang w:val="en-GB"/>
        </w:rPr>
        <w:t xml:space="preserve"> O'</w:t>
      </w:r>
      <w:r w:rsidR="00DE7467" w:rsidRPr="00D61D3D">
        <w:rPr>
          <w:color w:val="000000"/>
          <w:lang w:val="en-GB"/>
        </w:rPr>
        <w:t xml:space="preserve"> </w:t>
      </w:r>
      <w:r w:rsidR="007845D9" w:rsidRPr="00D61D3D">
        <w:rPr>
          <w:color w:val="000000"/>
          <w:lang w:val="en-GB"/>
        </w:rPr>
        <w:t>Brien</w:t>
      </w:r>
      <w:r w:rsidRPr="00D61D3D">
        <w:rPr>
          <w:color w:val="000000"/>
          <w:lang w:val="en-GB"/>
        </w:rPr>
        <w:t>.</w:t>
      </w:r>
    </w:p>
    <w:p w14:paraId="1E288788" w14:textId="4CD28940" w:rsidR="00FD0C8D" w:rsidRPr="00D61D3D" w:rsidRDefault="00DE7467" w:rsidP="00FD0C8D">
      <w:pPr>
        <w:pStyle w:val="NormalWeb"/>
        <w:rPr>
          <w:color w:val="000000"/>
          <w:lang w:val="en-GB"/>
        </w:rPr>
      </w:pPr>
      <w:r w:rsidRPr="00D61D3D">
        <w:rPr>
          <w:color w:val="000000"/>
          <w:lang w:val="en-GB"/>
        </w:rPr>
        <w:lastRenderedPageBreak/>
        <w:t>Jim</w:t>
      </w:r>
      <w:r w:rsidR="00FD0C8D" w:rsidRPr="00D61D3D">
        <w:rPr>
          <w:color w:val="000000"/>
          <w:lang w:val="en-GB"/>
        </w:rPr>
        <w:t xml:space="preserve"> had the spirit of a broken saint and the cunning of a bard. At one point during </w:t>
      </w:r>
      <w:r w:rsidRPr="00D61D3D">
        <w:rPr>
          <w:color w:val="000000"/>
          <w:lang w:val="en-GB"/>
        </w:rPr>
        <w:t>Shay’s</w:t>
      </w:r>
      <w:r w:rsidR="00FD0C8D" w:rsidRPr="00D61D3D">
        <w:rPr>
          <w:color w:val="000000"/>
          <w:lang w:val="en-GB"/>
        </w:rPr>
        <w:t xml:space="preserve"> soirée, he disappeared into the night, whiskey bottle in hand, claiming he was headed home to </w:t>
      </w:r>
      <w:r w:rsidRPr="00D61D3D">
        <w:rPr>
          <w:color w:val="000000"/>
          <w:lang w:val="en-GB"/>
        </w:rPr>
        <w:t>the next town</w:t>
      </w:r>
      <w:r w:rsidR="00FD0C8D" w:rsidRPr="00D61D3D">
        <w:rPr>
          <w:color w:val="000000"/>
          <w:lang w:val="en-GB"/>
        </w:rPr>
        <w:t>. Ten miles away. A noble mission.</w:t>
      </w:r>
    </w:p>
    <w:p w14:paraId="13E43551" w14:textId="77777777" w:rsidR="00FD0C8D" w:rsidRPr="00D61D3D" w:rsidRDefault="00FD0C8D" w:rsidP="00FD0C8D">
      <w:pPr>
        <w:pStyle w:val="NormalWeb"/>
        <w:rPr>
          <w:color w:val="000000"/>
          <w:lang w:val="en-GB"/>
        </w:rPr>
      </w:pPr>
      <w:r w:rsidRPr="00D61D3D">
        <w:rPr>
          <w:color w:val="000000"/>
          <w:lang w:val="en-GB"/>
        </w:rPr>
        <w:t>Somewhere near the halfway mark, by the Black Bull, headlights approached. Joe waved down the car. The post van, as it turned out. The driver, kind-hearted but rule-bound, agreed to take him but warned: "I’ll have to let you off before town."</w:t>
      </w:r>
    </w:p>
    <w:p w14:paraId="34DE0DCA" w14:textId="6701E41D" w:rsidR="00FD0C8D" w:rsidRPr="00D61D3D" w:rsidRDefault="00FD0C8D" w:rsidP="00FD0C8D">
      <w:pPr>
        <w:pStyle w:val="NormalWeb"/>
        <w:rPr>
          <w:color w:val="000000"/>
          <w:lang w:val="en-GB"/>
        </w:rPr>
      </w:pPr>
      <w:r w:rsidRPr="00D61D3D">
        <w:rPr>
          <w:color w:val="000000"/>
          <w:lang w:val="en-GB"/>
        </w:rPr>
        <w:t>J</w:t>
      </w:r>
      <w:r w:rsidR="00DE7467" w:rsidRPr="00D61D3D">
        <w:rPr>
          <w:color w:val="000000"/>
          <w:lang w:val="en-GB"/>
        </w:rPr>
        <w:t>im</w:t>
      </w:r>
      <w:r w:rsidRPr="00D61D3D">
        <w:rPr>
          <w:color w:val="000000"/>
          <w:lang w:val="en-GB"/>
        </w:rPr>
        <w:t>, nodding with solemn drunkenness, agreed.</w:t>
      </w:r>
    </w:p>
    <w:p w14:paraId="45C3BC0C" w14:textId="03EB1844" w:rsidR="00FD0C8D" w:rsidRPr="00D61D3D" w:rsidRDefault="00FD0C8D" w:rsidP="00FD0C8D">
      <w:pPr>
        <w:pStyle w:val="NormalWeb"/>
        <w:rPr>
          <w:color w:val="000000"/>
          <w:lang w:val="en-GB"/>
        </w:rPr>
      </w:pPr>
      <w:r w:rsidRPr="00D61D3D">
        <w:rPr>
          <w:color w:val="000000"/>
          <w:lang w:val="en-GB"/>
        </w:rPr>
        <w:t>Fifteen minutes later, J</w:t>
      </w:r>
      <w:r w:rsidR="00DE7467" w:rsidRPr="00D61D3D">
        <w:rPr>
          <w:color w:val="000000"/>
          <w:lang w:val="en-GB"/>
        </w:rPr>
        <w:t>im</w:t>
      </w:r>
      <w:r w:rsidRPr="00D61D3D">
        <w:rPr>
          <w:color w:val="000000"/>
          <w:lang w:val="en-GB"/>
        </w:rPr>
        <w:t xml:space="preserve"> stumbled out the van and found himself back at the party. The post van had looped him straight back to </w:t>
      </w:r>
      <w:r w:rsidR="00DE7467" w:rsidRPr="00D61D3D">
        <w:rPr>
          <w:color w:val="000000"/>
          <w:lang w:val="en-GB"/>
        </w:rPr>
        <w:t>our town</w:t>
      </w:r>
      <w:r w:rsidRPr="00D61D3D">
        <w:rPr>
          <w:color w:val="000000"/>
          <w:lang w:val="en-GB"/>
        </w:rPr>
        <w:t xml:space="preserve">. Not a step closer to </w:t>
      </w:r>
      <w:r w:rsidR="00DE7467" w:rsidRPr="00D61D3D">
        <w:rPr>
          <w:color w:val="000000"/>
          <w:lang w:val="en-GB"/>
        </w:rPr>
        <w:t>the next town</w:t>
      </w:r>
      <w:r w:rsidRPr="00D61D3D">
        <w:rPr>
          <w:color w:val="000000"/>
          <w:lang w:val="en-GB"/>
        </w:rPr>
        <w:t>, but a tale no one could better.</w:t>
      </w:r>
    </w:p>
    <w:p w14:paraId="01120502" w14:textId="77777777" w:rsidR="00FD0C8D" w:rsidRPr="00D61D3D" w:rsidRDefault="00FD0C8D" w:rsidP="00FD0C8D">
      <w:pPr>
        <w:pStyle w:val="NormalWeb"/>
        <w:rPr>
          <w:color w:val="000000"/>
          <w:lang w:val="en-GB"/>
        </w:rPr>
      </w:pPr>
      <w:r w:rsidRPr="00D61D3D">
        <w:rPr>
          <w:color w:val="000000"/>
          <w:lang w:val="en-GB"/>
        </w:rPr>
        <w:t>The fancy dress parties were a pagan ritual of their own. I once went as Caesar, white bedsheet toga, laurel wreath affixed to my glasses. By midnight the wreath had swelled with summer moisture, pressing my spectacles into my forehead like a Roman tragedy.</w:t>
      </w:r>
    </w:p>
    <w:p w14:paraId="2B56DFBD" w14:textId="07E802ED" w:rsidR="00FD0C8D" w:rsidRPr="00D61D3D" w:rsidRDefault="00DE7467" w:rsidP="00FD0C8D">
      <w:pPr>
        <w:pStyle w:val="NormalWeb"/>
        <w:rPr>
          <w:color w:val="000000"/>
          <w:lang w:val="en-GB"/>
        </w:rPr>
      </w:pPr>
      <w:r w:rsidRPr="00D61D3D">
        <w:rPr>
          <w:color w:val="000000"/>
          <w:lang w:val="en-GB"/>
        </w:rPr>
        <w:t>Sheamus</w:t>
      </w:r>
      <w:r w:rsidR="00FD0C8D" w:rsidRPr="00D61D3D">
        <w:rPr>
          <w:color w:val="000000"/>
          <w:lang w:val="en-GB"/>
        </w:rPr>
        <w:t>, another friend with hair halfway to heaven, went in drag—a Southern Belle from behind. A farmer mistook him for a lady at the urinal and darted to the ladies' room instead, sparking shrieks and unstoppable laughter. That was how our nights began.</w:t>
      </w:r>
    </w:p>
    <w:p w14:paraId="3ED2307A" w14:textId="6F7D8119" w:rsidR="00FD0C8D" w:rsidRPr="00D61D3D" w:rsidRDefault="00DD1BC5" w:rsidP="00FD0C8D">
      <w:pPr>
        <w:pStyle w:val="NormalWeb"/>
        <w:rPr>
          <w:color w:val="000000"/>
          <w:lang w:val="en-GB"/>
        </w:rPr>
      </w:pPr>
      <w:r w:rsidRPr="00D61D3D">
        <w:rPr>
          <w:color w:val="000000"/>
          <w:lang w:val="en-GB"/>
        </w:rPr>
        <w:t>Moira</w:t>
      </w:r>
      <w:r w:rsidR="00FD0C8D" w:rsidRPr="00D61D3D">
        <w:rPr>
          <w:color w:val="000000"/>
          <w:lang w:val="en-GB"/>
        </w:rPr>
        <w:t>, dressed like the MC from</w:t>
      </w:r>
      <w:r w:rsidR="00FD0C8D" w:rsidRPr="00D61D3D">
        <w:rPr>
          <w:rStyle w:val="apple-converted-space"/>
          <w:rFonts w:eastAsiaTheme="majorEastAsia"/>
          <w:color w:val="000000"/>
          <w:lang w:val="en-GB"/>
        </w:rPr>
        <w:t> </w:t>
      </w:r>
      <w:r w:rsidR="00FD0C8D" w:rsidRPr="00D61D3D">
        <w:rPr>
          <w:rStyle w:val="Emphasis"/>
          <w:rFonts w:eastAsiaTheme="majorEastAsia"/>
          <w:color w:val="000000"/>
          <w:lang w:val="en-GB"/>
        </w:rPr>
        <w:t>Cabaret</w:t>
      </w:r>
      <w:r w:rsidR="00FD0C8D" w:rsidRPr="00D61D3D">
        <w:rPr>
          <w:color w:val="000000"/>
          <w:lang w:val="en-GB"/>
        </w:rPr>
        <w:t xml:space="preserve">, </w:t>
      </w:r>
      <w:r w:rsidR="00DE7467" w:rsidRPr="00D61D3D">
        <w:rPr>
          <w:color w:val="000000"/>
          <w:lang w:val="en-GB"/>
        </w:rPr>
        <w:t xml:space="preserve">was sent </w:t>
      </w:r>
      <w:r w:rsidR="00FD0C8D" w:rsidRPr="00D61D3D">
        <w:rPr>
          <w:color w:val="000000"/>
          <w:lang w:val="en-GB"/>
        </w:rPr>
        <w:t>t to join the lads for a pee out back. A bit of anatomical clarification later, she was rightfully re-routed.</w:t>
      </w:r>
    </w:p>
    <w:p w14:paraId="209A7CFF" w14:textId="77777777" w:rsidR="00FD0C8D" w:rsidRPr="00D61D3D" w:rsidRDefault="00FD0C8D" w:rsidP="00FD0C8D">
      <w:pPr>
        <w:pStyle w:val="NormalWeb"/>
        <w:rPr>
          <w:color w:val="000000"/>
          <w:lang w:val="en-GB"/>
        </w:rPr>
      </w:pPr>
      <w:r w:rsidRPr="00D61D3D">
        <w:rPr>
          <w:color w:val="000000"/>
          <w:lang w:val="en-GB"/>
        </w:rPr>
        <w:t>Another friend, previously known for stomping his own glasses in protest, showed up to a different party in a mini skirt, lace stockings, and a full beard. Having walked through town like that, unflinching, he earned his entrance and then some.</w:t>
      </w:r>
    </w:p>
    <w:p w14:paraId="61B9F523" w14:textId="30BAFA88" w:rsidR="00FD0C8D" w:rsidRPr="00D61D3D" w:rsidRDefault="00FD0C8D" w:rsidP="00FD0C8D">
      <w:pPr>
        <w:pStyle w:val="NormalWeb"/>
        <w:rPr>
          <w:color w:val="000000"/>
          <w:lang w:val="en-GB"/>
        </w:rPr>
      </w:pPr>
      <w:r w:rsidRPr="00D61D3D">
        <w:rPr>
          <w:color w:val="000000"/>
          <w:lang w:val="en-GB"/>
        </w:rPr>
        <w:t xml:space="preserve">Then there were the "Brothers" — two sisters </w:t>
      </w:r>
      <w:r w:rsidR="00DE7467" w:rsidRPr="00D61D3D">
        <w:rPr>
          <w:color w:val="000000"/>
          <w:lang w:val="en-GB"/>
        </w:rPr>
        <w:t>never in a dress an</w:t>
      </w:r>
      <w:r w:rsidR="00D10BF3" w:rsidRPr="00D61D3D">
        <w:rPr>
          <w:color w:val="000000"/>
          <w:lang w:val="en-GB"/>
        </w:rPr>
        <w:t xml:space="preserve">d jokingly </w:t>
      </w:r>
      <w:r w:rsidRPr="00D61D3D">
        <w:rPr>
          <w:color w:val="000000"/>
          <w:lang w:val="en-GB"/>
        </w:rPr>
        <w:t xml:space="preserve">mistook for lads, dressed as they were in plain clothes. </w:t>
      </w:r>
      <w:r w:rsidR="00D10BF3" w:rsidRPr="00D61D3D">
        <w:rPr>
          <w:color w:val="000000"/>
          <w:lang w:val="en-GB"/>
        </w:rPr>
        <w:t>At the door to the party, they were not allowed because they were not in fancy dress. They said they didn’t know what to put on w</w:t>
      </w:r>
      <w:r w:rsidRPr="00D61D3D">
        <w:rPr>
          <w:color w:val="000000"/>
          <w:lang w:val="en-GB"/>
        </w:rPr>
        <w:t xml:space="preserve">hen </w:t>
      </w:r>
      <w:r w:rsidR="00D10BF3" w:rsidRPr="00D61D3D">
        <w:rPr>
          <w:color w:val="000000"/>
          <w:lang w:val="en-GB"/>
        </w:rPr>
        <w:t xml:space="preserve">they were </w:t>
      </w:r>
      <w:r w:rsidRPr="00D61D3D">
        <w:rPr>
          <w:color w:val="000000"/>
          <w:lang w:val="en-GB"/>
        </w:rPr>
        <w:t xml:space="preserve">told they </w:t>
      </w:r>
      <w:r w:rsidR="00D10BF3" w:rsidRPr="00D61D3D">
        <w:rPr>
          <w:color w:val="000000"/>
          <w:lang w:val="en-GB"/>
        </w:rPr>
        <w:t>could always</w:t>
      </w:r>
      <w:r w:rsidRPr="00D61D3D">
        <w:rPr>
          <w:color w:val="000000"/>
          <w:lang w:val="en-GB"/>
        </w:rPr>
        <w:t xml:space="preserve"> 'dress up as women', they took offence and didn’t speak to us for years. Can’t blame them.</w:t>
      </w:r>
    </w:p>
    <w:p w14:paraId="35FE29E4" w14:textId="77777777" w:rsidR="00FD0C8D" w:rsidRPr="00D61D3D" w:rsidRDefault="00FD0C8D" w:rsidP="00FD0C8D">
      <w:pPr>
        <w:pStyle w:val="NormalWeb"/>
        <w:rPr>
          <w:color w:val="000000"/>
          <w:lang w:val="en-GB"/>
        </w:rPr>
      </w:pPr>
      <w:r w:rsidRPr="00D61D3D">
        <w:rPr>
          <w:color w:val="000000"/>
          <w:lang w:val="en-GB"/>
        </w:rPr>
        <w:t>But we were young, daft, and electric. Every corner held a guitar riff. Every Friday held the promise of dancing. And then there was the night that changed me.</w:t>
      </w:r>
    </w:p>
    <w:p w14:paraId="7299D210" w14:textId="77777777" w:rsidR="00FD0C8D" w:rsidRPr="00D61D3D" w:rsidRDefault="00FD0C8D" w:rsidP="00FD0C8D">
      <w:pPr>
        <w:pStyle w:val="NormalWeb"/>
        <w:rPr>
          <w:color w:val="000000"/>
          <w:lang w:val="en-GB"/>
        </w:rPr>
      </w:pPr>
      <w:r w:rsidRPr="00D61D3D">
        <w:rPr>
          <w:color w:val="000000"/>
          <w:lang w:val="en-GB"/>
        </w:rPr>
        <w:t>Sonny Terry and Brownie McGhee. Dublin. The harmonica howled like a banshee, guitars sang of lands far beyond ours, and I stood stunned. That music didn't just move me—it rooted something ancient in me. A recognition. A roadmap.</w:t>
      </w:r>
    </w:p>
    <w:p w14:paraId="121C9F89" w14:textId="5AF2D37C" w:rsidR="00FD0C8D" w:rsidRPr="00D61D3D" w:rsidRDefault="00FD0C8D" w:rsidP="00FD0C8D">
      <w:pPr>
        <w:pStyle w:val="NormalWeb"/>
        <w:rPr>
          <w:color w:val="000000"/>
          <w:lang w:val="en-GB"/>
        </w:rPr>
      </w:pPr>
      <w:r w:rsidRPr="00D61D3D">
        <w:rPr>
          <w:color w:val="000000"/>
          <w:lang w:val="en-GB"/>
        </w:rPr>
        <w:t xml:space="preserve">The journey from </w:t>
      </w:r>
      <w:r w:rsidR="00D10BF3" w:rsidRPr="00D61D3D">
        <w:rPr>
          <w:color w:val="000000"/>
          <w:lang w:val="en-GB"/>
        </w:rPr>
        <w:t>our town</w:t>
      </w:r>
      <w:r w:rsidRPr="00D61D3D">
        <w:rPr>
          <w:color w:val="000000"/>
          <w:lang w:val="en-GB"/>
        </w:rPr>
        <w:t xml:space="preserve"> to that concert hall was a pilgrimage. Cramped cars, bottles passed around, stories shouted over the wind. We weren’t just going to a concert. We were moving toward something unnamed.</w:t>
      </w:r>
    </w:p>
    <w:p w14:paraId="6F20F7A6" w14:textId="77777777" w:rsidR="00FD0C8D" w:rsidRPr="00D61D3D" w:rsidRDefault="00FD0C8D" w:rsidP="00FD0C8D">
      <w:pPr>
        <w:pStyle w:val="NormalWeb"/>
        <w:rPr>
          <w:color w:val="000000"/>
          <w:lang w:val="en-GB"/>
        </w:rPr>
      </w:pPr>
      <w:r w:rsidRPr="00D61D3D">
        <w:rPr>
          <w:color w:val="000000"/>
          <w:lang w:val="en-GB"/>
        </w:rPr>
        <w:lastRenderedPageBreak/>
        <w:t>That same year, I got my hands on a subscription to</w:t>
      </w:r>
      <w:r w:rsidRPr="00D61D3D">
        <w:rPr>
          <w:rStyle w:val="apple-converted-space"/>
          <w:rFonts w:eastAsiaTheme="majorEastAsia"/>
          <w:color w:val="000000"/>
          <w:lang w:val="en-GB"/>
        </w:rPr>
        <w:t> </w:t>
      </w:r>
      <w:r w:rsidRPr="00D61D3D">
        <w:rPr>
          <w:rStyle w:val="Emphasis"/>
          <w:rFonts w:eastAsiaTheme="majorEastAsia"/>
          <w:color w:val="000000"/>
          <w:lang w:val="en-GB"/>
        </w:rPr>
        <w:t>Rolling Stone</w:t>
      </w:r>
      <w:r w:rsidRPr="00D61D3D">
        <w:rPr>
          <w:color w:val="000000"/>
          <w:lang w:val="en-GB"/>
        </w:rPr>
        <w:t>. The American world cracked open: Civil Rights, the Dead, the Pranksters, Bukowski, Kerouac. I was a sponge, and the ocean was endless.</w:t>
      </w:r>
    </w:p>
    <w:p w14:paraId="5EC993F0" w14:textId="77777777" w:rsidR="00FD0C8D" w:rsidRPr="00D61D3D" w:rsidRDefault="00FD0C8D" w:rsidP="00FD0C8D">
      <w:pPr>
        <w:pStyle w:val="NormalWeb"/>
        <w:rPr>
          <w:color w:val="000000"/>
          <w:lang w:val="en-GB"/>
        </w:rPr>
      </w:pPr>
      <w:r w:rsidRPr="00D61D3D">
        <w:rPr>
          <w:color w:val="000000"/>
          <w:lang w:val="en-GB"/>
        </w:rPr>
        <w:t>We were becoming men, artists, clowns, poets, wanderers. We hadn’t left yet. But we were ready to.</w:t>
      </w:r>
    </w:p>
    <w:p w14:paraId="763D48F5" w14:textId="77777777" w:rsidR="00FD0C8D" w:rsidRPr="00D61D3D" w:rsidRDefault="00FD0C8D" w:rsidP="00FD0C8D">
      <w:pPr>
        <w:pStyle w:val="NormalWeb"/>
        <w:rPr>
          <w:color w:val="000000"/>
          <w:lang w:val="en-GB"/>
        </w:rPr>
      </w:pPr>
      <w:r w:rsidRPr="00D61D3D">
        <w:rPr>
          <w:color w:val="000000"/>
          <w:lang w:val="en-GB"/>
        </w:rPr>
        <w:t>We were just waiting for the road to call our names.</w:t>
      </w:r>
    </w:p>
    <w:p w14:paraId="62CEF40C" w14:textId="77777777" w:rsidR="007845D9" w:rsidRPr="00D61D3D" w:rsidRDefault="007845D9" w:rsidP="007845D9">
      <w:pPr>
        <w:rPr>
          <w:b/>
          <w:bCs/>
          <w:lang w:val="en-GB"/>
        </w:rPr>
      </w:pPr>
      <w:r w:rsidRPr="00D61D3D">
        <w:rPr>
          <w:b/>
          <w:bCs/>
          <w:lang w:val="en-GB"/>
        </w:rPr>
        <w:t>Intermezzo: Of First Fires and Strange Turns</w:t>
      </w:r>
    </w:p>
    <w:p w14:paraId="527A3C9F" w14:textId="77777777" w:rsidR="009A727C" w:rsidRPr="00D61D3D" w:rsidRDefault="009A727C" w:rsidP="007845D9">
      <w:pPr>
        <w:rPr>
          <w:lang w:val="en-GB"/>
        </w:rPr>
      </w:pPr>
    </w:p>
    <w:p w14:paraId="0BA00AA2" w14:textId="77777777" w:rsidR="007845D9" w:rsidRPr="00D61D3D" w:rsidRDefault="007845D9" w:rsidP="007845D9">
      <w:pPr>
        <w:rPr>
          <w:lang w:val="en-GB"/>
        </w:rPr>
      </w:pPr>
      <w:r w:rsidRPr="00D61D3D">
        <w:rPr>
          <w:lang w:val="en-GB"/>
        </w:rPr>
        <w:t>Before the road led me to Paris metros, Chinese feasts, and the violin-haunted catacombs of song, there were other pilgrimages—quieter, no less sacred—along the hedgerows and lanes of youth. Love, or something like it, tiptoed into my life not with grand declarations but with long walks home and questions asked under starlight.</w:t>
      </w:r>
    </w:p>
    <w:p w14:paraId="15C4ABEA" w14:textId="77777777" w:rsidR="007845D9" w:rsidRPr="00D61D3D" w:rsidRDefault="007845D9" w:rsidP="007845D9">
      <w:pPr>
        <w:rPr>
          <w:lang w:val="en-GB"/>
        </w:rPr>
      </w:pPr>
      <w:r w:rsidRPr="00D61D3D">
        <w:rPr>
          <w:lang w:val="en-GB"/>
        </w:rPr>
        <w:t>Romance wasn’t a thought that burned bright in those early days. Sure, there were kisses snuck behind halls and soft giggles traded in darkened corners of parties—but nothing that left a mark in the soul. I was the quiet one, the go-between. The lad girls came to when they fancied a friend of mine. The diplomat of love triangles I wasn’t even in. And that suited me fine, or so I thought.</w:t>
      </w:r>
    </w:p>
    <w:p w14:paraId="3503F94A" w14:textId="306AD486" w:rsidR="007845D9" w:rsidRPr="00D61D3D" w:rsidRDefault="007845D9" w:rsidP="007845D9">
      <w:pPr>
        <w:rPr>
          <w:lang w:val="en-GB"/>
        </w:rPr>
      </w:pPr>
      <w:r w:rsidRPr="00D61D3D">
        <w:rPr>
          <w:lang w:val="en-GB"/>
        </w:rPr>
        <w:t xml:space="preserve">But then came Clara Mullan a girl with a laugh like summer and eyes that had known too much too young. We’d known each other since our awkward teens. Our mothers worked together in the same hotel, and we </w:t>
      </w:r>
      <w:r w:rsidR="004403B6" w:rsidRPr="00D61D3D">
        <w:rPr>
          <w:lang w:val="en-GB"/>
        </w:rPr>
        <w:t>travelled</w:t>
      </w:r>
      <w:r w:rsidRPr="00D61D3D">
        <w:rPr>
          <w:lang w:val="en-GB"/>
        </w:rPr>
        <w:t xml:space="preserve"> in the same orbit, her on the outer rim of the group, me trailing the tail of the comet.</w:t>
      </w:r>
    </w:p>
    <w:p w14:paraId="747F5815" w14:textId="56182280" w:rsidR="007845D9" w:rsidRPr="00D61D3D" w:rsidRDefault="007845D9" w:rsidP="007845D9">
      <w:pPr>
        <w:rPr>
          <w:lang w:val="en-GB"/>
        </w:rPr>
      </w:pPr>
      <w:r w:rsidRPr="00D61D3D">
        <w:rPr>
          <w:lang w:val="en-GB"/>
        </w:rPr>
        <w:t xml:space="preserve">I’d walk her home sometimes, just talk and walk. She lived out in a </w:t>
      </w:r>
      <w:r w:rsidR="004403B6" w:rsidRPr="00D61D3D">
        <w:rPr>
          <w:lang w:val="en-GB"/>
        </w:rPr>
        <w:t>neighbouring</w:t>
      </w:r>
      <w:r w:rsidRPr="00D61D3D">
        <w:rPr>
          <w:lang w:val="en-GB"/>
        </w:rPr>
        <w:t xml:space="preserve"> village, a quiet place beyond the hum of the town. One night, under a wide moon and warm air, as we reached a break in the old stone wall, Clara stopped. Turned to me with those thoughtful eyes.</w:t>
      </w:r>
    </w:p>
    <w:p w14:paraId="5463136A" w14:textId="77777777" w:rsidR="007845D9" w:rsidRPr="00D61D3D" w:rsidRDefault="007845D9" w:rsidP="007845D9">
      <w:pPr>
        <w:rPr>
          <w:lang w:val="en-GB"/>
        </w:rPr>
      </w:pPr>
      <w:r w:rsidRPr="00D61D3D">
        <w:rPr>
          <w:lang w:val="en-GB"/>
        </w:rPr>
        <w:t>“Have you ever done it?” she asked, voice soft as the breeze.</w:t>
      </w:r>
    </w:p>
    <w:p w14:paraId="77ECB806" w14:textId="77777777" w:rsidR="007845D9" w:rsidRPr="00D61D3D" w:rsidRDefault="007845D9" w:rsidP="007845D9">
      <w:pPr>
        <w:rPr>
          <w:lang w:val="en-GB"/>
        </w:rPr>
      </w:pPr>
      <w:r w:rsidRPr="00D61D3D">
        <w:rPr>
          <w:lang w:val="en-GB"/>
        </w:rPr>
        <w:t>“Made love, you mean?” I asked, feeling my cheeks burn.</w:t>
      </w:r>
    </w:p>
    <w:p w14:paraId="4F5CBB4F" w14:textId="77777777" w:rsidR="007845D9" w:rsidRPr="00D61D3D" w:rsidRDefault="007845D9" w:rsidP="007845D9">
      <w:pPr>
        <w:rPr>
          <w:lang w:val="en-GB"/>
        </w:rPr>
      </w:pPr>
      <w:r w:rsidRPr="00D61D3D">
        <w:rPr>
          <w:lang w:val="en-GB"/>
        </w:rPr>
        <w:t>She nodded.</w:t>
      </w:r>
    </w:p>
    <w:p w14:paraId="338AAC94" w14:textId="77777777" w:rsidR="007845D9" w:rsidRPr="00D61D3D" w:rsidRDefault="007845D9" w:rsidP="007845D9">
      <w:pPr>
        <w:rPr>
          <w:lang w:val="en-GB"/>
        </w:rPr>
      </w:pPr>
      <w:r w:rsidRPr="00D61D3D">
        <w:rPr>
          <w:lang w:val="en-GB"/>
        </w:rPr>
        <w:t>I told her no. Not out of shame, but simply because it hadn’t happened yet. Life had other ideas.</w:t>
      </w:r>
    </w:p>
    <w:p w14:paraId="6A0B6C4D" w14:textId="77777777" w:rsidR="007845D9" w:rsidRPr="00D61D3D" w:rsidRDefault="007845D9" w:rsidP="007845D9">
      <w:pPr>
        <w:rPr>
          <w:lang w:val="en-GB"/>
        </w:rPr>
      </w:pPr>
      <w:r w:rsidRPr="00D61D3D">
        <w:rPr>
          <w:lang w:val="en-GB"/>
        </w:rPr>
        <w:t>She smiled, not mocking, just kind. “No need to apologize,” she said. “It’s just a question between friends.”</w:t>
      </w:r>
    </w:p>
    <w:p w14:paraId="5346AB33" w14:textId="77777777" w:rsidR="007845D9" w:rsidRPr="00D61D3D" w:rsidRDefault="007845D9" w:rsidP="007845D9">
      <w:pPr>
        <w:rPr>
          <w:lang w:val="en-GB"/>
        </w:rPr>
      </w:pPr>
      <w:r w:rsidRPr="00D61D3D">
        <w:rPr>
          <w:lang w:val="en-GB"/>
        </w:rPr>
        <w:t>And then she led me, hand in hand, through the gap in the wall to a hidden patch of field. There, beneath stars and surrounded by the hush of tall grass, she taught me what tenderness could be. No rush, no awkward fumbling. Just two young souls finding something sacred in the quiet. When it was over, we lay together for a while, silent and easy, until it was time to walk her home.</w:t>
      </w:r>
    </w:p>
    <w:p w14:paraId="5922AC93" w14:textId="77777777" w:rsidR="007845D9" w:rsidRPr="00D61D3D" w:rsidRDefault="007845D9" w:rsidP="007845D9">
      <w:pPr>
        <w:rPr>
          <w:lang w:val="en-GB"/>
        </w:rPr>
      </w:pPr>
      <w:r w:rsidRPr="00D61D3D">
        <w:rPr>
          <w:lang w:val="en-GB"/>
        </w:rPr>
        <w:t>Strangely, nothing changed. We didn’t fall into a storybook love, didn’t start “going steady.” We were still friends—maybe closer in ways words can’t touch. That seemed to be the rhythm of my romances: the women often made the first move. I wasn’t the hunter, more the chosen. And I liked it that way.</w:t>
      </w:r>
    </w:p>
    <w:p w14:paraId="22437692" w14:textId="6CBAA45C" w:rsidR="007845D9" w:rsidRPr="00D61D3D" w:rsidRDefault="007845D9" w:rsidP="007845D9">
      <w:pPr>
        <w:rPr>
          <w:lang w:val="en-GB"/>
        </w:rPr>
      </w:pPr>
      <w:r w:rsidRPr="00D61D3D">
        <w:rPr>
          <w:lang w:val="en-GB"/>
        </w:rPr>
        <w:t>Another encounter came in the next town, with a girl named </w:t>
      </w:r>
      <w:r w:rsidRPr="00D61D3D">
        <w:rPr>
          <w:i/>
          <w:iCs/>
          <w:lang w:val="en-GB"/>
        </w:rPr>
        <w:t>Maeve Larkin</w:t>
      </w:r>
      <w:r w:rsidR="00DD1BC5" w:rsidRPr="00D61D3D">
        <w:rPr>
          <w:i/>
          <w:iCs/>
          <w:lang w:val="en-GB"/>
        </w:rPr>
        <w:t xml:space="preserve"> </w:t>
      </w:r>
      <w:r w:rsidRPr="00D61D3D">
        <w:rPr>
          <w:lang w:val="en-GB"/>
        </w:rPr>
        <w:t xml:space="preserve">met at a party in </w:t>
      </w:r>
      <w:r w:rsidR="00DD1BC5" w:rsidRPr="00D61D3D">
        <w:rPr>
          <w:color w:val="000000"/>
          <w:lang w:val="en-GB"/>
        </w:rPr>
        <w:t xml:space="preserve">Jim O' Brien </w:t>
      </w:r>
      <w:r w:rsidRPr="00D61D3D">
        <w:rPr>
          <w:lang w:val="en-GB"/>
        </w:rPr>
        <w:t xml:space="preserve">pub. She asked me to walk her home. We kissed, shared a little heat, but </w:t>
      </w:r>
      <w:r w:rsidRPr="00D61D3D">
        <w:rPr>
          <w:lang w:val="en-GB"/>
        </w:rPr>
        <w:lastRenderedPageBreak/>
        <w:t>she seemed distant, as if her mind wandered somewhere I couldn’t follow. We saw each other a few more times, but it never grew into anything more.</w:t>
      </w:r>
    </w:p>
    <w:p w14:paraId="1128797C" w14:textId="77777777" w:rsidR="007845D9" w:rsidRPr="00D61D3D" w:rsidRDefault="007845D9" w:rsidP="007845D9">
      <w:pPr>
        <w:rPr>
          <w:lang w:val="en-GB"/>
        </w:rPr>
      </w:pPr>
      <w:r w:rsidRPr="00D61D3D">
        <w:rPr>
          <w:lang w:val="en-GB"/>
        </w:rPr>
        <w:t>Then the wheels of small-town fate began to spin.</w:t>
      </w:r>
    </w:p>
    <w:p w14:paraId="58C95799" w14:textId="5C0A7BB9" w:rsidR="007845D9" w:rsidRPr="00D61D3D" w:rsidRDefault="007845D9" w:rsidP="007845D9">
      <w:pPr>
        <w:rPr>
          <w:lang w:val="en-GB"/>
        </w:rPr>
      </w:pPr>
      <w:r w:rsidRPr="00D61D3D">
        <w:rPr>
          <w:lang w:val="en-GB"/>
        </w:rPr>
        <w:t>One day, </w:t>
      </w:r>
      <w:r w:rsidR="00DD1BC5" w:rsidRPr="00D61D3D">
        <w:rPr>
          <w:i/>
          <w:iCs/>
          <w:lang w:val="en-GB"/>
        </w:rPr>
        <w:t>Rory Dempsey</w:t>
      </w:r>
      <w:r w:rsidR="00DD1BC5" w:rsidRPr="00D61D3D">
        <w:rPr>
          <w:lang w:val="en-GB"/>
        </w:rPr>
        <w:t> </w:t>
      </w:r>
      <w:r w:rsidRPr="00D61D3D">
        <w:rPr>
          <w:lang w:val="en-GB"/>
        </w:rPr>
        <w:t xml:space="preserve">the wild soul, the Neal Cassady of </w:t>
      </w:r>
      <w:r w:rsidR="00DD1BC5" w:rsidRPr="00D61D3D">
        <w:rPr>
          <w:lang w:val="en-GB"/>
        </w:rPr>
        <w:t>Loise</w:t>
      </w:r>
      <w:r w:rsidR="004403B6">
        <w:rPr>
          <w:lang w:val="en-GB"/>
        </w:rPr>
        <w:t xml:space="preserve"> </w:t>
      </w:r>
      <w:r w:rsidRPr="00D61D3D">
        <w:rPr>
          <w:lang w:val="en-GB"/>
        </w:rPr>
        <w:t>pulled up in his Triumph Herald. Packed in the little car were Redmond, </w:t>
      </w:r>
      <w:r w:rsidRPr="00D61D3D">
        <w:rPr>
          <w:i/>
          <w:iCs/>
          <w:lang w:val="en-GB"/>
        </w:rPr>
        <w:t>Rory Dempsey</w:t>
      </w:r>
      <w:r w:rsidRPr="00D61D3D">
        <w:rPr>
          <w:lang w:val="en-GB"/>
        </w:rPr>
        <w:t xml:space="preserve">, </w:t>
      </w:r>
      <w:r w:rsidR="00DD1BC5" w:rsidRPr="00D61D3D">
        <w:rPr>
          <w:lang w:val="en-GB"/>
        </w:rPr>
        <w:t xml:space="preserve">and </w:t>
      </w:r>
      <w:proofErr w:type="gramStart"/>
      <w:r w:rsidR="00DD1BC5" w:rsidRPr="00D61D3D">
        <w:rPr>
          <w:lang w:val="en-GB"/>
        </w:rPr>
        <w:t xml:space="preserve">Redmond’s </w:t>
      </w:r>
      <w:r w:rsidRPr="00D61D3D">
        <w:rPr>
          <w:lang w:val="en-GB"/>
        </w:rPr>
        <w:t xml:space="preserve"> girlfriend</w:t>
      </w:r>
      <w:proofErr w:type="gramEnd"/>
      <w:r w:rsidRPr="00D61D3D">
        <w:rPr>
          <w:lang w:val="en-GB"/>
        </w:rPr>
        <w:t> Kathleen “Kat” Flynn and me, the quiet observer. Rory, mad as a box of frogs, roared around the town square, narrowly missing the Gardaí station and managing, through some divine mischief, not to get arrested.</w:t>
      </w:r>
    </w:p>
    <w:p w14:paraId="3F326259" w14:textId="77777777" w:rsidR="007845D9" w:rsidRPr="00D61D3D" w:rsidRDefault="007845D9" w:rsidP="007845D9">
      <w:pPr>
        <w:rPr>
          <w:lang w:val="en-GB"/>
        </w:rPr>
      </w:pPr>
      <w:r w:rsidRPr="00D61D3D">
        <w:rPr>
          <w:lang w:val="en-GB"/>
        </w:rPr>
        <w:t>Later, Redmond told me something odd—his sister had seen me in our local pub and was struck by how much I looked like Rory Dempsey. “Spitting image,” she said, “though you’re the quieter sort.”</w:t>
      </w:r>
    </w:p>
    <w:p w14:paraId="0AF3BB0A" w14:textId="77777777" w:rsidR="007845D9" w:rsidRPr="00D61D3D" w:rsidRDefault="007845D9" w:rsidP="007845D9">
      <w:pPr>
        <w:rPr>
          <w:lang w:val="en-GB"/>
        </w:rPr>
      </w:pPr>
      <w:r w:rsidRPr="00D61D3D">
        <w:rPr>
          <w:lang w:val="en-GB"/>
        </w:rPr>
        <w:t>I couldn’t see it myself, but it explained a few sideways glances. Then I found out that Rory, the madman in the Triumph, was </w:t>
      </w:r>
      <w:r w:rsidRPr="00D61D3D">
        <w:rPr>
          <w:i/>
          <w:iCs/>
          <w:lang w:val="en-GB"/>
        </w:rPr>
        <w:t>Maeve Larkin’s</w:t>
      </w:r>
      <w:r w:rsidRPr="00D61D3D">
        <w:rPr>
          <w:lang w:val="en-GB"/>
        </w:rPr>
        <w:t> boyfriend. And I was left with a strange puzzle: did she approach me because of who I reminded her of? Was I just a shadow of someone else?</w:t>
      </w:r>
    </w:p>
    <w:p w14:paraId="435B25C8" w14:textId="77777777" w:rsidR="007845D9" w:rsidRDefault="007845D9" w:rsidP="007845D9">
      <w:pPr>
        <w:rPr>
          <w:lang w:val="en-GB"/>
        </w:rPr>
      </w:pPr>
      <w:r w:rsidRPr="00D61D3D">
        <w:rPr>
          <w:lang w:val="en-GB"/>
        </w:rPr>
        <w:t>Redmond warned me not to say a word about Maeve to Rory, and I never did. But it stuck with me—that I was again the one chosen, not choosing. A pattern was forming.</w:t>
      </w:r>
    </w:p>
    <w:p w14:paraId="4756B020" w14:textId="77777777" w:rsidR="004403B6" w:rsidRPr="00D61D3D" w:rsidRDefault="004403B6" w:rsidP="007845D9">
      <w:pPr>
        <w:rPr>
          <w:lang w:val="en-GB"/>
        </w:rPr>
      </w:pPr>
    </w:p>
    <w:p w14:paraId="1AC53782" w14:textId="77777777" w:rsidR="007845D9" w:rsidRPr="00D61D3D" w:rsidRDefault="007845D9" w:rsidP="007845D9">
      <w:pPr>
        <w:rPr>
          <w:lang w:val="en-GB"/>
        </w:rPr>
      </w:pPr>
      <w:r w:rsidRPr="00D61D3D">
        <w:rPr>
          <w:lang w:val="en-GB"/>
        </w:rPr>
        <w:t>Saturday nights were for the Showband dances at the County Arms Hotel in Birr. The place lit up with bodies and breath and cheap cologne. Girls on one side, boys on the other, like schoolyard battalions waiting for the bell. You danced three songs, made your move, and hoped not to get decked in the car park.</w:t>
      </w:r>
    </w:p>
    <w:p w14:paraId="1AEF4581" w14:textId="77777777" w:rsidR="007845D9" w:rsidRPr="00D61D3D" w:rsidRDefault="007845D9" w:rsidP="007845D9">
      <w:pPr>
        <w:rPr>
          <w:lang w:val="en-GB"/>
        </w:rPr>
      </w:pPr>
      <w:r w:rsidRPr="00D61D3D">
        <w:rPr>
          <w:lang w:val="en-GB"/>
        </w:rPr>
        <w:t>It was ritual. A lift home in a car was worth gold. But darker things lurked, too. Near the end of the night, some lads stayed back—not for a last dance but for the rush at the exit, where they’d grope girls in the chaos. I always left early to avoid the mess. It turned my stomach. Romance, in that corner of the dancehall, had nothing to do with tenderness.</w:t>
      </w:r>
    </w:p>
    <w:p w14:paraId="684A2015" w14:textId="77777777" w:rsidR="007845D9" w:rsidRDefault="007845D9" w:rsidP="007845D9">
      <w:pPr>
        <w:rPr>
          <w:lang w:val="en-GB"/>
        </w:rPr>
      </w:pPr>
      <w:r w:rsidRPr="00D61D3D">
        <w:rPr>
          <w:lang w:val="en-GB"/>
        </w:rPr>
        <w:t>Still, some found love. Others found black eyes and court dates. And we all found stories worth retelling. The courthouse, when it held sessions, was the theatre of the town. The fights of Saturday night became Monday’s courtroom comedies—told with flair and laughter, even by the Gardaí themselves.</w:t>
      </w:r>
    </w:p>
    <w:p w14:paraId="6278C2BA" w14:textId="77777777" w:rsidR="004403B6" w:rsidRPr="00D61D3D" w:rsidRDefault="004403B6" w:rsidP="007845D9">
      <w:pPr>
        <w:rPr>
          <w:lang w:val="en-GB"/>
        </w:rPr>
      </w:pPr>
    </w:p>
    <w:p w14:paraId="7EBDA4A2" w14:textId="77777777" w:rsidR="007845D9" w:rsidRDefault="007845D9" w:rsidP="007845D9">
      <w:pPr>
        <w:rPr>
          <w:lang w:val="en-GB"/>
        </w:rPr>
      </w:pPr>
      <w:r w:rsidRPr="00D61D3D">
        <w:rPr>
          <w:lang w:val="en-GB"/>
        </w:rPr>
        <w:t>Ah, Offaly in the wild days. We were all looking for something, be it a dance, a kiss, a fight—or a way out. And me? I was already dreaming of roads not yet taken.</w:t>
      </w:r>
    </w:p>
    <w:p w14:paraId="3E61A709" w14:textId="77777777" w:rsidR="004403B6" w:rsidRPr="00D61D3D" w:rsidRDefault="004403B6" w:rsidP="007845D9">
      <w:pPr>
        <w:rPr>
          <w:lang w:val="en-GB"/>
        </w:rPr>
      </w:pPr>
    </w:p>
    <w:p w14:paraId="36892C6E" w14:textId="77777777" w:rsidR="004403B6" w:rsidRDefault="004403B6">
      <w:pPr>
        <w:spacing w:after="200" w:line="276" w:lineRule="auto"/>
        <w:rPr>
          <w:b/>
          <w:bCs/>
          <w:i/>
          <w:iCs/>
          <w:lang w:val="en-GB"/>
        </w:rPr>
      </w:pPr>
      <w:r>
        <w:rPr>
          <w:b/>
          <w:bCs/>
          <w:i/>
          <w:iCs/>
          <w:lang w:val="en-GB"/>
        </w:rPr>
        <w:br w:type="page"/>
      </w:r>
    </w:p>
    <w:p w14:paraId="795AAEF5" w14:textId="4351DC9C" w:rsidR="00DD1BC5" w:rsidRPr="00D61D3D" w:rsidRDefault="00DD1BC5" w:rsidP="00DD1BC5">
      <w:pPr>
        <w:rPr>
          <w:b/>
          <w:bCs/>
          <w:lang w:val="en-GB"/>
        </w:rPr>
      </w:pPr>
      <w:r w:rsidRPr="00D61D3D">
        <w:rPr>
          <w:b/>
          <w:bCs/>
          <w:i/>
          <w:iCs/>
          <w:lang w:val="en-GB"/>
        </w:rPr>
        <w:lastRenderedPageBreak/>
        <w:t>The Long Weekend Before the Long Goodbye</w:t>
      </w:r>
    </w:p>
    <w:p w14:paraId="26F6E8CA" w14:textId="77777777" w:rsidR="00DD1BC5" w:rsidRPr="00D61D3D" w:rsidRDefault="00DD1BC5" w:rsidP="00DD1BC5">
      <w:pPr>
        <w:rPr>
          <w:lang w:val="en-GB"/>
        </w:rPr>
      </w:pPr>
      <w:r w:rsidRPr="00D61D3D">
        <w:rPr>
          <w:i/>
          <w:iCs/>
          <w:lang w:val="en-GB"/>
        </w:rPr>
        <w:t>(An Intermezzo of High Roads and Loose Plans)</w:t>
      </w:r>
    </w:p>
    <w:p w14:paraId="694D438E" w14:textId="77777777" w:rsidR="00DD1BC5" w:rsidRPr="00D61D3D" w:rsidRDefault="00DD1BC5" w:rsidP="00DD1BC5">
      <w:pPr>
        <w:rPr>
          <w:lang w:val="en-GB"/>
        </w:rPr>
      </w:pPr>
      <w:r w:rsidRPr="00D61D3D">
        <w:rPr>
          <w:lang w:val="en-GB"/>
        </w:rPr>
        <w:t>It was sometime around 1974, in that peculiar stretch of life where you're no longer a boy but not quite tethered to adulthood either. A life of work at home and in the hotel carried on steadily, but the real pulse of my days came on weekends, on holidays—when the road called, and we, like obedient disciples, followed.</w:t>
      </w:r>
    </w:p>
    <w:p w14:paraId="542584F0" w14:textId="77777777" w:rsidR="00DD1BC5" w:rsidRPr="00D61D3D" w:rsidRDefault="00DD1BC5" w:rsidP="00DD1BC5">
      <w:pPr>
        <w:rPr>
          <w:lang w:val="en-GB"/>
        </w:rPr>
      </w:pPr>
      <w:r w:rsidRPr="00D61D3D">
        <w:rPr>
          <w:lang w:val="en-GB"/>
        </w:rPr>
        <w:t xml:space="preserve">Achill was our sanctuary. May and August bank holidays would find </w:t>
      </w:r>
      <w:r w:rsidRPr="00D61D3D">
        <w:rPr>
          <w:b/>
          <w:bCs/>
          <w:i/>
          <w:iCs/>
          <w:lang w:val="en-GB"/>
        </w:rPr>
        <w:t>Billy</w:t>
      </w:r>
      <w:r w:rsidRPr="00D61D3D">
        <w:rPr>
          <w:lang w:val="en-GB"/>
        </w:rPr>
        <w:t xml:space="preserve"> and me hitching westward, lifting thumbs and hopes on Thursday evenings, often reaching as far as Roscommon by nightfall before pushing through to Achill by Friday afternoon. We'd pitch the tent, find a pub, and I’d vanish into a session of song and fiddle, </w:t>
      </w:r>
      <w:r w:rsidRPr="00D61D3D">
        <w:rPr>
          <w:b/>
          <w:bCs/>
          <w:i/>
          <w:iCs/>
          <w:lang w:val="en-GB"/>
        </w:rPr>
        <w:t>Billy</w:t>
      </w:r>
      <w:r w:rsidRPr="00D61D3D">
        <w:rPr>
          <w:lang w:val="en-GB"/>
        </w:rPr>
        <w:t xml:space="preserve"> wandering ahead, always scouting, always returning with a grin and tales. The whole island seemed dipped in music and laughter. No violence, no sourness—just bodies swaying in smoky bars, strangers leaning into each other, and the sea ever humming just out of sight.</w:t>
      </w:r>
    </w:p>
    <w:p w14:paraId="3E69C9AC" w14:textId="77777777" w:rsidR="00DD1BC5" w:rsidRPr="00D61D3D" w:rsidRDefault="00DD1BC5" w:rsidP="00DD1BC5">
      <w:pPr>
        <w:rPr>
          <w:lang w:val="en-GB"/>
        </w:rPr>
      </w:pPr>
      <w:r w:rsidRPr="00D61D3D">
        <w:rPr>
          <w:lang w:val="en-GB"/>
        </w:rPr>
        <w:t>We’d leave on Monday and, if fortune didn’t frown, make it back by Tuesday in time to scrub the road from our skin and show up at work like nothing had happened.</w:t>
      </w:r>
    </w:p>
    <w:p w14:paraId="7B6AA731" w14:textId="77777777" w:rsidR="00DD1BC5" w:rsidRDefault="00DD1BC5" w:rsidP="00DD1BC5">
      <w:pPr>
        <w:rPr>
          <w:lang w:val="en-GB"/>
        </w:rPr>
      </w:pPr>
      <w:r w:rsidRPr="00D61D3D">
        <w:rPr>
          <w:lang w:val="en-GB"/>
        </w:rPr>
        <w:t>But of course, everything had.</w:t>
      </w:r>
    </w:p>
    <w:p w14:paraId="3B6A2E18" w14:textId="77777777" w:rsidR="004403B6" w:rsidRPr="00D61D3D" w:rsidRDefault="004403B6" w:rsidP="00DD1BC5">
      <w:pPr>
        <w:rPr>
          <w:lang w:val="en-GB"/>
        </w:rPr>
      </w:pPr>
    </w:p>
    <w:p w14:paraId="459D0F97" w14:textId="77777777" w:rsidR="00DD1BC5" w:rsidRPr="00D61D3D" w:rsidRDefault="00DD1BC5" w:rsidP="00DD1BC5">
      <w:pPr>
        <w:rPr>
          <w:lang w:val="en-GB"/>
        </w:rPr>
      </w:pPr>
      <w:r w:rsidRPr="00D61D3D">
        <w:rPr>
          <w:lang w:val="en-GB"/>
        </w:rPr>
        <w:t>Dublin was another haunt, another siren. We'd hitch up when we could—whoever was game came along. A day in Dublin was a day of music, mischief, and well-practiced wandering. Waltons Music Store near Fitzgibbon Square was a kind of temple for us. You could pick up a guitar and just start playing—nobody minded, and often it drew a crowd, which only made the playing sweeter. McCullagh Picots, tucked off Grafton Street, had a more careful air, but we knew folks from Achill who worked there, so we could still breathe easy.</w:t>
      </w:r>
    </w:p>
    <w:p w14:paraId="356BF962" w14:textId="77777777" w:rsidR="00DD1BC5" w:rsidRDefault="00DD1BC5" w:rsidP="00DD1BC5">
      <w:pPr>
        <w:rPr>
          <w:lang w:val="en-GB"/>
        </w:rPr>
      </w:pPr>
      <w:r w:rsidRPr="00D61D3D">
        <w:rPr>
          <w:lang w:val="en-GB"/>
        </w:rPr>
        <w:t>We’d stroll the city from McDaid’s to Neary’s and up to Mulligan’s, pints scattered like breadcrumbs behind us. We never knew where we’d end up, but someone always offered a couch or a floor, and that was enough.</w:t>
      </w:r>
    </w:p>
    <w:p w14:paraId="3A4DEACC" w14:textId="77777777" w:rsidR="004403B6" w:rsidRPr="00D61D3D" w:rsidRDefault="004403B6" w:rsidP="00DD1BC5">
      <w:pPr>
        <w:rPr>
          <w:lang w:val="en-GB"/>
        </w:rPr>
      </w:pPr>
    </w:p>
    <w:p w14:paraId="0A4B032A" w14:textId="77777777" w:rsidR="00DD1BC5" w:rsidRPr="00D61D3D" w:rsidRDefault="00DD1BC5" w:rsidP="00DD1BC5">
      <w:pPr>
        <w:rPr>
          <w:lang w:val="en-GB"/>
        </w:rPr>
      </w:pPr>
      <w:r w:rsidRPr="00D61D3D">
        <w:rPr>
          <w:lang w:val="en-GB"/>
        </w:rPr>
        <w:t>There was this one night I’ll never forget. We were staying in the suburbs, and to save time getting home, we'd jump off the back of the double-decker as it rounded the corner—Dublin-style shortcuts. One evening, as we crept down the stairs to make our usual leap, a lad with a hump stood by the door. The conductor shouted, “Come on, Jimmy, others are waiting to jump!”</w:t>
      </w:r>
    </w:p>
    <w:p w14:paraId="7AC51E92" w14:textId="77777777" w:rsidR="00DD1BC5" w:rsidRPr="00D61D3D" w:rsidRDefault="00DD1BC5" w:rsidP="00DD1BC5">
      <w:pPr>
        <w:rPr>
          <w:lang w:val="en-GB"/>
        </w:rPr>
      </w:pPr>
      <w:r w:rsidRPr="00D61D3D">
        <w:rPr>
          <w:lang w:val="en-GB"/>
        </w:rPr>
        <w:t>Jimmy turned, stone-faced, and said, “What do you think this is?”—pointing to the hump</w:t>
      </w:r>
      <w:proofErr w:type="gramStart"/>
      <w:r w:rsidRPr="00D61D3D">
        <w:rPr>
          <w:lang w:val="en-GB"/>
        </w:rPr>
        <w:t>—“</w:t>
      </w:r>
      <w:proofErr w:type="gramEnd"/>
      <w:r w:rsidRPr="00D61D3D">
        <w:rPr>
          <w:lang w:val="en-GB"/>
        </w:rPr>
        <w:t>A fuckin' parachute?”</w:t>
      </w:r>
    </w:p>
    <w:p w14:paraId="7732CFB5" w14:textId="77777777" w:rsidR="00DD1BC5" w:rsidRDefault="00DD1BC5" w:rsidP="00DD1BC5">
      <w:pPr>
        <w:rPr>
          <w:lang w:val="en-GB"/>
        </w:rPr>
      </w:pPr>
      <w:r w:rsidRPr="00D61D3D">
        <w:rPr>
          <w:lang w:val="en-GB"/>
        </w:rPr>
        <w:t>We laughed so hard we missed the turn and had to ride all the way to the stop. That was Dublin for you—chaotic, charming, hilarious.</w:t>
      </w:r>
    </w:p>
    <w:p w14:paraId="4FF8873D" w14:textId="77777777" w:rsidR="004403B6" w:rsidRPr="00D61D3D" w:rsidRDefault="004403B6" w:rsidP="00DD1BC5">
      <w:pPr>
        <w:rPr>
          <w:lang w:val="en-GB"/>
        </w:rPr>
      </w:pPr>
    </w:p>
    <w:p w14:paraId="73573894" w14:textId="77777777" w:rsidR="00DD1BC5" w:rsidRPr="00D61D3D" w:rsidRDefault="00DD1BC5" w:rsidP="00DD1BC5">
      <w:pPr>
        <w:rPr>
          <w:lang w:val="en-GB"/>
        </w:rPr>
      </w:pPr>
      <w:r w:rsidRPr="00D61D3D">
        <w:rPr>
          <w:lang w:val="en-GB"/>
        </w:rPr>
        <w:t>Another city game we played when bored was “The Trail”—we’d pick out some poor soul who looked interesting and follow them from a distance. No harm ever done, just strange destinations and the delight of seeing how lives unfolded when we weren’t meant to be looking.</w:t>
      </w:r>
    </w:p>
    <w:p w14:paraId="74228045" w14:textId="465CF5D6" w:rsidR="00DD1BC5" w:rsidRPr="00D61D3D" w:rsidRDefault="00DD1BC5" w:rsidP="00DD1BC5">
      <w:pPr>
        <w:rPr>
          <w:lang w:val="en-GB"/>
        </w:rPr>
      </w:pPr>
      <w:r w:rsidRPr="00D61D3D">
        <w:rPr>
          <w:lang w:val="en-GB"/>
        </w:rPr>
        <w:t xml:space="preserve">Then there were the weekends in Scariff or Lahinch—tent, tunes, smoke and sea air—or whatever direction the winds pushed us. East Clare, </w:t>
      </w:r>
      <w:r w:rsidR="004403B6">
        <w:rPr>
          <w:lang w:val="en-GB"/>
        </w:rPr>
        <w:t xml:space="preserve">West Clare, </w:t>
      </w:r>
      <w:r w:rsidRPr="00D61D3D">
        <w:rPr>
          <w:lang w:val="en-GB"/>
        </w:rPr>
        <w:t>the coast, a borrowed van or thumbed ride. We were seeking nothing and finding everything.</w:t>
      </w:r>
    </w:p>
    <w:p w14:paraId="6A9FD6AB" w14:textId="77777777" w:rsidR="00DD1BC5" w:rsidRPr="00D61D3D" w:rsidRDefault="00DD1BC5" w:rsidP="00DD1BC5">
      <w:pPr>
        <w:rPr>
          <w:lang w:val="en-GB"/>
        </w:rPr>
      </w:pPr>
      <w:r w:rsidRPr="00D61D3D">
        <w:rPr>
          <w:lang w:val="en-GB"/>
        </w:rPr>
        <w:lastRenderedPageBreak/>
        <w:t>One night in Birr, around ten in the evening, Clara burst through the pub doors with her usual mix of mystery and madness. Sat down beside me, pint in hand, and said, “How’d you fancy a weekend in Ennis?”</w:t>
      </w:r>
    </w:p>
    <w:p w14:paraId="10FB44DA" w14:textId="77777777" w:rsidR="00DD1BC5" w:rsidRPr="00D61D3D" w:rsidRDefault="00DD1BC5" w:rsidP="00DD1BC5">
      <w:pPr>
        <w:rPr>
          <w:lang w:val="en-GB"/>
        </w:rPr>
      </w:pPr>
      <w:r w:rsidRPr="00D61D3D">
        <w:rPr>
          <w:lang w:val="en-GB"/>
        </w:rPr>
        <w:t>She’d met someone—of course she had—and an invitation had been extended. So, we gathered the usual suspects and off we went, bags packed in a hurry, spirits buzzing.</w:t>
      </w:r>
    </w:p>
    <w:p w14:paraId="5286E708" w14:textId="77777777" w:rsidR="004403B6" w:rsidRDefault="004403B6" w:rsidP="00DD1BC5">
      <w:pPr>
        <w:rPr>
          <w:lang w:val="en-GB"/>
        </w:rPr>
      </w:pPr>
    </w:p>
    <w:p w14:paraId="128D13CC" w14:textId="774FFC17" w:rsidR="00DD1BC5" w:rsidRPr="00D61D3D" w:rsidRDefault="00DD1BC5" w:rsidP="00DD1BC5">
      <w:pPr>
        <w:rPr>
          <w:lang w:val="en-GB"/>
        </w:rPr>
      </w:pPr>
      <w:r w:rsidRPr="00D61D3D">
        <w:rPr>
          <w:lang w:val="en-GB"/>
        </w:rPr>
        <w:t xml:space="preserve">In Ennis, we met Angel on The Height—local legend, no pupil in his eye </w:t>
      </w:r>
      <w:r w:rsidR="00AB790B" w:rsidRPr="00D61D3D">
        <w:rPr>
          <w:lang w:val="en-GB"/>
        </w:rPr>
        <w:t xml:space="preserve">from the amount of dope he’d been using, </w:t>
      </w:r>
      <w:r w:rsidRPr="00D61D3D">
        <w:rPr>
          <w:lang w:val="en-GB"/>
        </w:rPr>
        <w:t xml:space="preserve">but somehow all-seeing. A magnet of a man, surrounded by hangers-on and stories. Clara quickly gravitated toward him, and I found myself beside Jo </w:t>
      </w:r>
      <w:proofErr w:type="spellStart"/>
      <w:r w:rsidRPr="00D61D3D">
        <w:rPr>
          <w:lang w:val="en-GB"/>
        </w:rPr>
        <w:t>Jo</w:t>
      </w:r>
      <w:proofErr w:type="spellEnd"/>
      <w:r w:rsidRPr="00D61D3D">
        <w:rPr>
          <w:lang w:val="en-GB"/>
        </w:rPr>
        <w:t>, one of his crew, sweet and sudden in her interest.</w:t>
      </w:r>
    </w:p>
    <w:p w14:paraId="493D4037" w14:textId="77777777" w:rsidR="00DD1BC5" w:rsidRPr="00D61D3D" w:rsidRDefault="00DD1BC5" w:rsidP="00DD1BC5">
      <w:pPr>
        <w:rPr>
          <w:lang w:val="en-GB"/>
        </w:rPr>
      </w:pPr>
      <w:r w:rsidRPr="00D61D3D">
        <w:rPr>
          <w:lang w:val="en-GB"/>
        </w:rPr>
        <w:t xml:space="preserve">We pitched tents by the ruins of a castle, cracked open wine and beer, passed joints, and talked until the stars </w:t>
      </w:r>
      <w:proofErr w:type="gramStart"/>
      <w:r w:rsidRPr="00D61D3D">
        <w:rPr>
          <w:lang w:val="en-GB"/>
        </w:rPr>
        <w:t>fell down</w:t>
      </w:r>
      <w:proofErr w:type="gramEnd"/>
      <w:r w:rsidRPr="00D61D3D">
        <w:rPr>
          <w:lang w:val="en-GB"/>
        </w:rPr>
        <w:t>. Around midnight, an American lad crept up and asked if we’d quieten down so he could sleep. We agreed, slightly amused. Ash said the next morning, “Fair play to him—ten of us, and he walked right into the lions' den.”</w:t>
      </w:r>
    </w:p>
    <w:p w14:paraId="4117FC5B" w14:textId="77777777" w:rsidR="004403B6" w:rsidRDefault="004403B6" w:rsidP="00DD1BC5">
      <w:pPr>
        <w:rPr>
          <w:lang w:val="en-GB"/>
        </w:rPr>
      </w:pPr>
    </w:p>
    <w:p w14:paraId="4DD56648" w14:textId="1C59EE4F" w:rsidR="00DD1BC5" w:rsidRDefault="00DD1BC5" w:rsidP="00DD1BC5">
      <w:pPr>
        <w:rPr>
          <w:lang w:val="en-GB"/>
        </w:rPr>
      </w:pPr>
      <w:r w:rsidRPr="00D61D3D">
        <w:rPr>
          <w:lang w:val="en-GB"/>
        </w:rPr>
        <w:t xml:space="preserve">That was the magic of those days. We looked wild but weren’t cruel. The nights were full of music, laughter, hash, and new faces that became old friends by dawn. And though Monday came with its usual regret and return, we were already planning the next one. We knew Ennis would host the All-Ireland Fleadh </w:t>
      </w:r>
      <w:proofErr w:type="spellStart"/>
      <w:r w:rsidRPr="00D61D3D">
        <w:rPr>
          <w:lang w:val="en-GB"/>
        </w:rPr>
        <w:t>Cheoil</w:t>
      </w:r>
      <w:proofErr w:type="spellEnd"/>
      <w:r w:rsidRPr="00D61D3D">
        <w:rPr>
          <w:lang w:val="en-GB"/>
        </w:rPr>
        <w:t xml:space="preserve"> in a year or two, and we’d be ready.</w:t>
      </w:r>
    </w:p>
    <w:p w14:paraId="3459D0C8" w14:textId="77777777" w:rsidR="004403B6" w:rsidRPr="00D61D3D" w:rsidRDefault="004403B6" w:rsidP="00DD1BC5">
      <w:pPr>
        <w:rPr>
          <w:lang w:val="en-GB"/>
        </w:rPr>
      </w:pPr>
    </w:p>
    <w:p w14:paraId="0EC1AC01" w14:textId="311889B0" w:rsidR="00DD1BC5" w:rsidRPr="00D61D3D" w:rsidRDefault="00DD1BC5" w:rsidP="00DD1BC5">
      <w:pPr>
        <w:rPr>
          <w:lang w:val="en-GB"/>
        </w:rPr>
      </w:pPr>
      <w:r w:rsidRPr="00D61D3D">
        <w:rPr>
          <w:lang w:val="en-GB"/>
        </w:rPr>
        <w:t xml:space="preserve">Back in </w:t>
      </w:r>
      <w:r w:rsidR="00283A55" w:rsidRPr="00D61D3D">
        <w:rPr>
          <w:lang w:val="en-GB"/>
        </w:rPr>
        <w:t>our town</w:t>
      </w:r>
      <w:r w:rsidRPr="00D61D3D">
        <w:rPr>
          <w:lang w:val="en-GB"/>
        </w:rPr>
        <w:t>, the days rolled on. Some were long and dull, others spun by like firecrackers—unexpected joy in an ordinary hour. The cosmos had its own plans, and sometimes it swept us up in its tailwind.</w:t>
      </w:r>
    </w:p>
    <w:p w14:paraId="36F05FA8" w14:textId="77777777" w:rsidR="00DD1BC5" w:rsidRPr="00D61D3D" w:rsidRDefault="00DD1BC5" w:rsidP="00DD1BC5">
      <w:pPr>
        <w:rPr>
          <w:lang w:val="en-GB"/>
        </w:rPr>
      </w:pPr>
      <w:r w:rsidRPr="00D61D3D">
        <w:rPr>
          <w:lang w:val="en-GB"/>
        </w:rPr>
        <w:t>But for now, I’ll leave that thread here, still humming with the laughter of friends and the smell of wet tents, knowing more memories are bubbling just beneath the surface, waiting their turn to shine.</w:t>
      </w:r>
    </w:p>
    <w:p w14:paraId="27663E03" w14:textId="77777777" w:rsidR="00283A55" w:rsidRPr="00D61D3D" w:rsidRDefault="00283A55" w:rsidP="00DD1BC5">
      <w:pPr>
        <w:rPr>
          <w:lang w:val="en-GB"/>
        </w:rPr>
      </w:pPr>
    </w:p>
    <w:p w14:paraId="6F13A69D" w14:textId="77777777" w:rsidR="004403B6" w:rsidRDefault="004403B6">
      <w:pPr>
        <w:spacing w:after="200" w:line="276" w:lineRule="auto"/>
        <w:rPr>
          <w:b/>
          <w:bCs/>
          <w:i/>
          <w:iCs/>
          <w:lang w:val="en-GB"/>
        </w:rPr>
      </w:pPr>
      <w:r>
        <w:rPr>
          <w:b/>
          <w:bCs/>
          <w:i/>
          <w:iCs/>
          <w:lang w:val="en-GB"/>
        </w:rPr>
        <w:br w:type="page"/>
      </w:r>
    </w:p>
    <w:p w14:paraId="0AD3E7B0" w14:textId="77777777" w:rsidR="00627874" w:rsidRDefault="00627874" w:rsidP="00627874">
      <w:pPr>
        <w:pStyle w:val="Heading2"/>
        <w:rPr>
          <w:color w:val="000000"/>
          <w:sz w:val="36"/>
          <w:szCs w:val="36"/>
        </w:rPr>
      </w:pPr>
      <w:r>
        <w:rPr>
          <w:color w:val="000000"/>
        </w:rPr>
        <w:lastRenderedPageBreak/>
        <w:t>The American Connection</w:t>
      </w:r>
    </w:p>
    <w:p w14:paraId="7E6BFDA9" w14:textId="77777777" w:rsidR="00627874" w:rsidRDefault="00627874" w:rsidP="00627874">
      <w:pPr>
        <w:pStyle w:val="Heading3"/>
        <w:rPr>
          <w:color w:val="000000"/>
        </w:rPr>
      </w:pPr>
      <w:r>
        <w:rPr>
          <w:color w:val="000000"/>
        </w:rPr>
        <w:t>(An Interlude in Three Acts – The Road, The Romance, and The Ruckus)</w:t>
      </w:r>
    </w:p>
    <w:p w14:paraId="0FEF3B7A" w14:textId="77777777" w:rsidR="00627874" w:rsidRDefault="00627874" w:rsidP="00627874">
      <w:pPr>
        <w:pStyle w:val="NormalWeb"/>
        <w:rPr>
          <w:color w:val="000000"/>
        </w:rPr>
      </w:pPr>
      <w:r>
        <w:rPr>
          <w:color w:val="000000"/>
        </w:rPr>
        <w:t xml:space="preserve">The year before I finally cast off, a contingent of American teenagers drifted into our quiet town. They were part of a Christian exchange – a program for "difficult kids," they said, from </w:t>
      </w:r>
      <w:proofErr w:type="gramStart"/>
      <w:r>
        <w:rPr>
          <w:color w:val="000000"/>
        </w:rPr>
        <w:t>families</w:t>
      </w:r>
      <w:proofErr w:type="gramEnd"/>
      <w:r>
        <w:rPr>
          <w:color w:val="000000"/>
        </w:rPr>
        <w:t xml:space="preserve"> flush with privilege. The prevailing hope, I suppose, was that transplanting them might re-seed their perspectives, offering a glimpse of a different way to live. High hopes, indeed, and perhaps a touch naive, for change rarely blooms from such shallow soil.</w:t>
      </w:r>
    </w:p>
    <w:p w14:paraId="67C96D31" w14:textId="77777777" w:rsidR="00627874" w:rsidRDefault="00627874" w:rsidP="00627874">
      <w:pPr>
        <w:pStyle w:val="NormalWeb"/>
        <w:rPr>
          <w:color w:val="000000"/>
        </w:rPr>
      </w:pPr>
      <w:r>
        <w:rPr>
          <w:color w:val="000000"/>
        </w:rPr>
        <w:t>Their lead counsellor, a man etched with the quiet dignity of a Vietnam veteran, was a soft-spoken soul, one leg surrendered to war. A decent man, now a social worker, he navigated these unruly spirits through the emerald labyrinth of Ireland with a patience that surpassed my own imagined limits.</w:t>
      </w:r>
    </w:p>
    <w:p w14:paraId="356EE1A5" w14:textId="77777777" w:rsidR="00627874" w:rsidRDefault="00627874" w:rsidP="00627874">
      <w:pPr>
        <w:pStyle w:val="NormalWeb"/>
        <w:rPr>
          <w:color w:val="000000"/>
        </w:rPr>
      </w:pPr>
      <w:r>
        <w:rPr>
          <w:color w:val="000000"/>
        </w:rPr>
        <w:t>The group was a curious medley of boys and girls, aged sixteen to eighteen. They were inquisitive, sometimes brazenly bawdy, yet mostly respectful – a thin veneer of good manners, born of instruction, held them in check. We scratched our heads at the logic of dispatching Protestant Christian youth to the heart of Catholic Ireland – Northern Ireland, of course, a forbidden zone. But then again, the world rarely unfurled itself with perfect sense.</w:t>
      </w:r>
    </w:p>
    <w:p w14:paraId="79D33F8B" w14:textId="77777777" w:rsidR="00627874" w:rsidRDefault="00627874" w:rsidP="00627874">
      <w:pPr>
        <w:pStyle w:val="NormalWeb"/>
        <w:rPr>
          <w:color w:val="000000"/>
        </w:rPr>
      </w:pPr>
      <w:r>
        <w:rPr>
          <w:color w:val="000000"/>
        </w:rPr>
        <w:t xml:space="preserve">They struck us as sharper in some ways, more worldly in their knowing, yet oddly blank in others. Socially, they were lambs astray in a bog, fumbling for footing. Most Americans I’d met, then and since, carried an </w:t>
      </w:r>
      <w:proofErr w:type="gramStart"/>
      <w:r>
        <w:rPr>
          <w:color w:val="000000"/>
        </w:rPr>
        <w:t>open-heartedness</w:t>
      </w:r>
      <w:proofErr w:type="gramEnd"/>
      <w:r>
        <w:rPr>
          <w:color w:val="000000"/>
        </w:rPr>
        <w:t xml:space="preserve"> braided with a curious gullibility. We’d often quip that "gullible" simply wasn't in their lexicon. They’d earnestly consult a dictionary, declaring, “Yes, it is!” And we’d counter with a sly grin, “Aye, but did you</w:t>
      </w:r>
      <w:r>
        <w:rPr>
          <w:rStyle w:val="apple-converted-space"/>
          <w:color w:val="000000"/>
        </w:rPr>
        <w:t> </w:t>
      </w:r>
      <w:r>
        <w:rPr>
          <w:rStyle w:val="Emphasis"/>
          <w:rFonts w:eastAsiaTheme="majorEastAsia"/>
          <w:color w:val="000000"/>
        </w:rPr>
        <w:t>read</w:t>
      </w:r>
      <w:r>
        <w:rPr>
          <w:rStyle w:val="apple-converted-space"/>
          <w:color w:val="000000"/>
        </w:rPr>
        <w:t> </w:t>
      </w:r>
      <w:r>
        <w:rPr>
          <w:color w:val="000000"/>
        </w:rPr>
        <w:t>the definition?” It was always good for a laugh, a small, shared triumph of wit.</w:t>
      </w:r>
    </w:p>
    <w:p w14:paraId="3839B813" w14:textId="04E6C6BE" w:rsidR="00627874" w:rsidRDefault="00627874" w:rsidP="00627874"/>
    <w:p w14:paraId="19577F0E" w14:textId="77777777" w:rsidR="00627874" w:rsidRDefault="00627874" w:rsidP="00627874">
      <w:pPr>
        <w:pStyle w:val="NormalWeb"/>
        <w:rPr>
          <w:color w:val="000000"/>
        </w:rPr>
      </w:pPr>
      <w:r>
        <w:rPr>
          <w:color w:val="000000"/>
        </w:rPr>
        <w:t xml:space="preserve">We’d find them in the amber glow of the pub, or under the broad sky of the park, or by the ancient stones of the castle, spinning yarns of leprechauns and whispering ghosts. We’d weave myth and mischief with equal threads, a tapestry of charming deception. Religion, that volatile brew, was best left undisturbed – too much simmering heat in that </w:t>
      </w:r>
      <w:proofErr w:type="gramStart"/>
      <w:r>
        <w:rPr>
          <w:color w:val="000000"/>
        </w:rPr>
        <w:t>particular kitchen</w:t>
      </w:r>
      <w:proofErr w:type="gramEnd"/>
      <w:r>
        <w:rPr>
          <w:color w:val="000000"/>
        </w:rPr>
        <w:t>. But everything else was fair game. Especially "taking the piss."</w:t>
      </w:r>
    </w:p>
    <w:p w14:paraId="4CB200DF" w14:textId="77777777" w:rsidR="00627874" w:rsidRDefault="00627874" w:rsidP="00627874">
      <w:pPr>
        <w:pStyle w:val="NormalWeb"/>
        <w:rPr>
          <w:color w:val="000000"/>
        </w:rPr>
      </w:pPr>
      <w:r>
        <w:rPr>
          <w:color w:val="000000"/>
        </w:rPr>
        <w:t>Now, for a moment of clarity: though our town was predominantly Catholic, our circle of friends embraced Protestants too. We shared desks in school, raised pints in the pub, chased footballs across fields, and huddled together for stolen cigarettes. The bitter roots of Northern strife had never taken hold in our soil. It was simply life – unburdened, simpler, and more honest.</w:t>
      </w:r>
    </w:p>
    <w:p w14:paraId="63D83B1C" w14:textId="77777777" w:rsidR="00627874" w:rsidRDefault="00627874" w:rsidP="00627874">
      <w:pPr>
        <w:pStyle w:val="NormalWeb"/>
        <w:rPr>
          <w:color w:val="000000"/>
        </w:rPr>
      </w:pPr>
      <w:r>
        <w:rPr>
          <w:color w:val="000000"/>
        </w:rPr>
        <w:lastRenderedPageBreak/>
        <w:t>After a few days, a quiet camaraderie blossomed between me and one of the American girls. Or, perhaps more accurately, it was</w:t>
      </w:r>
      <w:r>
        <w:rPr>
          <w:rStyle w:val="apple-converted-space"/>
          <w:color w:val="000000"/>
        </w:rPr>
        <w:t> </w:t>
      </w:r>
      <w:r>
        <w:rPr>
          <w:rStyle w:val="Emphasis"/>
          <w:rFonts w:eastAsiaTheme="majorEastAsia"/>
          <w:color w:val="000000"/>
        </w:rPr>
        <w:t>she</w:t>
      </w:r>
      <w:r>
        <w:rPr>
          <w:rStyle w:val="apple-converted-space"/>
          <w:color w:val="000000"/>
        </w:rPr>
        <w:t> </w:t>
      </w:r>
      <w:r>
        <w:rPr>
          <w:color w:val="000000"/>
        </w:rPr>
        <w:t>who gravitated to</w:t>
      </w:r>
      <w:r>
        <w:rPr>
          <w:rStyle w:val="apple-converted-space"/>
          <w:color w:val="000000"/>
        </w:rPr>
        <w:t> </w:t>
      </w:r>
      <w:r>
        <w:rPr>
          <w:rStyle w:val="Emphasis"/>
          <w:rFonts w:eastAsiaTheme="majorEastAsia"/>
          <w:color w:val="000000"/>
        </w:rPr>
        <w:t>me</w:t>
      </w:r>
      <w:r>
        <w:rPr>
          <w:color w:val="000000"/>
        </w:rPr>
        <w:t>. Such was often the ebb and flow of things back then. And what a tide that relationship turned out to be.</w:t>
      </w:r>
    </w:p>
    <w:p w14:paraId="796081AD" w14:textId="77777777" w:rsidR="00627874" w:rsidRDefault="00627874" w:rsidP="00627874">
      <w:pPr>
        <w:pStyle w:val="NormalWeb"/>
        <w:rPr>
          <w:color w:val="000000"/>
        </w:rPr>
      </w:pPr>
      <w:r>
        <w:rPr>
          <w:color w:val="000000"/>
        </w:rPr>
        <w:t>You must understand the landscape of growing up with Irish girls: every touch was measured, every glance weighed. There might be a shy graze of hands, a tentative embrace, but respect stood sentinel. We knew the families, the intricate weave of unspoken codes. And contraceptives were a whisper, a distant rumor, which added its own stern limitations and profound consequences.</w:t>
      </w:r>
    </w:p>
    <w:p w14:paraId="065BC841" w14:textId="77777777" w:rsidR="00627874" w:rsidRDefault="00627874" w:rsidP="00627874">
      <w:pPr>
        <w:pStyle w:val="NormalWeb"/>
        <w:rPr>
          <w:color w:val="000000"/>
        </w:rPr>
      </w:pPr>
      <w:r>
        <w:rPr>
          <w:color w:val="000000"/>
        </w:rPr>
        <w:t xml:space="preserve">But these Americans were cast from a different mold. More forthright. More fearless. One evening, her voice soft as velvet, she asked if </w:t>
      </w:r>
      <w:proofErr w:type="gramStart"/>
      <w:r>
        <w:rPr>
          <w:color w:val="000000"/>
        </w:rPr>
        <w:t>I’d walk</w:t>
      </w:r>
      <w:proofErr w:type="gramEnd"/>
      <w:r>
        <w:rPr>
          <w:color w:val="000000"/>
        </w:rPr>
        <w:t xml:space="preserve"> her home. "Here we go again," I thought, a familiar </w:t>
      </w:r>
      <w:proofErr w:type="spellStart"/>
      <w:r>
        <w:rPr>
          <w:color w:val="000000"/>
        </w:rPr>
        <w:t>sigh</w:t>
      </w:r>
      <w:proofErr w:type="spellEnd"/>
      <w:r>
        <w:rPr>
          <w:color w:val="000000"/>
        </w:rPr>
        <w:t xml:space="preserve"> within, and I, of course, obliged.</w:t>
      </w:r>
    </w:p>
    <w:p w14:paraId="0A1E2994" w14:textId="77777777" w:rsidR="00627874" w:rsidRDefault="00627874" w:rsidP="00627874">
      <w:pPr>
        <w:pStyle w:val="NormalWeb"/>
        <w:rPr>
          <w:color w:val="000000"/>
        </w:rPr>
      </w:pPr>
      <w:r>
        <w:rPr>
          <w:color w:val="000000"/>
        </w:rPr>
        <w:t>We followed the winding ribbon of the river path, our conversation a gentle current. Halfway along, she turned, and her lips, soft and sudden, found mine. That was the spark. Within minutes, we were scrambling over the low stone fence, vanishing into the tall grass behind the path, seeking refuge from curious eyes. Clothes fumbled, clumsy and urgent. Hearts hammered a frantic rhythm against our ribs. And in the breathless hush, a gasp escaped her: “God, I’ve been dry for two weeks. I needed this.”</w:t>
      </w:r>
    </w:p>
    <w:p w14:paraId="422DBC93" w14:textId="77777777" w:rsidR="00627874" w:rsidRDefault="00627874" w:rsidP="00627874">
      <w:pPr>
        <w:pStyle w:val="NormalWeb"/>
        <w:rPr>
          <w:color w:val="000000"/>
        </w:rPr>
      </w:pPr>
      <w:r>
        <w:rPr>
          <w:color w:val="000000"/>
        </w:rPr>
        <w:t>I won’t claim she was insatiable, but the word wasn't far from my mind.</w:t>
      </w:r>
    </w:p>
    <w:p w14:paraId="6FA83AE0" w14:textId="77777777" w:rsidR="00627874" w:rsidRDefault="00627874" w:rsidP="00627874">
      <w:pPr>
        <w:pStyle w:val="NormalWeb"/>
        <w:rPr>
          <w:color w:val="000000"/>
        </w:rPr>
      </w:pPr>
      <w:r>
        <w:rPr>
          <w:color w:val="000000"/>
        </w:rPr>
        <w:t>That night stretched, elastic and vivid, in our memories, and for the following weeks, we met daily – after work, on weekends, always beginning with the group, then drifting away when the sun began its languid dip towards the horizon. We found safer havens for our clandestine encounters, and she became my guide, teaching me things I never could have imagined – not merely physical intimacies, but emotional landscapes uncharted. It was wild. It was new. It felt like untamed freedom.</w:t>
      </w:r>
    </w:p>
    <w:p w14:paraId="23E79DA9" w14:textId="2D2F268D" w:rsidR="00627874" w:rsidRDefault="00627874" w:rsidP="00627874"/>
    <w:p w14:paraId="079820A8" w14:textId="77777777" w:rsidR="00627874" w:rsidRDefault="00627874" w:rsidP="00627874">
      <w:pPr>
        <w:pStyle w:val="NormalWeb"/>
        <w:rPr>
          <w:color w:val="000000"/>
        </w:rPr>
      </w:pPr>
      <w:r>
        <w:rPr>
          <w:color w:val="000000"/>
        </w:rPr>
        <w:t>When her departure loomed, there was no cataclysmic heartbreak. We exchanged promises to write, and in my youthful optimism, I believed her. I even embarked on the bureaucratic labyrinth of a visa application for the States – refused, of course, a sting that left me more than a little raw.</w:t>
      </w:r>
    </w:p>
    <w:p w14:paraId="722992B6" w14:textId="77777777" w:rsidR="00627874" w:rsidRDefault="00627874" w:rsidP="00627874">
      <w:pPr>
        <w:pStyle w:val="NormalWeb"/>
        <w:rPr>
          <w:color w:val="000000"/>
        </w:rPr>
      </w:pPr>
      <w:r>
        <w:rPr>
          <w:color w:val="000000"/>
        </w:rPr>
        <w:t>Yet, she kept her word, her letters a lifeline across the ocean. She vowed to return the following year, and if the visa remained elusive, she declared, she would simply leave Ireland with me. That vision solidified into our shared plan.</w:t>
      </w:r>
    </w:p>
    <w:p w14:paraId="3FEE4D79" w14:textId="77777777" w:rsidR="00627874" w:rsidRDefault="00627874" w:rsidP="00627874">
      <w:pPr>
        <w:pStyle w:val="NormalWeb"/>
        <w:rPr>
          <w:color w:val="000000"/>
        </w:rPr>
      </w:pPr>
      <w:proofErr w:type="gramStart"/>
      <w:r>
        <w:rPr>
          <w:color w:val="000000"/>
        </w:rPr>
        <w:t>So</w:t>
      </w:r>
      <w:proofErr w:type="gramEnd"/>
      <w:r>
        <w:rPr>
          <w:color w:val="000000"/>
        </w:rPr>
        <w:t xml:space="preserve"> I worked. Day and night, hoarding every spare shilling. When she reappeared the next spring, we were ready – or so we foolishly believed. We spent a month in a flurry of preparations: tents unfurled, sleeping bags rolled tight, passports and IDs meticulously gathered.</w:t>
      </w:r>
    </w:p>
    <w:p w14:paraId="341EF074" w14:textId="77777777" w:rsidR="00627874" w:rsidRDefault="00627874" w:rsidP="00627874">
      <w:pPr>
        <w:pStyle w:val="NormalWeb"/>
        <w:rPr>
          <w:color w:val="000000"/>
        </w:rPr>
      </w:pPr>
      <w:r>
        <w:rPr>
          <w:color w:val="000000"/>
        </w:rPr>
        <w:lastRenderedPageBreak/>
        <w:t>But something had shifted.</w:t>
      </w:r>
    </w:p>
    <w:p w14:paraId="21FB4F49" w14:textId="77777777" w:rsidR="00627874" w:rsidRDefault="00627874" w:rsidP="00627874">
      <w:pPr>
        <w:pStyle w:val="NormalWeb"/>
        <w:rPr>
          <w:color w:val="000000"/>
        </w:rPr>
      </w:pPr>
      <w:r>
        <w:rPr>
          <w:color w:val="000000"/>
        </w:rPr>
        <w:t>The love was still there, a faint echo, but worn thin, like a road too often travelled. Cracks began to appear, and a subtle darkness seeped into the widening fissures. She began to speak of her life back home – a boyfriend, for one. And sometimes, in moments when her guard was down, an ugliness would surface. A casual racist joke. An offhand anti-Semitic remark. Words that slid out with an unsettling ease.</w:t>
      </w:r>
    </w:p>
    <w:p w14:paraId="411D5F63" w14:textId="77777777" w:rsidR="00627874" w:rsidRDefault="00627874" w:rsidP="00627874">
      <w:pPr>
        <w:pStyle w:val="NormalWeb"/>
        <w:rPr>
          <w:color w:val="000000"/>
        </w:rPr>
      </w:pPr>
      <w:r>
        <w:rPr>
          <w:color w:val="000000"/>
        </w:rPr>
        <w:t>She hailed from North Carolina – deep Southern roots, steeped in a history I couldn't comprehend. The more she settled into our shared intimacy, the more that ingrained upbringing seeped into the open. I tried to gently challenge her, but the conversations would curdle, and the rift between us widened, a chasm that swallowed our easy intimacy.</w:t>
      </w:r>
    </w:p>
    <w:p w14:paraId="1EE137D4" w14:textId="77777777" w:rsidR="00627874" w:rsidRDefault="00627874" w:rsidP="00627874">
      <w:pPr>
        <w:pStyle w:val="NormalWeb"/>
        <w:rPr>
          <w:color w:val="000000"/>
        </w:rPr>
      </w:pPr>
      <w:r>
        <w:rPr>
          <w:color w:val="000000"/>
        </w:rPr>
        <w:t>Still, we pressed on, a reluctant pilgrimage. We crisscrossed the country – the wild expanse of Donegal, the mystical hills of Sligo, the windswept beauty of Connemara, the ancient cliffs of Clare, the verdant peaks of Kerry, the rebel heart of Cork – winding down through the vibrant lanes of Galway and eventually ascending the East Coast to Dublin, where we were to catch the boat to England.</w:t>
      </w:r>
    </w:p>
    <w:p w14:paraId="412771D8" w14:textId="77777777" w:rsidR="00627874" w:rsidRDefault="00627874" w:rsidP="00627874">
      <w:pPr>
        <w:pStyle w:val="NormalWeb"/>
        <w:rPr>
          <w:color w:val="000000"/>
        </w:rPr>
      </w:pPr>
      <w:r>
        <w:rPr>
          <w:color w:val="000000"/>
        </w:rPr>
        <w:t>By the time we hit Liverpool, I was fading. Distant. Absent, perhaps a truer word. The arguments, sharp and frequent, carved deeper lines between us, and money, always a phantom limb for me, became a gnawing concern. It turned out she had a trust fund – a detail I only discovered later – a chasm that deepened the divide between our worlds.</w:t>
      </w:r>
    </w:p>
    <w:p w14:paraId="21473D4B" w14:textId="77777777" w:rsidR="00627874" w:rsidRDefault="00627874" w:rsidP="00627874">
      <w:pPr>
        <w:pStyle w:val="NormalWeb"/>
        <w:rPr>
          <w:color w:val="000000"/>
        </w:rPr>
      </w:pPr>
      <w:r>
        <w:rPr>
          <w:color w:val="000000"/>
        </w:rPr>
        <w:t>In Liverpool, we reunited with two old friends of mine, and one of them – Peter – ignited an immediate spark with her. Within days, I was an unneeded presence, a discordant third wheel. One night, she drew me aside, her voice clear and stark: “This isn’t working. I’ve fallen for Peter. I want to stay. You should go.”</w:t>
      </w:r>
    </w:p>
    <w:p w14:paraId="45072735" w14:textId="77777777" w:rsidR="00627874" w:rsidRDefault="00627874" w:rsidP="00627874">
      <w:pPr>
        <w:pStyle w:val="NormalWeb"/>
        <w:rPr>
          <w:color w:val="000000"/>
        </w:rPr>
      </w:pPr>
      <w:r>
        <w:rPr>
          <w:color w:val="000000"/>
        </w:rPr>
        <w:t>I was stunned, adrift in a sudden calm. Hurt, yes, but not angry. I spoke with Peter – a strange sense of trust lingered, even as he claimed what I had considered mine. I told her she could stay if that was truly the path her heart desired. And it was.</w:t>
      </w:r>
    </w:p>
    <w:p w14:paraId="3E78089A" w14:textId="77777777" w:rsidR="00627874" w:rsidRDefault="00627874" w:rsidP="00627874">
      <w:pPr>
        <w:pStyle w:val="NormalWeb"/>
        <w:rPr>
          <w:color w:val="000000"/>
        </w:rPr>
      </w:pPr>
      <w:r>
        <w:rPr>
          <w:color w:val="000000"/>
        </w:rPr>
        <w:t>We parted ways in Liverpool, under a sky heavy with unspoken goodbyes. She never truly forgave me for being the wrong man, at the wrong time. And I never forgot the tenderness that had bloomed, the lessons she had unwittingly taught, or the profound loneliness that trailed in her wake.</w:t>
      </w:r>
    </w:p>
    <w:p w14:paraId="1DEEC873" w14:textId="77777777" w:rsidR="00627874" w:rsidRDefault="00627874" w:rsidP="00627874">
      <w:pPr>
        <w:pStyle w:val="NormalWeb"/>
        <w:rPr>
          <w:color w:val="000000"/>
        </w:rPr>
      </w:pPr>
      <w:r>
        <w:rPr>
          <w:color w:val="000000"/>
        </w:rPr>
        <w:t>With a heart heavy with regret, I left them there, two figures receding into the bustling English city, and travelled north into the stark beauty of Scotland, never to see either of them again. A mutual friend later whispered that she eventually returned to the States, and Peter, perhaps, followed. That’s where the story, like a fading melody, ends.</w:t>
      </w:r>
    </w:p>
    <w:p w14:paraId="40ECD2E5" w14:textId="77777777" w:rsidR="00BD4061" w:rsidRPr="00D61D3D" w:rsidRDefault="00BD4061" w:rsidP="00283A55">
      <w:pPr>
        <w:rPr>
          <w:lang w:val="en-GB"/>
        </w:rPr>
      </w:pPr>
    </w:p>
    <w:p w14:paraId="455E4DD2" w14:textId="77777777" w:rsidR="00627874" w:rsidRDefault="00627874">
      <w:pPr>
        <w:spacing w:after="200" w:line="276" w:lineRule="auto"/>
        <w:rPr>
          <w:b/>
          <w:bCs/>
          <w:lang w:val="en-GB"/>
        </w:rPr>
      </w:pPr>
      <w:r>
        <w:rPr>
          <w:b/>
          <w:bCs/>
          <w:lang w:val="en-GB"/>
        </w:rPr>
        <w:br w:type="page"/>
      </w:r>
    </w:p>
    <w:p w14:paraId="28553800" w14:textId="6ACFEA59" w:rsidR="00F05D13" w:rsidRPr="00D61D3D" w:rsidRDefault="00F05D13" w:rsidP="00F05D13">
      <w:pPr>
        <w:rPr>
          <w:lang w:val="en-GB"/>
        </w:rPr>
      </w:pPr>
      <w:r w:rsidRPr="00D61D3D">
        <w:rPr>
          <w:b/>
          <w:bCs/>
          <w:lang w:val="en-GB"/>
        </w:rPr>
        <w:lastRenderedPageBreak/>
        <w:t>Epilogue – The Last Walk Home</w:t>
      </w:r>
    </w:p>
    <w:p w14:paraId="68521224" w14:textId="612E08AC" w:rsidR="00F05D13" w:rsidRPr="00D61D3D" w:rsidRDefault="00F05D13" w:rsidP="00F05D13">
      <w:pPr>
        <w:rPr>
          <w:lang w:val="en-GB"/>
        </w:rPr>
      </w:pPr>
      <w:r w:rsidRPr="00D61D3D">
        <w:rPr>
          <w:lang w:val="en-GB"/>
        </w:rPr>
        <w:t xml:space="preserve">I think back on Sarah sometimes. Not often, and never for long. Just a flicker in a pub mirror, a song on a jukebox, a laugh I almost </w:t>
      </w:r>
      <w:r w:rsidR="006805E5" w:rsidRPr="00D61D3D">
        <w:rPr>
          <w:lang w:val="en-GB"/>
        </w:rPr>
        <w:t>recognize</w:t>
      </w:r>
      <w:r w:rsidRPr="00D61D3D">
        <w:rPr>
          <w:lang w:val="en-GB"/>
        </w:rPr>
        <w:t xml:space="preserve"> drifting out of a passing crowd. She was part of the blur, the mess, the hope — a postcard from a world that was never mine to live in.</w:t>
      </w:r>
    </w:p>
    <w:p w14:paraId="2F8EED7C" w14:textId="77777777" w:rsidR="00F05D13" w:rsidRPr="00D61D3D" w:rsidRDefault="00F05D13" w:rsidP="00F05D13">
      <w:pPr>
        <w:rPr>
          <w:lang w:val="en-GB"/>
        </w:rPr>
      </w:pPr>
      <w:r w:rsidRPr="00D61D3D">
        <w:rPr>
          <w:lang w:val="en-GB"/>
        </w:rPr>
        <w:t>We were just two young ghosts trying on futures like second-hand coats. Hers was made of stars and silver spoons; mine, of backroads and half-spoken poems. We didn’t fit — not really — but for a while, we pretended we did.</w:t>
      </w:r>
    </w:p>
    <w:p w14:paraId="193971EF" w14:textId="77777777" w:rsidR="00F05D13" w:rsidRPr="00D61D3D" w:rsidRDefault="00F05D13" w:rsidP="00F05D13">
      <w:pPr>
        <w:rPr>
          <w:lang w:val="en-GB"/>
        </w:rPr>
      </w:pPr>
      <w:r w:rsidRPr="00D61D3D">
        <w:rPr>
          <w:lang w:val="en-GB"/>
        </w:rPr>
        <w:t>I walked away from Liverpool lighter than I’d arrived. Saddened, sure. But free in a way I hadn’t known I needed to be. That kind of heartbreak is a teacher — and mine taught me how to keep walking, even when love says stay.</w:t>
      </w:r>
    </w:p>
    <w:p w14:paraId="4BD4A707" w14:textId="77777777" w:rsidR="00F05D13" w:rsidRPr="00D61D3D" w:rsidRDefault="00F05D13" w:rsidP="00F05D13">
      <w:pPr>
        <w:rPr>
          <w:lang w:val="en-GB"/>
        </w:rPr>
      </w:pPr>
      <w:r w:rsidRPr="00D61D3D">
        <w:rPr>
          <w:lang w:val="en-GB"/>
        </w:rPr>
        <w:t>She was the last knot to home, the final tether. And when it came undone, the road opened like a song. So I slung my pack over my shoulder and walked on. Alone, but never lonely. Not really. Not with the music still in my blood. Not with the road humming its next verse.</w:t>
      </w:r>
    </w:p>
    <w:p w14:paraId="520BDB0C" w14:textId="77777777" w:rsidR="00F05D13" w:rsidRPr="00D61D3D" w:rsidRDefault="00F05D13" w:rsidP="00F05D13">
      <w:pPr>
        <w:spacing w:before="100" w:beforeAutospacing="1" w:after="100" w:afterAutospacing="1"/>
        <w:rPr>
          <w:lang w:val="en-GB"/>
        </w:rPr>
      </w:pPr>
      <w:r w:rsidRPr="00D61D3D">
        <w:rPr>
          <w:lang w:val="en-GB"/>
        </w:rPr>
        <w:t>And then came the 1977 Cambridge Folk Festival, a holy site for the wandering and the wired. I still can’t believe the lineup. Don McLean—who shared my chips like some cosmic joke. Dave Bromberg, my all-time hero, within arm’s reach. Ralph McTell, Vin Garbutt, and a chorus of other voices who’d lived the roads I dreamed of. We were all just dots under the same tented sky, guitars slung low, stories told in D minor.</w:t>
      </w:r>
    </w:p>
    <w:p w14:paraId="2BDF3C78" w14:textId="77777777" w:rsidR="00F05D13" w:rsidRPr="00D61D3D" w:rsidRDefault="00F05D13" w:rsidP="00F05D13">
      <w:pPr>
        <w:spacing w:before="100" w:beforeAutospacing="1" w:after="100" w:afterAutospacing="1"/>
        <w:rPr>
          <w:lang w:val="en-GB"/>
        </w:rPr>
      </w:pPr>
      <w:r w:rsidRPr="00D61D3D">
        <w:rPr>
          <w:lang w:val="en-GB"/>
        </w:rPr>
        <w:t>London again, a few last pints, and then off to the coast. France was next. The boat rocked gentle and heavy, and I watched the white cliffs fade like a curtain call.</w:t>
      </w:r>
    </w:p>
    <w:p w14:paraId="2E1F8AA8" w14:textId="77777777" w:rsidR="00F05D13" w:rsidRPr="00D61D3D" w:rsidRDefault="00F05D13" w:rsidP="00F05D13">
      <w:pPr>
        <w:spacing w:before="100" w:beforeAutospacing="1" w:after="100" w:afterAutospacing="1"/>
        <w:rPr>
          <w:lang w:val="en-GB"/>
        </w:rPr>
      </w:pPr>
      <w:r w:rsidRPr="00D61D3D">
        <w:rPr>
          <w:lang w:val="en-GB"/>
        </w:rPr>
        <w:t>A whole lifetime, packed in a few short weeks. And still, the road kept calling.</w:t>
      </w:r>
    </w:p>
    <w:p w14:paraId="14E9AB2E" w14:textId="77777777" w:rsidR="00283A55" w:rsidRPr="00D61D3D" w:rsidRDefault="00283A55" w:rsidP="00DD1BC5">
      <w:pPr>
        <w:rPr>
          <w:lang w:val="en-GB"/>
        </w:rPr>
      </w:pPr>
    </w:p>
    <w:p w14:paraId="4BD10E96" w14:textId="77777777" w:rsidR="00FD0C8D" w:rsidRPr="00D61D3D" w:rsidRDefault="00FD0C8D" w:rsidP="004A2520">
      <w:pPr>
        <w:spacing w:before="100" w:beforeAutospacing="1" w:after="100" w:afterAutospacing="1"/>
        <w:rPr>
          <w:lang w:val="en-GB"/>
        </w:rPr>
      </w:pPr>
    </w:p>
    <w:p w14:paraId="33C52F62" w14:textId="77777777" w:rsidR="004A2520" w:rsidRPr="00D61D3D" w:rsidRDefault="004A2520" w:rsidP="004A2520">
      <w:pPr>
        <w:spacing w:before="100" w:beforeAutospacing="1" w:after="100" w:afterAutospacing="1"/>
        <w:rPr>
          <w:lang w:val="en-GB"/>
        </w:rPr>
      </w:pPr>
    </w:p>
    <w:p w14:paraId="2EB78032" w14:textId="77777777" w:rsidR="004A2520" w:rsidRPr="00D61D3D" w:rsidRDefault="004A2520" w:rsidP="004A2520">
      <w:pPr>
        <w:spacing w:before="100" w:beforeAutospacing="1" w:after="100" w:afterAutospacing="1"/>
        <w:rPr>
          <w:lang w:val="en-GB"/>
        </w:rPr>
      </w:pPr>
    </w:p>
    <w:p w14:paraId="50BDBD7A" w14:textId="77777777" w:rsidR="004A2520" w:rsidRPr="00D61D3D" w:rsidRDefault="004A2520" w:rsidP="004A2520">
      <w:pPr>
        <w:spacing w:before="100" w:beforeAutospacing="1" w:after="100" w:afterAutospacing="1"/>
        <w:rPr>
          <w:lang w:val="en-GB"/>
        </w:rPr>
      </w:pPr>
    </w:p>
    <w:p w14:paraId="1A1ADDD2" w14:textId="77777777" w:rsidR="004A2520" w:rsidRPr="00D61D3D" w:rsidRDefault="004A2520" w:rsidP="004A2520">
      <w:pPr>
        <w:spacing w:before="100" w:beforeAutospacing="1" w:after="100" w:afterAutospacing="1"/>
        <w:rPr>
          <w:lang w:val="en-GB"/>
        </w:rPr>
      </w:pPr>
    </w:p>
    <w:p w14:paraId="13BC755E" w14:textId="77777777" w:rsidR="004A2520" w:rsidRPr="00D61D3D" w:rsidRDefault="004A2520" w:rsidP="004A2520">
      <w:pPr>
        <w:spacing w:before="100" w:beforeAutospacing="1" w:after="100" w:afterAutospacing="1"/>
        <w:rPr>
          <w:lang w:val="en-GB"/>
        </w:rPr>
      </w:pPr>
    </w:p>
    <w:p w14:paraId="3FEF53D7" w14:textId="77777777" w:rsidR="004A2520" w:rsidRPr="00D61D3D" w:rsidRDefault="004A2520" w:rsidP="004A2520">
      <w:pPr>
        <w:spacing w:before="100" w:beforeAutospacing="1" w:after="100" w:afterAutospacing="1"/>
        <w:rPr>
          <w:lang w:val="en-GB"/>
        </w:rPr>
      </w:pPr>
    </w:p>
    <w:p w14:paraId="3ECE9F53" w14:textId="77777777" w:rsidR="003D2D59" w:rsidRPr="00D61D3D" w:rsidRDefault="003D2D59">
      <w:pPr>
        <w:rPr>
          <w:rFonts w:asciiTheme="majorHAnsi" w:eastAsiaTheme="majorEastAsia" w:hAnsiTheme="majorHAnsi" w:cstheme="majorBidi"/>
          <w:b/>
          <w:bCs/>
          <w:color w:val="365F91" w:themeColor="accent1" w:themeShade="BF"/>
          <w:sz w:val="28"/>
          <w:szCs w:val="28"/>
          <w:lang w:val="en-GB"/>
        </w:rPr>
      </w:pPr>
      <w:r w:rsidRPr="00D61D3D">
        <w:rPr>
          <w:lang w:val="en-GB"/>
        </w:rPr>
        <w:br w:type="page"/>
      </w:r>
    </w:p>
    <w:p w14:paraId="5B703DE3" w14:textId="4A12658D" w:rsidR="009C3006" w:rsidRPr="00D61D3D" w:rsidRDefault="00000000">
      <w:pPr>
        <w:pStyle w:val="Heading1"/>
        <w:rPr>
          <w:lang w:val="en-GB"/>
        </w:rPr>
      </w:pPr>
      <w:r w:rsidRPr="00D61D3D">
        <w:rPr>
          <w:lang w:val="en-GB"/>
        </w:rPr>
        <w:lastRenderedPageBreak/>
        <w:t>Chapter 2: Dublin and the Edge of Everything</w:t>
      </w:r>
    </w:p>
    <w:p w14:paraId="7C03250C" w14:textId="77777777" w:rsidR="009C3006" w:rsidRPr="00D61D3D" w:rsidRDefault="00000000">
      <w:pPr>
        <w:rPr>
          <w:lang w:val="en-GB"/>
        </w:rPr>
      </w:pPr>
      <w:r w:rsidRPr="00D61D3D">
        <w:rPr>
          <w:lang w:val="en-GB"/>
        </w:rPr>
        <w:t xml:space="preserve">It was in Dublin that the boy—now half a man—tasted both poetry and poverty in equal measure. </w:t>
      </w:r>
      <w:r w:rsidRPr="00D61D3D">
        <w:rPr>
          <w:lang w:val="en-GB"/>
        </w:rPr>
        <w:br/>
        <w:t>Evenings blurred between busking and brawling, the old city spitting out verses and rain in alternating fury.</w:t>
      </w:r>
    </w:p>
    <w:p w14:paraId="727B6E56" w14:textId="243DDB54" w:rsidR="00FD0C8D" w:rsidRPr="00D61D3D" w:rsidRDefault="00FD0C8D" w:rsidP="00FD0C8D">
      <w:pPr>
        <w:spacing w:before="100" w:beforeAutospacing="1" w:after="100" w:afterAutospacing="1"/>
        <w:rPr>
          <w:lang w:val="en-GB"/>
        </w:rPr>
      </w:pPr>
      <w:r w:rsidRPr="00D61D3D">
        <w:rPr>
          <w:lang w:val="en-GB"/>
        </w:rPr>
        <w:t>By the time 1977 arrived, I was already packed in spirit. The sunburnt thumb stretched toward the open road. Paris wasn’t a destination—it was a declaration. And when I left, I never came back. The boy in the cornfield became a man of the metro. The pubs gave way to boulevards. I sang for francs, drank cheap red in alleyways, and shared hash with painters and violinists. The world opened up like a love letter sealed in ink and rain.</w:t>
      </w:r>
    </w:p>
    <w:p w14:paraId="22FCE0A4" w14:textId="77777777" w:rsidR="00F05D13" w:rsidRPr="00D61D3D" w:rsidRDefault="00F05D13">
      <w:pPr>
        <w:rPr>
          <w:b/>
          <w:bCs/>
          <w:lang w:val="en-GB"/>
        </w:rPr>
      </w:pPr>
    </w:p>
    <w:p w14:paraId="5A42C95F" w14:textId="278504C5" w:rsidR="00F05D13" w:rsidRPr="00D61D3D" w:rsidRDefault="00F05D13" w:rsidP="00F05D13">
      <w:pPr>
        <w:spacing w:before="100" w:beforeAutospacing="1" w:after="100" w:afterAutospacing="1"/>
        <w:rPr>
          <w:lang w:val="en-GB"/>
        </w:rPr>
      </w:pPr>
      <w:r w:rsidRPr="00D61D3D">
        <w:rPr>
          <w:b/>
          <w:bCs/>
          <w:lang w:val="en-GB"/>
        </w:rPr>
        <w:t xml:space="preserve">Chapter </w:t>
      </w:r>
      <w:r w:rsidRPr="00D61D3D">
        <w:rPr>
          <w:b/>
          <w:bCs/>
          <w:color w:val="FFFFFF" w:themeColor="background1"/>
          <w:lang w:val="en-GB"/>
        </w:rPr>
        <w:t xml:space="preserve">5? </w:t>
      </w:r>
      <w:r w:rsidRPr="00D61D3D">
        <w:rPr>
          <w:b/>
          <w:bCs/>
          <w:lang w:val="en-GB"/>
        </w:rPr>
        <w:t>: Across the Water, Into the Ruckus</w:t>
      </w:r>
    </w:p>
    <w:p w14:paraId="4F341A87" w14:textId="77777777" w:rsidR="00F05D13" w:rsidRPr="00D61D3D" w:rsidRDefault="00F05D13" w:rsidP="00F05D13">
      <w:pPr>
        <w:spacing w:before="100" w:beforeAutospacing="1" w:after="100" w:afterAutospacing="1"/>
        <w:rPr>
          <w:lang w:val="en-GB"/>
        </w:rPr>
      </w:pPr>
      <w:r w:rsidRPr="00D61D3D">
        <w:rPr>
          <w:lang w:val="en-GB"/>
        </w:rPr>
        <w:t>There was something eerie about that first step off the boat in Holyhead. I’d only just left Ireland, but it already felt like I'd entered another world—a colder one, both in air and in attitude. The port officers in their sharp uniforms looked at me like I’d arrived with something to hide. Maybe it was the long hair. Or the guitar case. Or maybe it was just that I was Irish.</w:t>
      </w:r>
    </w:p>
    <w:p w14:paraId="1CEA7ECB" w14:textId="77777777" w:rsidR="00F05D13" w:rsidRPr="00D61D3D" w:rsidRDefault="00F05D13" w:rsidP="00F05D13">
      <w:pPr>
        <w:spacing w:before="100" w:beforeAutospacing="1" w:after="100" w:afterAutospacing="1"/>
        <w:rPr>
          <w:lang w:val="en-GB"/>
        </w:rPr>
      </w:pPr>
      <w:r w:rsidRPr="00D61D3D">
        <w:rPr>
          <w:lang w:val="en-GB"/>
        </w:rPr>
        <w:t>I felt it in my bones: watched.</w:t>
      </w:r>
    </w:p>
    <w:p w14:paraId="6B0EEBBD" w14:textId="72379C9E" w:rsidR="00F05D13" w:rsidRPr="00D61D3D" w:rsidRDefault="00F05D13" w:rsidP="00F05D13">
      <w:pPr>
        <w:spacing w:before="100" w:beforeAutospacing="1" w:after="100" w:afterAutospacing="1"/>
        <w:rPr>
          <w:lang w:val="en-GB"/>
        </w:rPr>
      </w:pPr>
      <w:r w:rsidRPr="00D61D3D">
        <w:rPr>
          <w:lang w:val="en-GB"/>
        </w:rPr>
        <w:t xml:space="preserve">Liverpool offered some breathing room. The city was rough-edged but alive, still echoing with the ghosts of skiffle and beat. I wandered the streets, strumming where I could, swapping stories in pubs where the air was still thick with old Beatles lore and new punk sneers. But it wasn’t </w:t>
      </w:r>
      <w:r w:rsidR="006805E5" w:rsidRPr="00D61D3D">
        <w:rPr>
          <w:lang w:val="en-GB"/>
        </w:rPr>
        <w:t>too</w:t>
      </w:r>
      <w:r w:rsidRPr="00D61D3D">
        <w:rPr>
          <w:lang w:val="en-GB"/>
        </w:rPr>
        <w:t xml:space="preserve"> last.</w:t>
      </w:r>
    </w:p>
    <w:p w14:paraId="3676A221" w14:textId="70B774F8" w:rsidR="00F05D13" w:rsidRPr="00D61D3D" w:rsidRDefault="00F05D13" w:rsidP="00F05D13">
      <w:pPr>
        <w:spacing w:before="100" w:beforeAutospacing="1" w:after="100" w:afterAutospacing="1"/>
        <w:rPr>
          <w:lang w:val="en-GB"/>
        </w:rPr>
      </w:pPr>
      <w:r w:rsidRPr="00D61D3D">
        <w:rPr>
          <w:lang w:val="en-GB"/>
        </w:rPr>
        <w:t xml:space="preserve">Two weeks later, four men in dark coats pulled me aside. Plain clothes, no warmth. “We’ve been keeping an eye on you,” one said, like he’d been rehearsing the line. They knew where I’d slept, where I’d busked, even what time I’d ordered a cup of tea at a greasy spoon in </w:t>
      </w:r>
      <w:r w:rsidR="00627874">
        <w:rPr>
          <w:lang w:val="en-GB"/>
        </w:rPr>
        <w:t>Liverpool</w:t>
      </w:r>
      <w:r w:rsidRPr="00D61D3D">
        <w:rPr>
          <w:lang w:val="en-GB"/>
        </w:rPr>
        <w:t>. I laughed it off, but it rattled me. That was no joke. That was the United Kingdom in the 1970s, and I was just another Paddy with a backpack and a past.</w:t>
      </w:r>
    </w:p>
    <w:p w14:paraId="00369832" w14:textId="24F2E7A0" w:rsidR="00F05D13" w:rsidRPr="00D61D3D" w:rsidRDefault="00F05D13" w:rsidP="00F05D13">
      <w:pPr>
        <w:spacing w:before="100" w:beforeAutospacing="1" w:after="100" w:afterAutospacing="1"/>
        <w:rPr>
          <w:lang w:val="en-GB"/>
        </w:rPr>
      </w:pPr>
      <w:r w:rsidRPr="00D61D3D">
        <w:rPr>
          <w:lang w:val="en-GB"/>
        </w:rPr>
        <w:t>Next time round</w:t>
      </w:r>
      <w:r w:rsidR="00627874">
        <w:rPr>
          <w:lang w:val="en-GB"/>
        </w:rPr>
        <w:t xml:space="preserve"> I came back to the UK</w:t>
      </w:r>
      <w:r w:rsidRPr="00D61D3D">
        <w:rPr>
          <w:lang w:val="en-GB"/>
        </w:rPr>
        <w:t>, I moved faster. Through the Midlands, past the cities, up into bonny Scotland where the air softened again. There, on the Isle of Skye, I found old woman who still spoke Gaelic, and we shared words as if they were fires in a winter room. The west coast was generous, unpolished, and real. But crossing to the east, I felt the temperature drop—colder in spirit, not weather.</w:t>
      </w:r>
    </w:p>
    <w:p w14:paraId="49795F39" w14:textId="77777777" w:rsidR="00F05D13" w:rsidRPr="00D61D3D" w:rsidRDefault="00F05D13" w:rsidP="00F05D13">
      <w:pPr>
        <w:spacing w:before="100" w:beforeAutospacing="1" w:after="100" w:afterAutospacing="1"/>
        <w:rPr>
          <w:lang w:val="en-GB"/>
        </w:rPr>
      </w:pPr>
      <w:r w:rsidRPr="00D61D3D">
        <w:rPr>
          <w:lang w:val="en-GB"/>
        </w:rPr>
        <w:t>Wales completed the Celtic triangle, but it left me strangely empty. Closed faces, hushed tones. Compared to the welcome in Skye, it felt like knocking on a locked door. Maybe I expected too much, maybe I was looking for a myth. Either way, I moved on.</w:t>
      </w:r>
    </w:p>
    <w:p w14:paraId="5046FC3A" w14:textId="77777777" w:rsidR="00F05D13" w:rsidRPr="00D61D3D" w:rsidRDefault="00F05D13" w:rsidP="00F05D13">
      <w:pPr>
        <w:spacing w:before="100" w:beforeAutospacing="1" w:after="100" w:afterAutospacing="1"/>
        <w:rPr>
          <w:lang w:val="en-GB"/>
        </w:rPr>
      </w:pPr>
      <w:r w:rsidRPr="00D61D3D">
        <w:rPr>
          <w:lang w:val="en-GB"/>
        </w:rPr>
        <w:lastRenderedPageBreak/>
        <w:t>Through the soft undulation of the Salisbury Plain I wandered next. It was a dreamscape, especially approaching from the west as Stonehenge rose like a portal to some forgotten age. You could feel the energy shift in your spine. Magic. No other word.</w:t>
      </w:r>
    </w:p>
    <w:p w14:paraId="4E472239" w14:textId="77777777" w:rsidR="00F05D13" w:rsidRPr="00D61D3D" w:rsidRDefault="00F05D13" w:rsidP="00F05D13">
      <w:pPr>
        <w:spacing w:before="100" w:beforeAutospacing="1" w:after="100" w:afterAutospacing="1"/>
        <w:rPr>
          <w:lang w:val="en-GB"/>
        </w:rPr>
      </w:pPr>
      <w:r w:rsidRPr="00D61D3D">
        <w:rPr>
          <w:lang w:val="en-GB"/>
        </w:rPr>
        <w:t>London loomed like a different country altogether. Too big. Too fast. Too sharp around the edges. I kept to the Irish enclaves—the pubs of Kilburn and Cricklewood, places like the Mississippi Bell where you could still smell home in the tobacco smoke and the way the Guinness poured. It was there I bumped into Phil Lynott—yes, that Phil Lynott. A brief chat, a smile, a handshake. Nothing heroic, but enough to make the night glow.</w:t>
      </w:r>
    </w:p>
    <w:p w14:paraId="1FB139AB" w14:textId="5A803E53" w:rsidR="009C3006" w:rsidRPr="00D61D3D" w:rsidRDefault="009C3006">
      <w:pPr>
        <w:rPr>
          <w:lang w:val="en-GB"/>
        </w:rPr>
      </w:pPr>
    </w:p>
    <w:p w14:paraId="368BE875" w14:textId="77777777" w:rsidR="006805E5" w:rsidRPr="00D61D3D" w:rsidRDefault="006805E5">
      <w:pPr>
        <w:rPr>
          <w:rFonts w:asciiTheme="majorHAnsi" w:eastAsiaTheme="majorEastAsia" w:hAnsiTheme="majorHAnsi" w:cstheme="majorBidi"/>
          <w:b/>
          <w:bCs/>
          <w:color w:val="365F91" w:themeColor="accent1" w:themeShade="BF"/>
          <w:sz w:val="28"/>
          <w:szCs w:val="28"/>
          <w:lang w:val="en-GB"/>
        </w:rPr>
      </w:pPr>
      <w:r w:rsidRPr="00D61D3D">
        <w:rPr>
          <w:lang w:val="en-GB"/>
        </w:rPr>
        <w:br w:type="page"/>
      </w:r>
    </w:p>
    <w:p w14:paraId="63F1CA48" w14:textId="77777777" w:rsidR="00AF6A0E" w:rsidRDefault="00AF6A0E" w:rsidP="00AF6A0E">
      <w:pPr>
        <w:pStyle w:val="Heading2"/>
        <w:rPr>
          <w:color w:val="000000"/>
          <w:sz w:val="36"/>
          <w:szCs w:val="36"/>
        </w:rPr>
      </w:pPr>
      <w:r>
        <w:rPr>
          <w:color w:val="000000"/>
        </w:rPr>
        <w:lastRenderedPageBreak/>
        <w:t>Chapter 33: On the Road to the Isles</w:t>
      </w:r>
    </w:p>
    <w:p w14:paraId="4DEA18F4" w14:textId="77777777" w:rsidR="00AF6A0E" w:rsidRDefault="00AF6A0E" w:rsidP="00AF6A0E">
      <w:pPr>
        <w:pStyle w:val="NormalWeb"/>
        <w:rPr>
          <w:color w:val="000000"/>
        </w:rPr>
      </w:pPr>
      <w:r>
        <w:rPr>
          <w:color w:val="000000"/>
        </w:rPr>
        <w:t>The boots wore thin along the edges of Skye, where whiskey met folklore in the glens and the ghosts of Culloden whispered me forward. A tale born of an inborn animosity.</w:t>
      </w:r>
    </w:p>
    <w:p w14:paraId="28CC1897" w14:textId="77777777" w:rsidR="00AF6A0E" w:rsidRDefault="00AF6A0E" w:rsidP="00AF6A0E">
      <w:pPr>
        <w:pStyle w:val="NormalWeb"/>
        <w:rPr>
          <w:color w:val="000000"/>
        </w:rPr>
      </w:pPr>
      <w:r>
        <w:rPr>
          <w:color w:val="000000"/>
        </w:rPr>
        <w:t>As far back as memory reached, an anti-English sentiment permeated our household. Our generation stood but one removed from the final, bitter days of the empire in Ireland. Our grandparents, born in the waning years of the 19th century and the dawn of the 20th, carried the searing imprint of the famine’s devastation, the fermenting tensions leading to the uprisings of 1916 and 1922, and the grinding weight of poverty and subjugation that clung like a shroud.</w:t>
      </w:r>
    </w:p>
    <w:p w14:paraId="38D82B6D" w14:textId="77777777" w:rsidR="00AF6A0E" w:rsidRDefault="00AF6A0E" w:rsidP="00AF6A0E">
      <w:pPr>
        <w:pStyle w:val="NormalWeb"/>
        <w:rPr>
          <w:color w:val="000000"/>
        </w:rPr>
      </w:pPr>
      <w:r>
        <w:rPr>
          <w:color w:val="000000"/>
        </w:rPr>
        <w:t>The fact that half my family hailed from the North only stoked the embers of this inherited fire. School holidays meant a week or two steeped in Northern Ireland, catching up with my maternal grandmother, aunts, uncles, and a vibrant cluster of cousins. Yet, these visits bore a darker undercurrent. It began at the border, the stark reality of RUC and British Army controls, forcing us to plot the safest routes, veering wide around Protestant enclaves.</w:t>
      </w:r>
    </w:p>
    <w:p w14:paraId="5806D4E1" w14:textId="77777777" w:rsidR="00AF6A0E" w:rsidRDefault="00AF6A0E" w:rsidP="00AF6A0E">
      <w:pPr>
        <w:pStyle w:val="NormalWeb"/>
        <w:rPr>
          <w:color w:val="000000"/>
        </w:rPr>
      </w:pPr>
      <w:r>
        <w:rPr>
          <w:color w:val="000000"/>
        </w:rPr>
        <w:t>Then came the local checkpoints, and the unsettling glide of "Duck patrols"—English soldiers, ever-present, haunting the Catholic districts. Helicopters, dark predatory birds, sliced the night sky, their searchlights raking across homes and streets. Soldiers, grim specters, materialized in gardens at all hours, day and night.</w:t>
      </w:r>
    </w:p>
    <w:p w14:paraId="1921A53D" w14:textId="77777777" w:rsidR="00AF6A0E" w:rsidRDefault="00AF6A0E" w:rsidP="00AF6A0E">
      <w:pPr>
        <w:pStyle w:val="NormalWeb"/>
        <w:rPr>
          <w:color w:val="000000"/>
        </w:rPr>
      </w:pPr>
      <w:r>
        <w:rPr>
          <w:color w:val="000000"/>
        </w:rPr>
        <w:t>In later years, as Long Kesh prison swelled and the hunger strikes raged, armored cars rumbled through the streets, megaphones blaring guttural threats: "Another Fenian Dog gone to hell and damnation!" "Another Irish bastard less to worry about!" "IRA Bastards are all going to die, like dogs in the street!" This was the daily soundtrack of oppression, culminating in the chilling horror of Bloody Sunday, when Protestant paramilitaries and the English army unleashed cold-blooded murder upon civil rights protestors. There were, naturally, official cover-ups by the UDF, RUC, and British Army, but we were there. We bore witness to the carnage, the raw devastation, a scene eerily mirroring the unfolding tragedy in Palestine today.</w:t>
      </w:r>
    </w:p>
    <w:p w14:paraId="3ACCE569" w14:textId="77777777" w:rsidR="00AF6A0E" w:rsidRDefault="00AF6A0E" w:rsidP="00AF6A0E">
      <w:pPr>
        <w:pStyle w:val="NormalWeb"/>
        <w:rPr>
          <w:color w:val="000000"/>
        </w:rPr>
      </w:pPr>
      <w:r>
        <w:rPr>
          <w:color w:val="000000"/>
        </w:rPr>
        <w:t>Still, we survived those early years. Later, when my brother settled in Northern Ireland, the intimidation remained a brutal constant. Helicopters would suddenly drop into his backyard, disgorging soldiers, guns ready, smashing anything they deemed "local property"—pure, unadulterated intimidation, simply because they could. Crossing the border, especially after dusk, became a perilous gamble. Vigilantes, RUC, or Army patrols could easily intercept you, leading to beatings, or worse, assassination. Such incidents, far more frequent than officially publicized, were swept under the mat, much like the actions of Israeli forces today.</w:t>
      </w:r>
    </w:p>
    <w:p w14:paraId="6189B539" w14:textId="77777777" w:rsidR="00AF6A0E" w:rsidRDefault="00AF6A0E" w:rsidP="00AF6A0E">
      <w:pPr>
        <w:pStyle w:val="NormalWeb"/>
        <w:rPr>
          <w:color w:val="000000"/>
        </w:rPr>
      </w:pPr>
      <w:r>
        <w:rPr>
          <w:color w:val="000000"/>
        </w:rPr>
        <w:t xml:space="preserve">Looking back, anti-Semitic feelings were largely absent in Ireland then, as they are now, save for a </w:t>
      </w:r>
      <w:proofErr w:type="gramStart"/>
      <w:r>
        <w:rPr>
          <w:color w:val="000000"/>
        </w:rPr>
        <w:t>scattered few fascists</w:t>
      </w:r>
      <w:proofErr w:type="gramEnd"/>
      <w:r>
        <w:rPr>
          <w:color w:val="000000"/>
        </w:rPr>
        <w:t>. What permeated was a fierce anti-suppression sentiment, a deep-seated memory of what it meant to have everything stripped away.</w:t>
      </w:r>
    </w:p>
    <w:p w14:paraId="7AFA41DE" w14:textId="77777777" w:rsidR="00AF6A0E" w:rsidRDefault="00AF6A0E" w:rsidP="00AF6A0E">
      <w:pPr>
        <w:pStyle w:val="NormalWeb"/>
        <w:rPr>
          <w:color w:val="000000"/>
        </w:rPr>
      </w:pPr>
      <w:r>
        <w:rPr>
          <w:color w:val="000000"/>
        </w:rPr>
        <w:lastRenderedPageBreak/>
        <w:t>So, the animosity was a live current, fed by the age-old struggle, brewing when I first crossed the Irish Sea to the UK in 1975. It hit me the moment I stepped off the gangway. The scrutiny, the immediate exception, singled out from the line. Bags torn open, questions barraged at me, more than I’d ever heard in my life. The delay stretched, then a sudden, wordless release, no explanation given.</w:t>
      </w:r>
    </w:p>
    <w:p w14:paraId="6DBDCCA5" w14:textId="77777777" w:rsidR="00AF6A0E" w:rsidRDefault="00AF6A0E" w:rsidP="00AF6A0E">
      <w:pPr>
        <w:pStyle w:val="NormalWeb"/>
        <w:rPr>
          <w:color w:val="000000"/>
        </w:rPr>
      </w:pPr>
      <w:r>
        <w:rPr>
          <w:color w:val="000000"/>
        </w:rPr>
        <w:t>Two weeks later, walking down a Liverpool street, a car screeched to a halt. Four massive figures emerged. I was pulled from my friends; when they tried to intervene, police officers, seemingly materializing from nowhere, browbeat them back. No identification, just the familiar volley of questions: Where was I going? What was I doing? Where had I been? How long did I intend to stay? Experience in Northern Ireland taught me to stick to the stark truth and hope for the best. Yet, they had my entire stay in Liverpool documented. They knew what I did on my first day at the cathedral, on this street, on that street, for all thirteen days. Why was I there? Why photographs? Why sleeping here, then there? The list was endless. A chilling realization dawned: I had been followed, every single step, since arriving in Holyhead. After what felt like an hour, they melted back into their car, the police likewise vanished, and we, stunned but unbroken, continued our way.</w:t>
      </w:r>
    </w:p>
    <w:p w14:paraId="2560BE78" w14:textId="77777777" w:rsidR="00AF6A0E" w:rsidRDefault="00AF6A0E" w:rsidP="00AF6A0E">
      <w:pPr>
        <w:pStyle w:val="NormalWeb"/>
        <w:rPr>
          <w:color w:val="000000"/>
        </w:rPr>
      </w:pPr>
      <w:r>
        <w:rPr>
          <w:color w:val="000000"/>
        </w:rPr>
        <w:t>I didn't linger long after that, heading home after two more days.</w:t>
      </w:r>
    </w:p>
    <w:p w14:paraId="0B77C40F" w14:textId="77777777" w:rsidR="00AF6A0E" w:rsidRDefault="00AF6A0E" w:rsidP="00AF6A0E">
      <w:pPr>
        <w:pStyle w:val="NormalWeb"/>
        <w:rPr>
          <w:color w:val="000000"/>
        </w:rPr>
      </w:pPr>
      <w:r>
        <w:rPr>
          <w:color w:val="000000"/>
        </w:rPr>
        <w:t>A couple of years later, I was back in the UK, met with the same cold treatment at the boat. This time, though, I didn't tarry in England. I aimed straight for the border, for Bonny Scotland, a land that felt, in its own way, like a home away from home. I journeyed up the west coast, through vistas that stole my breath: Glasgow, the serene beauty of Loch Lomond, the rugged grandeur of Fort William, and onward to the mystical Isle of Skye. From there, across Loch Ness, clinging to a fleeting hope of glimpsing the Monster—alas, like God, it was just another story. Then, Inverness, Edinburgh, and down the east coast. The east, save for Edinburgh, that true jewel, felt less impressive than the wild majesty of the west.</w:t>
      </w:r>
    </w:p>
    <w:p w14:paraId="0CA92B59" w14:textId="77777777" w:rsidR="00AF6A0E" w:rsidRDefault="00AF6A0E" w:rsidP="00AF6A0E">
      <w:pPr>
        <w:pStyle w:val="NormalWeb"/>
        <w:rPr>
          <w:color w:val="000000"/>
        </w:rPr>
      </w:pPr>
      <w:r>
        <w:rPr>
          <w:color w:val="000000"/>
        </w:rPr>
        <w:t>From Scotland’s eastern shores, I ventured into Newcastle and Middlesbrough, cities forged from a mighty industrial past, pulsing with great music and graced by incredibly friendly people. It was a balm to my heart after the raw edges of my earlier experiences with England. Soon, I turned south to Wales. That, to say the least, was a disappointment—a closed community, tight-lipped, not overtly friendly. After ticking off a few famous spots, I’d had enough and set my sights on London.</w:t>
      </w:r>
    </w:p>
    <w:p w14:paraId="50F0BC23" w14:textId="77777777" w:rsidR="00AF6A0E" w:rsidRDefault="00AF6A0E" w:rsidP="00AF6A0E">
      <w:pPr>
        <w:pStyle w:val="NormalWeb"/>
        <w:rPr>
          <w:color w:val="000000"/>
        </w:rPr>
      </w:pPr>
      <w:r>
        <w:rPr>
          <w:color w:val="000000"/>
        </w:rPr>
        <w:t>On the way, I stumbled upon Salisbury Plain and the profound mystery of Stonehenge. Awe-inspiring is an understatement. Magical, mystical, sun-swept, the sheer scale of the landscape was enormous. Stonehenge itself, though smaller than I’d imagined, remained utterly imposing.</w:t>
      </w:r>
    </w:p>
    <w:p w14:paraId="3E6E7D81" w14:textId="77777777" w:rsidR="00AF6A0E" w:rsidRDefault="00AF6A0E" w:rsidP="00AF6A0E">
      <w:pPr>
        <w:pStyle w:val="NormalWeb"/>
        <w:rPr>
          <w:color w:val="000000"/>
        </w:rPr>
      </w:pPr>
      <w:r>
        <w:rPr>
          <w:color w:val="000000"/>
        </w:rPr>
        <w:t xml:space="preserve">London was a sprawling mess, and even today, when I visit for work, it still feels that way. Unclean, scarred by poverty, cosmopolitan yet lonely, a city of forgotten, homeless, uncaring, and neglected souls. I needed to bridge a few days before the Cambridge </w:t>
      </w:r>
      <w:r>
        <w:rPr>
          <w:color w:val="000000"/>
        </w:rPr>
        <w:lastRenderedPageBreak/>
        <w:t xml:space="preserve">festival, and London seemed the obvious choice, but the contrast was stark. I did manage a whirlwind tour, courtesy of a friend. It was an afternoon dash, cleverly sandwiched between the closing and opening hours of London’s pubs—yes, my friends, in those days, pubs </w:t>
      </w:r>
      <w:proofErr w:type="gramStart"/>
      <w:r>
        <w:rPr>
          <w:color w:val="000000"/>
        </w:rPr>
        <w:t>actually closed</w:t>
      </w:r>
      <w:proofErr w:type="gramEnd"/>
      <w:r>
        <w:rPr>
          <w:color w:val="000000"/>
        </w:rPr>
        <w:t xml:space="preserve"> in the afternoon! We glimpsed St. Paul’s, the Tower, the Palace gates, and so much more on our brisk walkabout. These were distant views, mind you, time allowing no dallying, no lingering too close. But we had our grand tour, and best of all, we made it back in time for the pub doors to swing open. Now that’s a tale for the grandchildren.</w:t>
      </w:r>
    </w:p>
    <w:p w14:paraId="2FD1A232" w14:textId="4FED9664" w:rsidR="001972E7" w:rsidRDefault="00AF6A0E" w:rsidP="00AF6A0E">
      <w:pPr>
        <w:pStyle w:val="NormalWeb"/>
        <w:rPr>
          <w:color w:val="000000"/>
        </w:rPr>
      </w:pPr>
      <w:r>
        <w:rPr>
          <w:color w:val="000000"/>
        </w:rPr>
        <w:t xml:space="preserve">The Cambridge Folk Festival of 1977, I believe, stands as one of their finest. The artists gracing its stages were the undisputed cream of contemporary folk music worldwide. And the beauty of that festival was the easy communion: artists mingled freely amongst the crowd, </w:t>
      </w:r>
      <w:proofErr w:type="spellStart"/>
      <w:r>
        <w:rPr>
          <w:color w:val="000000"/>
        </w:rPr>
        <w:t>unhassled</w:t>
      </w:r>
      <w:proofErr w:type="spellEnd"/>
      <w:r>
        <w:rPr>
          <w:color w:val="000000"/>
        </w:rPr>
        <w:t>, unthreatened. I was introduced to Don McLean, the vibrant Dave Bromberg, the soulful Vin Garbutt. I heard them all play, including the magnificent Ralph McTell, and the immortal Jim Page – not of Led Zeppelin fame, but an American folk icon in his own right, the potent writer of "Hiroshima Nagasaki Russian Roulette." But there were countless others in those few magical days, musicians whose paths I would never again cross, whose performances I would never again witness. Great people. Great festival. And a great place for love and peace to truly flourish.</w:t>
      </w:r>
    </w:p>
    <w:p w14:paraId="68AF58E3" w14:textId="77777777" w:rsidR="001972E7" w:rsidRDefault="001972E7">
      <w:pPr>
        <w:spacing w:after="200" w:line="276" w:lineRule="auto"/>
        <w:rPr>
          <w:color w:val="000000"/>
        </w:rPr>
      </w:pPr>
      <w:r>
        <w:rPr>
          <w:color w:val="000000"/>
        </w:rPr>
        <w:br w:type="page"/>
      </w:r>
    </w:p>
    <w:p w14:paraId="746D1246" w14:textId="77777777" w:rsidR="009C3006" w:rsidRPr="00D61D3D" w:rsidRDefault="00000000">
      <w:pPr>
        <w:pStyle w:val="Heading1"/>
        <w:rPr>
          <w:lang w:val="en-GB"/>
        </w:rPr>
      </w:pPr>
      <w:r w:rsidRPr="00D61D3D">
        <w:rPr>
          <w:lang w:val="en-GB"/>
        </w:rPr>
        <w:lastRenderedPageBreak/>
        <w:t>Chapter 4: Paris and the Promise</w:t>
      </w:r>
    </w:p>
    <w:p w14:paraId="1762F38E" w14:textId="1F2F0A56" w:rsidR="009C3006" w:rsidRPr="00D61D3D" w:rsidRDefault="00000000" w:rsidP="001972E7">
      <w:pPr>
        <w:rPr>
          <w:lang w:val="en-GB"/>
        </w:rPr>
      </w:pPr>
      <w:r w:rsidRPr="00D61D3D">
        <w:rPr>
          <w:lang w:val="en-GB"/>
        </w:rPr>
        <w:t>Paris, 197</w:t>
      </w:r>
      <w:r w:rsidR="001972E7">
        <w:rPr>
          <w:lang w:val="en-GB"/>
        </w:rPr>
        <w:t>7</w:t>
      </w:r>
      <w:r w:rsidRPr="00D61D3D">
        <w:rPr>
          <w:lang w:val="en-GB"/>
        </w:rPr>
        <w:t xml:space="preserve">: a café, a chanson, a girl named </w:t>
      </w:r>
      <w:r w:rsidR="001972E7" w:rsidRPr="001972E7">
        <w:rPr>
          <w:lang w:val="en-GB"/>
        </w:rPr>
        <w:t>Céline</w:t>
      </w:r>
      <w:r w:rsidRPr="00D61D3D">
        <w:rPr>
          <w:lang w:val="en-GB"/>
        </w:rPr>
        <w:t xml:space="preserve"> who smelled of Revolution and vanilla tobacco. </w:t>
      </w:r>
      <w:r w:rsidRPr="00D61D3D">
        <w:rPr>
          <w:lang w:val="en-GB"/>
        </w:rPr>
        <w:br/>
      </w:r>
      <w:r w:rsidR="001972E7">
        <w:rPr>
          <w:lang w:val="en-GB"/>
        </w:rPr>
        <w:t>W</w:t>
      </w:r>
      <w:r w:rsidRPr="00D61D3D">
        <w:rPr>
          <w:lang w:val="en-GB"/>
        </w:rPr>
        <w:t>e played guitar beneath the shadow of Sacré-</w:t>
      </w:r>
      <w:proofErr w:type="spellStart"/>
      <w:r w:rsidRPr="00D61D3D">
        <w:rPr>
          <w:lang w:val="en-GB"/>
        </w:rPr>
        <w:t>Cœur</w:t>
      </w:r>
      <w:proofErr w:type="spellEnd"/>
      <w:r w:rsidRPr="00D61D3D">
        <w:rPr>
          <w:lang w:val="en-GB"/>
        </w:rPr>
        <w:t>, notes lifting like pigeons from the square.</w:t>
      </w:r>
    </w:p>
    <w:p w14:paraId="629FA9EF" w14:textId="64E2BB42" w:rsidR="008F32A3" w:rsidRPr="00D61D3D" w:rsidRDefault="008F32A3" w:rsidP="008F32A3">
      <w:pPr>
        <w:spacing w:before="100" w:beforeAutospacing="1" w:after="100" w:afterAutospacing="1"/>
        <w:rPr>
          <w:lang w:val="en-GB"/>
        </w:rPr>
      </w:pPr>
      <w:r w:rsidRPr="00D61D3D">
        <w:rPr>
          <w:b/>
          <w:bCs/>
          <w:lang w:val="en-GB"/>
        </w:rPr>
        <w:t>Chapter II ??– Three Strangers in the Metro, or The Day Elvis Died</w:t>
      </w:r>
    </w:p>
    <w:p w14:paraId="22470F11" w14:textId="3B8E68E8" w:rsidR="008F32A3" w:rsidRPr="00D61D3D" w:rsidRDefault="008F32A3" w:rsidP="008F32A3">
      <w:pPr>
        <w:spacing w:before="100" w:beforeAutospacing="1" w:after="100" w:afterAutospacing="1"/>
        <w:rPr>
          <w:lang w:val="en-GB"/>
        </w:rPr>
      </w:pPr>
      <w:r w:rsidRPr="00D61D3D">
        <w:rPr>
          <w:lang w:val="en-GB"/>
        </w:rPr>
        <w:t xml:space="preserve">Paris in the late ’70s had a perfume all its own. Diesel smoke and fresh bread. Cheap </w:t>
      </w:r>
      <w:r w:rsidR="008408D6" w:rsidRPr="00D61D3D">
        <w:rPr>
          <w:lang w:val="en-GB"/>
        </w:rPr>
        <w:t>GAULOISES</w:t>
      </w:r>
      <w:r w:rsidRPr="00D61D3D">
        <w:rPr>
          <w:lang w:val="en-GB"/>
        </w:rPr>
        <w:t xml:space="preserve"> and the soft echo of cobblestones kissed by leather soles. It wasn’t the city of lovers to me—not yet—it was a city of seekers. Wandering hearts with guitars slung over backs, poems jammed into jacket linings, hunger in their bellies, and fire in their eyes.</w:t>
      </w:r>
    </w:p>
    <w:p w14:paraId="1B19BF78" w14:textId="77777777" w:rsidR="008F32A3" w:rsidRPr="00D61D3D" w:rsidRDefault="008F32A3" w:rsidP="008F32A3">
      <w:pPr>
        <w:spacing w:before="100" w:beforeAutospacing="1" w:after="100" w:afterAutospacing="1"/>
        <w:rPr>
          <w:lang w:val="en-GB"/>
        </w:rPr>
      </w:pPr>
      <w:r w:rsidRPr="00D61D3D">
        <w:rPr>
          <w:lang w:val="en-GB"/>
        </w:rPr>
        <w:t>I lived on street corners and in half-forgotten courtyards. I sang for the Metro, and she sang back. The tunnels were kind to those who gave her music. In the belly of that city, notes lingered longer, bounced off tile and bone, found homes in the hearts of strangers. The acoustics were holy.</w:t>
      </w:r>
    </w:p>
    <w:p w14:paraId="45D30C3A" w14:textId="77777777" w:rsidR="008F32A3" w:rsidRPr="00D61D3D" w:rsidRDefault="008F32A3" w:rsidP="008F32A3">
      <w:pPr>
        <w:spacing w:before="100" w:beforeAutospacing="1" w:after="100" w:afterAutospacing="1"/>
        <w:rPr>
          <w:lang w:val="en-GB"/>
        </w:rPr>
      </w:pPr>
      <w:r w:rsidRPr="00D61D3D">
        <w:rPr>
          <w:lang w:val="en-GB"/>
        </w:rPr>
        <w:t>I was never alone for long.</w:t>
      </w:r>
    </w:p>
    <w:p w14:paraId="4C88D84C" w14:textId="77777777" w:rsidR="008F32A3" w:rsidRPr="00D61D3D" w:rsidRDefault="008F32A3" w:rsidP="008F32A3">
      <w:pPr>
        <w:spacing w:before="100" w:beforeAutospacing="1" w:after="100" w:afterAutospacing="1"/>
        <w:rPr>
          <w:lang w:val="en-GB"/>
        </w:rPr>
      </w:pPr>
      <w:r w:rsidRPr="00D61D3D">
        <w:rPr>
          <w:lang w:val="en-GB"/>
        </w:rPr>
        <w:t>One day, he showed up—a wild-haired Canadian with a violin case that looked like it had been through war zones and weddings alike. His name was Dave. He played like a man chasing ghosts through his strings, bow dancing like it had a mind of its own. Not long after, along came Yan—a Chinese painter with pockets full of charcoal, sketches of forgotten faces, and a laugh that cracked open your ribs. None of us had much money, but we had </w:t>
      </w:r>
      <w:r w:rsidRPr="00D61D3D">
        <w:rPr>
          <w:b/>
          <w:bCs/>
          <w:lang w:val="en-GB"/>
        </w:rPr>
        <w:t>time</w:t>
      </w:r>
      <w:r w:rsidRPr="00D61D3D">
        <w:rPr>
          <w:lang w:val="en-GB"/>
        </w:rPr>
        <w:t> and the will to fill it with art, smoke, and stories.</w:t>
      </w:r>
    </w:p>
    <w:p w14:paraId="38DEC389" w14:textId="77777777" w:rsidR="008F32A3" w:rsidRPr="00D61D3D" w:rsidRDefault="008F32A3" w:rsidP="008F32A3">
      <w:pPr>
        <w:spacing w:before="100" w:beforeAutospacing="1" w:after="100" w:afterAutospacing="1"/>
        <w:rPr>
          <w:lang w:val="en-GB"/>
        </w:rPr>
      </w:pPr>
      <w:r w:rsidRPr="00D61D3D">
        <w:rPr>
          <w:lang w:val="en-GB"/>
        </w:rPr>
        <w:t>We played the Metro like it was the Olympia. Dylan’s “Hurricane” on loop. “Don’t Think Twice,” with Parisian echoes. Dave’s fiddle cut through the underground air like a thread of sunlight. We were, for a time, holy fools.</w:t>
      </w:r>
    </w:p>
    <w:p w14:paraId="55003623" w14:textId="77777777" w:rsidR="008F32A3" w:rsidRPr="00D61D3D" w:rsidRDefault="008F32A3" w:rsidP="008F32A3">
      <w:pPr>
        <w:spacing w:before="100" w:beforeAutospacing="1" w:after="100" w:afterAutospacing="1"/>
        <w:rPr>
          <w:lang w:val="en-GB"/>
        </w:rPr>
      </w:pPr>
      <w:r w:rsidRPr="00D61D3D">
        <w:rPr>
          <w:lang w:val="en-GB"/>
        </w:rPr>
        <w:t>And then they came.</w:t>
      </w:r>
    </w:p>
    <w:p w14:paraId="0429AE9E" w14:textId="77777777" w:rsidR="008F32A3" w:rsidRPr="00D61D3D" w:rsidRDefault="008F32A3" w:rsidP="008F32A3">
      <w:pPr>
        <w:spacing w:before="100" w:beforeAutospacing="1" w:after="100" w:afterAutospacing="1"/>
        <w:rPr>
          <w:b/>
          <w:bCs/>
          <w:lang w:val="en-GB"/>
        </w:rPr>
      </w:pPr>
      <w:r w:rsidRPr="00D61D3D">
        <w:rPr>
          <w:b/>
          <w:bCs/>
          <w:lang w:val="en-GB"/>
        </w:rPr>
        <w:t>Teddy Boys.</w:t>
      </w:r>
    </w:p>
    <w:p w14:paraId="4E1C84F7" w14:textId="77777777" w:rsidR="008F32A3" w:rsidRPr="00D61D3D" w:rsidRDefault="008F32A3" w:rsidP="008F32A3">
      <w:pPr>
        <w:spacing w:before="100" w:beforeAutospacing="1" w:after="100" w:afterAutospacing="1"/>
        <w:rPr>
          <w:lang w:val="en-GB"/>
        </w:rPr>
      </w:pPr>
      <w:r w:rsidRPr="00D61D3D">
        <w:rPr>
          <w:lang w:val="en-GB"/>
        </w:rPr>
        <w:t>The name alone was enough to set the blood prickling. They swaggered into the station like ghosts from another age—greased hair, drape coats, the scent of trouble wafting off them like cheap cologne. Five of them. Maybe six. Their boots clacked like warning bells.</w:t>
      </w:r>
    </w:p>
    <w:p w14:paraId="3725DFF5" w14:textId="77777777" w:rsidR="008F32A3" w:rsidRPr="00D61D3D" w:rsidRDefault="008F32A3" w:rsidP="008F32A3">
      <w:pPr>
        <w:spacing w:before="100" w:beforeAutospacing="1" w:after="100" w:afterAutospacing="1"/>
        <w:rPr>
          <w:lang w:val="en-GB"/>
        </w:rPr>
      </w:pPr>
      <w:r w:rsidRPr="00D61D3D">
        <w:rPr>
          <w:lang w:val="en-GB"/>
        </w:rPr>
        <w:t>I thought, </w:t>
      </w:r>
      <w:r w:rsidRPr="00D61D3D">
        <w:rPr>
          <w:i/>
          <w:iCs/>
          <w:lang w:val="en-GB"/>
        </w:rPr>
        <w:t>This is it. Guitars versus fists. Metro magic meets railway reality.</w:t>
      </w:r>
    </w:p>
    <w:p w14:paraId="430D86E1" w14:textId="77777777" w:rsidR="008F32A3" w:rsidRPr="00D61D3D" w:rsidRDefault="008F32A3" w:rsidP="008F32A3">
      <w:pPr>
        <w:spacing w:before="100" w:beforeAutospacing="1" w:after="100" w:afterAutospacing="1"/>
        <w:rPr>
          <w:lang w:val="en-GB"/>
        </w:rPr>
      </w:pPr>
      <w:r w:rsidRPr="00D61D3D">
        <w:rPr>
          <w:lang w:val="en-GB"/>
        </w:rPr>
        <w:t>But then, one of them—tall, sullen-eyed—stepped forward. His voice didn’t growl. It trembled.</w:t>
      </w:r>
    </w:p>
    <w:p w14:paraId="78FC4D83" w14:textId="77777777" w:rsidR="008F32A3" w:rsidRPr="00D61D3D" w:rsidRDefault="008F32A3" w:rsidP="008F32A3">
      <w:pPr>
        <w:spacing w:before="100" w:beforeAutospacing="1" w:after="100" w:afterAutospacing="1"/>
        <w:rPr>
          <w:lang w:val="en-GB"/>
        </w:rPr>
      </w:pPr>
      <w:r w:rsidRPr="00D61D3D">
        <w:rPr>
          <w:lang w:val="en-GB"/>
        </w:rPr>
        <w:lastRenderedPageBreak/>
        <w:t>“You know any Elvis?”</w:t>
      </w:r>
    </w:p>
    <w:p w14:paraId="02368A63" w14:textId="77777777" w:rsidR="008F32A3" w:rsidRPr="00D61D3D" w:rsidRDefault="008F32A3" w:rsidP="008F32A3">
      <w:pPr>
        <w:spacing w:before="100" w:beforeAutospacing="1" w:after="100" w:afterAutospacing="1"/>
        <w:rPr>
          <w:lang w:val="en-GB"/>
        </w:rPr>
      </w:pPr>
      <w:r w:rsidRPr="00D61D3D">
        <w:rPr>
          <w:lang w:val="en-GB"/>
        </w:rPr>
        <w:t>There it was.</w:t>
      </w:r>
    </w:p>
    <w:p w14:paraId="0167ABBF" w14:textId="77777777" w:rsidR="008F32A3" w:rsidRPr="00D61D3D" w:rsidRDefault="008F32A3" w:rsidP="008F32A3">
      <w:pPr>
        <w:spacing w:before="100" w:beforeAutospacing="1" w:after="100" w:afterAutospacing="1"/>
        <w:rPr>
          <w:lang w:val="en-GB"/>
        </w:rPr>
      </w:pPr>
      <w:r w:rsidRPr="00D61D3D">
        <w:rPr>
          <w:lang w:val="en-GB"/>
        </w:rPr>
        <w:t>His lower lip shook. The others were already glassy-eyed, heads bowed like boys at a wake. We looked at each other—me, Dave, Yan—and without a word, I tuned to E and started in on “Heartbreak Hotel.”</w:t>
      </w:r>
    </w:p>
    <w:p w14:paraId="01345F36" w14:textId="77777777" w:rsidR="008F32A3" w:rsidRPr="00D61D3D" w:rsidRDefault="008F32A3" w:rsidP="008F32A3">
      <w:pPr>
        <w:spacing w:before="100" w:beforeAutospacing="1" w:after="100" w:afterAutospacing="1"/>
        <w:rPr>
          <w:lang w:val="en-GB"/>
        </w:rPr>
      </w:pPr>
      <w:r w:rsidRPr="00D61D3D">
        <w:rPr>
          <w:lang w:val="en-GB"/>
        </w:rPr>
        <w:t>They wept.</w:t>
      </w:r>
    </w:p>
    <w:p w14:paraId="51355428" w14:textId="77777777" w:rsidR="008F32A3" w:rsidRPr="00D61D3D" w:rsidRDefault="008F32A3" w:rsidP="008F32A3">
      <w:pPr>
        <w:spacing w:before="100" w:beforeAutospacing="1" w:after="100" w:afterAutospacing="1"/>
        <w:rPr>
          <w:lang w:val="en-GB"/>
        </w:rPr>
      </w:pPr>
      <w:r w:rsidRPr="00D61D3D">
        <w:rPr>
          <w:lang w:val="en-GB"/>
        </w:rPr>
        <w:t>I swear to God, </w:t>
      </w:r>
      <w:r w:rsidRPr="00D61D3D">
        <w:rPr>
          <w:b/>
          <w:bCs/>
          <w:lang w:val="en-GB"/>
        </w:rPr>
        <w:t>they wept</w:t>
      </w:r>
      <w:r w:rsidRPr="00D61D3D">
        <w:rPr>
          <w:lang w:val="en-GB"/>
        </w:rPr>
        <w:t>.</w:t>
      </w:r>
    </w:p>
    <w:p w14:paraId="05EA5C6E" w14:textId="3B80BEAD" w:rsidR="008F32A3" w:rsidRPr="00D61D3D" w:rsidRDefault="008F32A3" w:rsidP="008F32A3">
      <w:pPr>
        <w:spacing w:before="100" w:beforeAutospacing="1" w:after="100" w:afterAutospacing="1"/>
        <w:rPr>
          <w:lang w:val="en-GB"/>
        </w:rPr>
      </w:pPr>
      <w:r w:rsidRPr="00D61D3D">
        <w:rPr>
          <w:lang w:val="en-GB"/>
        </w:rPr>
        <w:t xml:space="preserve">Right there, in that cathedral of concrete and steel, we gave them The King’s farewell. “Blue Suede Shoes,” “Love Me Tender,” “That’s All-Right Mama.” They knew every word. </w:t>
      </w:r>
      <w:r w:rsidR="008408D6" w:rsidRPr="00D61D3D">
        <w:rPr>
          <w:lang w:val="en-GB"/>
        </w:rPr>
        <w:t>So,</w:t>
      </w:r>
      <w:r w:rsidRPr="00D61D3D">
        <w:rPr>
          <w:lang w:val="en-GB"/>
        </w:rPr>
        <w:t xml:space="preserve"> did I. Our strings vibrated with grief. It wasn’t performance. It was communion.</w:t>
      </w:r>
    </w:p>
    <w:p w14:paraId="0AE8A21C" w14:textId="77777777" w:rsidR="008F32A3" w:rsidRPr="00D61D3D" w:rsidRDefault="008F32A3" w:rsidP="008F32A3">
      <w:pPr>
        <w:spacing w:before="100" w:beforeAutospacing="1" w:after="100" w:afterAutospacing="1"/>
        <w:rPr>
          <w:lang w:val="en-GB"/>
        </w:rPr>
      </w:pPr>
      <w:r w:rsidRPr="00D61D3D">
        <w:rPr>
          <w:lang w:val="en-GB"/>
        </w:rPr>
        <w:t>When we stopped, there was no applause. Just nods. One of them pressed a folded bill into Dave’s violin case and said, “He’s gone, lads. Elvis died today.”</w:t>
      </w:r>
    </w:p>
    <w:p w14:paraId="199FBDDA" w14:textId="77777777" w:rsidR="008F32A3" w:rsidRPr="00D61D3D" w:rsidRDefault="008F32A3" w:rsidP="008F32A3">
      <w:pPr>
        <w:spacing w:before="100" w:beforeAutospacing="1" w:after="100" w:afterAutospacing="1"/>
        <w:rPr>
          <w:lang w:val="en-GB"/>
        </w:rPr>
      </w:pPr>
      <w:r w:rsidRPr="00D61D3D">
        <w:rPr>
          <w:lang w:val="en-GB"/>
        </w:rPr>
        <w:t>Then they disappeared into the tunnels like shadows returning to their rightful place.</w:t>
      </w:r>
    </w:p>
    <w:p w14:paraId="20431815" w14:textId="77777777" w:rsidR="008F32A3" w:rsidRPr="00D61D3D" w:rsidRDefault="008F32A3" w:rsidP="008F32A3">
      <w:pPr>
        <w:spacing w:before="100" w:beforeAutospacing="1" w:after="100" w:afterAutospacing="1"/>
        <w:rPr>
          <w:lang w:val="en-GB"/>
        </w:rPr>
      </w:pPr>
      <w:r w:rsidRPr="00D61D3D">
        <w:rPr>
          <w:lang w:val="en-GB"/>
        </w:rPr>
        <w:t>We sat there in silence, the echo of the last note still hanging in the stale metro air. No one said anything. What could you say? We'd just sung a requiem for a man none of us knew but all of us loved.</w:t>
      </w:r>
    </w:p>
    <w:p w14:paraId="48FFA6D5" w14:textId="77777777" w:rsidR="008F32A3" w:rsidRPr="00D61D3D" w:rsidRDefault="008F32A3" w:rsidP="008F32A3">
      <w:pPr>
        <w:spacing w:before="100" w:beforeAutospacing="1" w:after="100" w:afterAutospacing="1"/>
        <w:rPr>
          <w:lang w:val="en-GB"/>
        </w:rPr>
      </w:pPr>
      <w:r w:rsidRPr="00D61D3D">
        <w:rPr>
          <w:lang w:val="en-GB"/>
        </w:rPr>
        <w:t xml:space="preserve">We made good money that day. Enough for wine, cigarettes, and some stew from the café by Rue de la </w:t>
      </w:r>
      <w:proofErr w:type="spellStart"/>
      <w:r w:rsidRPr="00D61D3D">
        <w:rPr>
          <w:lang w:val="en-GB"/>
        </w:rPr>
        <w:t>Huchette</w:t>
      </w:r>
      <w:proofErr w:type="spellEnd"/>
      <w:r w:rsidRPr="00D61D3D">
        <w:rPr>
          <w:lang w:val="en-GB"/>
        </w:rPr>
        <w:t>. We sat in the half-light and toasted to ghosts.</w:t>
      </w:r>
    </w:p>
    <w:p w14:paraId="12B024FB" w14:textId="77777777" w:rsidR="008F32A3" w:rsidRPr="00D61D3D" w:rsidRDefault="008F32A3" w:rsidP="008F32A3">
      <w:pPr>
        <w:spacing w:before="100" w:beforeAutospacing="1" w:after="100" w:afterAutospacing="1"/>
        <w:rPr>
          <w:lang w:val="en-GB"/>
        </w:rPr>
      </w:pPr>
      <w:r w:rsidRPr="00D61D3D">
        <w:rPr>
          <w:lang w:val="en-GB"/>
        </w:rPr>
        <w:t>“To Elvis,” I said.</w:t>
      </w:r>
    </w:p>
    <w:p w14:paraId="0A875E5E" w14:textId="77777777" w:rsidR="008F32A3" w:rsidRPr="00D61D3D" w:rsidRDefault="008F32A3" w:rsidP="008F32A3">
      <w:pPr>
        <w:spacing w:before="100" w:beforeAutospacing="1" w:after="100" w:afterAutospacing="1"/>
        <w:rPr>
          <w:lang w:val="en-GB"/>
        </w:rPr>
      </w:pPr>
      <w:r w:rsidRPr="00D61D3D">
        <w:rPr>
          <w:lang w:val="en-GB"/>
        </w:rPr>
        <w:t>“To the road,” said Dave.</w:t>
      </w:r>
    </w:p>
    <w:p w14:paraId="063C03EF" w14:textId="77777777" w:rsidR="008F32A3" w:rsidRPr="00D61D3D" w:rsidRDefault="008F32A3" w:rsidP="008F32A3">
      <w:pPr>
        <w:spacing w:before="100" w:beforeAutospacing="1" w:after="100" w:afterAutospacing="1"/>
        <w:rPr>
          <w:lang w:val="en-GB"/>
        </w:rPr>
      </w:pPr>
      <w:r w:rsidRPr="00D61D3D">
        <w:rPr>
          <w:lang w:val="en-GB"/>
        </w:rPr>
        <w:t>“To all the things we haven’t lost yet,” said Yan.</w:t>
      </w:r>
    </w:p>
    <w:p w14:paraId="476F9BC0" w14:textId="77777777" w:rsidR="008F32A3" w:rsidRPr="00D61D3D" w:rsidRDefault="008F32A3" w:rsidP="008F32A3">
      <w:pPr>
        <w:spacing w:before="100" w:beforeAutospacing="1" w:after="100" w:afterAutospacing="1"/>
        <w:rPr>
          <w:lang w:val="en-GB"/>
        </w:rPr>
      </w:pPr>
      <w:r w:rsidRPr="00D61D3D">
        <w:rPr>
          <w:lang w:val="en-GB"/>
        </w:rPr>
        <w:t>That was Paris for me. Not the Eiffel Tower or the museums, though I saw them too. It was the people, the chance meetings, the songs sung into the silence. I was a pilgrim, sure, but not looking for God. I was looking for </w:t>
      </w:r>
      <w:r w:rsidRPr="00D61D3D">
        <w:rPr>
          <w:b/>
          <w:bCs/>
          <w:lang w:val="en-GB"/>
        </w:rPr>
        <w:t>story</w:t>
      </w:r>
      <w:r w:rsidRPr="00D61D3D">
        <w:rPr>
          <w:lang w:val="en-GB"/>
        </w:rPr>
        <w:t>.</w:t>
      </w:r>
    </w:p>
    <w:p w14:paraId="1FB6E9DF" w14:textId="77777777" w:rsidR="008F32A3" w:rsidRPr="00D61D3D" w:rsidRDefault="008F32A3" w:rsidP="008F32A3">
      <w:pPr>
        <w:spacing w:before="100" w:beforeAutospacing="1" w:after="100" w:afterAutospacing="1"/>
        <w:rPr>
          <w:lang w:val="en-GB"/>
        </w:rPr>
      </w:pPr>
      <w:r w:rsidRPr="00D61D3D">
        <w:rPr>
          <w:lang w:val="en-GB"/>
        </w:rPr>
        <w:t>And I found it.</w:t>
      </w:r>
    </w:p>
    <w:p w14:paraId="4736D0AD" w14:textId="77777777" w:rsidR="008F32A3" w:rsidRPr="00D61D3D" w:rsidRDefault="008F32A3" w:rsidP="008F32A3">
      <w:pPr>
        <w:spacing w:before="100" w:beforeAutospacing="1" w:after="100" w:afterAutospacing="1"/>
        <w:rPr>
          <w:lang w:val="en-GB"/>
        </w:rPr>
      </w:pPr>
      <w:r w:rsidRPr="00D61D3D">
        <w:rPr>
          <w:lang w:val="en-GB"/>
        </w:rPr>
        <w:t>A hundred times over.</w:t>
      </w:r>
    </w:p>
    <w:p w14:paraId="1CF04D53" w14:textId="77777777" w:rsidR="008F32A3" w:rsidRPr="00D61D3D" w:rsidRDefault="008F32A3" w:rsidP="008F32A3">
      <w:pPr>
        <w:spacing w:before="100" w:beforeAutospacing="1" w:after="100" w:afterAutospacing="1"/>
        <w:rPr>
          <w:lang w:val="en-GB"/>
        </w:rPr>
      </w:pPr>
      <w:r w:rsidRPr="00D61D3D">
        <w:rPr>
          <w:lang w:val="en-GB"/>
        </w:rPr>
        <w:t>In train cars and tenements, in alleyways and auberges. With women whose names I never learned, and friends whose faces blur like a half-remembered dream.</w:t>
      </w:r>
    </w:p>
    <w:p w14:paraId="49D31FC6" w14:textId="77777777" w:rsidR="008F32A3" w:rsidRPr="00D61D3D" w:rsidRDefault="008F32A3" w:rsidP="008F32A3">
      <w:pPr>
        <w:spacing w:before="100" w:beforeAutospacing="1" w:after="100" w:afterAutospacing="1"/>
        <w:rPr>
          <w:lang w:val="en-GB"/>
        </w:rPr>
      </w:pPr>
      <w:r w:rsidRPr="00D61D3D">
        <w:rPr>
          <w:lang w:val="en-GB"/>
        </w:rPr>
        <w:lastRenderedPageBreak/>
        <w:t>But that is another tale.</w:t>
      </w:r>
    </w:p>
    <w:p w14:paraId="4A264642" w14:textId="77777777" w:rsidR="009C3006" w:rsidRPr="00D61D3D" w:rsidRDefault="00000000">
      <w:pPr>
        <w:rPr>
          <w:lang w:val="en-GB"/>
        </w:rPr>
      </w:pPr>
      <w:r w:rsidRPr="00D61D3D">
        <w:rPr>
          <w:lang w:val="en-GB"/>
        </w:rPr>
        <w:br w:type="page"/>
      </w:r>
    </w:p>
    <w:p w14:paraId="39622A3E" w14:textId="77777777" w:rsidR="009C3006" w:rsidRPr="00D61D3D" w:rsidRDefault="00000000">
      <w:pPr>
        <w:pStyle w:val="Heading1"/>
        <w:rPr>
          <w:lang w:val="en-GB"/>
        </w:rPr>
      </w:pPr>
      <w:r w:rsidRPr="00D61D3D">
        <w:rPr>
          <w:lang w:val="en-GB"/>
        </w:rPr>
        <w:lastRenderedPageBreak/>
        <w:t>Chapter 5: The Cherry Orchard</w:t>
      </w:r>
    </w:p>
    <w:p w14:paraId="05FB6551" w14:textId="6FF14F96" w:rsidR="009C3006" w:rsidRPr="00D61D3D" w:rsidRDefault="00000000">
      <w:pPr>
        <w:rPr>
          <w:lang w:val="en-GB"/>
        </w:rPr>
      </w:pPr>
      <w:r w:rsidRPr="00D61D3D">
        <w:rPr>
          <w:lang w:val="en-GB"/>
        </w:rPr>
        <w:t xml:space="preserve">In Angers, they picked </w:t>
      </w:r>
      <w:r w:rsidR="001972E7">
        <w:rPr>
          <w:lang w:val="en-GB"/>
        </w:rPr>
        <w:t>apples</w:t>
      </w:r>
      <w:r w:rsidRPr="00D61D3D">
        <w:rPr>
          <w:lang w:val="en-GB"/>
        </w:rPr>
        <w:t xml:space="preserve"> for centimes and drank wine that tasted like dirt and sunlight. </w:t>
      </w:r>
      <w:r w:rsidRPr="00D61D3D">
        <w:rPr>
          <w:lang w:val="en-GB"/>
        </w:rPr>
        <w:br/>
        <w:t>It was a symphony of skin, sweat, and laughter—Chinese, Irish, Moroccan, French—each with their stories under one blue tent.</w:t>
      </w:r>
    </w:p>
    <w:p w14:paraId="6D6E8CF7" w14:textId="77777777" w:rsidR="005324DA" w:rsidRPr="00D61D3D" w:rsidRDefault="005324DA" w:rsidP="005324DA">
      <w:pPr>
        <w:spacing w:before="100" w:beforeAutospacing="1" w:after="100" w:afterAutospacing="1"/>
        <w:rPr>
          <w:lang w:val="en-GB"/>
        </w:rPr>
      </w:pPr>
      <w:r w:rsidRPr="00D61D3D">
        <w:rPr>
          <w:b/>
          <w:bCs/>
          <w:lang w:val="en-GB"/>
        </w:rPr>
        <w:t>Chapter 6 – From the Rue to the Roots: Angers to Nantes</w:t>
      </w:r>
    </w:p>
    <w:p w14:paraId="4522CD0D" w14:textId="16359250" w:rsidR="005324DA" w:rsidRPr="00D61D3D" w:rsidRDefault="005324DA" w:rsidP="005324DA">
      <w:pPr>
        <w:spacing w:before="100" w:beforeAutospacing="1" w:after="100" w:afterAutospacing="1"/>
        <w:rPr>
          <w:lang w:val="en-GB"/>
        </w:rPr>
      </w:pPr>
      <w:r w:rsidRPr="00D61D3D">
        <w:rPr>
          <w:lang w:val="en-GB"/>
        </w:rPr>
        <w:t>It was the tail end of a damp Parisian summer, and the cobblestones of Montmartre had lost their sparkle. We'd squeezed the city for every drop of mystery and mischief, and it was starting to taste like dishwater wine. My guitar strings were weary, and my boots had learned the geography of too many bars, so I took to the road again—with</w:t>
      </w:r>
      <w:r w:rsidR="001972E7">
        <w:rPr>
          <w:lang w:val="en-GB"/>
        </w:rPr>
        <w:t>out</w:t>
      </w:r>
      <w:r w:rsidRPr="00D61D3D">
        <w:rPr>
          <w:lang w:val="en-GB"/>
        </w:rPr>
        <w:t xml:space="preserve"> Yan, Dave, and a loose promise of honest work somewhere beyond the Seine’s moody sighs.</w:t>
      </w:r>
    </w:p>
    <w:p w14:paraId="63214629" w14:textId="0D7AA2F5" w:rsidR="005324DA" w:rsidRPr="00D61D3D" w:rsidRDefault="005324DA" w:rsidP="005324DA">
      <w:pPr>
        <w:spacing w:before="100" w:beforeAutospacing="1" w:after="100" w:afterAutospacing="1"/>
        <w:rPr>
          <w:lang w:val="en-GB"/>
        </w:rPr>
      </w:pPr>
      <w:r w:rsidRPr="00D61D3D">
        <w:rPr>
          <w:lang w:val="en-GB"/>
        </w:rPr>
        <w:t xml:space="preserve">A ride east with a trucker who smelled of cheese rinds and democracy dropped </w:t>
      </w:r>
      <w:r w:rsidR="001972E7">
        <w:rPr>
          <w:lang w:val="en-GB"/>
        </w:rPr>
        <w:t xml:space="preserve">me </w:t>
      </w:r>
      <w:r w:rsidRPr="00D61D3D">
        <w:rPr>
          <w:lang w:val="en-GB"/>
        </w:rPr>
        <w:t xml:space="preserve">in Angers, a medieval town that rolled out like a forgotten sonnet, all moss-covered towers and vineyards that whispered their secrets to the Loire. </w:t>
      </w:r>
      <w:r w:rsidR="004475B1">
        <w:rPr>
          <w:lang w:val="en-GB"/>
        </w:rPr>
        <w:t>I</w:t>
      </w:r>
      <w:r w:rsidRPr="00D61D3D">
        <w:rPr>
          <w:lang w:val="en-GB"/>
        </w:rPr>
        <w:t xml:space="preserve"> had little more than a couple of francs, calloused hands, and some vague notion that </w:t>
      </w:r>
      <w:r w:rsidR="004475B1">
        <w:rPr>
          <w:lang w:val="en-GB"/>
        </w:rPr>
        <w:t>I</w:t>
      </w:r>
      <w:r w:rsidRPr="00D61D3D">
        <w:rPr>
          <w:lang w:val="en-GB"/>
        </w:rPr>
        <w:t>’d find a vineyard in need of clumsy musicians who could pretend to know a grape from a gooseberry.</w:t>
      </w:r>
    </w:p>
    <w:p w14:paraId="0E8D75F4" w14:textId="63E336E3" w:rsidR="005324DA" w:rsidRPr="00D61D3D" w:rsidRDefault="005324DA" w:rsidP="005324DA">
      <w:pPr>
        <w:spacing w:before="100" w:beforeAutospacing="1" w:after="100" w:afterAutospacing="1"/>
        <w:rPr>
          <w:lang w:val="en-GB"/>
        </w:rPr>
      </w:pPr>
      <w:r w:rsidRPr="00D61D3D">
        <w:rPr>
          <w:lang w:val="en-GB"/>
        </w:rPr>
        <w:t>It wasn’t long before we were bundled into the back of a rusting Citroën by a wiry man with eyes like cracked flint and a moustache that moved independently when he spoke. He ran a modest patch of land just outside the town—vines, chickens, some sort of mechanical apple harvester that looked like it might have been used in the Franco-Prussian war. Our job, he explained, was to assist with the harvest and not to drink all the profits.</w:t>
      </w:r>
    </w:p>
    <w:p w14:paraId="63F2CA0F" w14:textId="77777777" w:rsidR="005324DA" w:rsidRPr="00D61D3D" w:rsidRDefault="005324DA" w:rsidP="005324DA">
      <w:pPr>
        <w:spacing w:before="100" w:beforeAutospacing="1" w:after="100" w:afterAutospacing="1"/>
        <w:rPr>
          <w:lang w:val="en-GB"/>
        </w:rPr>
      </w:pPr>
      <w:r w:rsidRPr="00D61D3D">
        <w:rPr>
          <w:lang w:val="en-GB"/>
        </w:rPr>
        <w:t>Easier said than done.</w:t>
      </w:r>
    </w:p>
    <w:p w14:paraId="743E9908" w14:textId="551FC2A5" w:rsidR="005324DA" w:rsidRPr="00D61D3D" w:rsidRDefault="005324DA" w:rsidP="005324DA">
      <w:pPr>
        <w:spacing w:before="100" w:beforeAutospacing="1" w:after="100" w:afterAutospacing="1"/>
        <w:rPr>
          <w:lang w:val="en-GB"/>
        </w:rPr>
      </w:pPr>
      <w:r w:rsidRPr="00D61D3D">
        <w:rPr>
          <w:lang w:val="en-GB"/>
        </w:rPr>
        <w:t xml:space="preserve">Mornings came with a shiver and the scent of fermenting dreams. The dew was colder than any Parisian mistress, and our hands, more accustomed to chords than calluses, ached with every twist and tug of the vines. </w:t>
      </w:r>
      <w:r w:rsidR="00722FDE" w:rsidRPr="00D61D3D">
        <w:rPr>
          <w:lang w:val="en-GB"/>
        </w:rPr>
        <w:t>Yan</w:t>
      </w:r>
      <w:r w:rsidRPr="00D61D3D">
        <w:rPr>
          <w:lang w:val="en-GB"/>
        </w:rPr>
        <w:t xml:space="preserve">, ever the dramatist, took to quoting Shakespeare at the vines, insisting it improved their morale. </w:t>
      </w:r>
      <w:r w:rsidR="00722FDE" w:rsidRPr="00D61D3D">
        <w:rPr>
          <w:lang w:val="en-GB"/>
        </w:rPr>
        <w:t>Honey</w:t>
      </w:r>
      <w:r w:rsidRPr="00D61D3D">
        <w:rPr>
          <w:lang w:val="en-GB"/>
        </w:rPr>
        <w:t xml:space="preserve"> composed haikus in the fields, mostly about wine and the tragic demise of his last clean pair of socks.</w:t>
      </w:r>
    </w:p>
    <w:p w14:paraId="2081C437" w14:textId="4F8FFE4A" w:rsidR="005324DA" w:rsidRPr="00D61D3D" w:rsidRDefault="005324DA" w:rsidP="005324DA">
      <w:pPr>
        <w:spacing w:before="100" w:beforeAutospacing="1" w:after="100" w:afterAutospacing="1"/>
        <w:rPr>
          <w:lang w:val="en-GB"/>
        </w:rPr>
      </w:pPr>
      <w:r w:rsidRPr="00D61D3D">
        <w:rPr>
          <w:lang w:val="en-GB"/>
        </w:rPr>
        <w:t xml:space="preserve">The rhythm of farm life settled in with surprising ease. We worked alongside a Chinese couple, Wei and Lili, who had been studying in Lyon before deciding, as they put it, to “see what France tastes like.” Wei wore horn-rimmed glasses that fogged up every time he laughed, which was often, especially when </w:t>
      </w:r>
      <w:r w:rsidR="00722FDE" w:rsidRPr="00D61D3D">
        <w:rPr>
          <w:lang w:val="en-GB"/>
        </w:rPr>
        <w:t>Yan</w:t>
      </w:r>
      <w:r w:rsidRPr="00D61D3D">
        <w:rPr>
          <w:lang w:val="en-GB"/>
        </w:rPr>
        <w:t xml:space="preserve"> tried to teach him the phrase “up to me eyes in </w:t>
      </w:r>
      <w:r w:rsidR="00722FDE" w:rsidRPr="00D61D3D">
        <w:rPr>
          <w:lang w:val="en-GB"/>
        </w:rPr>
        <w:t>apples</w:t>
      </w:r>
      <w:r w:rsidRPr="00D61D3D">
        <w:rPr>
          <w:lang w:val="en-GB"/>
        </w:rPr>
        <w:t>.” Lili, sharp-eyed and serene, was somehow always ahead of the rest of us, her basket full while we were still griping about the mud.</w:t>
      </w:r>
    </w:p>
    <w:p w14:paraId="2D5132A5" w14:textId="18212DF8" w:rsidR="005324DA" w:rsidRPr="00D61D3D" w:rsidRDefault="005324DA" w:rsidP="005324DA">
      <w:pPr>
        <w:spacing w:before="100" w:beforeAutospacing="1" w:after="100" w:afterAutospacing="1"/>
        <w:rPr>
          <w:lang w:val="en-GB"/>
        </w:rPr>
      </w:pPr>
      <w:r w:rsidRPr="00D61D3D">
        <w:rPr>
          <w:lang w:val="en-GB"/>
        </w:rPr>
        <w:t xml:space="preserve">There was a quiet understanding between us, language barriers softening under the shared weight of buckets and bruised backs. At night, we’d gather under the big oak behind the barn, drinking the young wine and swapping stories. Lili told us of her grandmother in </w:t>
      </w:r>
      <w:r w:rsidRPr="00D61D3D">
        <w:rPr>
          <w:lang w:val="en-GB"/>
        </w:rPr>
        <w:lastRenderedPageBreak/>
        <w:t xml:space="preserve">Guangdong who believed the dead lived in trees. </w:t>
      </w:r>
      <w:r w:rsidR="00722FDE" w:rsidRPr="00D61D3D">
        <w:rPr>
          <w:lang w:val="en-GB"/>
        </w:rPr>
        <w:t>Honey</w:t>
      </w:r>
      <w:r w:rsidRPr="00D61D3D">
        <w:rPr>
          <w:lang w:val="en-GB"/>
        </w:rPr>
        <w:t xml:space="preserve"> said he’d once kissed a girl who could read tea leaves and claimed she saw jail time in his future. I believed both.</w:t>
      </w:r>
    </w:p>
    <w:p w14:paraId="1F10B46B" w14:textId="77777777" w:rsidR="005324DA" w:rsidRPr="00D61D3D" w:rsidRDefault="005324DA" w:rsidP="005324DA">
      <w:pPr>
        <w:spacing w:before="100" w:beforeAutospacing="1" w:after="100" w:afterAutospacing="1"/>
        <w:rPr>
          <w:lang w:val="en-GB"/>
        </w:rPr>
      </w:pPr>
      <w:r w:rsidRPr="00D61D3D">
        <w:rPr>
          <w:lang w:val="en-GB"/>
        </w:rPr>
        <w:t>One evening, after the final pick, the farmer invited us to a celebratory tasting. We entered a dusty stone cellar lit by a single hanging bulb and smelling of oak, wet earth, and secrets. He poured us glass after glass, each with a solemn “voilà,” as though presenting his firstborn. The wine was thick and bold, a red that carried the sun and sorrow of the valley in every sip.</w:t>
      </w:r>
    </w:p>
    <w:p w14:paraId="5EE6237E" w14:textId="6CE7FCA8" w:rsidR="005324DA" w:rsidRPr="00D61D3D" w:rsidRDefault="005324DA" w:rsidP="005324DA">
      <w:pPr>
        <w:spacing w:before="100" w:beforeAutospacing="1" w:after="100" w:afterAutospacing="1"/>
        <w:rPr>
          <w:lang w:val="en-GB"/>
        </w:rPr>
      </w:pPr>
      <w:r w:rsidRPr="00D61D3D">
        <w:rPr>
          <w:lang w:val="en-GB"/>
        </w:rPr>
        <w:t>Yan, in a state of poetic bliss, tried to wax lyrical about terroir but confused it with </w:t>
      </w:r>
      <w:proofErr w:type="spellStart"/>
      <w:r w:rsidRPr="00D61D3D">
        <w:rPr>
          <w:i/>
          <w:iCs/>
          <w:lang w:val="en-GB"/>
        </w:rPr>
        <w:t>terreur</w:t>
      </w:r>
      <w:proofErr w:type="spellEnd"/>
      <w:r w:rsidRPr="00D61D3D">
        <w:rPr>
          <w:lang w:val="en-GB"/>
        </w:rPr>
        <w:t>—a mistake the farmer did not appreciate. Milo, meanwhile, had taken a shine to a 1947 bottle, hiding it inside his jacket like a smuggler in the Resistance.</w:t>
      </w:r>
    </w:p>
    <w:p w14:paraId="3DEC8293" w14:textId="6719A7C9" w:rsidR="005324DA" w:rsidRPr="00D61D3D" w:rsidRDefault="005324DA" w:rsidP="005324DA">
      <w:pPr>
        <w:spacing w:before="100" w:beforeAutospacing="1" w:after="100" w:afterAutospacing="1"/>
        <w:rPr>
          <w:lang w:val="en-GB"/>
        </w:rPr>
      </w:pPr>
      <w:r w:rsidRPr="00D61D3D">
        <w:rPr>
          <w:lang w:val="en-GB"/>
        </w:rPr>
        <w:t xml:space="preserve">Later that night, we sang folk songs into the wind, off-key and off our faces, </w:t>
      </w:r>
      <w:r w:rsidR="00722FDE" w:rsidRPr="00D61D3D">
        <w:rPr>
          <w:lang w:val="en-GB"/>
        </w:rPr>
        <w:t>harmonizing</w:t>
      </w:r>
      <w:r w:rsidRPr="00D61D3D">
        <w:rPr>
          <w:lang w:val="en-GB"/>
        </w:rPr>
        <w:t xml:space="preserve"> with the frogs and the ghosts of forgotten lovers. Wei played the harmonica like a man possessed, and for a brief, eternal moment, we were all borderless—wandering spirits bound by wine, wanderlust, and the hunger for stories.</w:t>
      </w:r>
    </w:p>
    <w:p w14:paraId="355A0729" w14:textId="77777777" w:rsidR="005324DA" w:rsidRPr="00D61D3D" w:rsidRDefault="005324DA" w:rsidP="005324DA">
      <w:pPr>
        <w:spacing w:before="100" w:beforeAutospacing="1" w:after="100" w:afterAutospacing="1"/>
        <w:rPr>
          <w:lang w:val="en-GB"/>
        </w:rPr>
      </w:pPr>
      <w:r w:rsidRPr="00D61D3D">
        <w:rPr>
          <w:lang w:val="en-GB"/>
        </w:rPr>
        <w:t>After Angers came Nantes, a city we rolled into half-asleep and half-broke, but still burning with the fire of the road. Our hands were stained with soil and song, and though we didn’t know what the next job would be, we knew the rhythm now: work, wander, wonder. Repeat.</w:t>
      </w:r>
    </w:p>
    <w:p w14:paraId="59D18DDA" w14:textId="77777777" w:rsidR="005324DA" w:rsidRPr="00D61D3D" w:rsidRDefault="005324DA" w:rsidP="005324DA">
      <w:pPr>
        <w:spacing w:before="100" w:beforeAutospacing="1" w:after="100" w:afterAutospacing="1"/>
        <w:rPr>
          <w:lang w:val="en-GB"/>
        </w:rPr>
      </w:pPr>
      <w:r w:rsidRPr="00D61D3D">
        <w:rPr>
          <w:lang w:val="en-GB"/>
        </w:rPr>
        <w:t>The road stretched on, pulling us with the promise of more—more songs, more faces, more wine-stained evenings under indifferent stars.</w:t>
      </w:r>
    </w:p>
    <w:p w14:paraId="573BDBDB" w14:textId="12D3BFDF" w:rsidR="005324DA" w:rsidRPr="00D61D3D" w:rsidRDefault="005324DA" w:rsidP="005324DA">
      <w:pPr>
        <w:spacing w:before="100" w:beforeAutospacing="1" w:after="100" w:afterAutospacing="1"/>
        <w:rPr>
          <w:lang w:val="en-GB"/>
        </w:rPr>
      </w:pPr>
      <w:r w:rsidRPr="00D61D3D">
        <w:rPr>
          <w:lang w:val="en-GB"/>
        </w:rPr>
        <w:t xml:space="preserve">And </w:t>
      </w:r>
      <w:r w:rsidR="008408D6" w:rsidRPr="00D61D3D">
        <w:rPr>
          <w:lang w:val="en-GB"/>
        </w:rPr>
        <w:t>so,</w:t>
      </w:r>
      <w:r w:rsidRPr="00D61D3D">
        <w:rPr>
          <w:lang w:val="en-GB"/>
        </w:rPr>
        <w:t xml:space="preserve"> we moved, not away from something, but ever further into the ruckus.</w:t>
      </w:r>
    </w:p>
    <w:p w14:paraId="148FE59D" w14:textId="77777777" w:rsidR="00722FDE" w:rsidRPr="00D61D3D" w:rsidRDefault="00722FDE" w:rsidP="005324DA">
      <w:pPr>
        <w:spacing w:before="100" w:beforeAutospacing="1" w:after="100" w:afterAutospacing="1"/>
        <w:rPr>
          <w:lang w:val="en-GB"/>
        </w:rPr>
      </w:pPr>
    </w:p>
    <w:p w14:paraId="181322AC" w14:textId="3125E57F" w:rsidR="00722FDE" w:rsidRPr="00D61D3D" w:rsidRDefault="00722FDE">
      <w:pPr>
        <w:rPr>
          <w:lang w:val="en-GB"/>
        </w:rPr>
      </w:pPr>
      <w:r w:rsidRPr="00D61D3D">
        <w:rPr>
          <w:lang w:val="en-GB"/>
        </w:rPr>
        <w:br w:type="page"/>
      </w:r>
    </w:p>
    <w:p w14:paraId="18EB6171" w14:textId="77777777" w:rsidR="00722FDE" w:rsidRPr="00D61D3D" w:rsidRDefault="00722FDE" w:rsidP="00722FDE">
      <w:pPr>
        <w:rPr>
          <w:b/>
          <w:bCs/>
          <w:lang w:val="en-GB"/>
        </w:rPr>
      </w:pPr>
      <w:r w:rsidRPr="00D61D3D">
        <w:rPr>
          <w:b/>
          <w:bCs/>
          <w:lang w:val="en-GB"/>
        </w:rPr>
        <w:lastRenderedPageBreak/>
        <w:t>Continuing from Angers, and Nantes</w:t>
      </w:r>
    </w:p>
    <w:p w14:paraId="7E1CE5ED" w14:textId="77777777" w:rsidR="00727EF9" w:rsidRDefault="00727EF9" w:rsidP="00727EF9">
      <w:pPr>
        <w:pStyle w:val="NormalWeb"/>
        <w:rPr>
          <w:color w:val="000000"/>
        </w:rPr>
      </w:pPr>
      <w:r>
        <w:rPr>
          <w:color w:val="000000"/>
        </w:rPr>
        <w:t>was in no way ready for a relationship after my American adventure, so when Sieu Que came to my sleeping bag, I didn't encourage it any further. I just kept her warm, a silent gesture against the chill, and besides the emotional unreadiness, it was simply inappropriate. Privacy was a phantom notion; we shared a dorm with four to six others, days consumed by labor, evenings dissolving into group camaraderie. It was easy enough to keep distance. But the apple plucking was nearing its end, and the road called, beckoning us toward the grapevines.</w:t>
      </w:r>
    </w:p>
    <w:p w14:paraId="35ADAE68" w14:textId="77777777" w:rsidR="00727EF9" w:rsidRDefault="00727EF9" w:rsidP="00727EF9">
      <w:pPr>
        <w:pStyle w:val="NormalWeb"/>
        <w:rPr>
          <w:color w:val="000000"/>
        </w:rPr>
      </w:pPr>
      <w:r>
        <w:rPr>
          <w:color w:val="000000"/>
        </w:rPr>
        <w:t>Sieu Que's group carried an address near Bordeaux in the south, a vineyard where they'd harvested for the past three years. A few calls, a whispered arrangement, and we were set to join their ranks, but the imperative was clear: leave Nantes, reach Bordeaux, and as soon as possible.</w:t>
      </w:r>
    </w:p>
    <w:p w14:paraId="6308A89E" w14:textId="77777777" w:rsidR="00727EF9" w:rsidRDefault="00727EF9" w:rsidP="00727EF9">
      <w:pPr>
        <w:pStyle w:val="NormalWeb"/>
        <w:rPr>
          <w:color w:val="000000"/>
        </w:rPr>
      </w:pPr>
      <w:r>
        <w:rPr>
          <w:color w:val="000000"/>
        </w:rPr>
        <w:t xml:space="preserve">When the last apple had fallen and the festival of harvest was over, we packed our meager belongings, collected our meager pay, and turned our faces south, towards Bordeaux. How many times would I travel that road in the months that followed? From Nantes, the road unspooled through Poitiers, to </w:t>
      </w:r>
      <w:proofErr w:type="spellStart"/>
      <w:r>
        <w:rPr>
          <w:color w:val="000000"/>
        </w:rPr>
        <w:t>Angoulême</w:t>
      </w:r>
      <w:proofErr w:type="spellEnd"/>
      <w:r>
        <w:rPr>
          <w:color w:val="000000"/>
        </w:rPr>
        <w:t>, and finally, down to Bordeaux. On a map, it seems a short hop, but hitchhiking could stretch it into a two-day odyssey, dictated by the generosity of passing strangers and the relentless clock of the sun. Sieu Que had given me an address in Bordeaux, a place to crash for a night or two before the vineyard swallowed us whole. I rang her house number the moment I hit the city, and she found me at the station on a gray, rain-drenched day, the sky a brooding omen.</w:t>
      </w:r>
    </w:p>
    <w:p w14:paraId="5E399142" w14:textId="77777777" w:rsidR="00727EF9" w:rsidRDefault="00727EF9" w:rsidP="00727EF9">
      <w:pPr>
        <w:pStyle w:val="NormalWeb"/>
        <w:rPr>
          <w:color w:val="000000"/>
        </w:rPr>
      </w:pPr>
      <w:r>
        <w:rPr>
          <w:color w:val="000000"/>
        </w:rPr>
        <w:t>We arrived at a small apartment in the city’s southern embrace, a Chinese guy greeting us at the door. We’d stumbled into luck, getting a roof over our heads that night, for a thunderstorm was brewing, a vast, electric stillness in the air. And at 7 PM, all hell broke loose. Anyone who has witnessed a thunderstorm in the south of France can tell you: it’s no gentle patter. The thunder cracked like the sky was tearing open, lightning flashed with blinding fury, and the rain, a torrential, biblical downpour, was truly exceptional. It was as if the heavens, having hoarded their moisture for months, decided to empty their entire reserves. But we were inside, wrapped in warmth, and best of all, we had music. And what music it was. The guy, our quiet host, possessed an astounding collection of jazz. He began with the velvet ease of Louis Armstrong, his trumpet a golden thread, then drifted into the intricate tapestries of Thelonious Monk – the Holy Trinity of bebop, Charlie Parker and Dizzy Gillespie, their notes flying, before settling into the cool, melancholic grace of Miles Davis, and finally, the pure, aching magic of Chet Baker. The flickering light, the relentless rain, the booming thunder, and the best jazz in the world. We stayed up all night, drinking Bordeaux Red, letting the wine and the music and the rhythm of life pull us into its unfolding. Some things, it seemed, were simply meant to happen, the universe up to its playful antics once again.</w:t>
      </w:r>
    </w:p>
    <w:p w14:paraId="61868557" w14:textId="77777777" w:rsidR="00727EF9" w:rsidRDefault="004220D6" w:rsidP="00727EF9">
      <w:r>
        <w:rPr>
          <w:noProof/>
        </w:rPr>
        <w:pict w14:anchorId="453677CE">
          <v:rect id="_x0000_i1045" alt="" style="width:94.55pt;height:.05pt;mso-width-percent:0;mso-height-percent:0;mso-width-percent:0;mso-height-percent:0" o:hrpct="202" o:hralign="center" o:hrstd="t" o:hr="t" fillcolor="#a0a0a0" stroked="f"/>
        </w:pict>
      </w:r>
    </w:p>
    <w:p w14:paraId="00B637D2" w14:textId="77777777" w:rsidR="00727EF9" w:rsidRDefault="00727EF9" w:rsidP="00727EF9">
      <w:pPr>
        <w:pStyle w:val="NormalWeb"/>
        <w:rPr>
          <w:color w:val="000000"/>
        </w:rPr>
      </w:pPr>
      <w:r>
        <w:rPr>
          <w:color w:val="000000"/>
        </w:rPr>
        <w:lastRenderedPageBreak/>
        <w:t>It’s one thing to immerse yourself in jazz all night, letting bottles of Bordeaux blur the edges of reality. It’s quite another to face the harsh light of the next day. We were out early, heading for the vineyard, our host thanked, our gratitude sincere, the road once more stretching before us.</w:t>
      </w:r>
    </w:p>
    <w:p w14:paraId="69882544" w14:textId="77777777" w:rsidR="00727EF9" w:rsidRDefault="00727EF9" w:rsidP="00727EF9">
      <w:pPr>
        <w:pStyle w:val="NormalWeb"/>
        <w:rPr>
          <w:color w:val="000000"/>
        </w:rPr>
      </w:pPr>
      <w:r>
        <w:rPr>
          <w:color w:val="000000"/>
        </w:rPr>
        <w:t>The vineyard, its setup a stark contrast to the rough-and-ready cherry and apple picking we knew, held an air of refinement. The vines themselves, the lodgings, the very ambiance—all were top-level, almost</w:t>
      </w:r>
      <w:r>
        <w:rPr>
          <w:rStyle w:val="apple-converted-space"/>
          <w:color w:val="000000"/>
        </w:rPr>
        <w:t> </w:t>
      </w:r>
      <w:r>
        <w:rPr>
          <w:rStyle w:val="Emphasis"/>
          <w:color w:val="000000"/>
        </w:rPr>
        <w:t>chic</w:t>
      </w:r>
      <w:r>
        <w:rPr>
          <w:color w:val="000000"/>
        </w:rPr>
        <w:t>. Yet, beneath the polished surface, a subtle air of separation permeated. The workers were cleaved into two distinct camps: a younger student cohort, idealistic and earnest, and an older group, somewhat better dressed than the rest of us, their faces etched with different stories.</w:t>
      </w:r>
    </w:p>
    <w:p w14:paraId="270A8177" w14:textId="77777777" w:rsidR="00727EF9" w:rsidRDefault="00727EF9" w:rsidP="00727EF9">
      <w:pPr>
        <w:pStyle w:val="NormalWeb"/>
        <w:rPr>
          <w:color w:val="000000"/>
        </w:rPr>
      </w:pPr>
      <w:r>
        <w:rPr>
          <w:color w:val="000000"/>
        </w:rPr>
        <w:t>The air was always a bit tense, a low hum of unspoken friction, and later, the reason became painfully clear. The older group were policemen, ex-policemen, and military personnel, spending their holidays topping up their income. The students, many of whom had been part of the fiery 1967 riots where police had brutally beaten their peers, harbored a simmering resentment. The older group, unyielding, still clung to the belief that the police had been in the right, despite the damning findings of various commissions investigating the violence. Things would flare, sometimes erupting into quick, brutal fistfights between individuals from both factions, until they were pulled apart, and everyone, with a sigh, returned to the work. The older group would vanish in the evenings, leaving the lodgings quieter, the nights a time for genuine camaraderie, everyone breathing easier.</w:t>
      </w:r>
    </w:p>
    <w:p w14:paraId="5915766A" w14:textId="77777777" w:rsidR="00727EF9" w:rsidRDefault="00727EF9" w:rsidP="00727EF9">
      <w:pPr>
        <w:pStyle w:val="NormalWeb"/>
        <w:rPr>
          <w:color w:val="000000"/>
        </w:rPr>
      </w:pPr>
      <w:r>
        <w:rPr>
          <w:color w:val="000000"/>
        </w:rPr>
        <w:t>We worked the grape harvest for about a month, the days shrinking, the evenings and mornings growing sharp with the bite of coming cold. For most of the students, especially Yan and Sieu Que, the summer had been a sun-drenched memory, but now, the chill forced a reckoning: what was I to do for winter? I’d chatted with a few seasoned travelers at the vineyard, and their advice was consistent: head south, to Spain and Portugal. Warmer climes, they promised, cheap enough to live if you clung to your francs, and always the chance of work.</w:t>
      </w:r>
    </w:p>
    <w:p w14:paraId="276CA597" w14:textId="77777777" w:rsidR="00727EF9" w:rsidRDefault="00727EF9" w:rsidP="00727EF9">
      <w:pPr>
        <w:pStyle w:val="NormalWeb"/>
        <w:rPr>
          <w:color w:val="000000"/>
        </w:rPr>
      </w:pPr>
      <w:r>
        <w:rPr>
          <w:color w:val="000000"/>
        </w:rPr>
        <w:t xml:space="preserve">We parted ways in Bordeaux, the road scattering us. Yan headed back to the academic bustle of </w:t>
      </w:r>
      <w:proofErr w:type="gramStart"/>
      <w:r>
        <w:rPr>
          <w:color w:val="000000"/>
        </w:rPr>
        <w:t>Paris,</w:t>
      </w:r>
      <w:proofErr w:type="gramEnd"/>
      <w:r>
        <w:rPr>
          <w:color w:val="000000"/>
        </w:rPr>
        <w:t xml:space="preserve"> Sieu Que settled into her studies in Bordeaux. Me? I turned south, for Spain.</w:t>
      </w:r>
    </w:p>
    <w:p w14:paraId="0E19469C" w14:textId="77777777" w:rsidR="00727EF9" w:rsidRDefault="00727EF9" w:rsidP="00727EF9">
      <w:pPr>
        <w:pStyle w:val="NormalWeb"/>
        <w:rPr>
          <w:color w:val="000000"/>
        </w:rPr>
      </w:pPr>
      <w:r>
        <w:rPr>
          <w:color w:val="000000"/>
        </w:rPr>
        <w:t xml:space="preserve">Spain, in those fading days of Franco’s regime, was a strange, unsettling beast. The Guardia Civil were no friendly bunch, their presence a constant, heavy weight, and the dying throes of the dictatorship churned its own unique brand of mayhem. My first stop was just over the border in San Sebastian, a handsome city, but too cosmopolitan, too busy, too crowded, too difficult to get organized. I found myself at the station, drawn to the restless energy of travelers, and there, I met a guy from Portugal. He was heading north, I south, but our common interests, the unspoken brotherhood of the road, forged an instant connection. </w:t>
      </w:r>
      <w:proofErr w:type="gramStart"/>
      <w:r>
        <w:rPr>
          <w:color w:val="000000"/>
        </w:rPr>
        <w:t>He</w:t>
      </w:r>
      <w:proofErr w:type="gramEnd"/>
      <w:r>
        <w:rPr>
          <w:color w:val="000000"/>
        </w:rPr>
        <w:t xml:space="preserve"> spoke of a possible gig near Irun, a chance at work if I didn’t mind the smell of the sea, the rhythmic chaos of the fishing industry. We hitched up to Irun, the docks a symphony of creaking wood and salty air, and began to sniff around.</w:t>
      </w:r>
    </w:p>
    <w:p w14:paraId="7AB67D59" w14:textId="77777777" w:rsidR="00727EF9" w:rsidRDefault="00727EF9" w:rsidP="00727EF9">
      <w:pPr>
        <w:pStyle w:val="NormalWeb"/>
        <w:rPr>
          <w:color w:val="000000"/>
        </w:rPr>
      </w:pPr>
      <w:r>
        <w:rPr>
          <w:color w:val="000000"/>
        </w:rPr>
        <w:lastRenderedPageBreak/>
        <w:t>No point in the formality of offices; that road led only to red tape and complications. So, we dove into the docks’ heart, the local bars and cafés, where the air was thick with smoke and salt, and boat captains sat nursing their drinks. Making contact wasn’t easy, but my companion, Costa, possessed a fine grasp of Spanish and a fearless knack for starting a conversation. We fell into talk with a man named Juan, a captain, who listened, his eyes measuring, and finally said he might be interested if we were willing to work hard and didn’t flinch at the hours. Costa, ever the smooth talker, explained I was Irish, bred for hard work, and that he himself was a transient, heading north soon. I explained as much as I could to Juan, what little Spanish I had, and he, seeing something in my earnestness, offered me a chance if I was willing to try. He pointed me to a bunkhouse, told me to be there before 8 PM for a place to sleep and get organized, get some rest, and be ready to cast off from the docks at 3 AM, bound for the fishing grounds.</w:t>
      </w:r>
    </w:p>
    <w:p w14:paraId="45F3C5C1" w14:textId="77777777" w:rsidR="00727EF9" w:rsidRDefault="00727EF9" w:rsidP="00727EF9">
      <w:pPr>
        <w:pStyle w:val="NormalWeb"/>
        <w:rPr>
          <w:color w:val="000000"/>
        </w:rPr>
      </w:pPr>
      <w:r>
        <w:rPr>
          <w:color w:val="000000"/>
        </w:rPr>
        <w:t>Costa and I said our goodbyes, a handshake firm with unspoken gratitude. I thanked him for the lifeline he’d thrown, and he just smiled, "Please pass it on, to someone else someday," before melting back into the swirling crowd, a ghost of kindness.</w:t>
      </w:r>
    </w:p>
    <w:p w14:paraId="33F651B5" w14:textId="77777777" w:rsidR="00727EF9" w:rsidRDefault="00727EF9" w:rsidP="00727EF9">
      <w:pPr>
        <w:pStyle w:val="NormalWeb"/>
        <w:rPr>
          <w:color w:val="000000"/>
        </w:rPr>
      </w:pPr>
      <w:r>
        <w:rPr>
          <w:color w:val="000000"/>
        </w:rPr>
        <w:t>You don't just become a deckhand overnight; that's a dangerous delusion. It’s a process, a testing, a slow proving that you’re up to the relentless grind. It starts on the docks, a purgatory of cleaning up, sorting and scrubbing boxes, untangling nets, mending them with patient hands, getting them ready for loading, fixing anything that squeaked or snapped. A general go-fer, a willing grunt, until you prove your mettle, until the seasoned eyes of the crew deem you ready for the sea. Like most things, then, you started at the bottom, clawing your way up the chain. I was used to all sorts of labor, and this was just another link, another challenge. Within a week, they deemed me good enough for my first fishing trip. I’d done some sea fishing in Ireland, mostly with rods on a small boat, six souls crammed together, so I knew the crowded space, and I was somewhat used to the sea, as much as you can ever truly get used to that vast, indifferent expanse. But there were deeper steps in this process, a silent, nightly evaluation: a single night at sea, then gradually building the stay, each phase judged by the crew, their acceptance or rejection whispered only in their actions.</w:t>
      </w:r>
    </w:p>
    <w:p w14:paraId="0BA9695E" w14:textId="77777777" w:rsidR="00727EF9" w:rsidRDefault="00727EF9" w:rsidP="00727EF9">
      <w:pPr>
        <w:pStyle w:val="NormalWeb"/>
        <w:rPr>
          <w:color w:val="000000"/>
        </w:rPr>
      </w:pPr>
      <w:r>
        <w:rPr>
          <w:color w:val="000000"/>
        </w:rPr>
        <w:t>The first true sea journey began. Two in the morning, everyone was aboard, the boat a silent shadow slipping towards the fishing grounds. This journey could stretch two, three hours, or more, dictated by the elusive dance of the fish. On the way out, the methodical preparations for the coming hours of toil unfolded. Markers were set on the nets, lines untangled and coiled, the winch greased until it hummed, fish boxes stacked on deck, waiting. Always something quick to eat before the real work began, for once the fishing started, the wait would be long and brutal.</w:t>
      </w:r>
    </w:p>
    <w:p w14:paraId="7D3C021A" w14:textId="77777777" w:rsidR="00727EF9" w:rsidRDefault="00727EF9" w:rsidP="00727EF9">
      <w:pPr>
        <w:pStyle w:val="NormalWeb"/>
        <w:rPr>
          <w:color w:val="000000"/>
        </w:rPr>
      </w:pPr>
      <w:r>
        <w:rPr>
          <w:color w:val="000000"/>
        </w:rPr>
        <w:t xml:space="preserve">We waited for the skipper's silent nod, and then the process would begin. The nets, a vast, hungry maw, were released. Not all at once, but slowly, meticulously, they unraveled as the boat sliced forward, the nets sinking below into the ocean, held aloft by buoyant blocks. This continued until the last fathom of net had slipped beneath the waves. It was a ballet of coordinated effort, everyone playing their part: buoys out, lines paid out, counting the area backward so the skipper knew what was deployed and what remained, </w:t>
      </w:r>
      <w:r>
        <w:rPr>
          <w:color w:val="000000"/>
        </w:rPr>
        <w:lastRenderedPageBreak/>
        <w:t>then the precise, nerve-wracking maneuver of closing the circle with the net, no mean feat while avoiding the other boats and their own submerged snares. As a rookie, I was told to stay back, observe, learn the rhythm, and above all, to be sure not to get entangled in the ropes and nets, a fate worse than death on those unforgiving decks.</w:t>
      </w:r>
    </w:p>
    <w:p w14:paraId="0229A02D" w14:textId="77777777" w:rsidR="00727EF9" w:rsidRDefault="00727EF9" w:rsidP="00727EF9">
      <w:pPr>
        <w:pStyle w:val="NormalWeb"/>
        <w:rPr>
          <w:color w:val="000000"/>
        </w:rPr>
      </w:pPr>
      <w:r>
        <w:rPr>
          <w:color w:val="000000"/>
        </w:rPr>
        <w:t>The nets, a dark, hungry maw, disappeared with a blinding tempo into the water as the boat carved a giant, closing circle. Once that was complete, the true, backbreaking work began: hauling them back aboard, praying for a good catch, the weight of the sea and its bounty in every line. While we waited to start the haul, there was always something to drink—coffee, thick and black; tea, if necessary; or water, cold and bracing. Maybe some bread, a quick bite, but out on the rough sea, food was often an afterthought.</w:t>
      </w:r>
    </w:p>
    <w:p w14:paraId="11F29413" w14:textId="77777777" w:rsidR="00727EF9" w:rsidRDefault="00727EF9" w:rsidP="00727EF9">
      <w:pPr>
        <w:pStyle w:val="NormalWeb"/>
        <w:rPr>
          <w:color w:val="000000"/>
        </w:rPr>
      </w:pPr>
      <w:r>
        <w:rPr>
          <w:color w:val="000000"/>
        </w:rPr>
        <w:t>Then, the command to prepare. We geared up in "</w:t>
      </w:r>
      <w:proofErr w:type="gramStart"/>
      <w:r>
        <w:rPr>
          <w:color w:val="000000"/>
        </w:rPr>
        <w:t>oil-skins</w:t>
      </w:r>
      <w:proofErr w:type="gramEnd"/>
      <w:r>
        <w:rPr>
          <w:color w:val="000000"/>
        </w:rPr>
        <w:t>" and heavy gloves, the overhead gantry set in place, and the first part of the net, heavy with the ocean’s harvest, was hauled aboard. First, the purse lines, left and right, were drawn in, a meticulous, rhythmic pull. You had to do it properly, coiling the lines as they came, for untangling them later was a soul-destroying, time-consuming nightmare. And you had to be careful, always, not to get yourself snared. That would be a monumental screw-up, and you’d brand yourself a laughingstock on board.</w:t>
      </w:r>
    </w:p>
    <w:p w14:paraId="22275973" w14:textId="77777777" w:rsidR="00727EF9" w:rsidRDefault="00727EF9" w:rsidP="00727EF9">
      <w:pPr>
        <w:pStyle w:val="NormalWeb"/>
        <w:rPr>
          <w:color w:val="000000"/>
        </w:rPr>
      </w:pPr>
      <w:r>
        <w:rPr>
          <w:color w:val="000000"/>
        </w:rPr>
        <w:t>Everyone had to move as one, a synchronized dance of muscle and will, to get everything on board. The spotter, his eyes sharp, watched what was being hauled, especially for the by-catch, smaller fish or other creatures caught in the net, his job to report them, for removal and release back to the depths. The net, finally, had to be pulled into the massive tray, spilling its shimmering, silver bounty, while others shoveled ice, thick and cold, over the freshly caught fish to preserve their fleeting freshness.</w:t>
      </w:r>
    </w:p>
    <w:p w14:paraId="5A9F5243" w14:textId="77777777" w:rsidR="00727EF9" w:rsidRDefault="00727EF9" w:rsidP="00727EF9">
      <w:pPr>
        <w:pStyle w:val="NormalWeb"/>
        <w:rPr>
          <w:color w:val="000000"/>
        </w:rPr>
      </w:pPr>
      <w:r>
        <w:rPr>
          <w:color w:val="000000"/>
        </w:rPr>
        <w:t>Now, the first brutal chapter of the night was finished. We were ready to eat, a well-advised, hearty meal, for the long, hard journey home lay ahead. Once the plates were cleared, the nets had to be emptied, the fish carefully placed in boxes, layered with more ice. Everything else, compared to this, felt easy, and the relentless roll of the sea offered no mercy. But there was plenty of laughter, banter, good-natured competition, hands on each other’s shoulders, keeping the mind off the punishing work and the endless, indifferent sea.</w:t>
      </w:r>
    </w:p>
    <w:p w14:paraId="2D23CB1A" w14:textId="77777777" w:rsidR="00727EF9" w:rsidRDefault="00727EF9" w:rsidP="00727EF9">
      <w:pPr>
        <w:pStyle w:val="NormalWeb"/>
        <w:rPr>
          <w:color w:val="000000"/>
        </w:rPr>
      </w:pPr>
      <w:r>
        <w:rPr>
          <w:color w:val="000000"/>
        </w:rPr>
        <w:t>We sailed into the harbor, eleven or twelve hours later, the rising sun painting the water in soft hues. We unloaded the fish into the shed, a symphony of slithering scales and guttural shouts, then the painstaking cleanup: every surface on the boat, the oilskins, everything covered in fish slime, scrubbed and washed. When all was finished, it was just after noon. We stumbled into the cantina, the warm, inviting scent of food and companionship, to eat, to drink, to laugh and joke, to relax, and prepare for the rest of the day, a long, well-earned reprieve.</w:t>
      </w:r>
    </w:p>
    <w:p w14:paraId="51337A76" w14:textId="77777777" w:rsidR="00727EF9" w:rsidRDefault="00727EF9" w:rsidP="00727EF9">
      <w:pPr>
        <w:pStyle w:val="NormalWeb"/>
        <w:rPr>
          <w:color w:val="000000"/>
        </w:rPr>
      </w:pPr>
      <w:r>
        <w:rPr>
          <w:color w:val="000000"/>
        </w:rPr>
        <w:t xml:space="preserve">The first few days, naturally, meant reporting to Juan, a quiet debriefing, assessing my performance, hearing what my shipmates and the skipper thought of my progress. I was given the benefit of the doubt, a chance to prove myself, and after the third day, the </w:t>
      </w:r>
      <w:r>
        <w:rPr>
          <w:color w:val="000000"/>
        </w:rPr>
        <w:lastRenderedPageBreak/>
        <w:t>summons to the office ceased. The skipper, a man of few words but sharp judgment, handled everything from then on.</w:t>
      </w:r>
    </w:p>
    <w:p w14:paraId="3EEDEECA" w14:textId="77777777" w:rsidR="00727EF9" w:rsidRDefault="00727EF9" w:rsidP="00727EF9">
      <w:pPr>
        <w:pStyle w:val="NormalWeb"/>
        <w:rPr>
          <w:color w:val="000000"/>
        </w:rPr>
      </w:pPr>
      <w:r>
        <w:rPr>
          <w:color w:val="000000"/>
        </w:rPr>
        <w:t>These were my first weeks in Spain, on the fishing boats, raw and real. As winter deepened, the Bay of Biscay turned colder, more menacing. The road called again, pulling me down the coast to Portugal. Juan, a man of quiet connections, had given me an address there, telling me to say he’d sent me, that they could fix me up with work.</w:t>
      </w:r>
    </w:p>
    <w:p w14:paraId="48EE80C4" w14:textId="77777777" w:rsidR="00727EF9" w:rsidRDefault="00727EF9" w:rsidP="00727EF9">
      <w:pPr>
        <w:pStyle w:val="NormalWeb"/>
        <w:rPr>
          <w:color w:val="000000"/>
        </w:rPr>
      </w:pPr>
      <w:r>
        <w:rPr>
          <w:color w:val="000000"/>
        </w:rPr>
        <w:t>Except for the language, a liquid, rolling melody, and some minor variations, the work in Portugal mirrored Spain’s: the same grind, the same camaraderie. Friendly people, hard but fair, the fishing methods identical, the catch just as abundant. The food was good, simple and hearty, like the lodgings. The pay was, understandably, less than in Spain, but I didn't have to spend my own money, and it was mostly warm and dry, a welcome solace from the cold.</w:t>
      </w:r>
    </w:p>
    <w:p w14:paraId="00CEC0B0" w14:textId="77777777" w:rsidR="00727EF9" w:rsidRDefault="00727EF9" w:rsidP="00727EF9">
      <w:pPr>
        <w:pStyle w:val="NormalWeb"/>
        <w:rPr>
          <w:color w:val="000000"/>
        </w:rPr>
      </w:pPr>
      <w:r>
        <w:rPr>
          <w:color w:val="000000"/>
        </w:rPr>
        <w:t xml:space="preserve">I would like to </w:t>
      </w:r>
      <w:proofErr w:type="gramStart"/>
      <w:r>
        <w:rPr>
          <w:color w:val="000000"/>
        </w:rPr>
        <w:t>make an observation</w:t>
      </w:r>
      <w:proofErr w:type="gramEnd"/>
      <w:r>
        <w:rPr>
          <w:color w:val="000000"/>
        </w:rPr>
        <w:t xml:space="preserve"> here, on the theory of evolution, and the prevalent statement that life evolved in the oceans and eventually migrated to the land. After my adventures at sea, I’ve come to believe there might be another, more nuanced solution. Perhaps there were two distinct evolutionary paths, that half of humanity evolved in the sea, born of its endless sway, and the other half evolved on solid ground. Some people, truly, feel utterly at home in the sea, at peace lounging in its vast embrace. Others, like me, are never truly at home on the water; it’s a constant, nauseating motion, the whole world shifting far too fast, and there's nothing to see but the endless, indifferent expanse of the waves. I prefer the land, the constant, unwavering ground beneath my feet, the far-off, ever-changing landscape, the rooted trees, the blossoming flowers, the buzzing birds and bees.</w:t>
      </w:r>
    </w:p>
    <w:p w14:paraId="16C2DF7B" w14:textId="77777777" w:rsidR="00727EF9" w:rsidRDefault="00727EF9" w:rsidP="00727EF9">
      <w:pPr>
        <w:pStyle w:val="NormalWeb"/>
        <w:rPr>
          <w:color w:val="000000"/>
        </w:rPr>
      </w:pPr>
      <w:r>
        <w:rPr>
          <w:color w:val="000000"/>
        </w:rPr>
        <w:t>While wandering through Spain and Portugal, I kept in touch with home, with Yan in Paris, and with Sieu Que in Bordeaux. I carried an address, a beacon, so they could write back, and whenever possible, I’d call, especially around Christmas, that yearning time when connecting with home felt like a sacred ritual. I read voraciously in those days, few other distractions. English books were a rare find, but every now and then, a pilgrimage to a bigger city would stock me up.</w:t>
      </w:r>
    </w:p>
    <w:p w14:paraId="4D04265C" w14:textId="77777777" w:rsidR="00727EF9" w:rsidRDefault="00727EF9" w:rsidP="00727EF9">
      <w:pPr>
        <w:pStyle w:val="NormalWeb"/>
        <w:rPr>
          <w:color w:val="000000"/>
        </w:rPr>
      </w:pPr>
      <w:r>
        <w:rPr>
          <w:color w:val="000000"/>
        </w:rPr>
        <w:t xml:space="preserve">The connection with Sieu Que, despite the miles, deepened. And just after Christmas, her questions began, soft at first, then more insistent: when would I return? She was thinking of traveling with me, if I didn’t mind, but she needed to know, to make her own plans. I told her I’d aim to be back by late spring, late March, early April, and that I was planning to push on to Germany. Whispers on the road, from various wanderers, had spoken of construction work there. Good money, long hours, but a steady stream of jobs. She said </w:t>
      </w:r>
      <w:proofErr w:type="gramStart"/>
      <w:r>
        <w:rPr>
          <w:color w:val="000000"/>
        </w:rPr>
        <w:t>okay</w:t>
      </w:r>
      <w:proofErr w:type="gramEnd"/>
      <w:r>
        <w:rPr>
          <w:color w:val="000000"/>
        </w:rPr>
        <w:t xml:space="preserve">, she’d get her things in order, she would go with me. After my last adventure, I was, admittedly, skeptical, a shadow of caution in my heart. But I didn’t want to let past experiences sour a new possibility, so I said </w:t>
      </w:r>
      <w:proofErr w:type="gramStart"/>
      <w:r>
        <w:rPr>
          <w:color w:val="000000"/>
        </w:rPr>
        <w:t>okay</w:t>
      </w:r>
      <w:proofErr w:type="gramEnd"/>
      <w:r>
        <w:rPr>
          <w:color w:val="000000"/>
        </w:rPr>
        <w:t>, and began to chart my course to end up in Portugal. It was mid-February, time enough to save, to prepare for the next leg of this long, winding road.</w:t>
      </w:r>
    </w:p>
    <w:p w14:paraId="15E1F7C8" w14:textId="3A2D6DBE" w:rsidR="00662C86" w:rsidRPr="00D61D3D" w:rsidRDefault="00662C86">
      <w:pPr>
        <w:rPr>
          <w:lang w:val="en-GB"/>
        </w:rPr>
      </w:pPr>
      <w:r w:rsidRPr="00D61D3D">
        <w:rPr>
          <w:lang w:val="en-GB"/>
        </w:rPr>
        <w:lastRenderedPageBreak/>
        <w:br w:type="page"/>
      </w:r>
    </w:p>
    <w:p w14:paraId="1DEE3BFE" w14:textId="33898324" w:rsidR="00866C25" w:rsidRPr="00D61D3D" w:rsidRDefault="00866C25" w:rsidP="00866C25">
      <w:pPr>
        <w:rPr>
          <w:b/>
          <w:bCs/>
          <w:lang w:val="en-GB"/>
        </w:rPr>
      </w:pPr>
      <w:r w:rsidRPr="00D61D3D">
        <w:rPr>
          <w:b/>
          <w:bCs/>
          <w:lang w:val="en-GB"/>
        </w:rPr>
        <w:lastRenderedPageBreak/>
        <w:t>Back from my winter sojourn in the Iberian Peninsula:</w:t>
      </w:r>
    </w:p>
    <w:p w14:paraId="47911A3D" w14:textId="77777777" w:rsidR="00866C25" w:rsidRPr="00D61D3D" w:rsidRDefault="00662C86" w:rsidP="005324DA">
      <w:pPr>
        <w:spacing w:before="100" w:beforeAutospacing="1" w:after="100" w:afterAutospacing="1"/>
        <w:rPr>
          <w:lang w:val="en-GB"/>
        </w:rPr>
      </w:pPr>
      <w:r w:rsidRPr="00D61D3D">
        <w:rPr>
          <w:lang w:val="en-GB"/>
        </w:rPr>
        <w:t xml:space="preserve">Those months by the sea felt almost like a life between lives — a quiet season tucked away from the rush of the world. I grew used to the ocean’s patience, its endless conversations with the shore. But even in the stillness, change was working its way toward me. Memories of Paris and dreams of Germany flickered through my mind like old songs on a broken radio. Sieu Que’s letters were promises I could almost touch. I knew, deep down, that my time there was only ever meant to be borrowed. It was a strange kind of leaving — quiet, almost reverent — as if I were walking away from a song, I loved but could no longer hear. I carried Sieu Que’s letters close to my chest, whispering to them like prayers as the miles unwound between us. </w:t>
      </w:r>
    </w:p>
    <w:p w14:paraId="768E7255" w14:textId="77777777" w:rsidR="00866C25" w:rsidRPr="00D61D3D" w:rsidRDefault="00662C86" w:rsidP="005324DA">
      <w:pPr>
        <w:spacing w:before="100" w:beforeAutospacing="1" w:after="100" w:afterAutospacing="1"/>
        <w:rPr>
          <w:lang w:val="en-GB"/>
        </w:rPr>
      </w:pPr>
      <w:r w:rsidRPr="00D61D3D">
        <w:rPr>
          <w:lang w:val="en-GB"/>
        </w:rPr>
        <w:t>Every bend in the road brought a new ache — the sharp, foolish kind that comes when you know you’re chasing something you might never truly catch. Maybe the route to be taken Camino del Norte was a symbol of the road ahead. Not completely leaving the se</w:t>
      </w:r>
      <w:r w:rsidR="00866C25" w:rsidRPr="00D61D3D">
        <w:rPr>
          <w:lang w:val="en-GB"/>
        </w:rPr>
        <w:t>e</w:t>
      </w:r>
      <w:r w:rsidRPr="00D61D3D">
        <w:rPr>
          <w:lang w:val="en-GB"/>
        </w:rPr>
        <w:t xml:space="preserve"> just yet so I </w:t>
      </w:r>
      <w:proofErr w:type="spellStart"/>
      <w:r w:rsidRPr="00D61D3D">
        <w:rPr>
          <w:lang w:val="en-GB"/>
        </w:rPr>
        <w:t>traveled</w:t>
      </w:r>
      <w:proofErr w:type="spellEnd"/>
      <w:r w:rsidRPr="00D61D3D">
        <w:rPr>
          <w:lang w:val="en-GB"/>
        </w:rPr>
        <w:t xml:space="preserve"> through Santiago de Compostela, Gijon, Santander, Bilbao, back to Irun to say farewell to Juan, San Sebastian, Biarritz and on to Bordeaux. Wonderful names steeped in history and wonder and a well-</w:t>
      </w:r>
      <w:proofErr w:type="spellStart"/>
      <w:r w:rsidRPr="00D61D3D">
        <w:rPr>
          <w:lang w:val="en-GB"/>
        </w:rPr>
        <w:t>traveled</w:t>
      </w:r>
      <w:proofErr w:type="spellEnd"/>
      <w:r w:rsidRPr="00D61D3D">
        <w:rPr>
          <w:lang w:val="en-GB"/>
        </w:rPr>
        <w:t xml:space="preserve"> road. </w:t>
      </w:r>
    </w:p>
    <w:p w14:paraId="14E35215" w14:textId="77777777" w:rsidR="00866C25" w:rsidRPr="00D61D3D" w:rsidRDefault="00662C86" w:rsidP="005324DA">
      <w:pPr>
        <w:spacing w:before="100" w:beforeAutospacing="1" w:after="100" w:afterAutospacing="1"/>
        <w:rPr>
          <w:lang w:val="en-GB"/>
        </w:rPr>
      </w:pPr>
      <w:r w:rsidRPr="00D61D3D">
        <w:rPr>
          <w:lang w:val="en-GB"/>
        </w:rPr>
        <w:t xml:space="preserve">A long journey into the unknown and made longer through hitchhiking the road but it did give met the time to transition from my Iberian Sojourn and focus on my way forward. It took over 4 days hard traveling to get back to Bordeaux, on the way I called Sieu Que, and told her when I would arrive, and she explained how to get to het address. I arrived late in the afternoon and with a somewhat uneasy reunion up we settled into a gentle evening of talking, eating, some wine and laughter. This broke the fragile ice, and we could settle down for the night. Maybe it’s just and Irish thing or something more personal, but I always find that I’m a bit awkward in these situations, What’s the next step, sitting there wanting to go to bed after 4 days hard traveling, how to start, expressly yawing, rubbing my eyes, and wondering what the next step is. </w:t>
      </w:r>
    </w:p>
    <w:p w14:paraId="35B44A73" w14:textId="77777777" w:rsidR="00866C25" w:rsidRPr="00D61D3D" w:rsidRDefault="00662C86" w:rsidP="005324DA">
      <w:pPr>
        <w:spacing w:before="100" w:beforeAutospacing="1" w:after="100" w:afterAutospacing="1"/>
        <w:rPr>
          <w:lang w:val="en-GB"/>
        </w:rPr>
      </w:pPr>
      <w:r w:rsidRPr="00D61D3D">
        <w:rPr>
          <w:lang w:val="en-GB"/>
        </w:rPr>
        <w:t xml:space="preserve">Luckily, Sieu Qua had the situation under control, and cleaned off the table and showed met the bathroom and bedroom in the apartment. It was a small apartment, separate Bedroom form the kitchen, a hallway leading to the front door where the toilet and separate shower were located. I grabbed my rucksack and headed for the shower. As soon as I opened the rucksack the place was filled with a breath of sea and fish, seemingly I hadn’t left the sea completely behind or it hadn’t left me behind. We went to bed and talked briefly but I, shamefully fell asleep almost immediately, something I had grown accustomed to during the winter. However, the mornings came early for a deckhand, and I still hadn’t skipped that internal clock. </w:t>
      </w:r>
    </w:p>
    <w:p w14:paraId="67D334E5" w14:textId="77777777" w:rsidR="00866C25" w:rsidRPr="00D61D3D" w:rsidRDefault="00662C86" w:rsidP="005324DA">
      <w:pPr>
        <w:spacing w:before="100" w:beforeAutospacing="1" w:after="100" w:afterAutospacing="1"/>
        <w:rPr>
          <w:lang w:val="en-GB"/>
        </w:rPr>
      </w:pPr>
      <w:r w:rsidRPr="00D61D3D">
        <w:rPr>
          <w:lang w:val="en-GB"/>
        </w:rPr>
        <w:t xml:space="preserve">About 4:00am I was awake and to let Sieu Que sleep I gently slipped out of bed to go sit in the sitting room to read, watch the sun come up and generally ponder on the way forward. Around 08:00am Sieu Qua came sleepily into the room and took my hand and we went back to bed. Uneasily for me we gently caressed and before long we were entangled in each other and making love as if it always been that way. We slept a while </w:t>
      </w:r>
      <w:r w:rsidRPr="00D61D3D">
        <w:rPr>
          <w:lang w:val="en-GB"/>
        </w:rPr>
        <w:lastRenderedPageBreak/>
        <w:t xml:space="preserve">and were showered and ready to do some shopping by 12:00. Bordeaux is far less intensive than Paris and people are a little more friendly. </w:t>
      </w:r>
    </w:p>
    <w:p w14:paraId="2C479CDB" w14:textId="77777777" w:rsidR="00866C25" w:rsidRPr="00D61D3D" w:rsidRDefault="00662C86" w:rsidP="005324DA">
      <w:pPr>
        <w:spacing w:before="100" w:beforeAutospacing="1" w:after="100" w:afterAutospacing="1"/>
        <w:rPr>
          <w:lang w:val="en-GB"/>
        </w:rPr>
      </w:pPr>
      <w:r w:rsidRPr="00D61D3D">
        <w:rPr>
          <w:lang w:val="en-GB"/>
        </w:rPr>
        <w:t xml:space="preserve">There is still a distinct French feel to the city, the smell of coffee, how people eye themselves in the shop windows, The men with cigarette in hand standing drinking coffee at tables on the sidewalk, so extrovert, and wanting to be seen. Some people would be offended by this but seeing it again after an absence of a few months brought something familiar and distinct back. Shopping in the market with those unmistakable smells, perfume, coffee vegetables, meat, people, I thought it would be an overload buy no it was </w:t>
      </w:r>
      <w:r w:rsidR="00866C25" w:rsidRPr="00D61D3D">
        <w:rPr>
          <w:lang w:val="en-GB"/>
        </w:rPr>
        <w:t>Ok</w:t>
      </w:r>
      <w:r w:rsidRPr="00D61D3D">
        <w:rPr>
          <w:lang w:val="en-GB"/>
        </w:rPr>
        <w:t xml:space="preserve"> and good to be back in France again. </w:t>
      </w:r>
    </w:p>
    <w:p w14:paraId="459DB6B4" w14:textId="77777777" w:rsidR="00866C25" w:rsidRPr="00D61D3D" w:rsidRDefault="00662C86" w:rsidP="005324DA">
      <w:pPr>
        <w:spacing w:before="100" w:beforeAutospacing="1" w:after="100" w:afterAutospacing="1"/>
        <w:rPr>
          <w:lang w:val="en-GB"/>
        </w:rPr>
      </w:pPr>
      <w:r w:rsidRPr="00D61D3D">
        <w:rPr>
          <w:lang w:val="en-GB"/>
        </w:rPr>
        <w:t xml:space="preserve">That evening we both made dinner and enjoyed an quiet evening sitting against each other on the couch, talking and chatting and thinking about the next steps. Sieu Que had planned a sabbatical for the coming year and was just finishing things she needs to settle at the university. This would take a few days at most and then we could leave. We were planning to travel to Germany, but we wanted first to go to Paris to seen Yan and the crew there before we left. </w:t>
      </w:r>
    </w:p>
    <w:p w14:paraId="5AA2E730" w14:textId="6BE172DE" w:rsidR="00866C25" w:rsidRPr="00D61D3D" w:rsidRDefault="00662C86" w:rsidP="005324DA">
      <w:pPr>
        <w:spacing w:before="100" w:beforeAutospacing="1" w:after="100" w:afterAutospacing="1"/>
        <w:rPr>
          <w:lang w:val="en-GB"/>
        </w:rPr>
      </w:pPr>
      <w:r w:rsidRPr="00D61D3D">
        <w:rPr>
          <w:lang w:val="en-GB"/>
        </w:rPr>
        <w:t xml:space="preserve">3 days later we were ready and headed for the motorway. We were there for an hour or so at the motorway when a truck stopped and asked where we were heading, it was A Belgian truck, and he was heading </w:t>
      </w:r>
      <w:r w:rsidR="00866C25" w:rsidRPr="00D61D3D">
        <w:rPr>
          <w:lang w:val="en-GB"/>
        </w:rPr>
        <w:t>north,</w:t>
      </w:r>
      <w:r w:rsidRPr="00D61D3D">
        <w:rPr>
          <w:lang w:val="en-GB"/>
        </w:rPr>
        <w:t xml:space="preserve"> and we were welcome to join him. We hopped it and were gone, </w:t>
      </w:r>
      <w:r w:rsidR="00866C25" w:rsidRPr="00D61D3D">
        <w:rPr>
          <w:lang w:val="en-GB"/>
        </w:rPr>
        <w:t>the</w:t>
      </w:r>
      <w:r w:rsidRPr="00D61D3D">
        <w:rPr>
          <w:lang w:val="en-GB"/>
        </w:rPr>
        <w:t xml:space="preserve"> driver spoke a variety of languages Dutch/Flemish, French and English so it was easy to chat as we </w:t>
      </w:r>
      <w:proofErr w:type="spellStart"/>
      <w:r w:rsidRPr="00D61D3D">
        <w:rPr>
          <w:lang w:val="en-GB"/>
        </w:rPr>
        <w:t>traveled</w:t>
      </w:r>
      <w:proofErr w:type="spellEnd"/>
      <w:r w:rsidRPr="00D61D3D">
        <w:rPr>
          <w:lang w:val="en-GB"/>
        </w:rPr>
        <w:t xml:space="preserve">. We got on extremely well with the driver and when he heard our story about going to Germany het told us he was going to Antwerp and would be happy to drop us there where we could go to the Netherlands and then to Germany or through Luxemburg and then to </w:t>
      </w:r>
      <w:r w:rsidR="008408D6" w:rsidRPr="00D61D3D">
        <w:rPr>
          <w:lang w:val="en-GB"/>
        </w:rPr>
        <w:t>Germany,</w:t>
      </w:r>
      <w:r w:rsidRPr="00D61D3D">
        <w:rPr>
          <w:lang w:val="en-GB"/>
        </w:rPr>
        <w:t xml:space="preserve"> he could also drop us in Paris if we wanted but the choice was ours. Like I had already heard there was work in Germany and the people who told me said that it was best to get organized in The Netherlands where the subcontractors were based, and they would provide work in Germany. </w:t>
      </w:r>
    </w:p>
    <w:p w14:paraId="354B12BF" w14:textId="77777777" w:rsidR="00866C25" w:rsidRPr="00D61D3D" w:rsidRDefault="00662C86" w:rsidP="005324DA">
      <w:pPr>
        <w:spacing w:before="100" w:beforeAutospacing="1" w:after="100" w:afterAutospacing="1"/>
        <w:rPr>
          <w:lang w:val="en-GB"/>
        </w:rPr>
      </w:pPr>
      <w:r w:rsidRPr="00D61D3D">
        <w:rPr>
          <w:lang w:val="en-GB"/>
        </w:rPr>
        <w:t xml:space="preserve">Sieu Qua, and </w:t>
      </w:r>
      <w:r w:rsidR="00866C25" w:rsidRPr="00D61D3D">
        <w:rPr>
          <w:lang w:val="en-GB"/>
        </w:rPr>
        <w:t xml:space="preserve">I </w:t>
      </w:r>
      <w:r w:rsidRPr="00D61D3D">
        <w:rPr>
          <w:lang w:val="en-GB"/>
        </w:rPr>
        <w:t xml:space="preserve">discussed it and decided that the route through Belgium and The Netherlands was probably the best way, Paris might be a delay.so we told the driver we would travel to Antwerp with him and try from there to get to The Netherlands. When we were North of Paris he got on the shortwave radio and checked with truckers going from Antwerp to The Netherlands, after about 30 minutes he got a reply that one of the truckers in Antwerp was leaving for The Netherlands that night about 02:00am and fi we could get to the Truckstop he’d drop us off in Nijmegen, the Netherlands. That was done and dusted, the driver said it was on his way and we would be there on time and got the information regarding the truck and driver and where we could meet up at the parking place. </w:t>
      </w:r>
    </w:p>
    <w:p w14:paraId="043AD168" w14:textId="77777777" w:rsidR="00AD5A9B" w:rsidRPr="00D61D3D" w:rsidRDefault="00662C86" w:rsidP="005324DA">
      <w:pPr>
        <w:spacing w:before="100" w:beforeAutospacing="1" w:after="100" w:afterAutospacing="1"/>
        <w:rPr>
          <w:lang w:val="en-GB"/>
        </w:rPr>
      </w:pPr>
      <w:r w:rsidRPr="00D61D3D">
        <w:rPr>
          <w:lang w:val="en-GB"/>
        </w:rPr>
        <w:t xml:space="preserve">We arrived in Antwerp around </w:t>
      </w:r>
      <w:r w:rsidR="00866C25" w:rsidRPr="00D61D3D">
        <w:rPr>
          <w:lang w:val="en-GB"/>
        </w:rPr>
        <w:t>midnight</w:t>
      </w:r>
      <w:r w:rsidRPr="00D61D3D">
        <w:rPr>
          <w:lang w:val="en-GB"/>
        </w:rPr>
        <w:t xml:space="preserve"> and thanked the driver, said our farewells and he </w:t>
      </w:r>
      <w:proofErr w:type="spellStart"/>
      <w:r w:rsidRPr="00D61D3D">
        <w:rPr>
          <w:lang w:val="en-GB"/>
        </w:rPr>
        <w:t>traveled</w:t>
      </w:r>
      <w:proofErr w:type="spellEnd"/>
      <w:r w:rsidRPr="00D61D3D">
        <w:rPr>
          <w:lang w:val="en-GB"/>
        </w:rPr>
        <w:t xml:space="preserve"> into the night on his way home. We went inside to the restaurant had something to drink and get orientated, when we were about to leave to find the new truck a guy </w:t>
      </w:r>
      <w:r w:rsidRPr="00D61D3D">
        <w:rPr>
          <w:lang w:val="en-GB"/>
        </w:rPr>
        <w:lastRenderedPageBreak/>
        <w:t xml:space="preserve">came up to us in the restaurant and asked if we were the two people he would take to The Netherlands. We said yes and off we went into the night and our new journey. </w:t>
      </w:r>
    </w:p>
    <w:p w14:paraId="54F91049" w14:textId="0C0A1554" w:rsidR="00AD5A9B" w:rsidRPr="00D61D3D" w:rsidRDefault="00662C86" w:rsidP="005324DA">
      <w:pPr>
        <w:spacing w:before="100" w:beforeAutospacing="1" w:after="100" w:afterAutospacing="1"/>
        <w:rPr>
          <w:lang w:val="en-GB"/>
        </w:rPr>
      </w:pPr>
      <w:r w:rsidRPr="00D61D3D">
        <w:rPr>
          <w:lang w:val="en-GB"/>
        </w:rPr>
        <w:t xml:space="preserve">Probably a strange tale of events seeing the present day, but back then, although still dangerous, people were friendlier and more apt to helping others than the current day. People would go out of their way to get you to somewhere you may want to go but was difficult the reach. They seemed to enjoy the stories people had to tell and to hear where you came from and where you were going. All good people and never </w:t>
      </w:r>
      <w:r w:rsidR="008408D6" w:rsidRPr="00D61D3D">
        <w:rPr>
          <w:lang w:val="en-GB"/>
        </w:rPr>
        <w:t>intrusive</w:t>
      </w:r>
      <w:r w:rsidRPr="00D61D3D">
        <w:rPr>
          <w:lang w:val="en-GB"/>
        </w:rPr>
        <w:t xml:space="preserve"> just involved and helpful. </w:t>
      </w:r>
    </w:p>
    <w:p w14:paraId="6C2573AC" w14:textId="77777777" w:rsidR="00AD5A9B" w:rsidRPr="00D61D3D" w:rsidRDefault="00662C86" w:rsidP="005324DA">
      <w:pPr>
        <w:spacing w:before="100" w:beforeAutospacing="1" w:after="100" w:afterAutospacing="1"/>
        <w:rPr>
          <w:lang w:val="en-GB"/>
        </w:rPr>
      </w:pPr>
      <w:r w:rsidRPr="00D61D3D">
        <w:rPr>
          <w:lang w:val="en-GB"/>
        </w:rPr>
        <w:t xml:space="preserve">The next morning Sunday we arrived in Nijmegen, The Netherlands, tired from the long journey but happy to be close to Germany and to have come so far in two days. In those days The Netherlands was a strange place Sundays everything was closed, no shops etc. it was difficult to find a place to get information and we needed to get a bank or office du Change to get Dutch and German currency. As in most </w:t>
      </w:r>
      <w:r w:rsidR="00AD5A9B" w:rsidRPr="00D61D3D">
        <w:rPr>
          <w:lang w:val="en-GB"/>
        </w:rPr>
        <w:t>cities</w:t>
      </w:r>
      <w:r w:rsidRPr="00D61D3D">
        <w:rPr>
          <w:lang w:val="en-GB"/>
        </w:rPr>
        <w:t xml:space="preserve"> in the day the train station was probably our vest bet, so we headed for that. Nijmegen is a city close to the German border and we were lucky enough to find a Bureau du Change at the station and a restaurant that was open. We exchanged Francs for Guldens and some German Marks and went to the restaurant to get some coffee and a bit to eat. </w:t>
      </w:r>
    </w:p>
    <w:p w14:paraId="12CA8EE6" w14:textId="548CC8BD" w:rsidR="00AD5A9B" w:rsidRPr="00D61D3D" w:rsidRDefault="00662C86" w:rsidP="005324DA">
      <w:pPr>
        <w:spacing w:before="100" w:beforeAutospacing="1" w:after="100" w:afterAutospacing="1"/>
        <w:rPr>
          <w:lang w:val="en-GB"/>
        </w:rPr>
      </w:pPr>
      <w:r w:rsidRPr="00D61D3D">
        <w:rPr>
          <w:lang w:val="en-GB"/>
        </w:rPr>
        <w:t xml:space="preserve">We were waiting in the restaurant when the boat train came in (this was a train from Hoek van Holland through The Netherlands and on to Germany). What we saw there still amazes me to this day. A large group of people got off the train, some with tools bags and they all looked very non continual. I heard them talking a heard Irish, Scottish and English accents, they were all a bit lost and were looking around for someone. We got talking and I found out that they were on their way to work in Germany but need to find the subcontractors to get details and see where </w:t>
      </w:r>
      <w:r w:rsidR="008408D6" w:rsidRPr="00D61D3D">
        <w:rPr>
          <w:lang w:val="en-GB"/>
        </w:rPr>
        <w:t>they</w:t>
      </w:r>
      <w:r w:rsidRPr="00D61D3D">
        <w:rPr>
          <w:lang w:val="en-GB"/>
        </w:rPr>
        <w:t xml:space="preserve"> were going to. </w:t>
      </w:r>
    </w:p>
    <w:p w14:paraId="3AE21106" w14:textId="77777777" w:rsidR="00AD5A9B" w:rsidRPr="00D61D3D" w:rsidRDefault="00662C86" w:rsidP="005324DA">
      <w:pPr>
        <w:spacing w:before="100" w:beforeAutospacing="1" w:after="100" w:afterAutospacing="1"/>
        <w:rPr>
          <w:lang w:val="en-GB"/>
        </w:rPr>
      </w:pPr>
      <w:r w:rsidRPr="00D61D3D">
        <w:rPr>
          <w:lang w:val="en-GB"/>
        </w:rPr>
        <w:t xml:space="preserve">The subcontractors mostly arrived around 12:00 noon, picked the people they wanted and brought every with them in minibuses and cars depending on who was needed. I got in touch with a couple of Irish busy, carpenters, who were looking for work and asked if I could wait with them and maybe get some work, Sure they said, no problem, but you are on your own until you prove myself in construction. </w:t>
      </w:r>
    </w:p>
    <w:p w14:paraId="235464C8" w14:textId="77777777" w:rsidR="00AD5A9B" w:rsidRPr="00D61D3D" w:rsidRDefault="00662C86" w:rsidP="005324DA">
      <w:pPr>
        <w:spacing w:before="100" w:beforeAutospacing="1" w:after="100" w:afterAutospacing="1"/>
        <w:rPr>
          <w:lang w:val="en-GB"/>
        </w:rPr>
      </w:pPr>
      <w:r w:rsidRPr="00D61D3D">
        <w:rPr>
          <w:lang w:val="en-GB"/>
        </w:rPr>
        <w:t xml:space="preserve">This big Dutch guy came up the platform checking out the guys a quick talk and you were either selected or not depending on what he was look for. When he got to </w:t>
      </w:r>
      <w:r w:rsidR="00AD5A9B" w:rsidRPr="00D61D3D">
        <w:rPr>
          <w:lang w:val="en-GB"/>
        </w:rPr>
        <w:t>us,</w:t>
      </w:r>
      <w:r w:rsidRPr="00D61D3D">
        <w:rPr>
          <w:lang w:val="en-GB"/>
        </w:rPr>
        <w:t xml:space="preserve"> he asked if I had any experience in construction, I said I did and he looked at my hands and cloths, He needed someone for concrete shuttering, poring and large </w:t>
      </w:r>
      <w:r w:rsidR="00AD5A9B" w:rsidRPr="00D61D3D">
        <w:rPr>
          <w:lang w:val="en-GB"/>
        </w:rPr>
        <w:t>s</w:t>
      </w:r>
      <w:r w:rsidRPr="00D61D3D">
        <w:rPr>
          <w:lang w:val="en-GB"/>
        </w:rPr>
        <w:t xml:space="preserve">ewage pipes laying etc. I said I could do that. We would get 15guldens per hour including Lodgings and food, the money was paid out </w:t>
      </w:r>
      <w:r w:rsidR="00AD5A9B" w:rsidRPr="00D61D3D">
        <w:rPr>
          <w:lang w:val="en-GB"/>
        </w:rPr>
        <w:t>black,</w:t>
      </w:r>
      <w:r w:rsidRPr="00D61D3D">
        <w:rPr>
          <w:lang w:val="en-GB"/>
        </w:rPr>
        <w:t xml:space="preserve"> so we had to be quiet about it, not cause trouble an keep out head low in Germany. There’s one problem he said, </w:t>
      </w:r>
      <w:r w:rsidR="00AD5A9B" w:rsidRPr="00D61D3D">
        <w:rPr>
          <w:lang w:val="en-GB"/>
        </w:rPr>
        <w:t>if</w:t>
      </w:r>
      <w:r w:rsidRPr="00D61D3D">
        <w:rPr>
          <w:lang w:val="en-GB"/>
        </w:rPr>
        <w:t xml:space="preserve"> your girlfriend was traveling with me I would have to pay her way in Germany, lodging’s food etc. I said, that was ok and after a few days proof we would be hired. </w:t>
      </w:r>
    </w:p>
    <w:p w14:paraId="7A35FBB9" w14:textId="0C8674BD" w:rsidR="00AD5A9B" w:rsidRPr="00D61D3D" w:rsidRDefault="00662C86" w:rsidP="005324DA">
      <w:pPr>
        <w:spacing w:before="100" w:beforeAutospacing="1" w:after="100" w:afterAutospacing="1"/>
        <w:rPr>
          <w:lang w:val="en-GB"/>
        </w:rPr>
      </w:pPr>
      <w:r w:rsidRPr="00D61D3D">
        <w:rPr>
          <w:lang w:val="en-GB"/>
        </w:rPr>
        <w:t xml:space="preserve">With that 4 other guys were selected, John and Trixie, Steve and Martin (We called those two the 6 </w:t>
      </w:r>
      <w:r w:rsidR="008408D6" w:rsidRPr="00D61D3D">
        <w:rPr>
          <w:lang w:val="en-GB"/>
        </w:rPr>
        <w:t>million</w:t>
      </w:r>
      <w:r w:rsidRPr="00D61D3D">
        <w:rPr>
          <w:lang w:val="en-GB"/>
        </w:rPr>
        <w:t xml:space="preserve"> </w:t>
      </w:r>
      <w:r w:rsidR="008408D6" w:rsidRPr="00D61D3D">
        <w:rPr>
          <w:lang w:val="en-GB"/>
        </w:rPr>
        <w:t>d</w:t>
      </w:r>
      <w:r w:rsidRPr="00D61D3D">
        <w:rPr>
          <w:lang w:val="en-GB"/>
        </w:rPr>
        <w:t xml:space="preserve">ollar men because of their names) Sieu Qua and myself. We gathered </w:t>
      </w:r>
      <w:r w:rsidRPr="00D61D3D">
        <w:rPr>
          <w:lang w:val="en-GB"/>
        </w:rPr>
        <w:lastRenderedPageBreak/>
        <w:t xml:space="preserve">our stuff and headed over to the minibus loaded up and we were gone. We stayed in a local hotel for the night while the guy went off to collect a couple of other guys before we headed for Germany. The next morning, we were all had breakfast when to Dutch guy came in with 4 other guys. One was his brother Cees, who would travel with us, he was the foreman of the operation, everything went through A Greek guy Nick, the two other guys were also Dutch, called Hans and Chris. We all got acquainted and soon we were all in a bus heading down the motorway towards </w:t>
      </w:r>
      <w:proofErr w:type="spellStart"/>
      <w:r w:rsidRPr="00D61D3D">
        <w:rPr>
          <w:lang w:val="en-GB"/>
        </w:rPr>
        <w:t>Bruchsal</w:t>
      </w:r>
      <w:proofErr w:type="spellEnd"/>
      <w:r w:rsidRPr="00D61D3D">
        <w:rPr>
          <w:lang w:val="en-GB"/>
        </w:rPr>
        <w:t xml:space="preserve"> close to Karlsruhe. </w:t>
      </w:r>
    </w:p>
    <w:p w14:paraId="660F3B97" w14:textId="77777777" w:rsidR="00AD5A9B" w:rsidRPr="00D61D3D" w:rsidRDefault="00662C86" w:rsidP="005324DA">
      <w:pPr>
        <w:spacing w:before="100" w:beforeAutospacing="1" w:after="100" w:afterAutospacing="1"/>
        <w:rPr>
          <w:lang w:val="en-GB"/>
        </w:rPr>
      </w:pPr>
      <w:r w:rsidRPr="00D61D3D">
        <w:rPr>
          <w:lang w:val="en-GB"/>
        </w:rPr>
        <w:t xml:space="preserve">We arrived there that evening and a </w:t>
      </w:r>
      <w:r w:rsidR="00AD5A9B" w:rsidRPr="00D61D3D">
        <w:rPr>
          <w:lang w:val="en-GB"/>
        </w:rPr>
        <w:t>s</w:t>
      </w:r>
      <w:r w:rsidRPr="00D61D3D">
        <w:rPr>
          <w:lang w:val="en-GB"/>
        </w:rPr>
        <w:t xml:space="preserve">omewhat empty hostel in the woods close to </w:t>
      </w:r>
      <w:proofErr w:type="spellStart"/>
      <w:r w:rsidRPr="00D61D3D">
        <w:rPr>
          <w:lang w:val="en-GB"/>
        </w:rPr>
        <w:t>Bruchsal</w:t>
      </w:r>
      <w:proofErr w:type="spellEnd"/>
      <w:r w:rsidRPr="00D61D3D">
        <w:rPr>
          <w:lang w:val="en-GB"/>
        </w:rPr>
        <w:t xml:space="preserve">. Loaded out and were all shown to our rooms by the caretaker/Manager. When we all were </w:t>
      </w:r>
      <w:r w:rsidR="00AD5A9B" w:rsidRPr="00D61D3D">
        <w:rPr>
          <w:lang w:val="en-GB"/>
        </w:rPr>
        <w:t>settled,</w:t>
      </w:r>
      <w:r w:rsidRPr="00D61D3D">
        <w:rPr>
          <w:lang w:val="en-GB"/>
        </w:rPr>
        <w:t xml:space="preserve"> we went to the restaurant where a meal had been prepared for us. Cees told us what the planning was, the next day we would be driven to the construction site where the details of the work would be </w:t>
      </w:r>
      <w:r w:rsidR="00AD5A9B" w:rsidRPr="00D61D3D">
        <w:rPr>
          <w:lang w:val="en-GB"/>
        </w:rPr>
        <w:t>explained,</w:t>
      </w:r>
      <w:r w:rsidRPr="00D61D3D">
        <w:rPr>
          <w:lang w:val="en-GB"/>
        </w:rPr>
        <w:t xml:space="preserve"> and we could start directly. Once again het stretched the point that we did not provide any details of our pay etc. to the local people we were working with and keep out of trouble and away from the police. </w:t>
      </w:r>
    </w:p>
    <w:p w14:paraId="56447CFE" w14:textId="77777777" w:rsidR="00AD5A9B" w:rsidRPr="00D61D3D" w:rsidRDefault="00662C86" w:rsidP="005324DA">
      <w:pPr>
        <w:spacing w:before="100" w:beforeAutospacing="1" w:after="100" w:afterAutospacing="1"/>
        <w:rPr>
          <w:lang w:val="en-GB"/>
        </w:rPr>
      </w:pPr>
      <w:r w:rsidRPr="00D61D3D">
        <w:rPr>
          <w:lang w:val="en-GB"/>
        </w:rPr>
        <w:t xml:space="preserve">The next morning at 5:30 we were all woken work put on our working cloths, got breakfast and got into the bus to travel to work. It wasn’t that far of a drive, about 45 minutes away. We all piled out and were shown about by Cees and a German guy who seemed to be the boss there. The work was relatively straight forward, </w:t>
      </w:r>
      <w:r w:rsidR="00AD5A9B" w:rsidRPr="00D61D3D">
        <w:rPr>
          <w:lang w:val="en-GB"/>
        </w:rPr>
        <w:t>there</w:t>
      </w:r>
      <w:r w:rsidRPr="00D61D3D">
        <w:rPr>
          <w:lang w:val="en-GB"/>
        </w:rPr>
        <w:t xml:space="preserve"> were a series of large </w:t>
      </w:r>
      <w:r w:rsidR="00AD5A9B" w:rsidRPr="00D61D3D">
        <w:rPr>
          <w:lang w:val="en-GB"/>
        </w:rPr>
        <w:t>s</w:t>
      </w:r>
      <w:r w:rsidRPr="00D61D3D">
        <w:rPr>
          <w:lang w:val="en-GB"/>
        </w:rPr>
        <w:t xml:space="preserve">ewage pipes, roughly 1 m in diameter, these would run into manholes every 30 or 40 meters apart and so on until they got to the plant at the end of the row. It was our job to prepare shuttering for the manholes, first the inside shuttering, then the rebar needed to be constructed, with the room for the pipes to come in after the steel was done the outside shuttering needed to be deployed. It needed to be strong and not fold when the concrete was poured, and it needed to be removed without time consuming </w:t>
      </w:r>
      <w:r w:rsidR="00AD5A9B" w:rsidRPr="00D61D3D">
        <w:rPr>
          <w:lang w:val="en-GB"/>
        </w:rPr>
        <w:t>problems,</w:t>
      </w:r>
      <w:r w:rsidRPr="00D61D3D">
        <w:rPr>
          <w:lang w:val="en-GB"/>
        </w:rPr>
        <w:t xml:space="preserve"> and it must be reuseable for the next manhole. The biggest problem was the inside shuttering this needed to be safe to remove without falling on the people inside and hurting them. The concrete over spill needed to be washed off after each pour and everything needed to be clean before moving to the next one. </w:t>
      </w:r>
    </w:p>
    <w:p w14:paraId="5E9FBA09" w14:textId="77777777" w:rsidR="00AD5A9B" w:rsidRPr="00D61D3D" w:rsidRDefault="00662C86" w:rsidP="005324DA">
      <w:pPr>
        <w:spacing w:before="100" w:beforeAutospacing="1" w:after="100" w:afterAutospacing="1"/>
        <w:rPr>
          <w:lang w:val="en-GB"/>
        </w:rPr>
      </w:pPr>
      <w:r w:rsidRPr="00D61D3D">
        <w:rPr>
          <w:lang w:val="en-GB"/>
        </w:rPr>
        <w:t xml:space="preserve">Our biggest problem on the site was not the work but trying to get information, when we asked our German and Turkish colleagues for information the only answer we got was, “Ask the boss”. If he was there, it wasn’t a problem but if he was off somewhere it would cause delays. The Boss was not one of the friendliest people around and was always shouting and giving orders not a very good way to motivate people. We all knew or work and out place in the situation and did the best we could. As the days and weeks went on tempers would flare and Cees would quiet things down and when we got back to the lodgings would give the responsible person a good rollicking to clear things up. All with all things went well, we’d cover for each other had fun and got up to all sorts of devilment both on site and off. </w:t>
      </w:r>
    </w:p>
    <w:p w14:paraId="48E69838" w14:textId="0EE4795C" w:rsidR="00AD5A9B" w:rsidRPr="00D61D3D" w:rsidRDefault="00662C86" w:rsidP="005324DA">
      <w:pPr>
        <w:spacing w:before="100" w:beforeAutospacing="1" w:after="100" w:afterAutospacing="1"/>
        <w:rPr>
          <w:lang w:val="en-GB"/>
        </w:rPr>
      </w:pPr>
      <w:r w:rsidRPr="00D61D3D">
        <w:rPr>
          <w:lang w:val="en-GB"/>
        </w:rPr>
        <w:t xml:space="preserve">Everyone </w:t>
      </w:r>
      <w:r w:rsidR="008408D6" w:rsidRPr="00D61D3D">
        <w:rPr>
          <w:lang w:val="en-GB"/>
        </w:rPr>
        <w:t>gets</w:t>
      </w:r>
      <w:r w:rsidRPr="00D61D3D">
        <w:rPr>
          <w:lang w:val="en-GB"/>
        </w:rPr>
        <w:t xml:space="preserve"> their legs pulled even Sieu Que at times. I spent most of my free time with Sieu Que but joined the guys at times when she was </w:t>
      </w:r>
      <w:r w:rsidR="00AD5A9B" w:rsidRPr="00D61D3D">
        <w:rPr>
          <w:lang w:val="en-GB"/>
        </w:rPr>
        <w:t>too</w:t>
      </w:r>
      <w:r w:rsidRPr="00D61D3D">
        <w:rPr>
          <w:lang w:val="en-GB"/>
        </w:rPr>
        <w:t xml:space="preserve"> tired to go with us. While we were at work Sieu would travel to some of the local cities, Karlsruhe, Stuttgart, even Strasbourg, and most places </w:t>
      </w:r>
      <w:r w:rsidR="008408D6" w:rsidRPr="00D61D3D">
        <w:rPr>
          <w:lang w:val="en-GB"/>
        </w:rPr>
        <w:t>where</w:t>
      </w:r>
      <w:r w:rsidRPr="00D61D3D">
        <w:rPr>
          <w:lang w:val="en-GB"/>
        </w:rPr>
        <w:t xml:space="preserve"> day trips go in the morning and be back in the </w:t>
      </w:r>
      <w:r w:rsidRPr="00D61D3D">
        <w:rPr>
          <w:lang w:val="en-GB"/>
        </w:rPr>
        <w:lastRenderedPageBreak/>
        <w:t xml:space="preserve">lodgings by evening. It was het chance to see other places, other than France and see how other people and places were. </w:t>
      </w:r>
    </w:p>
    <w:p w14:paraId="407042AE" w14:textId="08EB4AD9" w:rsidR="00AD5A9B" w:rsidRPr="00D61D3D" w:rsidRDefault="00662C86" w:rsidP="005324DA">
      <w:pPr>
        <w:spacing w:before="100" w:beforeAutospacing="1" w:after="100" w:afterAutospacing="1"/>
        <w:rPr>
          <w:lang w:val="en-GB"/>
        </w:rPr>
      </w:pPr>
      <w:r w:rsidRPr="00D61D3D">
        <w:rPr>
          <w:lang w:val="en-GB"/>
        </w:rPr>
        <w:t>The rest of the guys, Steve and Martin, Cees, Nick, Hans and Chris we</w:t>
      </w:r>
      <w:r w:rsidR="00AD5A9B" w:rsidRPr="00D61D3D">
        <w:rPr>
          <w:lang w:val="en-GB"/>
        </w:rPr>
        <w:t>re</w:t>
      </w:r>
      <w:r w:rsidRPr="00D61D3D">
        <w:rPr>
          <w:lang w:val="en-GB"/>
        </w:rPr>
        <w:t xml:space="preserve"> somewhat of evening owls, than night owls. They would often go to night clubs or even brothels in the area. John and Trixie were quieter and stayed in the hostel a lot. </w:t>
      </w:r>
      <w:r w:rsidR="008408D6" w:rsidRPr="00D61D3D">
        <w:rPr>
          <w:lang w:val="en-GB"/>
        </w:rPr>
        <w:t>Both</w:t>
      </w:r>
      <w:r w:rsidRPr="00D61D3D">
        <w:rPr>
          <w:lang w:val="en-GB"/>
        </w:rPr>
        <w:t xml:space="preserve"> were over to get money together for their John’s pending wedding and Trixie was getting ready to build a house and needed starting capital. They both like Steve and Martin were based in England. </w:t>
      </w:r>
    </w:p>
    <w:p w14:paraId="165A2A9B" w14:textId="77777777" w:rsidR="00AD5A9B" w:rsidRPr="00D61D3D" w:rsidRDefault="00662C86" w:rsidP="005324DA">
      <w:pPr>
        <w:spacing w:before="100" w:beforeAutospacing="1" w:after="100" w:afterAutospacing="1"/>
        <w:rPr>
          <w:lang w:val="en-GB"/>
        </w:rPr>
      </w:pPr>
      <w:r w:rsidRPr="00D61D3D">
        <w:rPr>
          <w:lang w:val="en-GB"/>
        </w:rPr>
        <w:t xml:space="preserve">The construction of the manholes was relativity simple. A 3m-by-3m floor was built with 20cm reinforced concrete. On top of this was a 2,80m-2,80m box on top. The shuttering kick plates on the outside were fixed to the concrete floor with Hilti nails, by using a Hilti gun The inside the kick plates would be fixed with wood making it easier to demolish without leaving broken concrete to be repaired. Even though we worked hard and got things done on time there was always something going on either on site or off site. When the Boss was on the war path, he would be the brunt of the jokes. We always eat in a </w:t>
      </w:r>
      <w:r w:rsidR="00AD5A9B" w:rsidRPr="00D61D3D">
        <w:rPr>
          <w:lang w:val="en-GB"/>
        </w:rPr>
        <w:t>sort of</w:t>
      </w:r>
      <w:r w:rsidRPr="00D61D3D">
        <w:rPr>
          <w:lang w:val="en-GB"/>
        </w:rPr>
        <w:t xml:space="preserve"> cantina on site, it was. dry, and warm. We could dry our coats and boots after rain and eat lunch and drink coffee in the mornings. It was built from on steel joists and was sturdy. </w:t>
      </w:r>
    </w:p>
    <w:p w14:paraId="3F52CDC7" w14:textId="77777777" w:rsidR="00AD5A9B" w:rsidRPr="00D61D3D" w:rsidRDefault="00662C86" w:rsidP="005324DA">
      <w:pPr>
        <w:spacing w:before="100" w:beforeAutospacing="1" w:after="100" w:afterAutospacing="1"/>
        <w:rPr>
          <w:lang w:val="en-GB"/>
        </w:rPr>
      </w:pPr>
      <w:r w:rsidRPr="00D61D3D">
        <w:rPr>
          <w:lang w:val="en-GB"/>
        </w:rPr>
        <w:t xml:space="preserve">The Germans and Turks had special shoes for the buildings, boots with steel shoes. To remind the Boss that we were not to be messed with someone had used the Hilti gun to nail the work boot to the steel joists on the floor. The situation was for everyone hilarious except for the Boss. To this day nobody ever claimed the action., but we did enjoy ourselves and the Boss knew his place again. </w:t>
      </w:r>
    </w:p>
    <w:p w14:paraId="60FE76D3" w14:textId="77777777" w:rsidR="00AD5A9B" w:rsidRPr="00D61D3D" w:rsidRDefault="00662C86" w:rsidP="005324DA">
      <w:pPr>
        <w:spacing w:before="100" w:beforeAutospacing="1" w:after="100" w:afterAutospacing="1"/>
        <w:rPr>
          <w:lang w:val="en-GB"/>
        </w:rPr>
      </w:pPr>
      <w:r w:rsidRPr="00D61D3D">
        <w:rPr>
          <w:lang w:val="en-GB"/>
        </w:rPr>
        <w:t xml:space="preserve">Another morning, I woke up with a wooden wagon wheel in my room. Seemingly I had seen it hanging outside a Bodega a couple of </w:t>
      </w:r>
      <w:proofErr w:type="spellStart"/>
      <w:r w:rsidRPr="00D61D3D">
        <w:rPr>
          <w:lang w:val="en-GB"/>
        </w:rPr>
        <w:t>kilometers</w:t>
      </w:r>
      <w:proofErr w:type="spellEnd"/>
      <w:r w:rsidRPr="00D61D3D">
        <w:rPr>
          <w:lang w:val="en-GB"/>
        </w:rPr>
        <w:t xml:space="preserve"> from the hostel. We would on summer evenings walk into </w:t>
      </w:r>
      <w:proofErr w:type="spellStart"/>
      <w:r w:rsidRPr="00D61D3D">
        <w:rPr>
          <w:lang w:val="en-GB"/>
        </w:rPr>
        <w:t>Bruchsal</w:t>
      </w:r>
      <w:proofErr w:type="spellEnd"/>
      <w:r w:rsidRPr="00D61D3D">
        <w:rPr>
          <w:lang w:val="en-GB"/>
        </w:rPr>
        <w:t xml:space="preserve"> get drunk and walk home. One night I got drunk and nothing else would do but I had to take the wheel down and bring it back to the hostel. Everyone thought it hilarious at the time, I, somewhat ashamed afterwards, did manage to bring back the wheel without being caught. It did help me not to get that drunk again. </w:t>
      </w:r>
    </w:p>
    <w:p w14:paraId="034E90CE" w14:textId="77777777" w:rsidR="00AD5A9B" w:rsidRPr="00D61D3D" w:rsidRDefault="00662C86" w:rsidP="005324DA">
      <w:pPr>
        <w:spacing w:before="100" w:beforeAutospacing="1" w:after="100" w:afterAutospacing="1"/>
        <w:rPr>
          <w:lang w:val="en-GB"/>
        </w:rPr>
      </w:pPr>
      <w:r w:rsidRPr="00D61D3D">
        <w:rPr>
          <w:lang w:val="en-GB"/>
        </w:rPr>
        <w:t xml:space="preserve">It was a huge construction </w:t>
      </w:r>
      <w:r w:rsidR="00AD5A9B" w:rsidRPr="00D61D3D">
        <w:rPr>
          <w:lang w:val="en-GB"/>
        </w:rPr>
        <w:t>site,</w:t>
      </w:r>
      <w:r w:rsidRPr="00D61D3D">
        <w:rPr>
          <w:lang w:val="en-GB"/>
        </w:rPr>
        <w:t xml:space="preserve"> and we were there for months before we were finished. The Dutch subcontractor had other work for us lined up when we finished there. It was close to where we already were so we could stay in the hostel and not have to move around again. We also met up with a guy from Morrocco in the town. He was married to a German girl, and had a great house on the outside of town. He had some great music collection, spoke German French and English. This was a great escape for Sieu as she could keep in touch with her French and could hang out with the German girl. Life was busy, work was hard, we were tired in the evenings and had to save ourselves for the weekends when we could sleep out and relax. </w:t>
      </w:r>
    </w:p>
    <w:p w14:paraId="22C5FF98" w14:textId="77777777" w:rsidR="00D708AD" w:rsidRPr="00D61D3D" w:rsidRDefault="00662C86" w:rsidP="005324DA">
      <w:pPr>
        <w:spacing w:before="100" w:beforeAutospacing="1" w:after="100" w:afterAutospacing="1"/>
        <w:rPr>
          <w:lang w:val="en-GB"/>
        </w:rPr>
      </w:pPr>
      <w:r w:rsidRPr="00D61D3D">
        <w:rPr>
          <w:lang w:val="en-GB"/>
        </w:rPr>
        <w:lastRenderedPageBreak/>
        <w:t xml:space="preserve">At the end of the summer, the Dutch subcontractor had work for us back in the Netherlands. He trusted us enough to bring us closer to home and could see that the work we delivered was good and secure. Before we left Germany we were working on the shuttering, a lovely warm afternoon. We were finished on </w:t>
      </w:r>
      <w:r w:rsidR="00AD5A9B" w:rsidRPr="00D61D3D">
        <w:rPr>
          <w:lang w:val="en-GB"/>
        </w:rPr>
        <w:t>time;</w:t>
      </w:r>
      <w:r w:rsidRPr="00D61D3D">
        <w:rPr>
          <w:lang w:val="en-GB"/>
        </w:rPr>
        <w:t xml:space="preserve"> the concrete was on time and all that needed to be done was to wash off the overpour concrete from the shuttering. We suddenly noticed that there was no water pressure on the hose. The Boss and two of us followed the hose back to the water put. There we encountered Trixie sitting on a chair in his underwear, the hose laid out on the ground encircled the chair. He had put holes in the hose and the water was spraying all over him as he laid back in the chair. We burst out laughing but the boss hit the roof, cursing and swearing in German at Trixie, at us ant the world, at everyone in creation it seemed. Trixie didn’t mind as he was leaving for home the next day and we were to fare gone to even care. </w:t>
      </w:r>
    </w:p>
    <w:p w14:paraId="7BD7E471" w14:textId="09B54EB4" w:rsidR="00722FDE" w:rsidRPr="00D61D3D" w:rsidRDefault="00662C86" w:rsidP="005324DA">
      <w:pPr>
        <w:spacing w:before="100" w:beforeAutospacing="1" w:after="100" w:afterAutospacing="1"/>
        <w:rPr>
          <w:lang w:val="en-GB"/>
        </w:rPr>
      </w:pPr>
      <w:r w:rsidRPr="00D61D3D">
        <w:rPr>
          <w:lang w:val="en-GB"/>
        </w:rPr>
        <w:t>Through all the fun and jokes there was a something stirring deep in our lives. Try as I might</w:t>
      </w:r>
      <w:r w:rsidR="00AD5A9B" w:rsidRPr="00D61D3D">
        <w:rPr>
          <w:lang w:val="en-GB"/>
        </w:rPr>
        <w:t>,</w:t>
      </w:r>
      <w:r w:rsidRPr="00D61D3D">
        <w:rPr>
          <w:lang w:val="en-GB"/>
        </w:rPr>
        <w:t xml:space="preserve"> I couldn’t put my finger on it but I had to hold on and see what the work and location would bring and see if I could make more time for Si</w:t>
      </w:r>
      <w:r w:rsidR="008408D6" w:rsidRPr="00D61D3D">
        <w:rPr>
          <w:lang w:val="en-GB"/>
        </w:rPr>
        <w:t>eu</w:t>
      </w:r>
      <w:r w:rsidRPr="00D61D3D">
        <w:rPr>
          <w:lang w:val="en-GB"/>
        </w:rPr>
        <w:t xml:space="preserve"> in the future.</w:t>
      </w:r>
    </w:p>
    <w:p w14:paraId="186A9145" w14:textId="77777777" w:rsidR="009C3006" w:rsidRPr="00D61D3D" w:rsidRDefault="00000000">
      <w:pPr>
        <w:rPr>
          <w:lang w:val="en-GB"/>
        </w:rPr>
      </w:pPr>
      <w:r w:rsidRPr="00D61D3D">
        <w:rPr>
          <w:lang w:val="en-GB"/>
        </w:rPr>
        <w:br w:type="page"/>
      </w:r>
    </w:p>
    <w:p w14:paraId="4B53CA6C" w14:textId="77777777" w:rsidR="009C3006" w:rsidRPr="00D61D3D" w:rsidRDefault="00000000">
      <w:pPr>
        <w:pStyle w:val="Heading1"/>
        <w:rPr>
          <w:lang w:val="en-GB"/>
        </w:rPr>
      </w:pPr>
      <w:r w:rsidRPr="00D61D3D">
        <w:rPr>
          <w:lang w:val="en-GB"/>
        </w:rPr>
        <w:lastRenderedPageBreak/>
        <w:t>Chapter 6: Carnival and Construction</w:t>
      </w:r>
    </w:p>
    <w:p w14:paraId="68898093" w14:textId="77777777" w:rsidR="009C3006" w:rsidRPr="00D61D3D" w:rsidRDefault="00000000">
      <w:pPr>
        <w:rPr>
          <w:lang w:val="en-GB"/>
        </w:rPr>
      </w:pPr>
      <w:r w:rsidRPr="00D61D3D">
        <w:rPr>
          <w:lang w:val="en-GB"/>
        </w:rPr>
        <w:t xml:space="preserve">Holland in the '80s: freedom and frostbite. </w:t>
      </w:r>
      <w:r w:rsidRPr="00D61D3D">
        <w:rPr>
          <w:lang w:val="en-GB"/>
        </w:rPr>
        <w:br/>
        <w:t xml:space="preserve">Sieu Que beside him, laughing in the streets of Nijmegen dressed as a devil. </w:t>
      </w:r>
      <w:r w:rsidRPr="00D61D3D">
        <w:rPr>
          <w:lang w:val="en-GB"/>
        </w:rPr>
        <w:br/>
        <w:t xml:space="preserve">Work by day, whispers of love by night. </w:t>
      </w:r>
      <w:r w:rsidRPr="00D61D3D">
        <w:rPr>
          <w:lang w:val="en-GB"/>
        </w:rPr>
        <w:br/>
        <w:t>Racism, resilience, a home found and lost again.</w:t>
      </w:r>
    </w:p>
    <w:p w14:paraId="1932BE52" w14:textId="77777777" w:rsidR="00284B9E" w:rsidRPr="00D61D3D" w:rsidRDefault="00284B9E" w:rsidP="00284B9E">
      <w:pPr>
        <w:spacing w:before="100" w:beforeAutospacing="1" w:after="100" w:afterAutospacing="1"/>
        <w:rPr>
          <w:color w:val="000000"/>
          <w:lang w:val="en-GB"/>
        </w:rPr>
      </w:pPr>
      <w:r w:rsidRPr="00D61D3D">
        <w:rPr>
          <w:rStyle w:val="Strong"/>
          <w:color w:val="000000"/>
          <w:lang w:val="en-GB"/>
        </w:rPr>
        <w:t>Scene Title:</w:t>
      </w:r>
      <w:r w:rsidRPr="00D61D3D">
        <w:rPr>
          <w:rStyle w:val="apple-converted-space"/>
          <w:b/>
          <w:bCs/>
          <w:color w:val="000000"/>
          <w:lang w:val="en-GB"/>
        </w:rPr>
        <w:t> </w:t>
      </w:r>
      <w:r w:rsidRPr="00D61D3D">
        <w:rPr>
          <w:rStyle w:val="Emphasis"/>
          <w:b/>
          <w:bCs/>
          <w:color w:val="000000"/>
          <w:lang w:val="en-GB"/>
        </w:rPr>
        <w:t>The Flatlands Beckon</w:t>
      </w:r>
      <w:r w:rsidRPr="00D61D3D">
        <w:rPr>
          <w:color w:val="000000"/>
          <w:lang w:val="en-GB"/>
        </w:rPr>
        <w:br/>
      </w:r>
      <w:r w:rsidRPr="00D61D3D">
        <w:rPr>
          <w:rStyle w:val="Emphasis"/>
          <w:color w:val="000000"/>
          <w:lang w:val="en-GB"/>
        </w:rPr>
        <w:t>or simply</w:t>
      </w:r>
      <w:r w:rsidRPr="00D61D3D">
        <w:rPr>
          <w:rStyle w:val="apple-converted-space"/>
          <w:color w:val="000000"/>
          <w:lang w:val="en-GB"/>
        </w:rPr>
        <w:t> </w:t>
      </w:r>
      <w:r w:rsidRPr="00D61D3D">
        <w:rPr>
          <w:rStyle w:val="Emphasis"/>
          <w:b/>
          <w:bCs/>
          <w:color w:val="000000"/>
          <w:lang w:val="en-GB"/>
        </w:rPr>
        <w:t>Our Dutch Adventure</w:t>
      </w:r>
      <w:r w:rsidRPr="00D61D3D">
        <w:rPr>
          <w:rStyle w:val="apple-converted-space"/>
          <w:color w:val="000000"/>
          <w:lang w:val="en-GB"/>
        </w:rPr>
        <w:t> </w:t>
      </w:r>
      <w:r w:rsidRPr="00D61D3D">
        <w:rPr>
          <w:color w:val="000000"/>
          <w:lang w:val="en-GB"/>
        </w:rPr>
        <w:t>(if you prefer to keep that)</w:t>
      </w:r>
    </w:p>
    <w:p w14:paraId="4ABBFC12" w14:textId="77777777" w:rsidR="00284B9E" w:rsidRPr="00D61D3D" w:rsidRDefault="004220D6" w:rsidP="00284B9E">
      <w:pPr>
        <w:rPr>
          <w:lang w:val="en-GB"/>
        </w:rPr>
      </w:pPr>
      <w:r>
        <w:rPr>
          <w:noProof/>
          <w:lang w:val="en-GB"/>
        </w:rPr>
        <w:pict w14:anchorId="10DF34CB">
          <v:rect id="_x0000_i1044" alt="" style="width:2.8pt;height:.05pt;mso-width-percent:0;mso-height-percent:0;mso-width-percent:0;mso-height-percent:0" o:hrpct="6" o:hralign="center" o:hrstd="t" o:hr="t" fillcolor="#a0a0a0" stroked="f"/>
        </w:pict>
      </w:r>
    </w:p>
    <w:p w14:paraId="28C225CB" w14:textId="77777777" w:rsidR="00284B9E" w:rsidRPr="00D61D3D" w:rsidRDefault="00284B9E" w:rsidP="00284B9E">
      <w:pPr>
        <w:spacing w:before="100" w:beforeAutospacing="1" w:after="100" w:afterAutospacing="1"/>
        <w:rPr>
          <w:color w:val="000000"/>
          <w:lang w:val="en-GB"/>
        </w:rPr>
      </w:pPr>
      <w:r w:rsidRPr="00D61D3D">
        <w:rPr>
          <w:color w:val="000000"/>
          <w:lang w:val="en-GB"/>
        </w:rPr>
        <w:t>The train clattered northward through the grey folds of Europe, each mile drawing us closer to a country that, for all its flatness, had somehow begun to feel like a second home. Beside me, Sieu Que dozed gently, her head swaying with the rhythm of the rails, a loose lock of black hair brushing her cheek. I sat by the window, cradling a lukewarm coffee, watching the winter fields streak past — brown, bare, and waiting. Waiting for spring, for movement, for something to happen. Much like us.</w:t>
      </w:r>
    </w:p>
    <w:p w14:paraId="3B309BC3" w14:textId="77777777" w:rsidR="00284B9E" w:rsidRPr="00D61D3D" w:rsidRDefault="00284B9E" w:rsidP="00284B9E">
      <w:pPr>
        <w:spacing w:before="100" w:beforeAutospacing="1" w:after="100" w:afterAutospacing="1"/>
        <w:rPr>
          <w:color w:val="000000"/>
          <w:lang w:val="en-GB"/>
        </w:rPr>
      </w:pPr>
      <w:r w:rsidRPr="00D61D3D">
        <w:rPr>
          <w:color w:val="000000"/>
          <w:lang w:val="en-GB"/>
        </w:rPr>
        <w:t>We were heading back to Holland — back to work, back to scaffolds and brick dust, and, without quite knowing it yet, toward something far more complex: building a life together.</w:t>
      </w:r>
    </w:p>
    <w:p w14:paraId="52D45876" w14:textId="77777777" w:rsidR="00284B9E" w:rsidRPr="00D61D3D" w:rsidRDefault="00284B9E" w:rsidP="00284B9E">
      <w:pPr>
        <w:spacing w:before="100" w:beforeAutospacing="1" w:after="100" w:afterAutospacing="1"/>
        <w:rPr>
          <w:color w:val="000000"/>
          <w:lang w:val="en-GB"/>
        </w:rPr>
      </w:pPr>
      <w:r w:rsidRPr="00D61D3D">
        <w:rPr>
          <w:color w:val="000000"/>
          <w:lang w:val="en-GB"/>
        </w:rPr>
        <w:t>In Germany, things had shifted between us. We had our own space, our own room. When the door closed, the world stayed out. We could laugh out loud, argue, make love, make mistakes — and make up. Privacy gave us freedom. We were no longer just travelling companions or half-formed lovers. We were learning each other’s silences and rhythms, sharing the thousand tiny rituals of intimacy. The tiffs came and went — but the making up was sweet, and we were, for better or worse, growing used to one another.</w:t>
      </w:r>
    </w:p>
    <w:p w14:paraId="375291CA" w14:textId="77777777" w:rsidR="00284B9E" w:rsidRPr="00D61D3D" w:rsidRDefault="00284B9E" w:rsidP="00284B9E">
      <w:pPr>
        <w:spacing w:before="100" w:beforeAutospacing="1" w:after="100" w:afterAutospacing="1"/>
        <w:rPr>
          <w:color w:val="000000"/>
          <w:lang w:val="en-GB"/>
        </w:rPr>
      </w:pPr>
      <w:r w:rsidRPr="00D61D3D">
        <w:rPr>
          <w:color w:val="000000"/>
          <w:lang w:val="en-GB"/>
        </w:rPr>
        <w:t>Returning to Holland opened a whole new world for Sieu. The country was more accessible — the language, for one, was less of a barrier than in Germany. People spoke English, and the cities were smaller, more navigable. She could now explore on her own, without having to wait for me to lead the way. I was earning better money too, which meant freedom — for both of us.</w:t>
      </w:r>
    </w:p>
    <w:p w14:paraId="75AFD3F0" w14:textId="77777777" w:rsidR="00284B9E" w:rsidRPr="00D61D3D" w:rsidRDefault="00284B9E" w:rsidP="00284B9E">
      <w:pPr>
        <w:spacing w:before="100" w:beforeAutospacing="1" w:after="100" w:afterAutospacing="1"/>
        <w:rPr>
          <w:color w:val="000000"/>
          <w:lang w:val="en-GB"/>
        </w:rPr>
      </w:pPr>
      <w:r w:rsidRPr="00D61D3D">
        <w:rPr>
          <w:color w:val="000000"/>
          <w:lang w:val="en-GB"/>
        </w:rPr>
        <w:t>Work-wise, our group had settled into a solid rhythm. We knew each other’s strengths and flaws. Tasks flowed more easily, jokes bounced between us, and trust became our shared currency. Even the subcontractor, initially aloof, came to respect us. We did good work and delivered on time. In return, he paid us regularly, and even treated us to the occasional drink and meal.</w:t>
      </w:r>
    </w:p>
    <w:p w14:paraId="75628B0E" w14:textId="77777777" w:rsidR="00284B9E" w:rsidRPr="00D61D3D" w:rsidRDefault="00284B9E" w:rsidP="00284B9E">
      <w:pPr>
        <w:spacing w:before="100" w:beforeAutospacing="1" w:after="100" w:afterAutospacing="1"/>
        <w:rPr>
          <w:color w:val="000000"/>
          <w:lang w:val="en-GB"/>
        </w:rPr>
      </w:pPr>
      <w:r w:rsidRPr="00D61D3D">
        <w:rPr>
          <w:color w:val="000000"/>
          <w:lang w:val="en-GB"/>
        </w:rPr>
        <w:t xml:space="preserve">Holland in the early 1980s still shimmered with the leftover freedom of the '60s and '70s. It was looser, more open than the rest of Europe — a place where people talked easily about love, politics, and poetry. In Amsterdam, you could lose yourself in jazz clubs or find yourself in midnight conversations with strangers over bottles of wine. It was a city </w:t>
      </w:r>
      <w:r w:rsidRPr="00D61D3D">
        <w:rPr>
          <w:color w:val="000000"/>
          <w:lang w:val="en-GB"/>
        </w:rPr>
        <w:lastRenderedPageBreak/>
        <w:t>pulsing with life — raw, reflective, and unapologetically alive. After the industrial grime of Germany, it felt like stumbling into a park on a summer’s day.</w:t>
      </w:r>
    </w:p>
    <w:p w14:paraId="607D9570" w14:textId="77777777" w:rsidR="00284B9E" w:rsidRPr="00D61D3D" w:rsidRDefault="00284B9E" w:rsidP="00284B9E">
      <w:pPr>
        <w:spacing w:before="100" w:beforeAutospacing="1" w:after="100" w:afterAutospacing="1"/>
        <w:rPr>
          <w:color w:val="000000"/>
          <w:lang w:val="en-GB"/>
        </w:rPr>
      </w:pPr>
      <w:r w:rsidRPr="00D61D3D">
        <w:rPr>
          <w:color w:val="000000"/>
          <w:lang w:val="en-GB"/>
        </w:rPr>
        <w:t>We were working in a small town about an hour from Amsterdam — a place familiar with foreign labourers. The work was steady, the wages fair. But something started to shift. Maybe it was the money, or the freedom, or the easy temptation of both. The subcontractor began showing up late. Then later. Then not at all. The excuses rolled in: traffic, meetings, delays. We’d heard it all before. And we knew what it meant: trouble.</w:t>
      </w:r>
    </w:p>
    <w:p w14:paraId="4CDAE58B" w14:textId="77777777" w:rsidR="00284B9E" w:rsidRPr="00D61D3D" w:rsidRDefault="00284B9E" w:rsidP="00284B9E">
      <w:pPr>
        <w:spacing w:before="100" w:beforeAutospacing="1" w:after="100" w:afterAutospacing="1"/>
        <w:rPr>
          <w:color w:val="000000"/>
          <w:lang w:val="en-GB"/>
        </w:rPr>
      </w:pPr>
      <w:r w:rsidRPr="00D61D3D">
        <w:rPr>
          <w:color w:val="000000"/>
          <w:lang w:val="en-GB"/>
        </w:rPr>
        <w:t>One Friday night at 8pm, we were still waiting on our wages. No sign of the man. That was it.</w:t>
      </w:r>
    </w:p>
    <w:p w14:paraId="04A4E901" w14:textId="77777777" w:rsidR="00284B9E" w:rsidRPr="00D61D3D" w:rsidRDefault="00284B9E" w:rsidP="00284B9E">
      <w:pPr>
        <w:spacing w:before="100" w:beforeAutospacing="1" w:after="100" w:afterAutospacing="1"/>
        <w:rPr>
          <w:color w:val="000000"/>
          <w:lang w:val="en-GB"/>
        </w:rPr>
      </w:pPr>
      <w:r w:rsidRPr="00D61D3D">
        <w:rPr>
          <w:color w:val="000000"/>
          <w:lang w:val="en-GB"/>
        </w:rPr>
        <w:t>Steve and Martin marched to the toolshed, grabbed the skill saw, and carried it to the newly-installed — and rather expensive — wooden doors in the nursing home’s reception area. They told Cees, the contractor’s brother, that if our wages didn’t arrive within the hour, they’d start slicing up the doors, frame by frame.</w:t>
      </w:r>
    </w:p>
    <w:p w14:paraId="458B873B" w14:textId="77777777" w:rsidR="00284B9E" w:rsidRPr="00D61D3D" w:rsidRDefault="00284B9E" w:rsidP="00284B9E">
      <w:pPr>
        <w:spacing w:before="100" w:beforeAutospacing="1" w:after="100" w:afterAutospacing="1"/>
        <w:rPr>
          <w:color w:val="000000"/>
          <w:lang w:val="en-GB"/>
        </w:rPr>
      </w:pPr>
      <w:r w:rsidRPr="00D61D3D">
        <w:rPr>
          <w:color w:val="000000"/>
          <w:lang w:val="en-GB"/>
        </w:rPr>
        <w:t>Cees must have believed them — because within 45 minutes, the subcontractor appeared, sour-faced and sweating. He paid us in full, muttering under his breath. We finished the job over the next few weeks, more out of obligation to the head contractor and our fellow workers than any sense of loyalty to him.</w:t>
      </w:r>
    </w:p>
    <w:p w14:paraId="14CFC14C" w14:textId="77777777" w:rsidR="00284B9E" w:rsidRPr="00D61D3D" w:rsidRDefault="00284B9E" w:rsidP="00284B9E">
      <w:pPr>
        <w:spacing w:before="100" w:beforeAutospacing="1" w:after="100" w:afterAutospacing="1"/>
        <w:rPr>
          <w:color w:val="000000"/>
          <w:lang w:val="en-GB"/>
        </w:rPr>
      </w:pPr>
      <w:r w:rsidRPr="00D61D3D">
        <w:rPr>
          <w:color w:val="000000"/>
          <w:lang w:val="en-GB"/>
        </w:rPr>
        <w:t>Before we moved on, we spent time in Amsterdam and The Hague, looking for our next gig. It didn’t take long. The building boom hadn’t slowed, and subcontractors were still short on reliable hands. A new hospital was breaking ground in The Hague. We signed on to start just after Easter.</w:t>
      </w:r>
    </w:p>
    <w:p w14:paraId="01373271" w14:textId="77777777" w:rsidR="00284B9E" w:rsidRPr="00D61D3D" w:rsidRDefault="00284B9E" w:rsidP="00284B9E">
      <w:pPr>
        <w:spacing w:before="100" w:beforeAutospacing="1" w:after="100" w:afterAutospacing="1"/>
        <w:rPr>
          <w:color w:val="000000"/>
          <w:lang w:val="en-GB"/>
        </w:rPr>
      </w:pPr>
      <w:r w:rsidRPr="00D61D3D">
        <w:rPr>
          <w:color w:val="000000"/>
          <w:lang w:val="en-GB"/>
        </w:rPr>
        <w:t>But not before one last wild hurrah.</w:t>
      </w:r>
    </w:p>
    <w:p w14:paraId="3D96C482" w14:textId="77777777" w:rsidR="00284B9E" w:rsidRPr="00D61D3D" w:rsidRDefault="00284B9E" w:rsidP="00284B9E">
      <w:pPr>
        <w:spacing w:before="100" w:beforeAutospacing="1" w:after="100" w:afterAutospacing="1"/>
        <w:rPr>
          <w:color w:val="000000"/>
          <w:lang w:val="en-GB"/>
        </w:rPr>
      </w:pPr>
      <w:r w:rsidRPr="00D61D3D">
        <w:rPr>
          <w:color w:val="000000"/>
          <w:lang w:val="en-GB"/>
        </w:rPr>
        <w:t>We celebrated Carnival in Nijmegen — a city in the east of the country, where the German border wasn’t far and the beer ran deep. We arrived early on a quiet Friday afternoon and checked into our lodgings. Eager to explore, we wandered into a pub boasting 40 different types of beer. It was a long, narrow place — dark wood, good music, a warm start to the weekend.</w:t>
      </w:r>
    </w:p>
    <w:p w14:paraId="5BFD968D" w14:textId="77777777" w:rsidR="00284B9E" w:rsidRPr="00D61D3D" w:rsidRDefault="00284B9E" w:rsidP="00284B9E">
      <w:pPr>
        <w:spacing w:before="100" w:beforeAutospacing="1" w:after="100" w:afterAutospacing="1"/>
        <w:rPr>
          <w:color w:val="000000"/>
          <w:lang w:val="en-GB"/>
        </w:rPr>
      </w:pPr>
      <w:r w:rsidRPr="00D61D3D">
        <w:rPr>
          <w:color w:val="000000"/>
          <w:lang w:val="en-GB"/>
        </w:rPr>
        <w:t>A few hours in, we started noticing the clientele — people in wigs and feathers, glitter on their faces, odd bursts of song breaking out across the room. We stepped outside around 7pm, hungry and curious — and walked straight into something that felt like Fellini had directed it.</w:t>
      </w:r>
    </w:p>
    <w:p w14:paraId="2A859709" w14:textId="77777777" w:rsidR="00284B9E" w:rsidRPr="00D61D3D" w:rsidRDefault="00284B9E" w:rsidP="00284B9E">
      <w:pPr>
        <w:spacing w:before="100" w:beforeAutospacing="1" w:after="100" w:afterAutospacing="1"/>
        <w:rPr>
          <w:color w:val="000000"/>
          <w:lang w:val="en-GB"/>
        </w:rPr>
      </w:pPr>
      <w:r w:rsidRPr="00D61D3D">
        <w:rPr>
          <w:color w:val="000000"/>
          <w:lang w:val="en-GB"/>
        </w:rPr>
        <w:t>The streets had transformed. Crowds swarmed every corner, dressed in outlandish costumes — towering stilts, balloon breasts, plastic buttocks, neon capes. Laughter rang out from alleyways. Bottles of wine, vodka, and beer passed from hand to hand with joyful abandon. It was as if the asylum had opened its gates and every patient had been handed a drink and a party horn.</w:t>
      </w:r>
    </w:p>
    <w:p w14:paraId="61FFF8C1" w14:textId="77777777" w:rsidR="00284B9E" w:rsidRPr="00D61D3D" w:rsidRDefault="00284B9E" w:rsidP="00284B9E">
      <w:pPr>
        <w:spacing w:before="100" w:beforeAutospacing="1" w:after="100" w:afterAutospacing="1"/>
        <w:rPr>
          <w:color w:val="000000"/>
          <w:lang w:val="en-GB"/>
        </w:rPr>
      </w:pPr>
      <w:r w:rsidRPr="00D61D3D">
        <w:rPr>
          <w:color w:val="000000"/>
          <w:lang w:val="en-GB"/>
        </w:rPr>
        <w:lastRenderedPageBreak/>
        <w:t>We didn’t try to make sense of it — we joined it. We flowed from pub to party, from street parade to late-night jam session. Lodgings forgotten, directions abandoned, we surrendered to the madness. Alcohol, hash, and happiness blurred the lines. It was wild, weird, and oddly gentle — no fights, just folly. We’d stumbled into Elysium, in clogs and drag and cheap lager.</w:t>
      </w:r>
    </w:p>
    <w:p w14:paraId="33F6DEB4" w14:textId="77777777" w:rsidR="00284B9E" w:rsidRPr="00D61D3D" w:rsidRDefault="00284B9E" w:rsidP="00284B9E">
      <w:pPr>
        <w:spacing w:before="100" w:beforeAutospacing="1" w:after="100" w:afterAutospacing="1"/>
        <w:rPr>
          <w:color w:val="000000"/>
          <w:lang w:val="en-GB"/>
        </w:rPr>
      </w:pPr>
      <w:r w:rsidRPr="00D61D3D">
        <w:rPr>
          <w:color w:val="000000"/>
          <w:lang w:val="en-GB"/>
        </w:rPr>
        <w:t>Carnival ended, as all beautiful things must, on Ash Wednesday. Lent began. Sobriety returned. But we carried the chaos with us — a kind of farewell to our quiet lives.</w:t>
      </w:r>
    </w:p>
    <w:p w14:paraId="20CA6A05" w14:textId="77777777" w:rsidR="00284B9E" w:rsidRPr="00D61D3D" w:rsidRDefault="00284B9E" w:rsidP="00284B9E">
      <w:pPr>
        <w:spacing w:before="100" w:beforeAutospacing="1" w:after="100" w:afterAutospacing="1"/>
        <w:rPr>
          <w:color w:val="000000"/>
          <w:lang w:val="en-GB"/>
        </w:rPr>
      </w:pPr>
      <w:r w:rsidRPr="00D61D3D">
        <w:rPr>
          <w:color w:val="000000"/>
          <w:lang w:val="en-GB"/>
        </w:rPr>
        <w:t>We moved on to The Hague. A new contractor. A new project. But also, a new undercurrent. Something darker.</w:t>
      </w:r>
    </w:p>
    <w:p w14:paraId="1052185D" w14:textId="77777777" w:rsidR="00284B9E" w:rsidRPr="00D61D3D" w:rsidRDefault="00284B9E" w:rsidP="00284B9E">
      <w:pPr>
        <w:spacing w:before="100" w:beforeAutospacing="1" w:after="100" w:afterAutospacing="1"/>
        <w:rPr>
          <w:color w:val="000000"/>
          <w:lang w:val="en-GB"/>
        </w:rPr>
      </w:pPr>
      <w:r w:rsidRPr="00D61D3D">
        <w:rPr>
          <w:color w:val="000000"/>
          <w:lang w:val="en-GB"/>
        </w:rPr>
        <w:t>The freedom of Holland came with cracks. Bigotry began to surface — not against us as individuals, but as Irish workers, as outsiders, as a nation. And it wasn’t from the Dutch. It was from within our own ranks. From colleagues. From people who looked like us, but had somehow forgotten who they were.</w:t>
      </w:r>
    </w:p>
    <w:p w14:paraId="387D5365" w14:textId="77777777" w:rsidR="00284B9E" w:rsidRPr="00D61D3D" w:rsidRDefault="00284B9E" w:rsidP="00284B9E">
      <w:pPr>
        <w:spacing w:before="100" w:beforeAutospacing="1" w:after="100" w:afterAutospacing="1"/>
        <w:rPr>
          <w:color w:val="000000"/>
          <w:lang w:val="en-GB"/>
        </w:rPr>
      </w:pPr>
      <w:r w:rsidRPr="00D61D3D">
        <w:rPr>
          <w:color w:val="000000"/>
          <w:lang w:val="en-GB"/>
        </w:rPr>
        <w:t>Big changes were coming.</w:t>
      </w:r>
    </w:p>
    <w:p w14:paraId="2EAB2D9D" w14:textId="77777777" w:rsidR="00284B9E" w:rsidRPr="00D61D3D" w:rsidRDefault="00284B9E">
      <w:pPr>
        <w:spacing w:after="200" w:line="276" w:lineRule="auto"/>
        <w:rPr>
          <w:b/>
          <w:bCs/>
          <w:i/>
          <w:iCs/>
          <w:lang w:val="en-GB"/>
        </w:rPr>
      </w:pPr>
      <w:r w:rsidRPr="00D61D3D">
        <w:rPr>
          <w:b/>
          <w:bCs/>
          <w:i/>
          <w:iCs/>
          <w:lang w:val="en-GB"/>
        </w:rPr>
        <w:br w:type="page"/>
      </w:r>
    </w:p>
    <w:p w14:paraId="65160344" w14:textId="2ED4A42D" w:rsidR="00284B9E" w:rsidRPr="00D61D3D" w:rsidRDefault="00284B9E" w:rsidP="00284B9E">
      <w:pPr>
        <w:rPr>
          <w:b/>
          <w:bCs/>
          <w:lang w:val="en-GB"/>
        </w:rPr>
      </w:pPr>
      <w:r w:rsidRPr="00D61D3D">
        <w:rPr>
          <w:b/>
          <w:bCs/>
          <w:i/>
          <w:iCs/>
          <w:lang w:val="en-GB"/>
        </w:rPr>
        <w:lastRenderedPageBreak/>
        <w:t>Borders Within the Borderless</w:t>
      </w:r>
    </w:p>
    <w:p w14:paraId="188837A6" w14:textId="77777777" w:rsidR="00284B9E" w:rsidRPr="00D61D3D" w:rsidRDefault="00284B9E" w:rsidP="00284B9E">
      <w:pPr>
        <w:rPr>
          <w:b/>
          <w:bCs/>
          <w:lang w:val="en-GB"/>
        </w:rPr>
      </w:pPr>
      <w:r w:rsidRPr="00D61D3D">
        <w:rPr>
          <w:b/>
          <w:bCs/>
          <w:i/>
          <w:iCs/>
          <w:lang w:val="en-GB"/>
        </w:rPr>
        <w:t>Spring Turns to Something Else</w:t>
      </w:r>
    </w:p>
    <w:p w14:paraId="3CCBA87B" w14:textId="338B1F64" w:rsidR="00284B9E" w:rsidRPr="00D61D3D" w:rsidRDefault="00284B9E" w:rsidP="00284B9E">
      <w:pPr>
        <w:rPr>
          <w:lang w:val="en-GB"/>
        </w:rPr>
      </w:pPr>
      <w:r w:rsidRPr="00D61D3D">
        <w:rPr>
          <w:lang w:val="en-GB"/>
        </w:rPr>
        <w:t>Spring had begun its long exhale into summer, but the air in Holland felt different now — not the fragrant promise of new beginnings, but something murkier, harder to name. The light was still golden in the afternoons, and the tulips still stood in impossible rows, but I had noticed the shadows stretching between things. In the voices of colleagues. In the sideways glances. In the sudden silences when Sieu walked into a room.</w:t>
      </w:r>
    </w:p>
    <w:p w14:paraId="6C0B53F8" w14:textId="77777777" w:rsidR="00284B9E" w:rsidRPr="00D61D3D" w:rsidRDefault="00284B9E" w:rsidP="00284B9E">
      <w:pPr>
        <w:rPr>
          <w:lang w:val="en-GB"/>
        </w:rPr>
      </w:pPr>
      <w:r w:rsidRPr="00D61D3D">
        <w:rPr>
          <w:lang w:val="en-GB"/>
        </w:rPr>
        <w:t>We were still working. Still rising before the sun. Still laughing now and then, still hitting the cafés where the jukebox knew every Stones tune. But something had shifted. The world that once shimmered like a Fellini dream had traded its surreal joy for something colder, more brittle — as if an invisible border had been drawn inside the scaffolding and cement, and only some of us could see it.</w:t>
      </w:r>
    </w:p>
    <w:p w14:paraId="09A13068" w14:textId="77777777" w:rsidR="00284B9E" w:rsidRPr="00D61D3D" w:rsidRDefault="00284B9E" w:rsidP="00284B9E">
      <w:pPr>
        <w:rPr>
          <w:lang w:val="en-GB"/>
        </w:rPr>
      </w:pPr>
      <w:r w:rsidRPr="00D61D3D">
        <w:rPr>
          <w:lang w:val="en-GB"/>
        </w:rPr>
        <w:t>Sieu, ever resilient, tried to brush it off.</w:t>
      </w:r>
      <w:r w:rsidRPr="00D61D3D">
        <w:rPr>
          <w:lang w:val="en-GB"/>
        </w:rPr>
        <w:br/>
      </w:r>
      <w:r w:rsidRPr="00D61D3D">
        <w:rPr>
          <w:i/>
          <w:iCs/>
          <w:lang w:val="en-GB"/>
        </w:rPr>
        <w:t>“They are only ignorant,”</w:t>
      </w:r>
      <w:r w:rsidRPr="00D61D3D">
        <w:rPr>
          <w:lang w:val="en-GB"/>
        </w:rPr>
        <w:t> she’d say.</w:t>
      </w:r>
      <w:r w:rsidRPr="00D61D3D">
        <w:rPr>
          <w:lang w:val="en-GB"/>
        </w:rPr>
        <w:br/>
        <w:t>But I knew what ignorance could grow into. I’d seen it before — in schoolyards back home, in pubs where jokes weren’t really jokes. And now, I was seeing it here, in a country that once felt like it belonged to everyone.</w:t>
      </w:r>
    </w:p>
    <w:p w14:paraId="07CABB0F" w14:textId="473735B9" w:rsidR="00284B9E" w:rsidRPr="00D61D3D" w:rsidRDefault="00284B9E" w:rsidP="00284B9E">
      <w:pPr>
        <w:rPr>
          <w:lang w:val="en-GB"/>
        </w:rPr>
      </w:pPr>
      <w:r w:rsidRPr="00D61D3D">
        <w:rPr>
          <w:lang w:val="en-GB"/>
        </w:rPr>
        <w:t>The group we’d been working with had started to splinter. John and Trixy had returned to their own lives back home. Steve and Martin remained on the site, but there were more English and Scots around now. That dynamic had always been tricky. The Irish, Scots, and the lads from the Northeast — Newcastle, Middlesbrough — tended to stick together. The rest of the English were kept at arm’s length. Too many were rough, foul-mouthed, pea-brained types with little respect for anyone outside their own empire of one.</w:t>
      </w:r>
      <w:r w:rsidRPr="00D61D3D">
        <w:rPr>
          <w:lang w:val="en-GB"/>
        </w:rPr>
        <w:br/>
        <w:t xml:space="preserve">To them, Britannia still ruled, and the rest of us — the "Bog Paddies", "Clogs", "Frogs", "Spruits", "Wops", and "Eyeties" — were fair game. They </w:t>
      </w:r>
      <w:proofErr w:type="spellStart"/>
      <w:r w:rsidRPr="00D61D3D">
        <w:rPr>
          <w:lang w:val="en-GB"/>
        </w:rPr>
        <w:t>clanned</w:t>
      </w:r>
      <w:proofErr w:type="spellEnd"/>
      <w:r w:rsidRPr="00D61D3D">
        <w:rPr>
          <w:lang w:val="en-GB"/>
        </w:rPr>
        <w:t xml:space="preserve"> together and segregated the rest. A great pity they couldn’t see the writing on the wall.</w:t>
      </w:r>
    </w:p>
    <w:p w14:paraId="0776E78C" w14:textId="77777777" w:rsidR="00284B9E" w:rsidRPr="00D61D3D" w:rsidRDefault="00284B9E" w:rsidP="00284B9E">
      <w:pPr>
        <w:rPr>
          <w:lang w:val="en-GB"/>
        </w:rPr>
      </w:pPr>
      <w:r w:rsidRPr="00D61D3D">
        <w:rPr>
          <w:lang w:val="en-GB"/>
        </w:rPr>
        <w:t>I’d teamed up with a carpenter from Dundee — Tommy. A good man. He’d been in Holland during the war and still walked with a limp from an ankle injury in ’45, though it never slowed him down. Like many navvies, he’d worked across the globe — South Africa, the Middle East, the UK — always chasing the next job. He knew the English well, and he had no patience for their derision.</w:t>
      </w:r>
    </w:p>
    <w:p w14:paraId="779DA911" w14:textId="77777777" w:rsidR="00284B9E" w:rsidRPr="00D61D3D" w:rsidRDefault="00284B9E" w:rsidP="00284B9E">
      <w:pPr>
        <w:rPr>
          <w:lang w:val="en-GB"/>
        </w:rPr>
      </w:pPr>
      <w:r w:rsidRPr="00D61D3D">
        <w:rPr>
          <w:lang w:val="en-GB"/>
        </w:rPr>
        <w:t>One night in a pub by the sea, a group of English lads started mocking Tommy and the Scots, calling them "women in skirts" and the like. Tommy calmly stepped up to the bar and asked the barman for a sheet of paper and a pen. Then, he began listing — loudly and proudly — Scottish contributions to the world:</w:t>
      </w:r>
      <w:r w:rsidRPr="00D61D3D">
        <w:rPr>
          <w:lang w:val="en-GB"/>
        </w:rPr>
        <w:br/>
        <w:t>Alexander Graham Bell — the telephone.</w:t>
      </w:r>
      <w:r w:rsidRPr="00D61D3D">
        <w:rPr>
          <w:lang w:val="en-GB"/>
        </w:rPr>
        <w:br/>
        <w:t xml:space="preserve">John </w:t>
      </w:r>
      <w:proofErr w:type="spellStart"/>
      <w:r w:rsidRPr="00D61D3D">
        <w:rPr>
          <w:lang w:val="en-GB"/>
        </w:rPr>
        <w:t>Logie</w:t>
      </w:r>
      <w:proofErr w:type="spellEnd"/>
      <w:r w:rsidRPr="00D61D3D">
        <w:rPr>
          <w:lang w:val="en-GB"/>
        </w:rPr>
        <w:t xml:space="preserve"> Baird — television.</w:t>
      </w:r>
      <w:r w:rsidRPr="00D61D3D">
        <w:rPr>
          <w:lang w:val="en-GB"/>
        </w:rPr>
        <w:br/>
        <w:t>Alexander Fleming — antibiotics.</w:t>
      </w:r>
      <w:r w:rsidRPr="00D61D3D">
        <w:rPr>
          <w:lang w:val="en-GB"/>
        </w:rPr>
        <w:br/>
        <w:t>James Watt — the steam engine.</w:t>
      </w:r>
      <w:r w:rsidRPr="00D61D3D">
        <w:rPr>
          <w:lang w:val="en-GB"/>
        </w:rPr>
        <w:br/>
        <w:t>Writers: Robert Louis Stevenson, Robert Burns.</w:t>
      </w:r>
      <w:r w:rsidRPr="00D61D3D">
        <w:rPr>
          <w:lang w:val="en-GB"/>
        </w:rPr>
        <w:br/>
        <w:t>On and on he went, filling the page.</w:t>
      </w:r>
    </w:p>
    <w:p w14:paraId="766BEEC1" w14:textId="77777777" w:rsidR="00284B9E" w:rsidRPr="00D61D3D" w:rsidRDefault="00284B9E" w:rsidP="00284B9E">
      <w:pPr>
        <w:rPr>
          <w:lang w:val="en-GB"/>
        </w:rPr>
      </w:pPr>
      <w:r w:rsidRPr="00D61D3D">
        <w:rPr>
          <w:lang w:val="en-GB"/>
        </w:rPr>
        <w:t>Then he reached into his wallet, pulled out a postage stamp, held it up, and shouted to the crowd:</w:t>
      </w:r>
      <w:r w:rsidRPr="00D61D3D">
        <w:rPr>
          <w:lang w:val="en-GB"/>
        </w:rPr>
        <w:br/>
      </w:r>
      <w:r w:rsidRPr="00D61D3D">
        <w:rPr>
          <w:i/>
          <w:iCs/>
          <w:lang w:val="en-GB"/>
        </w:rPr>
        <w:t>"Now, lads — write down your famous Englishmen on the back of this!"</w:t>
      </w:r>
    </w:p>
    <w:p w14:paraId="6177A1CE" w14:textId="77777777" w:rsidR="00284B9E" w:rsidRPr="00D61D3D" w:rsidRDefault="00284B9E" w:rsidP="00284B9E">
      <w:pPr>
        <w:rPr>
          <w:lang w:val="en-GB"/>
        </w:rPr>
      </w:pPr>
    </w:p>
    <w:p w14:paraId="25B34C70" w14:textId="7B40011D" w:rsidR="00284B9E" w:rsidRPr="00D61D3D" w:rsidRDefault="00284B9E" w:rsidP="00284B9E">
      <w:pPr>
        <w:rPr>
          <w:lang w:val="en-GB"/>
        </w:rPr>
      </w:pPr>
      <w:r w:rsidRPr="00D61D3D">
        <w:rPr>
          <w:lang w:val="en-GB"/>
        </w:rPr>
        <w:lastRenderedPageBreak/>
        <w:t>The bar erupted. The English were silenced and, for once, ridiculed as they had ridiculed others. They never mocked Tommy again.</w:t>
      </w:r>
    </w:p>
    <w:p w14:paraId="6A8834EF" w14:textId="77777777" w:rsidR="00284B9E" w:rsidRPr="00D61D3D" w:rsidRDefault="00284B9E" w:rsidP="00284B9E">
      <w:pPr>
        <w:rPr>
          <w:lang w:val="en-GB"/>
        </w:rPr>
      </w:pPr>
      <w:r w:rsidRPr="00D61D3D">
        <w:rPr>
          <w:lang w:val="en-GB"/>
        </w:rPr>
        <w:t>But not every moment was so amusing.</w:t>
      </w:r>
      <w:r w:rsidRPr="00D61D3D">
        <w:rPr>
          <w:lang w:val="en-GB"/>
        </w:rPr>
        <w:br/>
        <w:t>One evening, back at the same bar, one of the English made a crude remark about Sieu — and Chinese people in general. I stood up, calm but furious. He made a move towards me. I reacted on instinct, punching him square in the temple.</w:t>
      </w:r>
      <w:r w:rsidRPr="00D61D3D">
        <w:rPr>
          <w:lang w:val="en-GB"/>
        </w:rPr>
        <w:br/>
        <w:t>He went down hard.</w:t>
      </w:r>
      <w:r w:rsidRPr="00D61D3D">
        <w:rPr>
          <w:lang w:val="en-GB"/>
        </w:rPr>
        <w:br/>
        <w:t>Didn’t get up.</w:t>
      </w:r>
      <w:r w:rsidRPr="00D61D3D">
        <w:rPr>
          <w:lang w:val="en-GB"/>
        </w:rPr>
        <w:br/>
        <w:t>Out cold.</w:t>
      </w:r>
    </w:p>
    <w:p w14:paraId="0663A346" w14:textId="77777777" w:rsidR="00284B9E" w:rsidRPr="00D61D3D" w:rsidRDefault="00284B9E" w:rsidP="00284B9E">
      <w:pPr>
        <w:rPr>
          <w:lang w:val="en-GB"/>
        </w:rPr>
      </w:pPr>
      <w:r w:rsidRPr="00D61D3D">
        <w:rPr>
          <w:lang w:val="en-GB"/>
        </w:rPr>
        <w:t>The room fell silent.</w:t>
      </w:r>
    </w:p>
    <w:p w14:paraId="377B5DDE" w14:textId="77777777" w:rsidR="00284B9E" w:rsidRPr="00D61D3D" w:rsidRDefault="00284B9E" w:rsidP="00284B9E">
      <w:pPr>
        <w:rPr>
          <w:lang w:val="en-GB"/>
        </w:rPr>
      </w:pPr>
      <w:r w:rsidRPr="00D61D3D">
        <w:rPr>
          <w:lang w:val="en-GB"/>
        </w:rPr>
        <w:t>With my glasses and long hair, maybe he thought I was an easy target. He and his mates found out otherwise. People stared at the body on the table, then at me — unsure whether to be impressed or afraid.</w:t>
      </w:r>
    </w:p>
    <w:p w14:paraId="12CCD249" w14:textId="71DAA038" w:rsidR="00284B9E" w:rsidRPr="00D61D3D" w:rsidRDefault="00284B9E" w:rsidP="00284B9E">
      <w:pPr>
        <w:rPr>
          <w:lang w:val="en-GB"/>
        </w:rPr>
      </w:pPr>
      <w:r w:rsidRPr="00D61D3D">
        <w:rPr>
          <w:lang w:val="en-GB"/>
        </w:rPr>
        <w:t>My father had been the Bantamweight Champion of Ireland. There were always boxing gloves in the house. I learned how to throw a punch, and more importantly, how to avoid one. I’d always avoided fighting — afraid of what might come loose if I lost control.</w:t>
      </w:r>
      <w:r w:rsidRPr="00D61D3D">
        <w:rPr>
          <w:lang w:val="en-GB"/>
        </w:rPr>
        <w:br/>
        <w:t>But when it happened, it happened fast.</w:t>
      </w:r>
      <w:r w:rsidRPr="00D61D3D">
        <w:rPr>
          <w:lang w:val="en-GB"/>
        </w:rPr>
        <w:br/>
        <w:t>Back in fifth grade, a teacher had to carry me off the schoolyard after I’d laid out four boys and was going for two more. I didn’t remember what had happened — just that something dark had snapped. Another time, in a fight with my brother, I stabbed him in the foot with a hay fork. He was hospitalized for three days.</w:t>
      </w:r>
    </w:p>
    <w:p w14:paraId="4B7B4120" w14:textId="77777777" w:rsidR="00284B9E" w:rsidRPr="00D61D3D" w:rsidRDefault="00284B9E" w:rsidP="00284B9E">
      <w:pPr>
        <w:rPr>
          <w:lang w:val="en-GB"/>
        </w:rPr>
      </w:pPr>
      <w:r w:rsidRPr="00D61D3D">
        <w:rPr>
          <w:lang w:val="en-GB"/>
        </w:rPr>
        <w:t>Since then, I’d learned to keep the lid on tight. But that night in the bar, the lid came off.</w:t>
      </w:r>
      <w:r w:rsidRPr="00D61D3D">
        <w:rPr>
          <w:lang w:val="en-GB"/>
        </w:rPr>
        <w:br/>
      </w:r>
    </w:p>
    <w:p w14:paraId="56ABFCAE" w14:textId="6B41843E" w:rsidR="00284B9E" w:rsidRPr="00D61D3D" w:rsidRDefault="00284B9E" w:rsidP="00284B9E">
      <w:pPr>
        <w:rPr>
          <w:lang w:val="en-GB"/>
        </w:rPr>
      </w:pPr>
      <w:r w:rsidRPr="00D61D3D">
        <w:rPr>
          <w:lang w:val="en-GB"/>
        </w:rPr>
        <w:t>Sieu was shocked — she’d never seen that side of me. It frightened her.</w:t>
      </w:r>
      <w:r w:rsidRPr="00D61D3D">
        <w:rPr>
          <w:lang w:val="en-GB"/>
        </w:rPr>
        <w:br/>
        <w:t>It frightened me too.</w:t>
      </w:r>
    </w:p>
    <w:p w14:paraId="1F0987F7" w14:textId="77777777" w:rsidR="00284B9E" w:rsidRPr="00D61D3D" w:rsidRDefault="00284B9E" w:rsidP="00284B9E">
      <w:pPr>
        <w:rPr>
          <w:lang w:val="en-GB"/>
        </w:rPr>
      </w:pPr>
      <w:r w:rsidRPr="00D61D3D">
        <w:rPr>
          <w:lang w:val="en-GB"/>
        </w:rPr>
        <w:t>The English avoided us after that. Our group kept to ourselves.</w:t>
      </w:r>
    </w:p>
    <w:p w14:paraId="4BB1BFA9" w14:textId="77777777" w:rsidR="00284B9E" w:rsidRPr="00D61D3D" w:rsidRDefault="00284B9E" w:rsidP="00284B9E">
      <w:pPr>
        <w:rPr>
          <w:lang w:val="en-GB"/>
        </w:rPr>
      </w:pPr>
      <w:r w:rsidRPr="00D61D3D">
        <w:rPr>
          <w:lang w:val="en-GB"/>
        </w:rPr>
        <w:t>But something inside me had shifted. I was uneasy. Sieu noticed it too. We tried to settle back into routine, but the nagging unrest remained. I asked the boss if there was other work available, somewhere else. Tommy agreed to come with me, if a new job turned up.</w:t>
      </w:r>
    </w:p>
    <w:p w14:paraId="7D128152" w14:textId="2A02C344" w:rsidR="00284B9E" w:rsidRPr="00D61D3D" w:rsidRDefault="00284B9E" w:rsidP="00284B9E">
      <w:pPr>
        <w:rPr>
          <w:lang w:val="en-GB"/>
        </w:rPr>
      </w:pPr>
      <w:r w:rsidRPr="00D61D3D">
        <w:rPr>
          <w:lang w:val="en-GB"/>
        </w:rPr>
        <w:t>Eventually, we moved out of The Hague to a new site just outside the city, and found new lodgings near Rijswijk. It was one of the strangest places we’d ever lived — a massive apartment block near the waterway, clean but eerie. The residents were mostly older men and women, detached from the world — some with tics, some alcoholics, some on heavy medication. The concierges were kind, always ready to help when someone got lost or out of hand.</w:t>
      </w:r>
      <w:r w:rsidRPr="00D61D3D">
        <w:rPr>
          <w:lang w:val="en-GB"/>
        </w:rPr>
        <w:br/>
        <w:t>Sieu and I were in a quieter section for working tenants. Tommy initially housed with what he called </w:t>
      </w:r>
      <w:r w:rsidRPr="00D61D3D">
        <w:rPr>
          <w:i/>
          <w:iCs/>
          <w:lang w:val="en-GB"/>
        </w:rPr>
        <w:t>“the loonies</w:t>
      </w:r>
      <w:r w:rsidRPr="00D61D3D">
        <w:rPr>
          <w:lang w:val="en-GB"/>
        </w:rPr>
        <w:t>” eventually convinced reception to move him near us.</w:t>
      </w:r>
    </w:p>
    <w:p w14:paraId="27739043" w14:textId="77777777" w:rsidR="00284B9E" w:rsidRPr="00D61D3D" w:rsidRDefault="00284B9E" w:rsidP="00284B9E">
      <w:pPr>
        <w:rPr>
          <w:lang w:val="en-GB"/>
        </w:rPr>
      </w:pPr>
      <w:r w:rsidRPr="00D61D3D">
        <w:rPr>
          <w:lang w:val="en-GB"/>
        </w:rPr>
        <w:t xml:space="preserve">The new construction job was straightforward — steel frames, with a lot of timber work for doors, windows, and ceilings. It was about a 45-minute drive, reachable by train or bus. </w:t>
      </w:r>
    </w:p>
    <w:p w14:paraId="49F81934" w14:textId="305AD394" w:rsidR="00284B9E" w:rsidRPr="00D61D3D" w:rsidRDefault="00284B9E" w:rsidP="00284B9E">
      <w:pPr>
        <w:rPr>
          <w:lang w:val="en-GB"/>
        </w:rPr>
      </w:pPr>
      <w:r w:rsidRPr="00D61D3D">
        <w:rPr>
          <w:lang w:val="en-GB"/>
        </w:rPr>
        <w:t>A week into the job, two Dutch brothers — local workers from The Hague — offered to give us lifts. And what a pair they were. Always up for mischief, cursing creatively at every red traffic light, cheering at green, then launching into the next tirade. They taught us Dutch — or at least, Hague-accented Dutch — peppered with outrageous slang. We laughed until our faces hurt.</w:t>
      </w:r>
    </w:p>
    <w:p w14:paraId="4DEBC7D1" w14:textId="77777777" w:rsidR="00284B9E" w:rsidRPr="00D61D3D" w:rsidRDefault="00284B9E" w:rsidP="00284B9E">
      <w:pPr>
        <w:rPr>
          <w:lang w:val="en-GB"/>
        </w:rPr>
      </w:pPr>
      <w:r w:rsidRPr="00D61D3D">
        <w:rPr>
          <w:lang w:val="en-GB"/>
        </w:rPr>
        <w:lastRenderedPageBreak/>
        <w:t>Sieu remained quieter. She spent more time in Chinatown — first in The Hague, then on trips to Amsterdam. I joined her on weekends, learning more about her culture, her food, her way. But something in her had begun to stir — restlessness, maybe. A melancholy I couldn’t reach. She would clam up when I asked. Withdraw.</w:t>
      </w:r>
    </w:p>
    <w:p w14:paraId="695D744A" w14:textId="77777777" w:rsidR="00284B9E" w:rsidRPr="00D61D3D" w:rsidRDefault="00284B9E" w:rsidP="00284B9E">
      <w:pPr>
        <w:rPr>
          <w:lang w:val="en-GB"/>
        </w:rPr>
      </w:pPr>
      <w:r w:rsidRPr="00D61D3D">
        <w:rPr>
          <w:lang w:val="en-GB"/>
        </w:rPr>
        <w:t>We held on until Christmas.</w:t>
      </w:r>
    </w:p>
    <w:p w14:paraId="5E7521D1" w14:textId="77777777" w:rsidR="00284B9E" w:rsidRPr="00D61D3D" w:rsidRDefault="00284B9E" w:rsidP="00284B9E">
      <w:pPr>
        <w:rPr>
          <w:lang w:val="en-GB"/>
        </w:rPr>
      </w:pPr>
    </w:p>
    <w:p w14:paraId="41433325" w14:textId="4709CFC9" w:rsidR="00284B9E" w:rsidRPr="00D61D3D" w:rsidRDefault="00284B9E" w:rsidP="00284B9E">
      <w:pPr>
        <w:rPr>
          <w:lang w:val="en-GB"/>
        </w:rPr>
      </w:pPr>
      <w:r w:rsidRPr="00D61D3D">
        <w:rPr>
          <w:lang w:val="en-GB"/>
        </w:rPr>
        <w:t>We left the Hook of Holland on December 20th, bound for Ireland by train through the UK, avoiding hitchhiking in the bitter winter cold. The journey was uneventful — except for the usual English customs officers. We were made to unpack our rucksacks, explain our travel plans, endure their theatre of suspicion. We smiled our best “harmless travellers” smiles and got through.</w:t>
      </w:r>
    </w:p>
    <w:p w14:paraId="4A0DDA5F" w14:textId="77777777" w:rsidR="00284B9E" w:rsidRPr="00D61D3D" w:rsidRDefault="00284B9E" w:rsidP="00284B9E">
      <w:pPr>
        <w:rPr>
          <w:lang w:val="en-GB"/>
        </w:rPr>
      </w:pPr>
      <w:r w:rsidRPr="00D61D3D">
        <w:rPr>
          <w:lang w:val="en-GB"/>
        </w:rPr>
        <w:t>We arrived home three days later, exhausted. My mother was in good form, delighted to see us, welcoming Sieu with warmth. We settled in. While Mam was at work, we went downtown.</w:t>
      </w:r>
    </w:p>
    <w:p w14:paraId="107F56BD" w14:textId="77777777" w:rsidR="00284B9E" w:rsidRPr="00D61D3D" w:rsidRDefault="00284B9E" w:rsidP="00284B9E">
      <w:pPr>
        <w:rPr>
          <w:lang w:val="en-GB"/>
        </w:rPr>
      </w:pPr>
      <w:r w:rsidRPr="00D61D3D">
        <w:rPr>
          <w:lang w:val="en-GB"/>
        </w:rPr>
        <w:t>Most of my old friends were home too, and our local pub became a gathering place of reunions and hilarity. Stories, jokes — some true, some wildly exaggerated — flowed like the pints. We laughed until we couldn’t speak.</w:t>
      </w:r>
    </w:p>
    <w:p w14:paraId="002F5D8A" w14:textId="77777777" w:rsidR="00284B9E" w:rsidRPr="00D61D3D" w:rsidRDefault="00284B9E" w:rsidP="00284B9E">
      <w:pPr>
        <w:rPr>
          <w:lang w:val="en-GB"/>
        </w:rPr>
      </w:pPr>
      <w:r w:rsidRPr="00D61D3D">
        <w:rPr>
          <w:lang w:val="en-GB"/>
        </w:rPr>
        <w:t>One important tradition had to be observed: midnight mass on Christmas Eve. It granted immunity from Christmas Day mass, which was reason enough. Pubs closed at 11:00, giving just enough time to grab chicken or fish and chips before heading to the high mass — a longer, more elaborate ceremony with multiple priests, clouds of incense, and solemn chants.</w:t>
      </w:r>
    </w:p>
    <w:p w14:paraId="3424388C" w14:textId="77777777" w:rsidR="00284B9E" w:rsidRPr="00D61D3D" w:rsidRDefault="00284B9E" w:rsidP="00284B9E">
      <w:pPr>
        <w:rPr>
          <w:lang w:val="en-GB"/>
        </w:rPr>
      </w:pPr>
      <w:r w:rsidRPr="00D61D3D">
        <w:rPr>
          <w:lang w:val="en-GB"/>
        </w:rPr>
        <w:t>But the grandeur often clashed with the stomachs of those who’d been drinking all day. The smell of incense, mixed with fish suppers and Guinness, created turmoil — especially for those in the balcony. The floors were wooden, and when someone had to bolt for the exit, it sounded like a galloping horse. Many didn’t make it.</w:t>
      </w:r>
      <w:r w:rsidRPr="00D61D3D">
        <w:rPr>
          <w:lang w:val="en-GB"/>
        </w:rPr>
        <w:br/>
        <w:t>Sometimes they made it to the stairs.</w:t>
      </w:r>
      <w:r w:rsidRPr="00D61D3D">
        <w:rPr>
          <w:lang w:val="en-GB"/>
        </w:rPr>
        <w:br/>
        <w:t>Sometimes… they didn’t.</w:t>
      </w:r>
    </w:p>
    <w:p w14:paraId="6C9A1C4A" w14:textId="77777777" w:rsidR="00284B9E" w:rsidRPr="00D61D3D" w:rsidRDefault="00284B9E" w:rsidP="00284B9E">
      <w:pPr>
        <w:rPr>
          <w:lang w:val="en-GB"/>
        </w:rPr>
      </w:pPr>
      <w:r w:rsidRPr="00D61D3D">
        <w:rPr>
          <w:lang w:val="en-GB"/>
        </w:rPr>
        <w:t>One Christmas, a lad projectile vomited right over the balcony rail — directly onto four priests seated below.</w:t>
      </w:r>
      <w:r w:rsidRPr="00D61D3D">
        <w:rPr>
          <w:lang w:val="en-GB"/>
        </w:rPr>
        <w:br/>
        <w:t>We were across the church, watching the scene unfold like something out of Bruegel. It was horrendous. It was hilarious.</w:t>
      </w:r>
      <w:r w:rsidRPr="00D61D3D">
        <w:rPr>
          <w:lang w:val="en-GB"/>
        </w:rPr>
        <w:br/>
        <w:t>There was talk of excommunication. Possibly damnation. But the congregation mostly laughed, stifling their horror in holy silence.</w:t>
      </w:r>
    </w:p>
    <w:p w14:paraId="6F3C2B68" w14:textId="77777777" w:rsidR="00284B9E" w:rsidRPr="00D61D3D" w:rsidRDefault="00284B9E" w:rsidP="00284B9E">
      <w:pPr>
        <w:rPr>
          <w:lang w:val="en-GB"/>
        </w:rPr>
      </w:pPr>
      <w:r w:rsidRPr="00D61D3D">
        <w:rPr>
          <w:lang w:val="en-GB"/>
        </w:rPr>
        <w:t>Sieu was bewildered. She had believed the Irish to be devout, pious. This mass changed her view of Irish religion forever. Between the vomiting, the snoozing, the crashing of bodies off pews, and the unmistakable stink of farting — where the guilty party always stood alone, like Moses parting the Red Sea — she got a crash course in the sacred absurdity of Irish Catholicism.</w:t>
      </w:r>
    </w:p>
    <w:p w14:paraId="725A1D9A" w14:textId="77777777" w:rsidR="00284B9E" w:rsidRPr="00D61D3D" w:rsidRDefault="00284B9E" w:rsidP="00284B9E">
      <w:pPr>
        <w:rPr>
          <w:lang w:val="en-GB"/>
        </w:rPr>
      </w:pPr>
      <w:r w:rsidRPr="00D61D3D">
        <w:rPr>
          <w:lang w:val="en-GB"/>
        </w:rPr>
        <w:t>The next day we rested, opened presents, helped prepare for the Christmas dinner. The pubs were officially closed — though those desperate enough always knew where to find a “haler.” The rest of us stayed home, gathered around tables, brimming with stories and food and the strange magic of returning.</w:t>
      </w:r>
    </w:p>
    <w:p w14:paraId="7E168474" w14:textId="77777777" w:rsidR="009C3006" w:rsidRPr="00D61D3D" w:rsidRDefault="00000000">
      <w:pPr>
        <w:rPr>
          <w:lang w:val="en-GB"/>
        </w:rPr>
      </w:pPr>
      <w:r w:rsidRPr="00D61D3D">
        <w:rPr>
          <w:lang w:val="en-GB"/>
        </w:rPr>
        <w:br w:type="page"/>
      </w:r>
    </w:p>
    <w:p w14:paraId="0E8189E5" w14:textId="77777777" w:rsidR="00284B9E" w:rsidRPr="00D61D3D" w:rsidRDefault="00284B9E" w:rsidP="00284B9E">
      <w:pPr>
        <w:spacing w:after="200" w:line="276" w:lineRule="auto"/>
        <w:rPr>
          <w:b/>
          <w:bCs/>
          <w:lang w:val="en-GB"/>
        </w:rPr>
      </w:pPr>
      <w:r w:rsidRPr="00D61D3D">
        <w:rPr>
          <w:b/>
          <w:bCs/>
          <w:lang w:val="en-GB"/>
        </w:rPr>
        <w:lastRenderedPageBreak/>
        <w:t>Chapter Title: Borders Within the Borderless (Part II)</w:t>
      </w:r>
    </w:p>
    <w:p w14:paraId="1A93BEBB" w14:textId="77777777" w:rsidR="00284B9E" w:rsidRPr="00D61D3D" w:rsidRDefault="00284B9E" w:rsidP="00284B9E">
      <w:pPr>
        <w:spacing w:after="200" w:line="276" w:lineRule="auto"/>
        <w:rPr>
          <w:lang w:val="en-GB"/>
        </w:rPr>
      </w:pPr>
      <w:r w:rsidRPr="00D61D3D">
        <w:rPr>
          <w:i/>
          <w:iCs/>
          <w:lang w:val="en-GB"/>
        </w:rPr>
        <w:t>(Or: “The Long Goodbye”)</w:t>
      </w:r>
    </w:p>
    <w:p w14:paraId="3108C9AD" w14:textId="77777777" w:rsidR="00284B9E" w:rsidRPr="00D61D3D" w:rsidRDefault="00284B9E" w:rsidP="00284B9E">
      <w:pPr>
        <w:spacing w:after="200" w:line="276" w:lineRule="auto"/>
        <w:rPr>
          <w:lang w:val="en-GB"/>
        </w:rPr>
      </w:pPr>
      <w:r w:rsidRPr="00D61D3D">
        <w:rPr>
          <w:lang w:val="en-GB"/>
        </w:rPr>
        <w:t>Christmas in Ireland had always been a relatively happy time—fun, laughter, the joy of familiar faces and familiar streets. Old friends, warm firelight, family gatherings. But that year, it was different. That year, I saw Sieu more at ease than I had ever seen her. There were no sidelong glances, no muttered slights or weary shoulders. People were genuinely curious about her—about her story, her views, her presence. She was received with grace and ease, folded into my small-town life like she'd always been there.</w:t>
      </w:r>
    </w:p>
    <w:p w14:paraId="392DBF19" w14:textId="77777777" w:rsidR="00284B9E" w:rsidRPr="00D61D3D" w:rsidRDefault="00284B9E" w:rsidP="00284B9E">
      <w:pPr>
        <w:spacing w:after="200" w:line="276" w:lineRule="auto"/>
        <w:rPr>
          <w:lang w:val="en-GB"/>
        </w:rPr>
      </w:pPr>
      <w:r w:rsidRPr="00D61D3D">
        <w:rPr>
          <w:lang w:val="en-GB"/>
        </w:rPr>
        <w:t>That warmth affected her. I could see it in her posture, her smile, the light in her eyes. It changed something. For a while, we spoke openly of settling down—finding a place of our own, maybe working directly without the chain of subcontractors. For the first time in a long while, I let myself imagine a future that stood still, instead of one that moved on.</w:t>
      </w:r>
    </w:p>
    <w:p w14:paraId="2B090656" w14:textId="77777777" w:rsidR="00284B9E" w:rsidRPr="00D61D3D" w:rsidRDefault="00284B9E" w:rsidP="00284B9E">
      <w:pPr>
        <w:spacing w:after="200" w:line="276" w:lineRule="auto"/>
        <w:rPr>
          <w:lang w:val="en-GB"/>
        </w:rPr>
      </w:pPr>
      <w:r w:rsidRPr="00D61D3D">
        <w:rPr>
          <w:lang w:val="en-GB"/>
        </w:rPr>
        <w:t>After Christmas, we stayed in the town for a couple more weeks, relaxing, quietly planning the return to the Netherlands. Then, almost casually, she said something that landed like a stone in still water: on the way back, she wanted to return to France. Just for a few weeks, she said. To see her friends, pick up her studies in Bordeaux, tie up loose ends.</w:t>
      </w:r>
    </w:p>
    <w:p w14:paraId="1444EC6F" w14:textId="77777777" w:rsidR="00284B9E" w:rsidRPr="00D61D3D" w:rsidRDefault="00284B9E" w:rsidP="00284B9E">
      <w:pPr>
        <w:spacing w:after="200" w:line="276" w:lineRule="auto"/>
        <w:rPr>
          <w:lang w:val="en-GB"/>
        </w:rPr>
      </w:pPr>
      <w:r w:rsidRPr="00D61D3D">
        <w:rPr>
          <w:lang w:val="en-GB"/>
        </w:rPr>
        <w:t>It surprised me—not just what she said, but the certainty in her voice. Ireland had stirred something deep inside her. The lack of prejudice, the openness and warmth—so different from what she had experienced elsewhere. It made her think of her own roots, her people, and the tangled ties that bind us across time and geography.</w:t>
      </w:r>
    </w:p>
    <w:p w14:paraId="332F13F9" w14:textId="77777777" w:rsidR="00284B9E" w:rsidRPr="00D61D3D" w:rsidRDefault="00284B9E" w:rsidP="00284B9E">
      <w:pPr>
        <w:spacing w:after="200" w:line="276" w:lineRule="auto"/>
        <w:rPr>
          <w:lang w:val="en-GB"/>
        </w:rPr>
      </w:pPr>
      <w:r w:rsidRPr="00D61D3D">
        <w:rPr>
          <w:lang w:val="en-GB"/>
        </w:rPr>
        <w:t>Her decision was firm. I tried to convince her otherwise, but she asked me—gently, insistently—not to. She needed to go. She would meet me later in Holland.</w:t>
      </w:r>
    </w:p>
    <w:p w14:paraId="301E1365" w14:textId="77777777" w:rsidR="00284B9E" w:rsidRPr="00D61D3D" w:rsidRDefault="00284B9E" w:rsidP="00284B9E">
      <w:pPr>
        <w:spacing w:after="200" w:line="276" w:lineRule="auto"/>
        <w:rPr>
          <w:lang w:val="en-GB"/>
        </w:rPr>
      </w:pPr>
      <w:r w:rsidRPr="00D61D3D">
        <w:rPr>
          <w:lang w:val="en-GB"/>
        </w:rPr>
        <w:t>We left Ireland in mid-January. Sailed across to England, passed through Dover. Took the ferry to France. And then, in the shadow of cold January skies, we parted ways—Sieu to Paris, me to the Netherlands.</w:t>
      </w:r>
    </w:p>
    <w:p w14:paraId="0CDADEAA" w14:textId="77777777" w:rsidR="00284B9E" w:rsidRPr="00D61D3D" w:rsidRDefault="00284B9E" w:rsidP="00284B9E">
      <w:pPr>
        <w:spacing w:after="200" w:line="276" w:lineRule="auto"/>
        <w:rPr>
          <w:lang w:val="en-GB"/>
        </w:rPr>
      </w:pPr>
      <w:r w:rsidRPr="00D61D3D">
        <w:rPr>
          <w:lang w:val="en-GB"/>
        </w:rPr>
        <w:t>The journey back was a blur. I don't remember much of it. I returned alone to our old lodgings, and the silence hit like a wave. The days dragged. I threw myself back into work, hoping routine would dull the ache.</w:t>
      </w:r>
    </w:p>
    <w:p w14:paraId="439CD27C" w14:textId="77777777" w:rsidR="00284B9E" w:rsidRPr="00D61D3D" w:rsidRDefault="00284B9E" w:rsidP="00284B9E">
      <w:pPr>
        <w:spacing w:after="200" w:line="276" w:lineRule="auto"/>
        <w:rPr>
          <w:lang w:val="en-GB"/>
        </w:rPr>
      </w:pPr>
      <w:r w:rsidRPr="00D61D3D">
        <w:rPr>
          <w:lang w:val="en-GB"/>
        </w:rPr>
        <w:t>Tommy returned the same week, and we found ourselves back at the same site as before the holidays. He seemed more worn down than ever, while I floated through the days, distracted. That weekend, I found a phone box and called Sieu in France—no small feat in those days. I fed coins into the slot like a gambler chasing a win.</w:t>
      </w:r>
    </w:p>
    <w:p w14:paraId="7243B7C2" w14:textId="77777777" w:rsidR="00284B9E" w:rsidRPr="00D61D3D" w:rsidRDefault="00284B9E" w:rsidP="00284B9E">
      <w:pPr>
        <w:spacing w:after="200" w:line="276" w:lineRule="auto"/>
        <w:rPr>
          <w:lang w:val="en-GB"/>
        </w:rPr>
      </w:pPr>
      <w:r w:rsidRPr="00D61D3D">
        <w:rPr>
          <w:lang w:val="en-GB"/>
        </w:rPr>
        <w:lastRenderedPageBreak/>
        <w:t>She answered, but something had shifted. She was distant, detached. I could feel her slipping away. I didn’t push—didn’t want to scare her off—but I knew.</w:t>
      </w:r>
    </w:p>
    <w:p w14:paraId="2AED9014" w14:textId="77777777" w:rsidR="00284B9E" w:rsidRPr="00D61D3D" w:rsidRDefault="00284B9E" w:rsidP="00284B9E">
      <w:pPr>
        <w:spacing w:after="200" w:line="276" w:lineRule="auto"/>
        <w:rPr>
          <w:lang w:val="en-GB"/>
        </w:rPr>
      </w:pPr>
      <w:r w:rsidRPr="00D61D3D">
        <w:rPr>
          <w:lang w:val="en-GB"/>
        </w:rPr>
        <w:t>As the weeks passed, it became clearer: she wasn’t coming back. I tried arranging a trip to Paris, but she was never quite available. Bordeaux. Marseille. Always somewhere else. I called one evening and said what needed to be said—that maybe it was best we part ways.</w:t>
      </w:r>
    </w:p>
    <w:p w14:paraId="76BD19D1" w14:textId="77777777" w:rsidR="00284B9E" w:rsidRPr="00D61D3D" w:rsidRDefault="00284B9E" w:rsidP="00284B9E">
      <w:pPr>
        <w:spacing w:after="200" w:line="276" w:lineRule="auto"/>
        <w:rPr>
          <w:lang w:val="en-GB"/>
        </w:rPr>
      </w:pPr>
      <w:r w:rsidRPr="00D61D3D">
        <w:rPr>
          <w:lang w:val="en-GB"/>
        </w:rPr>
        <w:t>She didn’t agree. She wanted to keep the connection alive—perhaps one day we could reunite, she said. But she needed time. She asked me not to call anymore, only to write. To let her be.</w:t>
      </w:r>
    </w:p>
    <w:p w14:paraId="4F945CDD" w14:textId="77777777" w:rsidR="00284B9E" w:rsidRPr="00D61D3D" w:rsidRDefault="00284B9E" w:rsidP="00284B9E">
      <w:pPr>
        <w:spacing w:after="200" w:line="276" w:lineRule="auto"/>
        <w:rPr>
          <w:lang w:val="en-GB"/>
        </w:rPr>
      </w:pPr>
      <w:r w:rsidRPr="00D61D3D">
        <w:rPr>
          <w:lang w:val="en-GB"/>
        </w:rPr>
        <w:t>And so I did. Every few weeks, I sent a letter, updating her on my life. But there was no reply. Then, just before summer, I tried one more call—on the off chance she’d be home. A man answered. French. Sharp. Unfriendly. “Don’t call again,” he said. “She doesn’t want to hear from you.”</w:t>
      </w:r>
    </w:p>
    <w:p w14:paraId="09BB6062" w14:textId="77777777" w:rsidR="00284B9E" w:rsidRPr="00D61D3D" w:rsidRDefault="00284B9E" w:rsidP="00284B9E">
      <w:pPr>
        <w:spacing w:after="200" w:line="276" w:lineRule="auto"/>
        <w:rPr>
          <w:lang w:val="en-GB"/>
        </w:rPr>
      </w:pPr>
      <w:r w:rsidRPr="00D61D3D">
        <w:rPr>
          <w:lang w:val="en-GB"/>
        </w:rPr>
        <w:t>And that was the end of it.</w:t>
      </w:r>
    </w:p>
    <w:p w14:paraId="746D37C3" w14:textId="77777777" w:rsidR="00284B9E" w:rsidRPr="00D61D3D" w:rsidRDefault="00284B9E" w:rsidP="00284B9E">
      <w:pPr>
        <w:spacing w:after="200" w:line="276" w:lineRule="auto"/>
        <w:rPr>
          <w:lang w:val="en-GB"/>
        </w:rPr>
      </w:pPr>
      <w:r w:rsidRPr="00D61D3D">
        <w:rPr>
          <w:lang w:val="en-GB"/>
        </w:rPr>
        <w:t>Later, Yan told me she had gone back to her old boyfriend—the one she had before me. She had never fully left him, he said. He treated her poorly, but sometimes the familiar, even when painful, pulls stronger than the unknown. That’s just how it goes, I suppose.</w:t>
      </w:r>
    </w:p>
    <w:p w14:paraId="1D011B78" w14:textId="77777777" w:rsidR="00284B9E" w:rsidRPr="00D61D3D" w:rsidRDefault="00284B9E" w:rsidP="00284B9E">
      <w:pPr>
        <w:spacing w:after="200" w:line="276" w:lineRule="auto"/>
        <w:rPr>
          <w:lang w:val="en-GB"/>
        </w:rPr>
      </w:pPr>
      <w:r w:rsidRPr="00D61D3D">
        <w:rPr>
          <w:lang w:val="en-GB"/>
        </w:rPr>
        <w:t>In the weeks that followed, I drank more than I should have. One evening after work, I picked up a bottle of Southern Comfort. The next morning, I woke to find it three-quarters empty by the bed. I stared at it for a long time, and quietly decided I’d had enough. That was the end of the demon drink, for a while.</w:t>
      </w:r>
    </w:p>
    <w:p w14:paraId="4E878629" w14:textId="77777777" w:rsidR="00284B9E" w:rsidRPr="00D61D3D" w:rsidRDefault="00284B9E" w:rsidP="00284B9E">
      <w:pPr>
        <w:spacing w:after="200" w:line="276" w:lineRule="auto"/>
        <w:rPr>
          <w:lang w:val="en-GB"/>
        </w:rPr>
      </w:pPr>
      <w:r w:rsidRPr="00D61D3D">
        <w:rPr>
          <w:lang w:val="en-GB"/>
        </w:rPr>
        <w:t xml:space="preserve">Spring came. We were working steady—concrete </w:t>
      </w:r>
      <w:proofErr w:type="spellStart"/>
      <w:r w:rsidRPr="00D61D3D">
        <w:rPr>
          <w:lang w:val="en-GB"/>
        </w:rPr>
        <w:t>molds</w:t>
      </w:r>
      <w:proofErr w:type="spellEnd"/>
      <w:r w:rsidRPr="00D61D3D">
        <w:rPr>
          <w:lang w:val="en-GB"/>
        </w:rPr>
        <w:t>, wooden forms. Tommy was slowing down, talking more and more about retiring. He was also getting difficult, especially with the foreman, who was English and unpopular with just about everyone.</w:t>
      </w:r>
    </w:p>
    <w:p w14:paraId="4032BC3E" w14:textId="77777777" w:rsidR="00284B9E" w:rsidRPr="00D61D3D" w:rsidRDefault="00284B9E" w:rsidP="00284B9E">
      <w:pPr>
        <w:spacing w:after="200" w:line="276" w:lineRule="auto"/>
        <w:rPr>
          <w:lang w:val="en-GB"/>
        </w:rPr>
      </w:pPr>
      <w:r w:rsidRPr="00D61D3D">
        <w:rPr>
          <w:lang w:val="en-GB"/>
        </w:rPr>
        <w:t>One day, I was hammering away on the floor when Tommy stormed down the office stairs. “Ned, pack your gear,” he said. “We’ve resigned.” I hadn’t the faintest clue what had happened. We were unemployed before lunch. It still makes me laugh.</w:t>
      </w:r>
    </w:p>
    <w:p w14:paraId="756C7F32" w14:textId="77777777" w:rsidR="00284B9E" w:rsidRPr="00D61D3D" w:rsidRDefault="00284B9E" w:rsidP="00284B9E">
      <w:pPr>
        <w:spacing w:after="200" w:line="276" w:lineRule="auto"/>
        <w:rPr>
          <w:lang w:val="en-GB"/>
        </w:rPr>
      </w:pPr>
      <w:r w:rsidRPr="00D61D3D">
        <w:rPr>
          <w:lang w:val="en-GB"/>
        </w:rPr>
        <w:t>Three days later, we were back on a site in Amsterdam—this time a high-rise. Ten stories up, no walls, just ceiling and sky and pillars. The first few days were dizzying, but then you adjust. You always do.</w:t>
      </w:r>
    </w:p>
    <w:p w14:paraId="5E5897D9" w14:textId="77777777" w:rsidR="00284B9E" w:rsidRPr="00D61D3D" w:rsidRDefault="00284B9E" w:rsidP="00284B9E">
      <w:pPr>
        <w:spacing w:after="200" w:line="276" w:lineRule="auto"/>
        <w:rPr>
          <w:lang w:val="en-GB"/>
        </w:rPr>
      </w:pPr>
      <w:r w:rsidRPr="00D61D3D">
        <w:rPr>
          <w:lang w:val="en-GB"/>
        </w:rPr>
        <w:t>There were good lads on that site—fellas from Newcastle and Middlesbrough. Same age, same sensibilities. Open. Thoughtful. I remember one sunny afternoon, we sat in a square in the city. The police came, scanning the crowd. They singled out North African and Black men, asking for ID, telling them to move on.</w:t>
      </w:r>
    </w:p>
    <w:p w14:paraId="07C65540" w14:textId="77777777" w:rsidR="00284B9E" w:rsidRPr="00D61D3D" w:rsidRDefault="00284B9E" w:rsidP="00284B9E">
      <w:pPr>
        <w:spacing w:after="200" w:line="276" w:lineRule="auto"/>
        <w:rPr>
          <w:lang w:val="en-GB"/>
        </w:rPr>
      </w:pPr>
      <w:r w:rsidRPr="00D61D3D">
        <w:rPr>
          <w:lang w:val="en-GB"/>
        </w:rPr>
        <w:lastRenderedPageBreak/>
        <w:t>We all stood too. Not because we had to, but in solidarity. One of the lads muttered, “We were lucky they didn’t check us.” Another replied, “It’s not about luck. It’s about colour.”</w:t>
      </w:r>
    </w:p>
    <w:p w14:paraId="5EC11D90" w14:textId="77777777" w:rsidR="00284B9E" w:rsidRPr="00D61D3D" w:rsidRDefault="00284B9E" w:rsidP="00284B9E">
      <w:pPr>
        <w:spacing w:after="200" w:line="276" w:lineRule="auto"/>
        <w:rPr>
          <w:lang w:val="en-GB"/>
        </w:rPr>
      </w:pPr>
      <w:r w:rsidRPr="00D61D3D">
        <w:rPr>
          <w:lang w:val="en-GB"/>
        </w:rPr>
        <w:t>That stayed with me. The world changes slowly. Or not at all.</w:t>
      </w:r>
    </w:p>
    <w:p w14:paraId="319808B0" w14:textId="77777777" w:rsidR="00284B9E" w:rsidRPr="00D61D3D" w:rsidRDefault="00284B9E" w:rsidP="00284B9E">
      <w:pPr>
        <w:spacing w:after="200" w:line="276" w:lineRule="auto"/>
        <w:rPr>
          <w:lang w:val="en-GB"/>
        </w:rPr>
      </w:pPr>
      <w:r w:rsidRPr="00D61D3D">
        <w:rPr>
          <w:lang w:val="en-GB"/>
        </w:rPr>
        <w:t>By early summer, I was restless again. Alone. No attachments. Tommy had gone home for good. I was back in a loop—pack a lunch, go to work, come home, repeat—while that ship I always dreamed about was waiting in the harbour, its sails ready.</w:t>
      </w:r>
    </w:p>
    <w:p w14:paraId="25A16E91" w14:textId="322AA126" w:rsidR="00CC5C40" w:rsidRPr="00D61D3D" w:rsidRDefault="00284B9E" w:rsidP="00235CE6">
      <w:pPr>
        <w:spacing w:after="200" w:line="276" w:lineRule="auto"/>
        <w:rPr>
          <w:lang w:val="en-GB"/>
        </w:rPr>
      </w:pPr>
      <w:r w:rsidRPr="00D61D3D">
        <w:rPr>
          <w:lang w:val="en-GB"/>
        </w:rPr>
        <w:t>Just like back in Ireland, before the road called me, I saved what I could. And without fully realizing it, I had begun my long goodbye.</w:t>
      </w:r>
      <w:r w:rsidR="009A5B31" w:rsidRPr="00D61D3D">
        <w:rPr>
          <w:u w:val="single"/>
          <w:lang w:val="en-GB"/>
        </w:rPr>
        <w:t xml:space="preserve"> </w:t>
      </w:r>
      <w:r w:rsidR="00CC5C40" w:rsidRPr="00D61D3D">
        <w:rPr>
          <w:u w:val="single"/>
          <w:lang w:val="en-GB"/>
        </w:rPr>
        <w:t xml:space="preserve"> </w:t>
      </w:r>
    </w:p>
    <w:p w14:paraId="5251CFFA" w14:textId="7784C424" w:rsidR="00CC5C40" w:rsidRPr="00D61D3D" w:rsidRDefault="00CC5C40" w:rsidP="00235CE6">
      <w:pPr>
        <w:spacing w:after="200" w:line="276" w:lineRule="auto"/>
        <w:rPr>
          <w:u w:val="single"/>
          <w:lang w:val="en-GB"/>
        </w:rPr>
      </w:pPr>
      <w:r w:rsidRPr="00D61D3D">
        <w:rPr>
          <w:u w:val="single"/>
          <w:lang w:val="en-GB"/>
        </w:rPr>
        <w:t xml:space="preserve">I caught the train   </w:t>
      </w:r>
    </w:p>
    <w:p w14:paraId="7E7D9756" w14:textId="77777777" w:rsidR="00162A26" w:rsidRPr="00D61D3D" w:rsidRDefault="00162A26">
      <w:pPr>
        <w:spacing w:after="200" w:line="276" w:lineRule="auto"/>
        <w:rPr>
          <w:b/>
          <w:bCs/>
          <w:sz w:val="28"/>
          <w:szCs w:val="28"/>
          <w:lang w:val="en-GB"/>
        </w:rPr>
      </w:pPr>
      <w:r w:rsidRPr="00D61D3D">
        <w:rPr>
          <w:b/>
          <w:bCs/>
          <w:sz w:val="28"/>
          <w:szCs w:val="28"/>
          <w:lang w:val="en-GB"/>
        </w:rPr>
        <w:br w:type="page"/>
      </w:r>
    </w:p>
    <w:p w14:paraId="3323B634" w14:textId="77777777" w:rsidR="00162A26" w:rsidRPr="00D61D3D" w:rsidRDefault="00162A26" w:rsidP="00162A26">
      <w:pPr>
        <w:rPr>
          <w:lang w:val="en-GB"/>
        </w:rPr>
      </w:pPr>
      <w:r w:rsidRPr="00D61D3D">
        <w:rPr>
          <w:b/>
          <w:bCs/>
          <w:lang w:val="en-GB"/>
        </w:rPr>
        <w:lastRenderedPageBreak/>
        <w:t>Where the West Ends</w:t>
      </w:r>
      <w:r w:rsidRPr="00D61D3D">
        <w:rPr>
          <w:lang w:val="en-GB"/>
        </w:rPr>
        <w:br/>
      </w:r>
      <w:r w:rsidRPr="00D61D3D">
        <w:rPr>
          <w:i/>
          <w:iCs/>
          <w:lang w:val="en-GB"/>
        </w:rPr>
        <w:t>Part I – Drifting East</w:t>
      </w:r>
    </w:p>
    <w:p w14:paraId="7C11BB62" w14:textId="77777777" w:rsidR="00162A26" w:rsidRPr="00D61D3D" w:rsidRDefault="00162A26" w:rsidP="00162A26">
      <w:pPr>
        <w:rPr>
          <w:lang w:val="en-GB"/>
        </w:rPr>
      </w:pPr>
      <w:r w:rsidRPr="00D61D3D">
        <w:rPr>
          <w:lang w:val="en-GB"/>
        </w:rPr>
        <w:t>The summer lingered that year—sticky, indecisive, like a record stuck on the last groove. The canals in Amsterdam shimmered under a golden haze. The city moved as always, but something in me had already let go. I still showed up on the building site each morning—hammer, sweat, climb, descend—but my mind was elsewhere, fraying at the edges. The days stretched long and empty, taut as a rubber band about to snap.</w:t>
      </w:r>
    </w:p>
    <w:p w14:paraId="4F4E9E47" w14:textId="77777777" w:rsidR="00162A26" w:rsidRPr="00D61D3D" w:rsidRDefault="00162A26" w:rsidP="00162A26">
      <w:pPr>
        <w:rPr>
          <w:lang w:val="en-GB"/>
        </w:rPr>
      </w:pPr>
      <w:r w:rsidRPr="00D61D3D">
        <w:rPr>
          <w:lang w:val="en-GB"/>
        </w:rPr>
        <w:t>Evenings were quieter now. I stopped going out much. I wandered instead, letting the silence of the city speak in ways people couldn’t. I’d walk along the Amstel, following the water like it might answer something. Something had ended. Not just with Sieu. Not just Tommy moving on. A whole chapter felt finished—one that had begun way back in Paris, or maybe Angers, where the cherry blossoms drifted like snow and the wine ran deeper than water. The floating feeling had returned. That ghost of not belonging.</w:t>
      </w:r>
    </w:p>
    <w:p w14:paraId="161AF76A" w14:textId="77777777" w:rsidR="00162A26" w:rsidRPr="00D61D3D" w:rsidRDefault="00162A26" w:rsidP="00162A26">
      <w:pPr>
        <w:rPr>
          <w:lang w:val="en-GB"/>
        </w:rPr>
      </w:pPr>
      <w:r w:rsidRPr="00D61D3D">
        <w:rPr>
          <w:lang w:val="en-GB"/>
        </w:rPr>
        <w:t>One night, I passed an old bookshop hidden behind a tram stop. I hadn’t planned to go in, but something—maybe the smell of old paper or just the pull of something forgotten—drew me inside. I picked up a book about the Eastern Bloc. Half travelogue, half survival manual. And just like that, a new idea was born: Go East.</w:t>
      </w:r>
    </w:p>
    <w:p w14:paraId="23926D62" w14:textId="766A0001" w:rsidR="00162A26" w:rsidRPr="00D61D3D" w:rsidRDefault="00162A26" w:rsidP="00162A26">
      <w:pPr>
        <w:rPr>
          <w:lang w:val="en-GB"/>
        </w:rPr>
      </w:pPr>
      <w:r w:rsidRPr="00D61D3D">
        <w:rPr>
          <w:lang w:val="en-GB"/>
        </w:rPr>
        <w:t xml:space="preserve">Everyone else talked about heading West—Canada, America, escape and reinvention. But what about the other way? What about where the map smudged, where things got </w:t>
      </w:r>
      <w:r w:rsidR="0029788B" w:rsidRPr="00D61D3D">
        <w:rPr>
          <w:lang w:val="en-GB"/>
        </w:rPr>
        <w:t>grey,</w:t>
      </w:r>
      <w:r w:rsidRPr="00D61D3D">
        <w:rPr>
          <w:lang w:val="en-GB"/>
        </w:rPr>
        <w:t xml:space="preserve"> and voices quieted? I wanted to see what lived behind the curtain—and what had died there.</w:t>
      </w:r>
    </w:p>
    <w:p w14:paraId="437B1434" w14:textId="77777777" w:rsidR="00162A26" w:rsidRPr="00D61D3D" w:rsidRDefault="00162A26" w:rsidP="00162A26">
      <w:pPr>
        <w:rPr>
          <w:lang w:val="en-GB"/>
        </w:rPr>
      </w:pPr>
      <w:r w:rsidRPr="00D61D3D">
        <w:rPr>
          <w:lang w:val="en-GB"/>
        </w:rPr>
        <w:t>I gave my notice at the site that week. No real plan. Just a compass point. Just movement. I packed light: a guitar, a worn coat, my notebook, a map of Europe, and the rucksack that had already seen too many miles.</w:t>
      </w:r>
    </w:p>
    <w:p w14:paraId="63C2F34B" w14:textId="77777777" w:rsidR="00162A26" w:rsidRPr="00D61D3D" w:rsidRDefault="00162A26" w:rsidP="00162A26">
      <w:pPr>
        <w:rPr>
          <w:lang w:val="en-GB"/>
        </w:rPr>
      </w:pPr>
      <w:r w:rsidRPr="00D61D3D">
        <w:rPr>
          <w:lang w:val="en-GB"/>
        </w:rPr>
        <w:t>Amsterdam had begun to close in—too neat, too certain. I needed the uncertainty again. The crackle. I wanted fog, not fluorescent light. I wanted the kind of silence that made you listen deeper. Tommy was gone, and the memory of Sieu was still sore, a soft bruise I kept pressing. Something in me was cracking… or maybe blooming.</w:t>
      </w:r>
    </w:p>
    <w:p w14:paraId="48FC6D5F" w14:textId="77777777" w:rsidR="00162A26" w:rsidRPr="00D61D3D" w:rsidRDefault="00162A26" w:rsidP="00162A26">
      <w:pPr>
        <w:rPr>
          <w:lang w:val="en-GB"/>
        </w:rPr>
      </w:pPr>
      <w:r w:rsidRPr="00D61D3D">
        <w:rPr>
          <w:lang w:val="en-GB"/>
        </w:rPr>
        <w:t>The border came sooner than expected—concrete, barbed wire, faces like shut doors, and that heavy silence you can drown in. They handled my Irish passport like it was counterfeit—curious, suspicious. I stood there, young and weathered just enough to look older, as the guard finally dropped the stamp like a gavel.</w:t>
      </w:r>
      <w:r w:rsidRPr="00D61D3D">
        <w:rPr>
          <w:lang w:val="en-GB"/>
        </w:rPr>
        <w:br/>
        <w:t>Behind me: beer, music, familiar sins.</w:t>
      </w:r>
      <w:r w:rsidRPr="00D61D3D">
        <w:rPr>
          <w:lang w:val="en-GB"/>
        </w:rPr>
        <w:br/>
        <w:t>Ahead of me: silence, suspicion, and something I couldn’t name yet.</w:t>
      </w:r>
    </w:p>
    <w:p w14:paraId="5C4F6D7B" w14:textId="77777777" w:rsidR="00B5023C" w:rsidRPr="00D61D3D" w:rsidRDefault="00B5023C" w:rsidP="00235CE6">
      <w:pPr>
        <w:spacing w:after="200" w:line="276" w:lineRule="auto"/>
        <w:rPr>
          <w:lang w:val="en-GB"/>
        </w:rPr>
      </w:pPr>
    </w:p>
    <w:p w14:paraId="24926EA4" w14:textId="77777777" w:rsidR="005C1A60" w:rsidRDefault="005C1A60">
      <w:pPr>
        <w:spacing w:after="200" w:line="276" w:lineRule="auto"/>
        <w:rPr>
          <w:b/>
          <w:bCs/>
          <w:lang w:val="en-GB"/>
        </w:rPr>
      </w:pPr>
      <w:r>
        <w:rPr>
          <w:b/>
          <w:bCs/>
          <w:lang w:val="en-GB"/>
        </w:rPr>
        <w:br w:type="page"/>
      </w:r>
    </w:p>
    <w:p w14:paraId="35EFC7DE" w14:textId="2C070689" w:rsidR="00162A26" w:rsidRPr="00D61D3D" w:rsidRDefault="00162A26" w:rsidP="00162A26">
      <w:pPr>
        <w:rPr>
          <w:lang w:val="en-GB"/>
        </w:rPr>
      </w:pPr>
      <w:r w:rsidRPr="00D61D3D">
        <w:rPr>
          <w:b/>
          <w:bCs/>
          <w:lang w:val="en-GB"/>
        </w:rPr>
        <w:lastRenderedPageBreak/>
        <w:t>Part II – Through Germany, Austria, and Into Yugoslavia</w:t>
      </w:r>
    </w:p>
    <w:p w14:paraId="4AD36AB0" w14:textId="77777777" w:rsidR="00162A26" w:rsidRPr="00D61D3D" w:rsidRDefault="00162A26" w:rsidP="00162A26">
      <w:pPr>
        <w:rPr>
          <w:lang w:val="en-GB"/>
        </w:rPr>
      </w:pPr>
      <w:r w:rsidRPr="00D61D3D">
        <w:rPr>
          <w:lang w:val="en-GB"/>
        </w:rPr>
        <w:t>The road east from Holland unfolded like a long metallic thought—uneasy and unsleeping. Fields turned from flat to forested. Germany felt different, brooding, inward. Even the trees seemed to huddle closer together.</w:t>
      </w:r>
    </w:p>
    <w:p w14:paraId="2BB0B004" w14:textId="77777777" w:rsidR="00162A26" w:rsidRPr="00D61D3D" w:rsidRDefault="00162A26" w:rsidP="00162A26">
      <w:pPr>
        <w:rPr>
          <w:lang w:val="en-GB"/>
        </w:rPr>
      </w:pPr>
      <w:r w:rsidRPr="00D61D3D">
        <w:rPr>
          <w:lang w:val="en-GB"/>
        </w:rPr>
        <w:t>A lift in Düsseldorf came from a young woman heading toward Frankfurt. We agreed to find a campsite, but the ground was too wet. We slept in her car, each in our own sleeping bag, damp and quiet. In the morning, I bought breakfast. We parted ways just outside Frankfurt, with nothing much said but something kind left behind.</w:t>
      </w:r>
    </w:p>
    <w:p w14:paraId="345D4745" w14:textId="77777777" w:rsidR="00162A26" w:rsidRPr="00D61D3D" w:rsidRDefault="00162A26" w:rsidP="00162A26">
      <w:pPr>
        <w:rPr>
          <w:lang w:val="en-GB"/>
        </w:rPr>
      </w:pPr>
      <w:r w:rsidRPr="00D61D3D">
        <w:rPr>
          <w:lang w:val="en-GB"/>
        </w:rPr>
        <w:t>From there, I caught another lift south to Munich, then onwards to Salzburg, where I rested for two days at a small campsite. That’s where I met a Dutch guy and two Belgian girls who were pitched next to me. He was walking across Europe. They were on holiday. One evening, a session started around an improvised campfire. Music, wine, laughter—stories exchanged in the shared language of road-weary youth. The Belgian girl and the Dutch lad disappeared into a tent together. Her friend, without a place to sleep, accepted my offer to share mine. No attachments, no intentions—just shelter from the cold.</w:t>
      </w:r>
    </w:p>
    <w:p w14:paraId="7983F648" w14:textId="77777777" w:rsidR="00162A26" w:rsidRPr="00D61D3D" w:rsidRDefault="00162A26" w:rsidP="00162A26">
      <w:pPr>
        <w:rPr>
          <w:lang w:val="en-GB"/>
        </w:rPr>
      </w:pPr>
      <w:r w:rsidRPr="00D61D3D">
        <w:rPr>
          <w:lang w:val="en-GB"/>
        </w:rPr>
        <w:t>The next morning, we had breakfast together, then we all went our separate ways.</w:t>
      </w:r>
    </w:p>
    <w:p w14:paraId="568C2EA7" w14:textId="77777777" w:rsidR="00162A26" w:rsidRPr="00D61D3D" w:rsidRDefault="00162A26" w:rsidP="00162A26">
      <w:pPr>
        <w:rPr>
          <w:lang w:val="en-GB"/>
        </w:rPr>
      </w:pPr>
      <w:r w:rsidRPr="00D61D3D">
        <w:rPr>
          <w:lang w:val="en-GB"/>
        </w:rPr>
        <w:t>I made for the Yugoslavian border. Back then, you needed a visa. Embassies could take weeks, but train stations and border posts offered quick tourist permits—four weeks maximum. I approached the guard with my Irish passport, a rare bird in those parts. He flipped through it thoroughly, asked what language it was printed in, asked about Ireland itself, my plans, my money. I exchanged U.S. dollars for Yugoslavian dinars—three dollars per day, the mandatory conversion rate. I worried it wouldn't be enough. I was wrong. It was almost impossible to spend that much each day.</w:t>
      </w:r>
    </w:p>
    <w:p w14:paraId="5AE6984E" w14:textId="77777777" w:rsidR="00162A26" w:rsidRPr="00D61D3D" w:rsidRDefault="00162A26" w:rsidP="00162A26">
      <w:pPr>
        <w:rPr>
          <w:lang w:val="en-GB"/>
        </w:rPr>
      </w:pPr>
      <w:r w:rsidRPr="00D61D3D">
        <w:rPr>
          <w:lang w:val="en-GB"/>
        </w:rPr>
        <w:t>What shocked me more: you couldn’t take any money out. Leftover dinars had to be handed in at the border. They gave you a receipt—for next time. No refund.</w:t>
      </w:r>
    </w:p>
    <w:p w14:paraId="5B6DC7CB" w14:textId="77777777" w:rsidR="00162A26" w:rsidRPr="00D61D3D" w:rsidRDefault="00162A26" w:rsidP="00162A26">
      <w:pPr>
        <w:rPr>
          <w:lang w:val="en-GB"/>
        </w:rPr>
      </w:pPr>
      <w:r w:rsidRPr="00D61D3D">
        <w:rPr>
          <w:lang w:val="en-GB"/>
        </w:rPr>
        <w:t>The guard was stern but kind. He warned me gently: follow the rules, avoid certain regions, and keep your papers clean.</w:t>
      </w:r>
      <w:r w:rsidRPr="00D61D3D">
        <w:rPr>
          <w:lang w:val="en-GB"/>
        </w:rPr>
        <w:br/>
        <w:t>“How long will you stay?” he asked.</w:t>
      </w:r>
      <w:r w:rsidRPr="00D61D3D">
        <w:rPr>
          <w:lang w:val="en-GB"/>
        </w:rPr>
        <w:br/>
        <w:t>I shrugged. “As long as it suits me.”</w:t>
      </w:r>
      <w:r w:rsidRPr="00D61D3D">
        <w:rPr>
          <w:lang w:val="en-GB"/>
        </w:rPr>
        <w:br/>
        <w:t>And with that, I was in.</w:t>
      </w:r>
    </w:p>
    <w:p w14:paraId="1D96A053" w14:textId="77777777" w:rsidR="00162A26" w:rsidRPr="00D61D3D" w:rsidRDefault="00162A26" w:rsidP="00162A26">
      <w:pPr>
        <w:rPr>
          <w:lang w:val="en-GB"/>
        </w:rPr>
      </w:pPr>
      <w:r w:rsidRPr="00D61D3D">
        <w:rPr>
          <w:lang w:val="en-GB"/>
        </w:rPr>
        <w:t>No barking dogs, no drawn rifles. Just a man in a cap thumbing a passport, stamping it like it was nothing. But to me, it was everything.</w:t>
      </w:r>
      <w:r w:rsidRPr="00D61D3D">
        <w:rPr>
          <w:lang w:val="en-GB"/>
        </w:rPr>
        <w:br/>
        <w:t>Welcome to Yugoslavia.</w:t>
      </w:r>
    </w:p>
    <w:p w14:paraId="36914102" w14:textId="77777777" w:rsidR="00162A26" w:rsidRPr="00D61D3D" w:rsidRDefault="00162A26" w:rsidP="00162A26">
      <w:pPr>
        <w:rPr>
          <w:lang w:val="en-GB"/>
        </w:rPr>
      </w:pPr>
    </w:p>
    <w:p w14:paraId="7D77ADAF" w14:textId="77777777" w:rsidR="00162A26" w:rsidRPr="00D61D3D" w:rsidRDefault="00162A26" w:rsidP="00162A26">
      <w:pPr>
        <w:rPr>
          <w:lang w:val="en-GB"/>
        </w:rPr>
      </w:pPr>
    </w:p>
    <w:p w14:paraId="734F091C" w14:textId="77777777" w:rsidR="00162A26" w:rsidRPr="00D61D3D" w:rsidRDefault="00162A26" w:rsidP="00162A26">
      <w:pPr>
        <w:rPr>
          <w:lang w:val="en-GB"/>
        </w:rPr>
      </w:pPr>
      <w:r w:rsidRPr="00D61D3D">
        <w:rPr>
          <w:b/>
          <w:bCs/>
          <w:lang w:val="en-GB"/>
        </w:rPr>
        <w:t>Where the West Ends</w:t>
      </w:r>
      <w:r w:rsidRPr="00D61D3D">
        <w:rPr>
          <w:lang w:val="en-GB"/>
        </w:rPr>
        <w:br/>
      </w:r>
      <w:r w:rsidRPr="00D61D3D">
        <w:rPr>
          <w:i/>
          <w:iCs/>
          <w:lang w:val="en-GB"/>
        </w:rPr>
        <w:t>Part III – The Grey That Spoke in Silence</w:t>
      </w:r>
    </w:p>
    <w:p w14:paraId="3A1D5EA6" w14:textId="77777777" w:rsidR="00162A26" w:rsidRPr="00D61D3D" w:rsidRDefault="00162A26" w:rsidP="00162A26">
      <w:pPr>
        <w:rPr>
          <w:lang w:val="en-GB"/>
        </w:rPr>
      </w:pPr>
      <w:r w:rsidRPr="00D61D3D">
        <w:rPr>
          <w:lang w:val="en-GB"/>
        </w:rPr>
        <w:t xml:space="preserve">The first thing I noticed in Yugoslavia was the quiet. Not the peaceful kind, but the kind that feels like it’s watching you. Even the birds seemed to keep their songs to themselves. The buildings looked undecided—half-Communist </w:t>
      </w:r>
      <w:proofErr w:type="spellStart"/>
      <w:r w:rsidRPr="00D61D3D">
        <w:rPr>
          <w:lang w:val="en-GB"/>
        </w:rPr>
        <w:t>block</w:t>
      </w:r>
      <w:proofErr w:type="spellEnd"/>
      <w:r w:rsidRPr="00D61D3D">
        <w:rPr>
          <w:lang w:val="en-GB"/>
        </w:rPr>
        <w:t>, half-forgotten Austro-Hungarian daydream. There were cracks in everything, but nothing had fallen apart. Not yet.</w:t>
      </w:r>
    </w:p>
    <w:p w14:paraId="13C4DA4D" w14:textId="77777777" w:rsidR="00162A26" w:rsidRPr="00D61D3D" w:rsidRDefault="00162A26" w:rsidP="00162A26">
      <w:pPr>
        <w:rPr>
          <w:lang w:val="en-GB"/>
        </w:rPr>
      </w:pPr>
      <w:r w:rsidRPr="00D61D3D">
        <w:rPr>
          <w:lang w:val="en-GB"/>
        </w:rPr>
        <w:t xml:space="preserve">Ljubljana was my first stop. The city sat like an overlooked poem—elegant, modest, speaking in muted tones. I walked its winding streets, past bookstalls and shuttered cafes, past old men in wrinkled suits playing chess on stone tables. A bridge curved like a </w:t>
      </w:r>
      <w:r w:rsidRPr="00D61D3D">
        <w:rPr>
          <w:lang w:val="en-GB"/>
        </w:rPr>
        <w:lastRenderedPageBreak/>
        <w:t>question mark over the river. The graffiti was political but whispered. Even the revolution here had good manners.</w:t>
      </w:r>
    </w:p>
    <w:p w14:paraId="01F78734" w14:textId="77777777" w:rsidR="00162A26" w:rsidRPr="00D61D3D" w:rsidRDefault="00162A26" w:rsidP="00162A26">
      <w:pPr>
        <w:rPr>
          <w:lang w:val="en-GB"/>
        </w:rPr>
      </w:pPr>
      <w:r w:rsidRPr="00D61D3D">
        <w:rPr>
          <w:lang w:val="en-GB"/>
        </w:rPr>
        <w:t>A hostel run by students took me in. We shared soup, stale bread, rakija, and long, cautious conversations in fractured German or gestures and nods. One of them, Milan, asked if Ireland had tanks in the streets. I laughed. He didn’t. The boy had never left Slovenia but could name every NATO general. He showed me a notebook filled with quotes from Sartre and Tito, written in the same hand as his shopping lists.</w:t>
      </w:r>
    </w:p>
    <w:p w14:paraId="100A9775" w14:textId="77777777" w:rsidR="00162A26" w:rsidRPr="00D61D3D" w:rsidRDefault="00162A26" w:rsidP="00162A26">
      <w:pPr>
        <w:rPr>
          <w:lang w:val="en-GB"/>
        </w:rPr>
      </w:pPr>
      <w:r w:rsidRPr="00D61D3D">
        <w:rPr>
          <w:lang w:val="en-GB"/>
        </w:rPr>
        <w:t>I played a few songs on my guitar one evening in the courtyard. They didn’t know the words, but they nodded along. One girl cried quietly during “The Parting Glass.” I didn’t ask why.</w:t>
      </w:r>
    </w:p>
    <w:p w14:paraId="01611483" w14:textId="77777777" w:rsidR="00162A26" w:rsidRPr="00D61D3D" w:rsidRDefault="00162A26" w:rsidP="00162A26">
      <w:pPr>
        <w:rPr>
          <w:lang w:val="en-GB"/>
        </w:rPr>
      </w:pPr>
      <w:r w:rsidRPr="00D61D3D">
        <w:rPr>
          <w:lang w:val="en-GB"/>
        </w:rPr>
        <w:t>From Ljubljana, I hitched southeast toward Zagreb. The rides grew scarcer. I started walking more, sleeping in fields or abandoned sheds. I met a couple of students returning from Belgrade with stories of protests—small ones, they said, but growing. They spoke of cracks in the Federation, of Albanian unrest, of Serbian nationalism curling like smoke in the distance.</w:t>
      </w:r>
    </w:p>
    <w:p w14:paraId="045CA821" w14:textId="77777777" w:rsidR="00162A26" w:rsidRPr="00D61D3D" w:rsidRDefault="00162A26" w:rsidP="00162A26">
      <w:pPr>
        <w:rPr>
          <w:lang w:val="en-GB"/>
        </w:rPr>
      </w:pPr>
      <w:r w:rsidRPr="00D61D3D">
        <w:rPr>
          <w:lang w:val="en-GB"/>
        </w:rPr>
        <w:t>In Zagreb, the tension was harder to ignore. Posters of Tito still clung to walls, sun-faded and fluttering like dying leaves. The old man was dead, but his image lingered everywhere, like a father no one wanted to bury. Some people nodded toward his portrait with reverence. Others spat near it when they thought no one was looking.</w:t>
      </w:r>
    </w:p>
    <w:p w14:paraId="71AAB8DA" w14:textId="77777777" w:rsidR="00162A26" w:rsidRPr="00D61D3D" w:rsidRDefault="00162A26" w:rsidP="00162A26">
      <w:pPr>
        <w:rPr>
          <w:lang w:val="en-GB"/>
        </w:rPr>
      </w:pPr>
      <w:r w:rsidRPr="00D61D3D">
        <w:rPr>
          <w:lang w:val="en-GB"/>
        </w:rPr>
        <w:t>I stayed in a church hostel near the train station—cheap and austere. The nun at the desk asked if I was Catholic, then smiled when I said “Yes, but with a few questions.” She told me Belgrade was worth seeing, but not to speak English too loudly there. Irish, she said, might still pass for neutral.</w:t>
      </w:r>
    </w:p>
    <w:p w14:paraId="3D8277BF" w14:textId="77777777" w:rsidR="00162A26" w:rsidRPr="00D61D3D" w:rsidRDefault="00162A26" w:rsidP="00162A26">
      <w:pPr>
        <w:rPr>
          <w:lang w:val="en-GB"/>
        </w:rPr>
      </w:pPr>
      <w:r w:rsidRPr="00D61D3D">
        <w:rPr>
          <w:lang w:val="en-GB"/>
        </w:rPr>
        <w:t>The road to Belgrade was long, and the landscape began to shift—flatter, hungrier, somehow heavier. The colour palette faded: greys, browns, a pale olive sky that never quite turned blue. The cars were older. The people less curious. I was no longer a novelty.</w:t>
      </w:r>
    </w:p>
    <w:p w14:paraId="5138B5E0" w14:textId="77777777" w:rsidR="00162A26" w:rsidRPr="00D61D3D" w:rsidRDefault="00162A26" w:rsidP="00162A26">
      <w:pPr>
        <w:rPr>
          <w:lang w:val="en-GB"/>
        </w:rPr>
      </w:pPr>
      <w:r w:rsidRPr="00D61D3D">
        <w:rPr>
          <w:lang w:val="en-GB"/>
        </w:rPr>
        <w:t>I shared one ride with a lorry driver who chain-smoked and listened to folk songs sung in minor keys. He said nothing for hours. At one rest stop, he offered me a cigarette and said, “People here… we wait too long. For jobs. For justice. For war.” Then he went back to silence. I never learned his name.</w:t>
      </w:r>
    </w:p>
    <w:p w14:paraId="07A623E7" w14:textId="77777777" w:rsidR="00162A26" w:rsidRPr="00D61D3D" w:rsidRDefault="00162A26" w:rsidP="00162A26">
      <w:pPr>
        <w:rPr>
          <w:lang w:val="en-GB"/>
        </w:rPr>
      </w:pPr>
      <w:r w:rsidRPr="00D61D3D">
        <w:rPr>
          <w:lang w:val="en-GB"/>
        </w:rPr>
        <w:t>Belgrade arrived like a bruise on the landscape—dark, pulsing, and strangely beautiful. It looked like it had survived something no one wanted to name. I found a cheap room above a cafe. The owner was friendly but wary. He warned me not to walk alone near the river after dark, not because of crime, but because of “men who ask questions.” I didn’t ask which kind.</w:t>
      </w:r>
    </w:p>
    <w:p w14:paraId="0BBBFA03" w14:textId="77777777" w:rsidR="00162A26" w:rsidRPr="00D61D3D" w:rsidRDefault="00162A26" w:rsidP="00162A26">
      <w:pPr>
        <w:rPr>
          <w:lang w:val="en-GB"/>
        </w:rPr>
      </w:pPr>
      <w:r w:rsidRPr="00D61D3D">
        <w:rPr>
          <w:lang w:val="en-GB"/>
        </w:rPr>
        <w:t>I wandered through the old Ottoman fortress overlooking the Danube, the wind tugging at my coat. A group of teenagers were spray-painting a mural nearby—something abstract and angry, red on black. I watched until one of them noticed me and gave a small nod. I nodded back and kept walking.</w:t>
      </w:r>
    </w:p>
    <w:p w14:paraId="4572F532" w14:textId="77777777" w:rsidR="00162A26" w:rsidRPr="00D61D3D" w:rsidRDefault="00162A26" w:rsidP="00162A26">
      <w:pPr>
        <w:rPr>
          <w:lang w:val="en-GB"/>
        </w:rPr>
      </w:pPr>
      <w:r w:rsidRPr="00D61D3D">
        <w:rPr>
          <w:lang w:val="en-GB"/>
        </w:rPr>
        <w:t>The people in Belgrade carried themselves like they’d been lied to for too long. Their eyes were older than their faces. But in the bars, when the plum brandy flowed and the guitars came out, something broke open. The sorrow turned to fire. A kind of defiance I hadn’t seen before. This was not the West’s version of rebellion. This was older. Blood-deep.</w:t>
      </w:r>
    </w:p>
    <w:p w14:paraId="66354A2A" w14:textId="77777777" w:rsidR="00162A26" w:rsidRPr="00D61D3D" w:rsidRDefault="00162A26" w:rsidP="00162A26">
      <w:pPr>
        <w:rPr>
          <w:lang w:val="en-GB"/>
        </w:rPr>
      </w:pPr>
      <w:r w:rsidRPr="00D61D3D">
        <w:rPr>
          <w:lang w:val="en-GB"/>
        </w:rPr>
        <w:lastRenderedPageBreak/>
        <w:t>I left Belgrade with a pocketful of poems someone gave me—translated bits of Ivo Andrić, crumpled and smudged from bar sweat and cigarette ash. I didn’t understand all the words, but I understood the weight.</w:t>
      </w:r>
    </w:p>
    <w:p w14:paraId="256B26A5" w14:textId="77777777" w:rsidR="00162A26" w:rsidRPr="00D61D3D" w:rsidRDefault="00162A26" w:rsidP="00162A26">
      <w:pPr>
        <w:rPr>
          <w:lang w:val="en-GB"/>
        </w:rPr>
      </w:pPr>
      <w:r w:rsidRPr="00D61D3D">
        <w:rPr>
          <w:lang w:val="en-GB"/>
        </w:rPr>
        <w:t>I knew then I was moving further and further from anything I could explain. But I also knew I couldn’t go back—not yet.</w:t>
      </w:r>
    </w:p>
    <w:p w14:paraId="1AB6454F" w14:textId="77777777" w:rsidR="00162A26" w:rsidRPr="00D61D3D" w:rsidRDefault="00162A26" w:rsidP="00162A26">
      <w:pPr>
        <w:rPr>
          <w:lang w:val="en-GB"/>
        </w:rPr>
      </w:pPr>
    </w:p>
    <w:p w14:paraId="3D2CC000" w14:textId="522D5A9C" w:rsidR="00A3715F" w:rsidRPr="00D61D3D" w:rsidRDefault="00A3715F">
      <w:pPr>
        <w:spacing w:after="200" w:line="276" w:lineRule="auto"/>
        <w:rPr>
          <w:lang w:val="en-GB"/>
        </w:rPr>
      </w:pPr>
      <w:r w:rsidRPr="00D61D3D">
        <w:rPr>
          <w:lang w:val="en-GB"/>
        </w:rPr>
        <w:br w:type="page"/>
      </w:r>
    </w:p>
    <w:p w14:paraId="0A13C1AC" w14:textId="77777777" w:rsidR="00A3715F" w:rsidRPr="00D61D3D" w:rsidRDefault="00A3715F" w:rsidP="00A3715F">
      <w:pPr>
        <w:spacing w:after="200" w:line="276" w:lineRule="auto"/>
        <w:rPr>
          <w:b/>
          <w:bCs/>
          <w:lang w:val="en-GB"/>
        </w:rPr>
      </w:pPr>
      <w:r w:rsidRPr="00D61D3D">
        <w:rPr>
          <w:b/>
          <w:bCs/>
          <w:i/>
          <w:iCs/>
          <w:lang w:val="en-GB"/>
        </w:rPr>
        <w:lastRenderedPageBreak/>
        <w:t>Where the Dread Begins: Entering the Carpathian Veil</w:t>
      </w:r>
    </w:p>
    <w:p w14:paraId="32F9A02D" w14:textId="77777777" w:rsidR="00A3715F" w:rsidRPr="00D61D3D" w:rsidRDefault="00A3715F" w:rsidP="00A3715F">
      <w:pPr>
        <w:spacing w:after="200" w:line="276" w:lineRule="auto"/>
        <w:rPr>
          <w:lang w:val="en-GB"/>
        </w:rPr>
      </w:pPr>
      <w:r w:rsidRPr="00D61D3D">
        <w:rPr>
          <w:lang w:val="en-GB"/>
        </w:rPr>
        <w:t xml:space="preserve">I had worked out my route east and decided the best course was to take the train from Belgrade to Bucharest. That particular line was well-worn by foreigners, and the bureaucracy, while tedious, was less suffocating than at other crossings. I could return my Yugoslavian dinars on board with the guards—officially or otherwise—and the Romanians, for a fee, were happy to issue visas </w:t>
      </w:r>
      <w:proofErr w:type="spellStart"/>
      <w:r w:rsidRPr="00D61D3D">
        <w:rPr>
          <w:lang w:val="en-GB"/>
        </w:rPr>
        <w:t>en</w:t>
      </w:r>
      <w:proofErr w:type="spellEnd"/>
      <w:r w:rsidRPr="00D61D3D">
        <w:rPr>
          <w:lang w:val="en-GB"/>
        </w:rPr>
        <w:t xml:space="preserve"> route. I’d done something similar before in Yugoslavia. A little money passed hand to hand, a nod, a stamp, and we were all playing by the rules—on paper.</w:t>
      </w:r>
    </w:p>
    <w:p w14:paraId="2D82BD22" w14:textId="77777777" w:rsidR="00A3715F" w:rsidRPr="00D61D3D" w:rsidRDefault="00A3715F" w:rsidP="00A3715F">
      <w:pPr>
        <w:spacing w:after="200" w:line="276" w:lineRule="auto"/>
        <w:rPr>
          <w:lang w:val="en-GB"/>
        </w:rPr>
      </w:pPr>
      <w:r w:rsidRPr="00D61D3D">
        <w:rPr>
          <w:lang w:val="en-GB"/>
        </w:rPr>
        <w:t>I’d spent almost a month in Yugoslavia and had truly enjoyed it. The landscapes were wild and honest, the people proud and warm, though never naïve. But there was a tension in the air that no amount of hospitality could mask. The seams were fraying. The polite silences around certain topics had grown too thin. Something was stirring beneath the surface, and nobody knew quite how or when it might break loose.</w:t>
      </w:r>
    </w:p>
    <w:p w14:paraId="0B9E9294" w14:textId="77777777" w:rsidR="00A3715F" w:rsidRPr="00D61D3D" w:rsidRDefault="00A3715F" w:rsidP="00A3715F">
      <w:pPr>
        <w:spacing w:after="200" w:line="276" w:lineRule="auto"/>
        <w:rPr>
          <w:lang w:val="en-GB"/>
        </w:rPr>
      </w:pPr>
      <w:r w:rsidRPr="00D61D3D">
        <w:rPr>
          <w:lang w:val="en-GB"/>
        </w:rPr>
        <w:t>The visa, as it turned out, was the easiest part.</w:t>
      </w:r>
    </w:p>
    <w:p w14:paraId="5D69E758" w14:textId="77777777" w:rsidR="00A3715F" w:rsidRPr="00D61D3D" w:rsidRDefault="00A3715F" w:rsidP="00A3715F">
      <w:pPr>
        <w:spacing w:after="200" w:line="276" w:lineRule="auto"/>
        <w:rPr>
          <w:lang w:val="en-GB"/>
        </w:rPr>
      </w:pPr>
      <w:r w:rsidRPr="00D61D3D">
        <w:rPr>
          <w:lang w:val="en-GB"/>
        </w:rPr>
        <w:t>When we approached the Romanian border, the atmosphere shifted. Something settled into the train like a cold fog—subtle at first, then unmistakable. People grew quiet. Shoulders stiffened. There was an air of suspended judgement. Then the order came: we were to disembark and report to the border control office.</w:t>
      </w:r>
    </w:p>
    <w:p w14:paraId="42DD01EC" w14:textId="77777777" w:rsidR="00A3715F" w:rsidRPr="00D61D3D" w:rsidRDefault="00A3715F" w:rsidP="00A3715F">
      <w:pPr>
        <w:spacing w:after="200" w:line="276" w:lineRule="auto"/>
        <w:rPr>
          <w:lang w:val="en-GB"/>
        </w:rPr>
      </w:pPr>
      <w:r w:rsidRPr="00D61D3D">
        <w:rPr>
          <w:lang w:val="en-GB"/>
        </w:rPr>
        <w:t>A military presence waited for us—not just uniforms, but a performance of control. The man in charge was straight from a Kafkaesque casting call: smug, starched, and theatrical in his self-importance. He didn’t need to shout. His silence, his eyes, the set of his jaw were enough. This was his domain, and the message was clear: you’re all just passing through his theatre.</w:t>
      </w:r>
    </w:p>
    <w:p w14:paraId="339F843D" w14:textId="77777777" w:rsidR="00A3715F" w:rsidRPr="00D61D3D" w:rsidRDefault="00A3715F" w:rsidP="00A3715F">
      <w:pPr>
        <w:spacing w:after="200" w:line="276" w:lineRule="auto"/>
        <w:rPr>
          <w:lang w:val="en-GB"/>
        </w:rPr>
      </w:pPr>
      <w:r w:rsidRPr="00D61D3D">
        <w:rPr>
          <w:lang w:val="en-GB"/>
        </w:rPr>
        <w:t xml:space="preserve">We were separated into lines—Romanians, Yugoslavians, foreigners, and Roma. Each group was processed differently. Romanians were questioned, but not detained. Yugoslavians were searched, scrutinised, and sent on. We foreigners were issued a small booklet, a kind of “traveller’s commandments”: stay on main roads and motorways, exchange money only at official bureaus, and above all—stay out of trouble. The tone was diplomatic, but the eyes that handed them over were cold and watchful. The </w:t>
      </w:r>
      <w:proofErr w:type="spellStart"/>
      <w:r w:rsidRPr="00D61D3D">
        <w:rPr>
          <w:lang w:val="en-GB"/>
        </w:rPr>
        <w:t>pretense</w:t>
      </w:r>
      <w:proofErr w:type="spellEnd"/>
      <w:r w:rsidRPr="00D61D3D">
        <w:rPr>
          <w:lang w:val="en-GB"/>
        </w:rPr>
        <w:t xml:space="preserve"> of hospitality did little to hide the warning beneath.</w:t>
      </w:r>
    </w:p>
    <w:p w14:paraId="09A0F945" w14:textId="77777777" w:rsidR="00A3715F" w:rsidRPr="00D61D3D" w:rsidRDefault="00A3715F" w:rsidP="00A3715F">
      <w:pPr>
        <w:spacing w:after="200" w:line="276" w:lineRule="auto"/>
        <w:rPr>
          <w:lang w:val="en-GB"/>
        </w:rPr>
      </w:pPr>
      <w:r w:rsidRPr="00D61D3D">
        <w:rPr>
          <w:lang w:val="en-GB"/>
        </w:rPr>
        <w:t>But it was the Roma who bore the real brunt. Men and women were separated. Children stayed with their mothers, who were led into a different room—one by one. The commander himself took it upon himself to "question" the young women personally.</w:t>
      </w:r>
    </w:p>
    <w:p w14:paraId="7F878F20" w14:textId="77777777" w:rsidR="00A3715F" w:rsidRPr="00D61D3D" w:rsidRDefault="00A3715F" w:rsidP="00A3715F">
      <w:pPr>
        <w:spacing w:after="200" w:line="276" w:lineRule="auto"/>
        <w:rPr>
          <w:lang w:val="en-GB"/>
        </w:rPr>
      </w:pPr>
      <w:r w:rsidRPr="00D61D3D">
        <w:rPr>
          <w:lang w:val="en-GB"/>
        </w:rPr>
        <w:t>When they returned, their eyes told the story their mouths couldn’t. Red-rimmed, distant, shaking. The silence around them was deafening. Everyone knew what had happened—</w:t>
      </w:r>
      <w:r w:rsidRPr="00D61D3D">
        <w:rPr>
          <w:lang w:val="en-GB"/>
        </w:rPr>
        <w:lastRenderedPageBreak/>
        <w:t>what had </w:t>
      </w:r>
      <w:r w:rsidRPr="00D61D3D">
        <w:rPr>
          <w:i/>
          <w:iCs/>
          <w:lang w:val="en-GB"/>
        </w:rPr>
        <w:t>been happening</w:t>
      </w:r>
      <w:r w:rsidRPr="00D61D3D">
        <w:rPr>
          <w:lang w:val="en-GB"/>
        </w:rPr>
        <w:t>. But fists remained clenched, eyes downcast. What could anyone do? Here, the uniform ruled. Here, the chain of cruelty wore a smile.</w:t>
      </w:r>
    </w:p>
    <w:p w14:paraId="0E8AAE46" w14:textId="77777777" w:rsidR="00A3715F" w:rsidRPr="00D61D3D" w:rsidRDefault="00A3715F" w:rsidP="00A3715F">
      <w:pPr>
        <w:spacing w:after="200" w:line="276" w:lineRule="auto"/>
        <w:rPr>
          <w:lang w:val="en-GB"/>
        </w:rPr>
      </w:pPr>
      <w:r w:rsidRPr="00D61D3D">
        <w:rPr>
          <w:lang w:val="en-GB"/>
        </w:rPr>
        <w:t>I’d travelled with Roma across Ireland and Western Europe. They had their own codes, their own tight circles, but if they welcomed you, their generosity was second to none. And yet, almost everywhere, they were mistrusted, avoided, written off. In the East, it was even worse. They weren’t just unwanted—they were openly persecuted. Europe’s silent apartheid, the kind people preferred not to mention, was on full display here in the borderlands.</w:t>
      </w:r>
    </w:p>
    <w:p w14:paraId="794C5944" w14:textId="77777777" w:rsidR="00A3715F" w:rsidRPr="00D61D3D" w:rsidRDefault="00A3715F" w:rsidP="00A3715F">
      <w:pPr>
        <w:spacing w:after="200" w:line="276" w:lineRule="auto"/>
        <w:rPr>
          <w:lang w:val="en-GB"/>
        </w:rPr>
      </w:pPr>
      <w:r w:rsidRPr="00D61D3D">
        <w:rPr>
          <w:lang w:val="en-GB"/>
        </w:rPr>
        <w:t>When it was over, we were herded back onto the train, subdued and staring out at the gathering dusk. The tracks continued eastward, but something inside had shifted. Romania had revealed its first face, and it wore a mask of dread.</w:t>
      </w:r>
    </w:p>
    <w:p w14:paraId="01097B7F" w14:textId="77777777" w:rsidR="00A3715F" w:rsidRPr="00D61D3D" w:rsidRDefault="00A3715F" w:rsidP="00A3715F">
      <w:pPr>
        <w:spacing w:after="200" w:line="276" w:lineRule="auto"/>
        <w:rPr>
          <w:lang w:val="en-GB"/>
        </w:rPr>
      </w:pPr>
      <w:r w:rsidRPr="00D61D3D">
        <w:rPr>
          <w:lang w:val="en-GB"/>
        </w:rPr>
        <w:t>The ride to Bucharest was quiet. People whispered. Some prayed. The conversation stayed close to the chest. But when we finally arrived, a strange relief swept through the carriage—like coming up for air after too long beneath the ice. We spilled into the station, each of us heading our separate ways into the neon unknown.</w:t>
      </w:r>
    </w:p>
    <w:p w14:paraId="63D358ED" w14:textId="77777777" w:rsidR="00A3715F" w:rsidRPr="00D61D3D" w:rsidRDefault="00A3715F" w:rsidP="00A3715F">
      <w:pPr>
        <w:spacing w:after="200" w:line="276" w:lineRule="auto"/>
        <w:rPr>
          <w:lang w:val="en-GB"/>
        </w:rPr>
      </w:pPr>
      <w:r w:rsidRPr="00D61D3D">
        <w:rPr>
          <w:lang w:val="en-GB"/>
        </w:rPr>
        <w:t>It was late afternoon. I looked for a cheap hotel nearby. As with the train stations in France or Spain, there were always budget rooms in the orbit—grimy but tolerable, noisy but central. I scouted around and eventually found one that suited. Clean enough, cheap by Western standards, and breakfast thrown in for good measure. The reception staff were warm, if cautious, and the porter barely looked up from his book. Still, I was here. Alone, a thousand miles from home, hungry and tired—but here.</w:t>
      </w:r>
    </w:p>
    <w:p w14:paraId="3E07793B" w14:textId="77777777" w:rsidR="00A3715F" w:rsidRPr="00D61D3D" w:rsidRDefault="00A3715F" w:rsidP="00A3715F">
      <w:pPr>
        <w:spacing w:after="200" w:line="276" w:lineRule="auto"/>
        <w:rPr>
          <w:lang w:val="en-GB"/>
        </w:rPr>
      </w:pPr>
      <w:r w:rsidRPr="00D61D3D">
        <w:rPr>
          <w:lang w:val="en-GB"/>
        </w:rPr>
        <w:t>I dropped my bag, took my ID and paperwork—always—and headed back to reception. I asked about food and a bit of orientation.</w:t>
      </w:r>
    </w:p>
    <w:p w14:paraId="3FC29869" w14:textId="77777777" w:rsidR="00A3715F" w:rsidRPr="00D61D3D" w:rsidRDefault="00A3715F" w:rsidP="00A3715F">
      <w:pPr>
        <w:spacing w:after="200" w:line="276" w:lineRule="auto"/>
        <w:rPr>
          <w:lang w:val="en-GB"/>
        </w:rPr>
      </w:pPr>
      <w:r w:rsidRPr="00D61D3D">
        <w:rPr>
          <w:lang w:val="en-GB"/>
        </w:rPr>
        <w:t>The young woman at the desk smiled and said the dining room opened at seven. She offered me a city map and circled areas of interest with a red biro. “Best not to go too far after dark,” she said kindly. “Just until you know the streets.” She wasn’t being patronising—it was the sort of advice you’d give to a friend passing through your city.</w:t>
      </w:r>
    </w:p>
    <w:p w14:paraId="275DD507" w14:textId="77777777" w:rsidR="00A3715F" w:rsidRPr="00D61D3D" w:rsidRDefault="00A3715F" w:rsidP="00A3715F">
      <w:pPr>
        <w:spacing w:after="200" w:line="276" w:lineRule="auto"/>
        <w:rPr>
          <w:lang w:val="en-GB"/>
        </w:rPr>
      </w:pPr>
      <w:r w:rsidRPr="00D61D3D">
        <w:rPr>
          <w:lang w:val="en-GB"/>
        </w:rPr>
        <w:t>She warned me again—gently but clearly—about the rules. Stick to your allowed currency limit. Use only registered exchange offices. Don’t get involved in local politics. And always carry your papers. Not fearmongering—just the basics for survival in a place that watched its own citizens as closely as it watched strangers.</w:t>
      </w:r>
    </w:p>
    <w:p w14:paraId="55C24210" w14:textId="77777777" w:rsidR="00A3715F" w:rsidRPr="00D61D3D" w:rsidRDefault="00A3715F" w:rsidP="00A3715F">
      <w:pPr>
        <w:spacing w:after="200" w:line="276" w:lineRule="auto"/>
        <w:rPr>
          <w:lang w:val="en-GB"/>
        </w:rPr>
      </w:pPr>
      <w:r w:rsidRPr="00D61D3D">
        <w:rPr>
          <w:lang w:val="en-GB"/>
        </w:rPr>
        <w:t>She even helped me calculate a daily spending limit, to keep under the radar. Pointed out where the official bureaus were. Mentioned a few campsites for later in the journey. She was trying to help me slip through the net quietly.</w:t>
      </w:r>
    </w:p>
    <w:p w14:paraId="186D3575" w14:textId="77777777" w:rsidR="00A3715F" w:rsidRPr="00D61D3D" w:rsidRDefault="00A3715F" w:rsidP="00A3715F">
      <w:pPr>
        <w:spacing w:after="200" w:line="276" w:lineRule="auto"/>
        <w:rPr>
          <w:lang w:val="en-GB"/>
        </w:rPr>
      </w:pPr>
      <w:r w:rsidRPr="00D61D3D">
        <w:rPr>
          <w:lang w:val="en-GB"/>
        </w:rPr>
        <w:lastRenderedPageBreak/>
        <w:t>Dinner was modest—soup, bread, a meat dish I didn’t question too closely—but it filled the gap. Afterwards, I took a short stroll around the nearby blocks. The air felt thick but not unfriendly. Just cautious, as though the city were sizing me up.</w:t>
      </w:r>
    </w:p>
    <w:p w14:paraId="30A89495" w14:textId="77777777" w:rsidR="00A3715F" w:rsidRPr="00D61D3D" w:rsidRDefault="00A3715F" w:rsidP="00A3715F">
      <w:pPr>
        <w:spacing w:after="200" w:line="276" w:lineRule="auto"/>
        <w:rPr>
          <w:lang w:val="en-GB"/>
        </w:rPr>
      </w:pPr>
      <w:r w:rsidRPr="00D61D3D">
        <w:rPr>
          <w:lang w:val="en-GB"/>
        </w:rPr>
        <w:t>Back in my room, I lay in bed staring at the ceiling, the events of the border flickering behind my eyelids like newsreel film. Somewhere out there, beyond the maze of grey apartments and cold silence, lay the true heart of Romania. I didn’t know what I’d find. But I was already deep inside the story.</w:t>
      </w:r>
    </w:p>
    <w:p w14:paraId="4E58F21E" w14:textId="77777777" w:rsidR="00A3715F" w:rsidRPr="00D61D3D" w:rsidRDefault="00A3715F" w:rsidP="00A3715F">
      <w:pPr>
        <w:spacing w:after="200" w:line="276" w:lineRule="auto"/>
        <w:rPr>
          <w:lang w:val="en-GB"/>
        </w:rPr>
      </w:pPr>
      <w:r w:rsidRPr="00D61D3D">
        <w:rPr>
          <w:lang w:val="en-GB"/>
        </w:rPr>
        <w:t>Sleep took me quickly, but uneasily.</w:t>
      </w:r>
    </w:p>
    <w:p w14:paraId="454D4882" w14:textId="77777777" w:rsidR="00A3715F" w:rsidRPr="00D61D3D" w:rsidRDefault="00A3715F" w:rsidP="00A3715F">
      <w:pPr>
        <w:spacing w:after="200" w:line="276" w:lineRule="auto"/>
        <w:rPr>
          <w:lang w:val="en-GB"/>
        </w:rPr>
      </w:pPr>
      <w:r w:rsidRPr="00D61D3D">
        <w:rPr>
          <w:lang w:val="en-GB"/>
        </w:rPr>
        <w:t>Tomorrow, the journey would begin in earnest.</w:t>
      </w:r>
    </w:p>
    <w:p w14:paraId="30F9FFEB" w14:textId="77777777" w:rsidR="00235CE6" w:rsidRPr="00D61D3D" w:rsidRDefault="00235CE6" w:rsidP="00235CE6">
      <w:pPr>
        <w:spacing w:after="200" w:line="276" w:lineRule="auto"/>
        <w:rPr>
          <w:lang w:val="en-GB"/>
        </w:rPr>
      </w:pPr>
    </w:p>
    <w:p w14:paraId="073EE928" w14:textId="77777777" w:rsidR="006A4F73" w:rsidRPr="00D61D3D" w:rsidRDefault="006A4F73" w:rsidP="006A4F73">
      <w:pPr>
        <w:spacing w:before="100" w:beforeAutospacing="1" w:after="100" w:afterAutospacing="1"/>
        <w:rPr>
          <w:color w:val="000000"/>
          <w:lang w:val="en-GB"/>
        </w:rPr>
      </w:pPr>
      <w:r w:rsidRPr="00D61D3D">
        <w:rPr>
          <w:rStyle w:val="Strong"/>
          <w:color w:val="000000"/>
          <w:lang w:val="en-GB"/>
        </w:rPr>
        <w:t>"Echoes of the Carpathians: A Romanian Sojourn"</w:t>
      </w:r>
    </w:p>
    <w:p w14:paraId="13836984" w14:textId="77777777" w:rsidR="006A4F73" w:rsidRPr="00D61D3D" w:rsidRDefault="006A4F73" w:rsidP="006A4F73">
      <w:pPr>
        <w:spacing w:before="100" w:beforeAutospacing="1" w:after="100" w:afterAutospacing="1"/>
        <w:rPr>
          <w:color w:val="000000"/>
          <w:lang w:val="en-GB"/>
        </w:rPr>
      </w:pPr>
      <w:r w:rsidRPr="00D61D3D">
        <w:rPr>
          <w:color w:val="000000"/>
          <w:lang w:val="en-GB"/>
        </w:rPr>
        <w:t>The next morning, I departed the hotel, seeking a campsite on the city's outskirts. Hotels served their purpose, but they weren't my style. Budgeting was crucial; I needed to ensure my funds would stretch for the duration of my Romanian journey, however long that might be.</w:t>
      </w:r>
    </w:p>
    <w:p w14:paraId="3373B975" w14:textId="77777777" w:rsidR="006A4F73" w:rsidRPr="00D61D3D" w:rsidRDefault="006A4F73" w:rsidP="006A4F73">
      <w:pPr>
        <w:spacing w:before="100" w:beforeAutospacing="1" w:after="100" w:afterAutospacing="1"/>
        <w:rPr>
          <w:color w:val="000000"/>
          <w:lang w:val="en-GB"/>
        </w:rPr>
      </w:pPr>
      <w:r w:rsidRPr="00D61D3D">
        <w:rPr>
          <w:color w:val="000000"/>
          <w:lang w:val="en-GB"/>
        </w:rPr>
        <w:t>The previous night, I'd mapped out my route. Bucharest's transport system relied heavily on trams—slow but reliable, and often crowded. My journey took me southwest, to the tram line's end, where I transferred to a bus leading directly to the campsite.</w:t>
      </w:r>
    </w:p>
    <w:p w14:paraId="799E826F" w14:textId="77777777" w:rsidR="006A4F73" w:rsidRPr="00D61D3D" w:rsidRDefault="006A4F73" w:rsidP="006A4F73">
      <w:pPr>
        <w:spacing w:before="100" w:beforeAutospacing="1" w:after="100" w:afterAutospacing="1"/>
        <w:rPr>
          <w:color w:val="000000"/>
          <w:lang w:val="en-GB"/>
        </w:rPr>
      </w:pPr>
      <w:r w:rsidRPr="00D61D3D">
        <w:rPr>
          <w:color w:val="000000"/>
          <w:lang w:val="en-GB"/>
        </w:rPr>
        <w:t>The campsite was expansive. While many Romanians occupied the grounds, there was also a notable international presence: French, German, Dutch, Belgian, Italian. Initially, I worried it might be too touristy, but options were limited in the area. I registered and selected a spot on higher ground—always a safe bet. Pitching my tent took about ten minutes. I unrolled my sleeping bag, laid out some clothes to air, and set off to explore.</w:t>
      </w:r>
    </w:p>
    <w:p w14:paraId="50FEE0B9" w14:textId="77777777" w:rsidR="006A4F73" w:rsidRPr="00D61D3D" w:rsidRDefault="006A4F73" w:rsidP="006A4F73">
      <w:pPr>
        <w:spacing w:before="100" w:beforeAutospacing="1" w:after="100" w:afterAutospacing="1"/>
        <w:rPr>
          <w:color w:val="000000"/>
          <w:lang w:val="en-GB"/>
        </w:rPr>
      </w:pPr>
      <w:r w:rsidRPr="00D61D3D">
        <w:rPr>
          <w:color w:val="000000"/>
          <w:lang w:val="en-GB"/>
        </w:rPr>
        <w:t>Facilities were ample: showers, laundry, a large communal kitchen. Near the reception stood a shop, a restaurant, and a bar—everything needed to settle in comfortably.</w:t>
      </w:r>
    </w:p>
    <w:p w14:paraId="5CFFF18C" w14:textId="77777777" w:rsidR="006A4F73" w:rsidRPr="00D61D3D" w:rsidRDefault="006A4F73" w:rsidP="006A4F73">
      <w:pPr>
        <w:spacing w:before="100" w:beforeAutospacing="1" w:after="100" w:afterAutospacing="1"/>
        <w:rPr>
          <w:color w:val="000000"/>
          <w:lang w:val="en-GB"/>
        </w:rPr>
      </w:pPr>
      <w:r w:rsidRPr="00D61D3D">
        <w:rPr>
          <w:color w:val="000000"/>
          <w:lang w:val="en-GB"/>
        </w:rPr>
        <w:t>First on the agenda was laundry, followed by shopping for lunch and dinner. The shop stocked basic staples: canned goods, rice, pasta. Fresh fruits and vegetables were available, sourced from local farmers. Meat, however, was another story. It was rationed, with availability varying—mostly chicken, as meats and poultry were centrally distributed across the country.</w:t>
      </w:r>
    </w:p>
    <w:p w14:paraId="61E2679E" w14:textId="77777777" w:rsidR="006A4F73" w:rsidRPr="00D61D3D" w:rsidRDefault="006A4F73" w:rsidP="006A4F73">
      <w:pPr>
        <w:spacing w:before="100" w:beforeAutospacing="1" w:after="100" w:afterAutospacing="1"/>
        <w:rPr>
          <w:color w:val="000000"/>
          <w:lang w:val="en-GB"/>
        </w:rPr>
      </w:pPr>
      <w:r w:rsidRPr="00D61D3D">
        <w:rPr>
          <w:color w:val="000000"/>
          <w:lang w:val="en-GB"/>
        </w:rPr>
        <w:t>I recalled dining at an upscale restaurant in Sibiu weeks later. The waiter presented the menu and inquired about drinks. Our exchange relied heavily on gestures and a mix of languages. As I navigated the menu—beef, pork, bacon, fish—each choice was met with a shake of the head. "Chicken," he finally offered. "Chicken it is," I agreed.</w:t>
      </w:r>
    </w:p>
    <w:p w14:paraId="45ADF77B" w14:textId="77777777" w:rsidR="006A4F73" w:rsidRPr="00D61D3D" w:rsidRDefault="006A4F73" w:rsidP="006A4F73">
      <w:pPr>
        <w:spacing w:before="100" w:beforeAutospacing="1" w:after="100" w:afterAutospacing="1"/>
        <w:rPr>
          <w:color w:val="000000"/>
          <w:lang w:val="en-GB"/>
        </w:rPr>
      </w:pPr>
      <w:r w:rsidRPr="00D61D3D">
        <w:rPr>
          <w:color w:val="000000"/>
          <w:lang w:val="en-GB"/>
        </w:rPr>
        <w:lastRenderedPageBreak/>
        <w:t>When I requested a soft drink and some wine, the waiter returned, poured the soft drink into my glass, and then, to my surprise, added wine to the same glass. I gestured for a separate glass for the wine, realizing my Romanian and sign language skills needed improvement.</w:t>
      </w:r>
    </w:p>
    <w:p w14:paraId="3DFC16C8" w14:textId="77777777" w:rsidR="006A4F73" w:rsidRPr="00D61D3D" w:rsidRDefault="006A4F73" w:rsidP="006A4F73">
      <w:pPr>
        <w:spacing w:before="100" w:beforeAutospacing="1" w:after="100" w:afterAutospacing="1"/>
        <w:rPr>
          <w:color w:val="000000"/>
          <w:lang w:val="en-GB"/>
        </w:rPr>
      </w:pPr>
      <w:r w:rsidRPr="00D61D3D">
        <w:rPr>
          <w:color w:val="000000"/>
          <w:lang w:val="en-GB"/>
        </w:rPr>
        <w:t>Back at the campsite, I prepared lunch and tended to my laundry. In the laundry area, a few mothers—mainly French and Italian—were doing their washing. We exchanged greetings and engaged in light conversation: nationalities, travel plans, must-see sites.</w:t>
      </w:r>
    </w:p>
    <w:p w14:paraId="0B02BC1E" w14:textId="77777777" w:rsidR="006A4F73" w:rsidRPr="00D61D3D" w:rsidRDefault="006A4F73" w:rsidP="006A4F73">
      <w:pPr>
        <w:spacing w:before="100" w:beforeAutospacing="1" w:after="100" w:afterAutospacing="1"/>
        <w:rPr>
          <w:color w:val="000000"/>
          <w:lang w:val="en-GB"/>
        </w:rPr>
      </w:pPr>
      <w:r w:rsidRPr="00D61D3D">
        <w:rPr>
          <w:color w:val="000000"/>
          <w:lang w:val="en-GB"/>
        </w:rPr>
        <w:t xml:space="preserve">The Romanian campers were more reserved—not out of aloofness, but due to the pervasive atmosphere of fear under Ceaușescu's regime. Trust was scarce; </w:t>
      </w:r>
      <w:proofErr w:type="spellStart"/>
      <w:r w:rsidRPr="00D61D3D">
        <w:rPr>
          <w:color w:val="000000"/>
          <w:lang w:val="en-GB"/>
        </w:rPr>
        <w:t>neighbors</w:t>
      </w:r>
      <w:proofErr w:type="spellEnd"/>
      <w:r w:rsidRPr="00D61D3D">
        <w:rPr>
          <w:color w:val="000000"/>
          <w:lang w:val="en-GB"/>
        </w:rPr>
        <w:t xml:space="preserve"> could report one another to protect themselves or their families. Friendships were rare; reliance was placed solely on family.</w:t>
      </w:r>
    </w:p>
    <w:p w14:paraId="02F78CFD" w14:textId="77777777" w:rsidR="006A4F73" w:rsidRPr="00D61D3D" w:rsidRDefault="006A4F73" w:rsidP="006A4F73">
      <w:pPr>
        <w:spacing w:before="100" w:beforeAutospacing="1" w:after="100" w:afterAutospacing="1"/>
        <w:rPr>
          <w:color w:val="000000"/>
          <w:lang w:val="en-GB"/>
        </w:rPr>
      </w:pPr>
      <w:r w:rsidRPr="00D61D3D">
        <w:rPr>
          <w:color w:val="000000"/>
          <w:lang w:val="en-GB"/>
        </w:rPr>
        <w:t>Within this oppressive society, a hierarchy existed. Party members held superior ranks and privileges, followed by the army and police, each with their own internal hierarchies. The average citizen occupied the lowest rung.</w:t>
      </w:r>
    </w:p>
    <w:p w14:paraId="6DE88153" w14:textId="77777777" w:rsidR="006A4F73" w:rsidRPr="00D61D3D" w:rsidRDefault="006A4F73" w:rsidP="006A4F73">
      <w:pPr>
        <w:spacing w:before="100" w:beforeAutospacing="1" w:after="100" w:afterAutospacing="1"/>
        <w:rPr>
          <w:color w:val="000000"/>
          <w:lang w:val="en-GB"/>
        </w:rPr>
      </w:pPr>
      <w:r w:rsidRPr="00D61D3D">
        <w:rPr>
          <w:color w:val="000000"/>
          <w:lang w:val="en-GB"/>
        </w:rPr>
        <w:t>Romanian women possessed a rare beauty—dark hair, deep eyes—but the hardships of life aged them prematurely. The men were proud and resilient, eager to contribute if given the chance, yet burdened by the regime's weight.</w:t>
      </w:r>
    </w:p>
    <w:p w14:paraId="0BB64EEF" w14:textId="77777777" w:rsidR="006A4F73" w:rsidRPr="00D61D3D" w:rsidRDefault="006A4F73" w:rsidP="006A4F73">
      <w:pPr>
        <w:spacing w:before="100" w:beforeAutospacing="1" w:after="100" w:afterAutospacing="1"/>
        <w:rPr>
          <w:color w:val="000000"/>
          <w:lang w:val="en-GB"/>
        </w:rPr>
      </w:pPr>
      <w:r w:rsidRPr="00D61D3D">
        <w:rPr>
          <w:color w:val="000000"/>
          <w:lang w:val="en-GB"/>
        </w:rPr>
        <w:t>Perhaps this was a result of the imposing structures erected by Ceaușescu throughout the city—monuments to power designed to intimidate. I hoped other parts of Romania would offer a different experience.</w:t>
      </w:r>
    </w:p>
    <w:p w14:paraId="6BFEE1F1" w14:textId="77777777" w:rsidR="006A4F73" w:rsidRPr="00D61D3D" w:rsidRDefault="006A4F73" w:rsidP="006A4F73">
      <w:pPr>
        <w:spacing w:before="100" w:beforeAutospacing="1" w:after="100" w:afterAutospacing="1"/>
        <w:rPr>
          <w:color w:val="000000"/>
          <w:lang w:val="en-GB"/>
        </w:rPr>
      </w:pPr>
      <w:r w:rsidRPr="00D61D3D">
        <w:rPr>
          <w:color w:val="000000"/>
          <w:lang w:val="en-GB"/>
        </w:rPr>
        <w:t xml:space="preserve">As afternoon turned to evening, fellow campers returned from their excursions. I met my </w:t>
      </w:r>
      <w:proofErr w:type="spellStart"/>
      <w:r w:rsidRPr="00D61D3D">
        <w:rPr>
          <w:color w:val="000000"/>
          <w:lang w:val="en-GB"/>
        </w:rPr>
        <w:t>neighbors</w:t>
      </w:r>
      <w:proofErr w:type="spellEnd"/>
      <w:r w:rsidRPr="00D61D3D">
        <w:rPr>
          <w:color w:val="000000"/>
          <w:lang w:val="en-GB"/>
        </w:rPr>
        <w:t>: two French girls, Marie-Pierre and Janet, in the adjacent tent. We exchanged cordial greetings. Nearby, a Dutch couple, Maarten and Ellen, arrived with their caravan. Upon learning I spoke some Dutch, they switched from English and shared insights about the region. Maarten, an aficionado of Irish music, provided ample conversation during their stay.</w:t>
      </w:r>
    </w:p>
    <w:p w14:paraId="2C2EC074" w14:textId="77777777" w:rsidR="006A4F73" w:rsidRPr="00D61D3D" w:rsidRDefault="006A4F73" w:rsidP="006A4F73">
      <w:pPr>
        <w:spacing w:before="100" w:beforeAutospacing="1" w:after="100" w:afterAutospacing="1"/>
        <w:rPr>
          <w:color w:val="000000"/>
          <w:lang w:val="en-GB"/>
        </w:rPr>
      </w:pPr>
      <w:r w:rsidRPr="00D61D3D">
        <w:rPr>
          <w:color w:val="000000"/>
          <w:lang w:val="en-GB"/>
        </w:rPr>
        <w:t>Later, while washing dishes in the communal kitchen, I noticed a pan on the stove nearing a burn, unattended. I reduced the heat and set it aside just as a woman returned—Italian, she'd stepped away to assist one of her children. Grateful, she insisted I join her family for dinner. Despite my protests, she was adamant.</w:t>
      </w:r>
    </w:p>
    <w:p w14:paraId="1899FD2E" w14:textId="413E70EE" w:rsidR="006A4F73" w:rsidRPr="00D61D3D" w:rsidRDefault="006A4F73" w:rsidP="006A4F73">
      <w:pPr>
        <w:spacing w:before="100" w:beforeAutospacing="1" w:after="100" w:afterAutospacing="1"/>
        <w:rPr>
          <w:color w:val="000000"/>
          <w:lang w:val="en-GB"/>
        </w:rPr>
      </w:pPr>
      <w:r w:rsidRPr="00D61D3D">
        <w:rPr>
          <w:color w:val="000000"/>
          <w:lang w:val="en-GB"/>
        </w:rPr>
        <w:t xml:space="preserve">I watched as she prepared a simple yet </w:t>
      </w:r>
      <w:r w:rsidR="004D296A" w:rsidRPr="00D61D3D">
        <w:rPr>
          <w:color w:val="000000"/>
          <w:lang w:val="en-GB"/>
        </w:rPr>
        <w:t>flavourful</w:t>
      </w:r>
      <w:r w:rsidRPr="00D61D3D">
        <w:rPr>
          <w:color w:val="000000"/>
          <w:lang w:val="en-GB"/>
        </w:rPr>
        <w:t xml:space="preserve"> spaghetti dish: oil heated with garlic, browned meat, a splash of wine, chopped vegetables—onions, sweet peppers, tomatoes—and tomato purée. The spaghetti boiled with olive oil and salt. We dined together, </w:t>
      </w:r>
      <w:r w:rsidR="004D296A" w:rsidRPr="00D61D3D">
        <w:rPr>
          <w:color w:val="000000"/>
          <w:lang w:val="en-GB"/>
        </w:rPr>
        <w:t>savouring</w:t>
      </w:r>
      <w:r w:rsidRPr="00D61D3D">
        <w:rPr>
          <w:color w:val="000000"/>
          <w:lang w:val="en-GB"/>
        </w:rPr>
        <w:t xml:space="preserve"> the meal and red wine.</w:t>
      </w:r>
    </w:p>
    <w:p w14:paraId="66929BC9" w14:textId="77777777" w:rsidR="006A4F73" w:rsidRPr="00D61D3D" w:rsidRDefault="006A4F73" w:rsidP="006A4F73">
      <w:pPr>
        <w:spacing w:before="100" w:beforeAutospacing="1" w:after="100" w:afterAutospacing="1"/>
        <w:rPr>
          <w:color w:val="000000"/>
          <w:lang w:val="en-GB"/>
        </w:rPr>
      </w:pPr>
      <w:r w:rsidRPr="00D61D3D">
        <w:rPr>
          <w:color w:val="000000"/>
          <w:lang w:val="en-GB"/>
        </w:rPr>
        <w:t>Afterward, I offered to do the dishes in gratitude. We returned to our respective accommodations for the night.</w:t>
      </w:r>
    </w:p>
    <w:p w14:paraId="216F5233" w14:textId="77777777" w:rsidR="006A4F73" w:rsidRPr="00D61D3D" w:rsidRDefault="006A4F73" w:rsidP="006A4F73">
      <w:pPr>
        <w:spacing w:before="100" w:beforeAutospacing="1" w:after="100" w:afterAutospacing="1"/>
        <w:rPr>
          <w:color w:val="000000"/>
          <w:lang w:val="en-GB"/>
        </w:rPr>
      </w:pPr>
      <w:r w:rsidRPr="00D61D3D">
        <w:rPr>
          <w:color w:val="000000"/>
          <w:lang w:val="en-GB"/>
        </w:rPr>
        <w:lastRenderedPageBreak/>
        <w:t>Unexpectedly, a torrential rainstorm struck, partially flooding the campsite. Fortunately, my tent, pitched on higher ground with a waterproof groundsheet, remained dry. The French girls weren't as lucky. Awakened by their commotion, I saw water streaming beneath their tent. Instinctively, I grabbed my mini shovel and dug a channel to divert the water, salvaging most of their belongings.</w:t>
      </w:r>
    </w:p>
    <w:p w14:paraId="46B142BF" w14:textId="77777777" w:rsidR="006A4F73" w:rsidRPr="00D61D3D" w:rsidRDefault="006A4F73" w:rsidP="006A4F73">
      <w:pPr>
        <w:spacing w:before="100" w:beforeAutospacing="1" w:after="100" w:afterAutospacing="1"/>
        <w:rPr>
          <w:color w:val="000000"/>
          <w:lang w:val="en-GB"/>
        </w:rPr>
      </w:pPr>
      <w:r w:rsidRPr="00D61D3D">
        <w:rPr>
          <w:color w:val="000000"/>
          <w:lang w:val="en-GB"/>
        </w:rPr>
        <w:t>We sought refuge in the kitchen, changing out of wet clothes and warming ourselves. The next day was spent drying gear and waiting for the sun to evaporate the remaining moisture.</w:t>
      </w:r>
    </w:p>
    <w:p w14:paraId="195A7986" w14:textId="77777777" w:rsidR="006A4F73" w:rsidRPr="00D61D3D" w:rsidRDefault="006A4F73" w:rsidP="006A4F73">
      <w:pPr>
        <w:spacing w:before="100" w:beforeAutospacing="1" w:after="100" w:afterAutospacing="1"/>
        <w:rPr>
          <w:color w:val="000000"/>
          <w:lang w:val="en-GB"/>
        </w:rPr>
      </w:pPr>
      <w:r w:rsidRPr="00D61D3D">
        <w:rPr>
          <w:color w:val="000000"/>
          <w:lang w:val="en-GB"/>
        </w:rPr>
        <w:t xml:space="preserve">This unforeseen delay extended my stay in Bucharest, allowing me to bond further with Marie-Pierre and Janet. Marie-Pierre, from Brittany, shared stories of her homeland's rich cultural ties with Ireland, particularly in music. We discussed history, countryside, and contemporary musical trends, including artists like Alan </w:t>
      </w:r>
      <w:proofErr w:type="spellStart"/>
      <w:r w:rsidRPr="00D61D3D">
        <w:rPr>
          <w:color w:val="000000"/>
          <w:lang w:val="en-GB"/>
        </w:rPr>
        <w:t>Stivell</w:t>
      </w:r>
      <w:proofErr w:type="spellEnd"/>
      <w:r w:rsidRPr="00D61D3D">
        <w:rPr>
          <w:color w:val="000000"/>
          <w:lang w:val="en-GB"/>
        </w:rPr>
        <w:t>.</w:t>
      </w:r>
    </w:p>
    <w:p w14:paraId="3EF4BEE1" w14:textId="77777777" w:rsidR="006A4F73" w:rsidRPr="00D61D3D" w:rsidRDefault="006A4F73" w:rsidP="006A4F73">
      <w:pPr>
        <w:spacing w:before="100" w:beforeAutospacing="1" w:after="100" w:afterAutospacing="1"/>
        <w:rPr>
          <w:color w:val="000000"/>
          <w:lang w:val="en-GB"/>
        </w:rPr>
      </w:pPr>
      <w:r w:rsidRPr="00D61D3D">
        <w:rPr>
          <w:color w:val="000000"/>
          <w:lang w:val="en-GB"/>
        </w:rPr>
        <w:t>They invited me to accompany them on city explorations, noting that having a male companion deterred unwanted attention from authorities. We visited accessible sites, often showcasing Ceaușescu's grandeur—impressive yet built at immense cost. Our tours were frequently punctuated by reflective silences, grateful for the freedoms we enjoyed elsewhere.</w:t>
      </w:r>
    </w:p>
    <w:p w14:paraId="4E4B963A" w14:textId="77777777" w:rsidR="006A4F73" w:rsidRPr="00D61D3D" w:rsidRDefault="006A4F73" w:rsidP="006A4F73">
      <w:pPr>
        <w:spacing w:before="100" w:beforeAutospacing="1" w:after="100" w:afterAutospacing="1"/>
        <w:rPr>
          <w:color w:val="000000"/>
          <w:lang w:val="en-GB"/>
        </w:rPr>
      </w:pPr>
      <w:r w:rsidRPr="00D61D3D">
        <w:rPr>
          <w:color w:val="000000"/>
          <w:lang w:val="en-GB"/>
        </w:rPr>
        <w:t>During this extended stay, I also spent time with Maarten and Ellen. Maarten introduced me to another Dutch couple with a well-stocked caravan fridge filled with Dutch beer. We shared drinks, stories, and updates from the world beyond the Eastern Bloc.</w:t>
      </w:r>
    </w:p>
    <w:p w14:paraId="44CF1CC4" w14:textId="77777777" w:rsidR="006A4F73" w:rsidRPr="00D61D3D" w:rsidRDefault="006A4F73" w:rsidP="006A4F73">
      <w:pPr>
        <w:spacing w:before="100" w:beforeAutospacing="1" w:after="100" w:afterAutospacing="1"/>
        <w:rPr>
          <w:color w:val="000000"/>
          <w:lang w:val="en-GB"/>
        </w:rPr>
      </w:pPr>
      <w:r w:rsidRPr="00D61D3D">
        <w:rPr>
          <w:color w:val="000000"/>
          <w:lang w:val="en-GB"/>
        </w:rPr>
        <w:t>Years later, Maarten joined my band as a percussionist. Initially, he didn't recall our Romanian encounter until I recounted the story after a rehearsal. He was astonished by my memory, and after some light-hearted teasing, we moved on.</w:t>
      </w:r>
    </w:p>
    <w:p w14:paraId="588F620B" w14:textId="77777777" w:rsidR="006A4F73" w:rsidRPr="00D61D3D" w:rsidRDefault="006A4F73" w:rsidP="006A4F73">
      <w:pPr>
        <w:spacing w:before="100" w:beforeAutospacing="1" w:after="100" w:afterAutospacing="1"/>
        <w:rPr>
          <w:color w:val="000000"/>
          <w:lang w:val="en-GB"/>
        </w:rPr>
      </w:pPr>
      <w:r w:rsidRPr="00D61D3D">
        <w:rPr>
          <w:color w:val="000000"/>
          <w:lang w:val="en-GB"/>
        </w:rPr>
        <w:t xml:space="preserve">With my gear dry and spirits lifted, I set my sights eastward to Constanța, as recommended by the girls. From there, I journeyed north toward the Russian border, leading to an ill-fated attempt to enter Russia. Nevertheless, it offered a chance to experience Romania's offerings—the enchanting names of Pitesti, </w:t>
      </w:r>
      <w:proofErr w:type="spellStart"/>
      <w:r w:rsidRPr="00D61D3D">
        <w:rPr>
          <w:color w:val="000000"/>
          <w:lang w:val="en-GB"/>
        </w:rPr>
        <w:t>Brașov</w:t>
      </w:r>
      <w:proofErr w:type="spellEnd"/>
      <w:r w:rsidRPr="00D61D3D">
        <w:rPr>
          <w:color w:val="000000"/>
          <w:lang w:val="en-GB"/>
        </w:rPr>
        <w:t>, Sibiu, Cluj—beckoning me onward.</w:t>
      </w:r>
    </w:p>
    <w:p w14:paraId="514C44D4" w14:textId="77777777" w:rsidR="006A4F73" w:rsidRPr="00D61D3D" w:rsidRDefault="006A4F73" w:rsidP="006A4F73">
      <w:pPr>
        <w:pStyle w:val="Heading3"/>
        <w:rPr>
          <w:color w:val="000000"/>
          <w:sz w:val="27"/>
          <w:szCs w:val="27"/>
          <w:lang w:val="en-GB"/>
        </w:rPr>
      </w:pPr>
      <w:r w:rsidRPr="00D61D3D">
        <w:rPr>
          <w:rStyle w:val="Emphasis"/>
          <w:color w:val="000000"/>
          <w:lang w:val="en-GB"/>
        </w:rPr>
        <w:t>Insufficient Funds for the Revolution</w:t>
      </w:r>
    </w:p>
    <w:p w14:paraId="75F94DE8" w14:textId="77777777" w:rsidR="006A4F73" w:rsidRPr="00D61D3D" w:rsidRDefault="006A4F73" w:rsidP="006A4F73">
      <w:pPr>
        <w:spacing w:before="100" w:beforeAutospacing="1" w:after="100" w:afterAutospacing="1"/>
        <w:rPr>
          <w:color w:val="000000"/>
          <w:lang w:val="en-GB"/>
        </w:rPr>
      </w:pPr>
      <w:r w:rsidRPr="00D61D3D">
        <w:rPr>
          <w:color w:val="000000"/>
          <w:lang w:val="en-GB"/>
        </w:rPr>
        <w:t xml:space="preserve">It was somewhere beyond the outskirts of logic—beyond the bitter stew of border stations, decaying under Communism’s </w:t>
      </w:r>
      <w:proofErr w:type="spellStart"/>
      <w:r w:rsidRPr="00D61D3D">
        <w:rPr>
          <w:color w:val="000000"/>
          <w:lang w:val="en-GB"/>
        </w:rPr>
        <w:t>gray</w:t>
      </w:r>
      <w:proofErr w:type="spellEnd"/>
      <w:r w:rsidRPr="00D61D3D">
        <w:rPr>
          <w:color w:val="000000"/>
          <w:lang w:val="en-GB"/>
        </w:rPr>
        <w:t xml:space="preserve"> drizzle—that I stood, pockets light, ideals intact, and completely inadmissible. A low-ranking Soviet official with a moustache that could have belonged to a ventriloquist’s dummy reviewed my application with a weariness so deep it felt inherited. He looked at my documents as though they were extracts from an absurdist play, then sighed and pointed to the phrase circled in red biro:</w:t>
      </w:r>
      <w:r w:rsidRPr="00D61D3D">
        <w:rPr>
          <w:rStyle w:val="apple-converted-space"/>
          <w:color w:val="000000"/>
          <w:lang w:val="en-GB"/>
        </w:rPr>
        <w:t> </w:t>
      </w:r>
      <w:r w:rsidRPr="00D61D3D">
        <w:rPr>
          <w:rStyle w:val="Strong"/>
          <w:color w:val="000000"/>
          <w:lang w:val="en-GB"/>
        </w:rPr>
        <w:t>"Insufficient funds."</w:t>
      </w:r>
    </w:p>
    <w:p w14:paraId="782EB5C3" w14:textId="77777777" w:rsidR="006A4F73" w:rsidRPr="00D61D3D" w:rsidRDefault="006A4F73" w:rsidP="006A4F73">
      <w:pPr>
        <w:spacing w:before="100" w:beforeAutospacing="1" w:after="100" w:afterAutospacing="1"/>
        <w:rPr>
          <w:color w:val="000000"/>
          <w:lang w:val="en-GB"/>
        </w:rPr>
      </w:pPr>
      <w:r w:rsidRPr="00D61D3D">
        <w:rPr>
          <w:color w:val="000000"/>
          <w:lang w:val="en-GB"/>
        </w:rPr>
        <w:t>So that was it. I was too poor to enter the workers’ paradise.</w:t>
      </w:r>
    </w:p>
    <w:p w14:paraId="32FFFD0A" w14:textId="77777777" w:rsidR="006A4F73" w:rsidRPr="00D61D3D" w:rsidRDefault="006A4F73" w:rsidP="006A4F73">
      <w:pPr>
        <w:spacing w:before="100" w:beforeAutospacing="1" w:after="100" w:afterAutospacing="1"/>
        <w:rPr>
          <w:color w:val="000000"/>
          <w:lang w:val="en-GB"/>
        </w:rPr>
      </w:pPr>
      <w:r w:rsidRPr="00D61D3D">
        <w:rPr>
          <w:color w:val="000000"/>
          <w:lang w:val="en-GB"/>
        </w:rPr>
        <w:lastRenderedPageBreak/>
        <w:t>Never mind that I had been surviving for weeks on crusts and charm, or that my battered guitar had more stories in it than Pravda. I wasn’t capitalist enough to pass as a threat, nor ideological enough to be courted. I was simply</w:t>
      </w:r>
      <w:r w:rsidRPr="00D61D3D">
        <w:rPr>
          <w:rStyle w:val="apple-converted-space"/>
          <w:color w:val="000000"/>
          <w:lang w:val="en-GB"/>
        </w:rPr>
        <w:t> </w:t>
      </w:r>
      <w:r w:rsidRPr="00D61D3D">
        <w:rPr>
          <w:rStyle w:val="Emphasis"/>
          <w:color w:val="000000"/>
          <w:lang w:val="en-GB"/>
        </w:rPr>
        <w:t>unviable</w:t>
      </w:r>
      <w:r w:rsidRPr="00D61D3D">
        <w:rPr>
          <w:color w:val="000000"/>
          <w:lang w:val="en-GB"/>
        </w:rPr>
        <w:t>. A drifter without a dollar to his name or a future to stamp.</w:t>
      </w:r>
    </w:p>
    <w:p w14:paraId="219B4492" w14:textId="77777777" w:rsidR="006A4F73" w:rsidRPr="00D61D3D" w:rsidRDefault="004220D6" w:rsidP="006A4F73">
      <w:pPr>
        <w:rPr>
          <w:lang w:val="en-GB"/>
        </w:rPr>
      </w:pPr>
      <w:r>
        <w:rPr>
          <w:noProof/>
          <w:lang w:val="en-GB"/>
        </w:rPr>
        <w:pict w14:anchorId="71E5FF2E">
          <v:rect id="_x0000_i1043" alt="" style="width:2.8pt;height:.05pt;mso-width-percent:0;mso-height-percent:0;mso-width-percent:0;mso-height-percent:0" o:hrpct="6" o:hralign="center" o:hrstd="t" o:hr="t" fillcolor="#a0a0a0" stroked="f"/>
        </w:pict>
      </w:r>
    </w:p>
    <w:p w14:paraId="5CA26A02" w14:textId="77777777" w:rsidR="006A4F73" w:rsidRPr="00D61D3D" w:rsidRDefault="006A4F73" w:rsidP="006A4F73">
      <w:pPr>
        <w:pStyle w:val="Heading3"/>
        <w:rPr>
          <w:color w:val="000000"/>
          <w:lang w:val="en-GB"/>
        </w:rPr>
      </w:pPr>
      <w:r w:rsidRPr="00D61D3D">
        <w:rPr>
          <w:rStyle w:val="Emphasis"/>
          <w:color w:val="000000"/>
          <w:lang w:val="en-GB"/>
        </w:rPr>
        <w:t>The Paper Curtain</w:t>
      </w:r>
    </w:p>
    <w:p w14:paraId="5DC9A7D1" w14:textId="77777777" w:rsidR="006A4F73" w:rsidRPr="00D61D3D" w:rsidRDefault="006A4F73" w:rsidP="006A4F73">
      <w:pPr>
        <w:spacing w:before="100" w:beforeAutospacing="1" w:after="100" w:afterAutospacing="1"/>
        <w:rPr>
          <w:color w:val="000000"/>
          <w:lang w:val="en-GB"/>
        </w:rPr>
      </w:pPr>
      <w:r w:rsidRPr="00D61D3D">
        <w:rPr>
          <w:color w:val="000000"/>
          <w:lang w:val="en-GB"/>
        </w:rPr>
        <w:t>The corridor to rejection was lined with sighs. First a Romanian checkpoint, then a Soviet customs booth made of unvarnished plywood and suspicion. Every stamp a sermon. Every form a confession. Every official a bored executioner of possibility.</w:t>
      </w:r>
    </w:p>
    <w:p w14:paraId="1C37D5A5" w14:textId="77777777" w:rsidR="006A4F73" w:rsidRPr="00D61D3D" w:rsidRDefault="006A4F73" w:rsidP="006A4F73">
      <w:pPr>
        <w:spacing w:before="100" w:beforeAutospacing="1" w:after="100" w:afterAutospacing="1"/>
        <w:rPr>
          <w:color w:val="000000"/>
          <w:lang w:val="en-GB"/>
        </w:rPr>
      </w:pPr>
      <w:r w:rsidRPr="00D61D3D">
        <w:rPr>
          <w:color w:val="000000"/>
          <w:lang w:val="en-GB"/>
        </w:rPr>
        <w:t>“You are from Ireland?” one asked, half-curious, half-exasperated, as if I’d made it up on the spot.</w:t>
      </w:r>
    </w:p>
    <w:p w14:paraId="250BD0D1" w14:textId="77777777" w:rsidR="006A4F73" w:rsidRPr="00D61D3D" w:rsidRDefault="006A4F73" w:rsidP="006A4F73">
      <w:pPr>
        <w:spacing w:before="100" w:beforeAutospacing="1" w:after="100" w:afterAutospacing="1"/>
        <w:rPr>
          <w:color w:val="000000"/>
          <w:lang w:val="en-GB"/>
        </w:rPr>
      </w:pPr>
      <w:r w:rsidRPr="00D61D3D">
        <w:rPr>
          <w:color w:val="000000"/>
          <w:lang w:val="en-GB"/>
        </w:rPr>
        <w:t>I nodded. He flipped the page and pointed to the emptiness where cash should’ve been declared. He tapped it with a chewed fingernail like a judge. I offered a shrug, then a grin. Neither translated well.</w:t>
      </w:r>
    </w:p>
    <w:p w14:paraId="5156AC67" w14:textId="77777777" w:rsidR="006A4F73" w:rsidRPr="00D61D3D" w:rsidRDefault="006A4F73" w:rsidP="006A4F73">
      <w:pPr>
        <w:spacing w:before="100" w:beforeAutospacing="1" w:after="100" w:afterAutospacing="1"/>
        <w:rPr>
          <w:color w:val="000000"/>
          <w:lang w:val="en-GB"/>
        </w:rPr>
      </w:pPr>
      <w:r w:rsidRPr="00D61D3D">
        <w:rPr>
          <w:color w:val="000000"/>
          <w:lang w:val="en-GB"/>
        </w:rPr>
        <w:t>Behind him, a teletype machine rattled out someone else’s doom.</w:t>
      </w:r>
    </w:p>
    <w:p w14:paraId="0520DA64" w14:textId="77777777" w:rsidR="006A4F73" w:rsidRPr="00D61D3D" w:rsidRDefault="004220D6" w:rsidP="006A4F73">
      <w:pPr>
        <w:rPr>
          <w:lang w:val="en-GB"/>
        </w:rPr>
      </w:pPr>
      <w:r>
        <w:rPr>
          <w:noProof/>
          <w:lang w:val="en-GB"/>
        </w:rPr>
        <w:pict w14:anchorId="7C419789">
          <v:rect id="_x0000_i1042" alt="" style="width:2.8pt;height:.05pt;mso-width-percent:0;mso-height-percent:0;mso-width-percent:0;mso-height-percent:0" o:hrpct="6" o:hralign="center" o:hrstd="t" o:hr="t" fillcolor="#a0a0a0" stroked="f"/>
        </w:pict>
      </w:r>
    </w:p>
    <w:p w14:paraId="5866E22D" w14:textId="77777777" w:rsidR="006A4F73" w:rsidRPr="00D61D3D" w:rsidRDefault="006A4F73" w:rsidP="006A4F73">
      <w:pPr>
        <w:pStyle w:val="Heading3"/>
        <w:rPr>
          <w:color w:val="000000"/>
          <w:lang w:val="en-GB"/>
        </w:rPr>
      </w:pPr>
      <w:r w:rsidRPr="00D61D3D">
        <w:rPr>
          <w:rStyle w:val="Emphasis"/>
          <w:color w:val="000000"/>
          <w:lang w:val="en-GB"/>
        </w:rPr>
        <w:t>The Ghost of Peter Lorre Has No Passport</w:t>
      </w:r>
    </w:p>
    <w:p w14:paraId="7DFFCCDC" w14:textId="77777777" w:rsidR="006A4F73" w:rsidRPr="00D61D3D" w:rsidRDefault="006A4F73" w:rsidP="006A4F73">
      <w:pPr>
        <w:spacing w:before="100" w:beforeAutospacing="1" w:after="100" w:afterAutospacing="1"/>
        <w:rPr>
          <w:color w:val="000000"/>
          <w:lang w:val="en-GB"/>
        </w:rPr>
      </w:pPr>
      <w:r w:rsidRPr="00D61D3D">
        <w:rPr>
          <w:color w:val="000000"/>
          <w:lang w:val="en-GB"/>
        </w:rPr>
        <w:t>There was a shadow following me north. It wore a trench coat two sizes too big and smelled vaguely of celluloid and tobacco. Sometimes I heard him muttering in broken English, sometimes just breathing down my neck as I stared out train windows at swathes of unfamiliar forest.</w:t>
      </w:r>
    </w:p>
    <w:p w14:paraId="5962FF11" w14:textId="6326B408" w:rsidR="006A4F73" w:rsidRPr="00D61D3D" w:rsidRDefault="006A4F73" w:rsidP="006A4F73">
      <w:pPr>
        <w:spacing w:before="100" w:beforeAutospacing="1" w:after="100" w:afterAutospacing="1"/>
        <w:rPr>
          <w:color w:val="000000"/>
          <w:lang w:val="en-GB"/>
        </w:rPr>
      </w:pPr>
      <w:r w:rsidRPr="00D61D3D">
        <w:rPr>
          <w:color w:val="000000"/>
          <w:lang w:val="en-GB"/>
        </w:rPr>
        <w:t xml:space="preserve">The Orient Express, in truth, was more of a rattling skeleton in those days—no glamour, just compartments that reeked of damp wool and old world ghosts. Somewhere between </w:t>
      </w:r>
      <w:r w:rsidR="004D296A" w:rsidRPr="00D61D3D">
        <w:rPr>
          <w:color w:val="000000"/>
          <w:lang w:val="en-GB"/>
        </w:rPr>
        <w:t>Timisoara</w:t>
      </w:r>
      <w:r w:rsidRPr="00D61D3D">
        <w:rPr>
          <w:color w:val="000000"/>
          <w:lang w:val="en-GB"/>
        </w:rPr>
        <w:t xml:space="preserve"> and nowhere, I saw her again:</w:t>
      </w:r>
      <w:r w:rsidRPr="00D61D3D">
        <w:rPr>
          <w:rStyle w:val="apple-converted-space"/>
          <w:color w:val="000000"/>
          <w:lang w:val="en-GB"/>
        </w:rPr>
        <w:t> </w:t>
      </w:r>
      <w:r w:rsidRPr="004D296A">
        <w:rPr>
          <w:rStyle w:val="Strong"/>
          <w:b w:val="0"/>
          <w:bCs w:val="0"/>
          <w:color w:val="000000"/>
          <w:lang w:val="en-GB"/>
        </w:rPr>
        <w:t>Marie-Pierre</w:t>
      </w:r>
      <w:r w:rsidRPr="00D61D3D">
        <w:rPr>
          <w:color w:val="000000"/>
          <w:lang w:val="en-GB"/>
        </w:rPr>
        <w:t>, reading</w:t>
      </w:r>
      <w:r w:rsidRPr="00D61D3D">
        <w:rPr>
          <w:rStyle w:val="apple-converted-space"/>
          <w:color w:val="000000"/>
          <w:lang w:val="en-GB"/>
        </w:rPr>
        <w:t> </w:t>
      </w:r>
      <w:r w:rsidRPr="00D61D3D">
        <w:rPr>
          <w:rStyle w:val="Emphasis"/>
          <w:color w:val="000000"/>
          <w:lang w:val="en-GB"/>
        </w:rPr>
        <w:t>Le Monde Diplomatique</w:t>
      </w:r>
      <w:r w:rsidRPr="00D61D3D">
        <w:rPr>
          <w:color w:val="000000"/>
          <w:lang w:val="en-GB"/>
        </w:rPr>
        <w:t>, frowning at the headlines like she could fix them with her mind alone.</w:t>
      </w:r>
    </w:p>
    <w:p w14:paraId="45E025A3" w14:textId="77777777" w:rsidR="006A4F73" w:rsidRPr="00D61D3D" w:rsidRDefault="006A4F73" w:rsidP="006A4F73">
      <w:pPr>
        <w:spacing w:before="100" w:beforeAutospacing="1" w:after="100" w:afterAutospacing="1"/>
        <w:rPr>
          <w:color w:val="000000"/>
          <w:lang w:val="en-GB"/>
        </w:rPr>
      </w:pPr>
      <w:r w:rsidRPr="00D61D3D">
        <w:rPr>
          <w:color w:val="000000"/>
          <w:lang w:val="en-GB"/>
        </w:rPr>
        <w:t>We didn’t speak at first. We just acknowledged each other like recurring characters in someone else's novel.</w:t>
      </w:r>
    </w:p>
    <w:p w14:paraId="4310BEB9" w14:textId="77777777" w:rsidR="006A4F73" w:rsidRPr="00D61D3D" w:rsidRDefault="006A4F73" w:rsidP="006A4F73">
      <w:pPr>
        <w:spacing w:before="100" w:beforeAutospacing="1" w:after="100" w:afterAutospacing="1"/>
        <w:rPr>
          <w:color w:val="000000"/>
          <w:lang w:val="en-GB"/>
        </w:rPr>
      </w:pPr>
      <w:r w:rsidRPr="00D61D3D">
        <w:rPr>
          <w:color w:val="000000"/>
          <w:lang w:val="en-GB"/>
        </w:rPr>
        <w:t>The ghost of Peter Lorre—yes, he was definitely there—hovered in the corner of the carriage like a misplaced subtitle. Watching. Amused. Illegible.</w:t>
      </w:r>
    </w:p>
    <w:p w14:paraId="52929E5F" w14:textId="77777777" w:rsidR="006A4F73" w:rsidRPr="00D61D3D" w:rsidRDefault="006A4F73" w:rsidP="006A4F73">
      <w:pPr>
        <w:spacing w:before="100" w:beforeAutospacing="1" w:after="100" w:afterAutospacing="1"/>
        <w:rPr>
          <w:color w:val="000000"/>
          <w:lang w:val="en-GB"/>
        </w:rPr>
      </w:pPr>
      <w:r w:rsidRPr="00D61D3D">
        <w:rPr>
          <w:color w:val="000000"/>
          <w:lang w:val="en-GB"/>
        </w:rPr>
        <w:t>Marie-Pierre didn’t smile so much as</w:t>
      </w:r>
      <w:r w:rsidRPr="00D61D3D">
        <w:rPr>
          <w:rStyle w:val="apple-converted-space"/>
          <w:color w:val="000000"/>
          <w:lang w:val="en-GB"/>
        </w:rPr>
        <w:t> </w:t>
      </w:r>
      <w:r w:rsidRPr="00D61D3D">
        <w:rPr>
          <w:rStyle w:val="Emphasis"/>
          <w:color w:val="000000"/>
          <w:lang w:val="en-GB"/>
        </w:rPr>
        <w:t>allow</w:t>
      </w:r>
      <w:r w:rsidRPr="00D61D3D">
        <w:rPr>
          <w:rStyle w:val="apple-converted-space"/>
          <w:color w:val="000000"/>
          <w:lang w:val="en-GB"/>
        </w:rPr>
        <w:t> </w:t>
      </w:r>
      <w:r w:rsidRPr="00D61D3D">
        <w:rPr>
          <w:color w:val="000000"/>
          <w:lang w:val="en-GB"/>
        </w:rPr>
        <w:t>herself to be amused.</w:t>
      </w:r>
    </w:p>
    <w:p w14:paraId="5DD27F59" w14:textId="77777777" w:rsidR="006A4F73" w:rsidRPr="00D61D3D" w:rsidRDefault="006A4F73" w:rsidP="006A4F73">
      <w:pPr>
        <w:spacing w:before="100" w:beforeAutospacing="1" w:after="100" w:afterAutospacing="1"/>
        <w:rPr>
          <w:color w:val="000000"/>
          <w:lang w:val="en-GB"/>
        </w:rPr>
      </w:pPr>
      <w:r w:rsidRPr="00D61D3D">
        <w:rPr>
          <w:color w:val="000000"/>
          <w:lang w:val="en-GB"/>
        </w:rPr>
        <w:t>“You again,” she said, folding her newspaper with surgical precision, as though hiding the headlines from her own conscience.</w:t>
      </w:r>
      <w:r w:rsidRPr="00D61D3D">
        <w:rPr>
          <w:color w:val="000000"/>
          <w:lang w:val="en-GB"/>
        </w:rPr>
        <w:br/>
      </w:r>
      <w:r w:rsidRPr="00D61D3D">
        <w:rPr>
          <w:color w:val="000000"/>
          <w:lang w:val="en-GB"/>
        </w:rPr>
        <w:lastRenderedPageBreak/>
        <w:t>“You’re becoming a motif,” I replied, shrugging my pack to the floor and sitting opposite her.</w:t>
      </w:r>
      <w:r w:rsidRPr="00D61D3D">
        <w:rPr>
          <w:color w:val="000000"/>
          <w:lang w:val="en-GB"/>
        </w:rPr>
        <w:br/>
        <w:t>She arched an eyebrow, the same way she had in Angers when we’d argued about Aragon and whether anarchists should shave.</w:t>
      </w:r>
    </w:p>
    <w:p w14:paraId="6F6C5531" w14:textId="77777777" w:rsidR="006A4F73" w:rsidRPr="00D61D3D" w:rsidRDefault="006A4F73" w:rsidP="006A4F73">
      <w:pPr>
        <w:spacing w:before="100" w:beforeAutospacing="1" w:after="100" w:afterAutospacing="1"/>
        <w:rPr>
          <w:color w:val="000000"/>
          <w:lang w:val="en-GB"/>
        </w:rPr>
      </w:pPr>
      <w:r w:rsidRPr="00D61D3D">
        <w:rPr>
          <w:color w:val="000000"/>
          <w:lang w:val="en-GB"/>
        </w:rPr>
        <w:t>“Where have you been?” she asked.</w:t>
      </w:r>
      <w:r w:rsidRPr="00D61D3D">
        <w:rPr>
          <w:color w:val="000000"/>
          <w:lang w:val="en-GB"/>
        </w:rPr>
        <w:br/>
        <w:t>“Rejected by the Soviet Union,” I said. “They said I didn’t have enough money.”</w:t>
      </w:r>
      <w:r w:rsidRPr="00D61D3D">
        <w:rPr>
          <w:color w:val="000000"/>
          <w:lang w:val="en-GB"/>
        </w:rPr>
        <w:br/>
        <w:t>She laughed softly. “Well,</w:t>
      </w:r>
      <w:r w:rsidRPr="00D61D3D">
        <w:rPr>
          <w:rStyle w:val="apple-converted-space"/>
          <w:color w:val="000000"/>
          <w:lang w:val="en-GB"/>
        </w:rPr>
        <w:t> </w:t>
      </w:r>
      <w:r w:rsidRPr="00D61D3D">
        <w:rPr>
          <w:rStyle w:val="Emphasis"/>
          <w:color w:val="000000"/>
          <w:lang w:val="en-GB"/>
        </w:rPr>
        <w:t>that</w:t>
      </w:r>
      <w:r w:rsidRPr="00D61D3D">
        <w:rPr>
          <w:rStyle w:val="apple-converted-space"/>
          <w:color w:val="000000"/>
          <w:lang w:val="en-GB"/>
        </w:rPr>
        <w:t> </w:t>
      </w:r>
      <w:r w:rsidRPr="00D61D3D">
        <w:rPr>
          <w:color w:val="000000"/>
          <w:lang w:val="en-GB"/>
        </w:rPr>
        <w:t>confirms everything.”</w:t>
      </w:r>
    </w:p>
    <w:p w14:paraId="2A0D2D2B" w14:textId="77777777" w:rsidR="006A4F73" w:rsidRPr="00D61D3D" w:rsidRDefault="006A4F73" w:rsidP="006A4F73">
      <w:pPr>
        <w:spacing w:before="100" w:beforeAutospacing="1" w:after="100" w:afterAutospacing="1"/>
        <w:rPr>
          <w:color w:val="000000"/>
          <w:lang w:val="en-GB"/>
        </w:rPr>
      </w:pPr>
      <w:r w:rsidRPr="00D61D3D">
        <w:rPr>
          <w:color w:val="000000"/>
          <w:lang w:val="en-GB"/>
        </w:rPr>
        <w:t>The train jolted forward, and outside the scenery blurred into smudges of trees and half-built towns—the kind where the idea of a train station was more symbolic than functional.</w:t>
      </w:r>
    </w:p>
    <w:p w14:paraId="568A818B" w14:textId="77777777" w:rsidR="006A4F73" w:rsidRPr="00D61D3D" w:rsidRDefault="006A4F73" w:rsidP="006A4F73">
      <w:pPr>
        <w:spacing w:before="100" w:beforeAutospacing="1" w:after="100" w:afterAutospacing="1"/>
        <w:rPr>
          <w:color w:val="000000"/>
          <w:lang w:val="en-GB"/>
        </w:rPr>
      </w:pPr>
      <w:r w:rsidRPr="00D61D3D">
        <w:rPr>
          <w:color w:val="000000"/>
          <w:lang w:val="en-GB"/>
        </w:rPr>
        <w:t>“Where are you headed now?” she asked.</w:t>
      </w:r>
    </w:p>
    <w:p w14:paraId="1A9890CF" w14:textId="77777777" w:rsidR="006A4F73" w:rsidRPr="00D61D3D" w:rsidRDefault="006A4F73" w:rsidP="006A4F73">
      <w:pPr>
        <w:spacing w:before="100" w:beforeAutospacing="1" w:after="100" w:afterAutospacing="1"/>
        <w:rPr>
          <w:color w:val="000000"/>
          <w:lang w:val="en-GB"/>
        </w:rPr>
      </w:pPr>
      <w:r w:rsidRPr="00D61D3D">
        <w:rPr>
          <w:color w:val="000000"/>
          <w:lang w:val="en-GB"/>
        </w:rPr>
        <w:t>“I don’t know. North, west, somewhere with coffee and kindness. You?”</w:t>
      </w:r>
      <w:r w:rsidRPr="00D61D3D">
        <w:rPr>
          <w:color w:val="000000"/>
          <w:lang w:val="en-GB"/>
        </w:rPr>
        <w:br/>
        <w:t>She tilted her head. “Vienna. Then home, I think. I’ve been pretending not to be tired.”</w:t>
      </w:r>
      <w:r w:rsidRPr="00D61D3D">
        <w:rPr>
          <w:color w:val="000000"/>
          <w:lang w:val="en-GB"/>
        </w:rPr>
        <w:br/>
        <w:t>“Of the journey?”</w:t>
      </w:r>
      <w:r w:rsidRPr="00D61D3D">
        <w:rPr>
          <w:color w:val="000000"/>
          <w:lang w:val="en-GB"/>
        </w:rPr>
        <w:br/>
        <w:t>“Of everything.”</w:t>
      </w:r>
    </w:p>
    <w:p w14:paraId="69F80A79" w14:textId="77777777" w:rsidR="006A4F73" w:rsidRPr="00D61D3D" w:rsidRDefault="006A4F73" w:rsidP="006A4F73">
      <w:pPr>
        <w:spacing w:before="100" w:beforeAutospacing="1" w:after="100" w:afterAutospacing="1"/>
        <w:rPr>
          <w:color w:val="000000"/>
          <w:lang w:val="en-GB"/>
        </w:rPr>
      </w:pPr>
      <w:r w:rsidRPr="00D61D3D">
        <w:rPr>
          <w:color w:val="000000"/>
          <w:lang w:val="en-GB"/>
        </w:rPr>
        <w:t>Between us, Peter Lorre flickered in and out of existence, leaning in the corridor window, steam licking the glass like memory.</w:t>
      </w:r>
      <w:r w:rsidRPr="00D61D3D">
        <w:rPr>
          <w:color w:val="000000"/>
          <w:lang w:val="en-GB"/>
        </w:rPr>
        <w:br/>
        <w:t>He didn’t speak. He didn’t need to.</w:t>
      </w:r>
    </w:p>
    <w:p w14:paraId="6F8C4958" w14:textId="0F83C901" w:rsidR="006A4F73" w:rsidRPr="00D61D3D" w:rsidRDefault="006A4F73" w:rsidP="006A4F73">
      <w:pPr>
        <w:spacing w:before="100" w:beforeAutospacing="1" w:after="100" w:afterAutospacing="1"/>
        <w:rPr>
          <w:color w:val="000000"/>
          <w:lang w:val="en-GB"/>
        </w:rPr>
      </w:pPr>
      <w:r w:rsidRPr="00D61D3D">
        <w:rPr>
          <w:color w:val="000000"/>
          <w:lang w:val="en-GB"/>
        </w:rPr>
        <w:t xml:space="preserve">That night, Marie-Pierre and I split a flask of plum brandy under the flickering yellow light of the sleeping car. The other passengers faded into the rhythm of track and </w:t>
      </w:r>
      <w:r w:rsidR="004D296A" w:rsidRPr="00D61D3D">
        <w:rPr>
          <w:color w:val="000000"/>
          <w:lang w:val="en-GB"/>
        </w:rPr>
        <w:t>time zones</w:t>
      </w:r>
      <w:r w:rsidRPr="00D61D3D">
        <w:rPr>
          <w:color w:val="000000"/>
          <w:lang w:val="en-GB"/>
        </w:rPr>
        <w:t>. A Polish couple argued three doors down. A Hungarian man snored with operatic conviction. And we, the misfits and mendicants, sat cross-legged on the floor with socks drying on the heater and our hearts half-cured of longing.</w:t>
      </w:r>
    </w:p>
    <w:p w14:paraId="73E69DA4" w14:textId="77777777" w:rsidR="006A4F73" w:rsidRPr="00D61D3D" w:rsidRDefault="006A4F73" w:rsidP="006A4F73">
      <w:pPr>
        <w:spacing w:before="100" w:beforeAutospacing="1" w:after="100" w:afterAutospacing="1"/>
        <w:rPr>
          <w:color w:val="000000"/>
          <w:lang w:val="en-GB"/>
        </w:rPr>
      </w:pPr>
      <w:r w:rsidRPr="00D61D3D">
        <w:rPr>
          <w:color w:val="000000"/>
          <w:lang w:val="en-GB"/>
        </w:rPr>
        <w:t>“Did you find what you were looking for?” she asked.</w:t>
      </w:r>
      <w:r w:rsidRPr="00D61D3D">
        <w:rPr>
          <w:color w:val="000000"/>
          <w:lang w:val="en-GB"/>
        </w:rPr>
        <w:br/>
        <w:t>“I wasn’t looking,” I said. “I was just moving.”</w:t>
      </w:r>
      <w:r w:rsidRPr="00D61D3D">
        <w:rPr>
          <w:color w:val="000000"/>
          <w:lang w:val="en-GB"/>
        </w:rPr>
        <w:br/>
        <w:t>She nodded. That meant she understood. That was enough.</w:t>
      </w:r>
    </w:p>
    <w:p w14:paraId="713A9356" w14:textId="77777777" w:rsidR="006A4F73" w:rsidRPr="00D61D3D" w:rsidRDefault="006A4F73" w:rsidP="006A4F73">
      <w:pPr>
        <w:spacing w:before="100" w:beforeAutospacing="1" w:after="100" w:afterAutospacing="1"/>
        <w:rPr>
          <w:color w:val="000000"/>
          <w:lang w:val="en-GB"/>
        </w:rPr>
      </w:pPr>
      <w:r w:rsidRPr="00D61D3D">
        <w:rPr>
          <w:color w:val="000000"/>
          <w:lang w:val="en-GB"/>
        </w:rPr>
        <w:t>By the time the train hissed into the outskirts of Budapest, she had gone quiet. The kind of quiet that only comes from knowing someone won’t be in the next chapter. She scribbled something in my notebook—half a phone number, half a poem—and kissed me on the forehead like I was someone she’d once loved in a dream.</w:t>
      </w:r>
    </w:p>
    <w:p w14:paraId="6F3346B2" w14:textId="77777777" w:rsidR="006A4F73" w:rsidRPr="00D61D3D" w:rsidRDefault="006A4F73" w:rsidP="006A4F73">
      <w:pPr>
        <w:spacing w:before="100" w:beforeAutospacing="1" w:after="100" w:afterAutospacing="1"/>
        <w:rPr>
          <w:color w:val="000000"/>
          <w:lang w:val="en-GB"/>
        </w:rPr>
      </w:pPr>
      <w:r w:rsidRPr="00D61D3D">
        <w:rPr>
          <w:color w:val="000000"/>
          <w:lang w:val="en-GB"/>
        </w:rPr>
        <w:t>Peter Lorre gave a little wave.</w:t>
      </w:r>
    </w:p>
    <w:p w14:paraId="334B72D9" w14:textId="77777777" w:rsidR="006A4F73" w:rsidRPr="00D61D3D" w:rsidRDefault="006A4F73" w:rsidP="006A4F73">
      <w:pPr>
        <w:spacing w:before="100" w:beforeAutospacing="1" w:after="100" w:afterAutospacing="1"/>
        <w:rPr>
          <w:color w:val="000000"/>
          <w:lang w:val="en-GB"/>
        </w:rPr>
      </w:pPr>
    </w:p>
    <w:p w14:paraId="3ED3D675" w14:textId="77777777" w:rsidR="006A4F73" w:rsidRPr="00D61D3D" w:rsidRDefault="006A4F73" w:rsidP="006A4F73">
      <w:pPr>
        <w:spacing w:before="100" w:beforeAutospacing="1" w:after="100" w:afterAutospacing="1"/>
        <w:rPr>
          <w:color w:val="000000"/>
          <w:lang w:val="en-GB"/>
        </w:rPr>
      </w:pPr>
    </w:p>
    <w:p w14:paraId="5A9EE609" w14:textId="77777777" w:rsidR="006A4F73" w:rsidRPr="00D61D3D" w:rsidRDefault="006A4F73" w:rsidP="006A4F73">
      <w:pPr>
        <w:spacing w:before="100" w:beforeAutospacing="1" w:after="100" w:afterAutospacing="1"/>
        <w:rPr>
          <w:color w:val="000000"/>
          <w:lang w:val="en-GB"/>
        </w:rPr>
      </w:pPr>
    </w:p>
    <w:p w14:paraId="4C212E64" w14:textId="77777777" w:rsidR="006A4F73" w:rsidRPr="00D61D3D" w:rsidRDefault="006A4F73" w:rsidP="006A4F73">
      <w:pPr>
        <w:spacing w:before="100" w:beforeAutospacing="1" w:after="100" w:afterAutospacing="1"/>
        <w:rPr>
          <w:color w:val="000000"/>
          <w:lang w:val="en-GB"/>
        </w:rPr>
      </w:pPr>
      <w:r w:rsidRPr="00D61D3D">
        <w:rPr>
          <w:color w:val="000000"/>
          <w:lang w:val="en-GB"/>
        </w:rPr>
        <w:lastRenderedPageBreak/>
        <w:t>The train groaned to a halt in Budapest, as if reluctant to surrender its cargo to the city’s perfume of ghosts and diesel. I stepped down onto the platform with the sluggishness of someone still orbiting another time zone—or another life. The dawn was grey but mannered, like a butler in mourning.</w:t>
      </w:r>
    </w:p>
    <w:p w14:paraId="2FFDA27F" w14:textId="77777777" w:rsidR="006A4F73" w:rsidRPr="00D61D3D" w:rsidRDefault="006A4F73" w:rsidP="006A4F73">
      <w:pPr>
        <w:spacing w:before="100" w:beforeAutospacing="1" w:after="100" w:afterAutospacing="1"/>
        <w:rPr>
          <w:color w:val="000000"/>
          <w:lang w:val="en-GB"/>
        </w:rPr>
      </w:pPr>
      <w:r w:rsidRPr="00D61D3D">
        <w:rPr>
          <w:color w:val="000000"/>
          <w:lang w:val="en-GB"/>
        </w:rPr>
        <w:t>Even the pigeons seemed aristocratic.</w:t>
      </w:r>
    </w:p>
    <w:p w14:paraId="304FB8C1" w14:textId="77777777" w:rsidR="006A4F73" w:rsidRPr="00D61D3D" w:rsidRDefault="006A4F73" w:rsidP="006A4F73">
      <w:pPr>
        <w:spacing w:before="100" w:beforeAutospacing="1" w:after="100" w:afterAutospacing="1"/>
        <w:rPr>
          <w:color w:val="000000"/>
          <w:lang w:val="en-GB"/>
        </w:rPr>
      </w:pPr>
      <w:r w:rsidRPr="00D61D3D">
        <w:rPr>
          <w:color w:val="000000"/>
          <w:lang w:val="en-GB"/>
        </w:rPr>
        <w:t>I wandered toward the river, bag over shoulder, and the whole city unrolled like a relic freshly unwrapped. Budapest didn’t present itself; it</w:t>
      </w:r>
      <w:r w:rsidRPr="00D61D3D">
        <w:rPr>
          <w:rStyle w:val="apple-converted-space"/>
          <w:color w:val="000000"/>
          <w:lang w:val="en-GB"/>
        </w:rPr>
        <w:t> </w:t>
      </w:r>
      <w:r w:rsidRPr="00D61D3D">
        <w:rPr>
          <w:rStyle w:val="Emphasis"/>
          <w:color w:val="000000"/>
          <w:lang w:val="en-GB"/>
        </w:rPr>
        <w:t>remembered</w:t>
      </w:r>
      <w:r w:rsidRPr="00D61D3D">
        <w:rPr>
          <w:rStyle w:val="apple-converted-space"/>
          <w:color w:val="000000"/>
          <w:lang w:val="en-GB"/>
        </w:rPr>
        <w:t> </w:t>
      </w:r>
      <w:r w:rsidRPr="00D61D3D">
        <w:rPr>
          <w:color w:val="000000"/>
          <w:lang w:val="en-GB"/>
        </w:rPr>
        <w:t>itself, like a dowager duchess adjusting her pearls before stepping into a room she no longer owned.</w:t>
      </w:r>
    </w:p>
    <w:p w14:paraId="7D6F9D0D" w14:textId="77777777" w:rsidR="006A4F73" w:rsidRPr="00D61D3D" w:rsidRDefault="006A4F73" w:rsidP="006A4F73">
      <w:pPr>
        <w:spacing w:before="100" w:beforeAutospacing="1" w:after="100" w:afterAutospacing="1"/>
        <w:rPr>
          <w:color w:val="000000"/>
          <w:lang w:val="en-GB"/>
        </w:rPr>
      </w:pPr>
      <w:r w:rsidRPr="00D61D3D">
        <w:rPr>
          <w:color w:val="000000"/>
          <w:lang w:val="en-GB"/>
        </w:rPr>
        <w:t>The cafés bore names too long to fit comfortably on menus. The men wore moustaches with historical intent. And above the tiled rooftops, Buda stared at Pest across the river like two lovers who had grown apart but kept the house for appearances.</w:t>
      </w:r>
    </w:p>
    <w:p w14:paraId="3DE8ECDD" w14:textId="77777777" w:rsidR="006A4F73" w:rsidRPr="00D61D3D" w:rsidRDefault="006A4F73" w:rsidP="006A4F73">
      <w:pPr>
        <w:spacing w:before="100" w:beforeAutospacing="1" w:after="100" w:afterAutospacing="1"/>
        <w:rPr>
          <w:color w:val="000000"/>
          <w:lang w:val="en-GB"/>
        </w:rPr>
      </w:pPr>
      <w:r w:rsidRPr="00D61D3D">
        <w:rPr>
          <w:color w:val="000000"/>
          <w:lang w:val="en-GB"/>
        </w:rPr>
        <w:t>At a newsstand, an old man in a waistcoat—yes, a</w:t>
      </w:r>
      <w:r w:rsidRPr="00D61D3D">
        <w:rPr>
          <w:rStyle w:val="apple-converted-space"/>
          <w:color w:val="000000"/>
          <w:lang w:val="en-GB"/>
        </w:rPr>
        <w:t> </w:t>
      </w:r>
      <w:r w:rsidRPr="00D61D3D">
        <w:rPr>
          <w:rStyle w:val="Emphasis"/>
          <w:color w:val="000000"/>
          <w:lang w:val="en-GB"/>
        </w:rPr>
        <w:t>waistcoat</w:t>
      </w:r>
      <w:r w:rsidRPr="00D61D3D">
        <w:rPr>
          <w:color w:val="000000"/>
          <w:lang w:val="en-GB"/>
        </w:rPr>
        <w:t>, in 1980s Hungary—sighed when I asked for directions in English.</w:t>
      </w:r>
      <w:r w:rsidRPr="00D61D3D">
        <w:rPr>
          <w:color w:val="000000"/>
          <w:lang w:val="en-GB"/>
        </w:rPr>
        <w:br/>
        <w:t>“You are Irish?” he asked, almost suspiciously.</w:t>
      </w:r>
      <w:r w:rsidRPr="00D61D3D">
        <w:rPr>
          <w:color w:val="000000"/>
          <w:lang w:val="en-GB"/>
        </w:rPr>
        <w:br/>
        <w:t>“Yes.”</w:t>
      </w:r>
      <w:r w:rsidRPr="00D61D3D">
        <w:rPr>
          <w:color w:val="000000"/>
          <w:lang w:val="en-GB"/>
        </w:rPr>
        <w:br/>
        <w:t>He nodded, as if this explained my unshaved face, my shoes, my existential confusion.</w:t>
      </w:r>
    </w:p>
    <w:p w14:paraId="2BD3BEC4" w14:textId="77777777" w:rsidR="006A4F73" w:rsidRPr="00D61D3D" w:rsidRDefault="006A4F73" w:rsidP="006A4F73">
      <w:pPr>
        <w:spacing w:before="100" w:beforeAutospacing="1" w:after="100" w:afterAutospacing="1"/>
        <w:rPr>
          <w:color w:val="000000"/>
          <w:lang w:val="en-GB"/>
        </w:rPr>
      </w:pPr>
      <w:r w:rsidRPr="00D61D3D">
        <w:rPr>
          <w:color w:val="000000"/>
          <w:lang w:val="en-GB"/>
        </w:rPr>
        <w:t>“This city,” he said, tapping his cane on the ground like a metronome, “was once the heart of a</w:t>
      </w:r>
      <w:r w:rsidRPr="00D61D3D">
        <w:rPr>
          <w:rStyle w:val="apple-converted-space"/>
          <w:color w:val="000000"/>
          <w:lang w:val="en-GB"/>
        </w:rPr>
        <w:t> </w:t>
      </w:r>
      <w:proofErr w:type="spellStart"/>
      <w:r w:rsidRPr="00D61D3D">
        <w:rPr>
          <w:rStyle w:val="Emphasis"/>
          <w:color w:val="000000"/>
          <w:lang w:val="en-GB"/>
        </w:rPr>
        <w:t>rijk</w:t>
      </w:r>
      <w:proofErr w:type="spellEnd"/>
      <w:r w:rsidRPr="00D61D3D">
        <w:rPr>
          <w:color w:val="000000"/>
          <w:lang w:val="en-GB"/>
        </w:rPr>
        <w:t>. We had balls. We had uniforms. Now we have concrete. But the river remembers.”</w:t>
      </w:r>
      <w:r w:rsidRPr="00D61D3D">
        <w:rPr>
          <w:color w:val="000000"/>
          <w:lang w:val="en-GB"/>
        </w:rPr>
        <w:br/>
        <w:t>He walked away before I could ask him what the river remembered exactly. But I knew. I’d seen it in Vienna too—the shimmer of empire beneath the scum of modernity.</w:t>
      </w:r>
    </w:p>
    <w:p w14:paraId="1350A2E7" w14:textId="77777777" w:rsidR="006A4F73" w:rsidRPr="00D61D3D" w:rsidRDefault="006A4F73" w:rsidP="006A4F73">
      <w:pPr>
        <w:spacing w:before="100" w:beforeAutospacing="1" w:after="100" w:afterAutospacing="1"/>
        <w:rPr>
          <w:color w:val="000000"/>
          <w:lang w:val="en-GB"/>
        </w:rPr>
      </w:pPr>
      <w:r w:rsidRPr="00D61D3D">
        <w:rPr>
          <w:color w:val="000000"/>
          <w:lang w:val="en-GB"/>
        </w:rPr>
        <w:t>That evening, I sat beneath the lion statues on the Chain Bridge, writing nonsense in my notebook and watching dusk drape itself across the skyline. Somewhere behind me, Peter Lorre lingered, trying to light a cigarette with trembling hands.</w:t>
      </w:r>
    </w:p>
    <w:p w14:paraId="17862255" w14:textId="77777777" w:rsidR="006A4F73" w:rsidRPr="00D61D3D" w:rsidRDefault="006A4F73" w:rsidP="006A4F73">
      <w:pPr>
        <w:spacing w:before="100" w:beforeAutospacing="1" w:after="100" w:afterAutospacing="1"/>
        <w:rPr>
          <w:color w:val="000000"/>
          <w:lang w:val="en-GB"/>
        </w:rPr>
      </w:pPr>
      <w:r w:rsidRPr="00D61D3D">
        <w:rPr>
          <w:color w:val="000000"/>
          <w:lang w:val="en-GB"/>
        </w:rPr>
        <w:t>I half expected to see Franz Joseph himself rise from the Danube and demand his crown back.</w:t>
      </w:r>
      <w:r w:rsidRPr="00D61D3D">
        <w:rPr>
          <w:color w:val="000000"/>
          <w:lang w:val="en-GB"/>
        </w:rPr>
        <w:br/>
        <w:t>Instead, a group of students walked past, laughing in German and Magyar, mixing revolution with irony, ideals with pop lyrics.</w:t>
      </w:r>
    </w:p>
    <w:p w14:paraId="0FDFC304" w14:textId="77777777" w:rsidR="006A4F73" w:rsidRPr="00D61D3D" w:rsidRDefault="006A4F73" w:rsidP="006A4F73">
      <w:pPr>
        <w:spacing w:before="100" w:beforeAutospacing="1" w:after="100" w:afterAutospacing="1"/>
        <w:rPr>
          <w:color w:val="000000"/>
          <w:lang w:val="en-GB"/>
        </w:rPr>
      </w:pPr>
      <w:r w:rsidRPr="00D61D3D">
        <w:rPr>
          <w:color w:val="000000"/>
          <w:lang w:val="en-GB"/>
        </w:rPr>
        <w:t>And for a moment I felt that I was standing at a crossroads: between the ash of empires and the spark of something not yet born.</w:t>
      </w:r>
    </w:p>
    <w:p w14:paraId="1F0AF66D" w14:textId="77777777" w:rsidR="006A4F73" w:rsidRPr="00D61D3D" w:rsidRDefault="006A4F73" w:rsidP="006A4F73">
      <w:pPr>
        <w:spacing w:before="100" w:beforeAutospacing="1" w:after="100" w:afterAutospacing="1"/>
        <w:rPr>
          <w:color w:val="000000"/>
          <w:lang w:val="en-GB"/>
        </w:rPr>
      </w:pPr>
    </w:p>
    <w:p w14:paraId="38C66DE8" w14:textId="77777777" w:rsidR="006A4F73" w:rsidRPr="00D61D3D" w:rsidRDefault="006A4F73" w:rsidP="00235CE6">
      <w:pPr>
        <w:spacing w:after="200" w:line="276" w:lineRule="auto"/>
        <w:rPr>
          <w:lang w:val="en-GB"/>
        </w:rPr>
      </w:pPr>
    </w:p>
    <w:p w14:paraId="4D7DFB42" w14:textId="1719357B" w:rsidR="00284B9E" w:rsidRPr="00D61D3D" w:rsidRDefault="00284B9E">
      <w:pPr>
        <w:spacing w:after="200" w:line="276" w:lineRule="auto"/>
        <w:rPr>
          <w:rFonts w:asciiTheme="majorHAnsi" w:eastAsiaTheme="majorEastAsia" w:hAnsiTheme="majorHAnsi" w:cstheme="majorBidi"/>
          <w:b/>
          <w:bCs/>
          <w:color w:val="365F91" w:themeColor="accent1" w:themeShade="BF"/>
          <w:sz w:val="28"/>
          <w:szCs w:val="28"/>
          <w:lang w:val="en-GB"/>
        </w:rPr>
      </w:pPr>
      <w:r w:rsidRPr="00D61D3D">
        <w:rPr>
          <w:lang w:val="en-GB"/>
        </w:rPr>
        <w:br w:type="page"/>
      </w:r>
    </w:p>
    <w:p w14:paraId="40E45C6A" w14:textId="4E9F39EC" w:rsidR="009C3006" w:rsidRPr="00D61D3D" w:rsidRDefault="00000000">
      <w:pPr>
        <w:pStyle w:val="Heading1"/>
        <w:rPr>
          <w:lang w:val="en-GB"/>
        </w:rPr>
      </w:pPr>
      <w:r w:rsidRPr="00D61D3D">
        <w:rPr>
          <w:lang w:val="en-GB"/>
        </w:rPr>
        <w:lastRenderedPageBreak/>
        <w:t>Intermezzos and Reflections</w:t>
      </w:r>
    </w:p>
    <w:p w14:paraId="13BA152B" w14:textId="77777777" w:rsidR="009C3006" w:rsidRPr="00D61D3D" w:rsidRDefault="00000000">
      <w:pPr>
        <w:rPr>
          <w:lang w:val="en-GB"/>
        </w:rPr>
      </w:pPr>
      <w:r w:rsidRPr="00D61D3D">
        <w:rPr>
          <w:lang w:val="en-GB"/>
        </w:rPr>
        <w:t xml:space="preserve">There were moments too strange for the main story—midnight haunts with characters like Milo Brandon, </w:t>
      </w:r>
      <w:r w:rsidRPr="00D61D3D">
        <w:rPr>
          <w:lang w:val="en-GB"/>
        </w:rPr>
        <w:br/>
        <w:t>a séance in Berlin, a rooftop folk session in Lisbon, and a memory of a mother singing while peeling potatoes.</w:t>
      </w:r>
    </w:p>
    <w:p w14:paraId="4D912D3C" w14:textId="77777777" w:rsidR="00715C1C" w:rsidRPr="00D61D3D" w:rsidRDefault="00715C1C">
      <w:pPr>
        <w:rPr>
          <w:lang w:val="en-GB"/>
        </w:rPr>
      </w:pPr>
    </w:p>
    <w:p w14:paraId="19CB4901" w14:textId="77777777" w:rsidR="00715C1C" w:rsidRPr="00D61D3D" w:rsidRDefault="00715C1C" w:rsidP="00715C1C">
      <w:pPr>
        <w:spacing w:before="100" w:beforeAutospacing="1" w:after="100" w:afterAutospacing="1"/>
        <w:rPr>
          <w:color w:val="000000"/>
          <w:lang w:val="en-GB"/>
        </w:rPr>
      </w:pPr>
      <w:r w:rsidRPr="00D61D3D">
        <w:rPr>
          <w:color w:val="000000"/>
          <w:lang w:val="en-GB"/>
        </w:rPr>
        <w:t>There’s a rhythm that emerges when you’re on the road for long enough—of movement, pause, encounter, and reflection. And Romania, for all its shadows and slow trains, demanded a moment to linger.</w:t>
      </w:r>
    </w:p>
    <w:p w14:paraId="26BC61FD" w14:textId="77777777" w:rsidR="00715C1C" w:rsidRPr="00D61D3D" w:rsidRDefault="00715C1C" w:rsidP="00715C1C">
      <w:pPr>
        <w:spacing w:before="100" w:beforeAutospacing="1" w:after="100" w:afterAutospacing="1"/>
        <w:rPr>
          <w:color w:val="000000"/>
          <w:lang w:val="en-GB"/>
        </w:rPr>
      </w:pPr>
      <w:r w:rsidRPr="00D61D3D">
        <w:rPr>
          <w:color w:val="000000"/>
          <w:lang w:val="en-GB"/>
        </w:rPr>
        <w:t>I had come looking for something out of</w:t>
      </w:r>
      <w:r w:rsidRPr="00D61D3D">
        <w:rPr>
          <w:rStyle w:val="apple-converted-space"/>
          <w:color w:val="000000"/>
          <w:lang w:val="en-GB"/>
        </w:rPr>
        <w:t> </w:t>
      </w:r>
      <w:r w:rsidRPr="00D61D3D">
        <w:rPr>
          <w:rStyle w:val="Emphasis"/>
          <w:color w:val="000000"/>
          <w:lang w:val="en-GB"/>
        </w:rPr>
        <w:t>Dracula</w:t>
      </w:r>
      <w:r w:rsidRPr="00D61D3D">
        <w:rPr>
          <w:color w:val="000000"/>
          <w:lang w:val="en-GB"/>
        </w:rPr>
        <w:t>, if I’m honest—some crumbling silhouette against the moon, a whisper of Vlad’s cruelty echoing through mountain passes. But the horror stories proved more fiction than fact. What remained was the country itself—bone-tired but resilient, hemmed in by empires, and yet somehow still breathing its own stubborn air.</w:t>
      </w:r>
    </w:p>
    <w:p w14:paraId="2407EA59" w14:textId="77777777" w:rsidR="00715C1C" w:rsidRPr="00D61D3D" w:rsidRDefault="00715C1C" w:rsidP="00715C1C">
      <w:pPr>
        <w:spacing w:before="100" w:beforeAutospacing="1" w:after="100" w:afterAutospacing="1"/>
        <w:rPr>
          <w:color w:val="000000"/>
          <w:lang w:val="en-GB"/>
        </w:rPr>
      </w:pPr>
      <w:r w:rsidRPr="00D61D3D">
        <w:rPr>
          <w:color w:val="000000"/>
          <w:lang w:val="en-GB"/>
        </w:rPr>
        <w:t>The further west I went, the more the country seemed to awaken. Not with the fierce nationalism I’d felt rumbling in Yugoslavia, but with something older, more unified, and perhaps more dangerous to its rulers: a country remembering its soul.</w:t>
      </w:r>
    </w:p>
    <w:p w14:paraId="5EB61E17" w14:textId="77777777" w:rsidR="00715C1C" w:rsidRPr="00D61D3D" w:rsidRDefault="00715C1C" w:rsidP="00715C1C">
      <w:pPr>
        <w:spacing w:before="100" w:beforeAutospacing="1" w:after="100" w:afterAutospacing="1"/>
        <w:rPr>
          <w:color w:val="000000"/>
          <w:lang w:val="en-GB"/>
        </w:rPr>
      </w:pPr>
      <w:r w:rsidRPr="00D61D3D">
        <w:rPr>
          <w:color w:val="000000"/>
          <w:lang w:val="en-GB"/>
        </w:rPr>
        <w:t>I saw it in Sibiu, when a pale-haired stranger on a train told me, in a low voice, that I was riding through</w:t>
      </w:r>
      <w:r w:rsidRPr="00D61D3D">
        <w:rPr>
          <w:rStyle w:val="apple-converted-space"/>
          <w:color w:val="000000"/>
          <w:lang w:val="en-GB"/>
        </w:rPr>
        <w:t> </w:t>
      </w:r>
      <w:proofErr w:type="spellStart"/>
      <w:r w:rsidRPr="00D61D3D">
        <w:rPr>
          <w:rStyle w:val="Emphasis"/>
          <w:color w:val="000000"/>
          <w:lang w:val="en-GB"/>
        </w:rPr>
        <w:t>Hermannstadt</w:t>
      </w:r>
      <w:proofErr w:type="spellEnd"/>
      <w:r w:rsidRPr="00D61D3D">
        <w:rPr>
          <w:color w:val="000000"/>
          <w:lang w:val="en-GB"/>
        </w:rPr>
        <w:t>—the German name that had survived beneath layers of maps and mandates. His people, the Transylvanian Saxons, had been here for centuries. Builders. Farmers. Shopkeepers. Now whittled down to ghosts in their own land. Ceaușescu had not spared them in his fever dream of national purity. They were a visible, convenient "other"—and for that, they paid.</w:t>
      </w:r>
    </w:p>
    <w:p w14:paraId="0BAD3652" w14:textId="77777777" w:rsidR="00715C1C" w:rsidRPr="00D61D3D" w:rsidRDefault="00715C1C" w:rsidP="00715C1C">
      <w:pPr>
        <w:spacing w:before="100" w:beforeAutospacing="1" w:after="100" w:afterAutospacing="1"/>
        <w:rPr>
          <w:color w:val="000000"/>
          <w:lang w:val="en-GB"/>
        </w:rPr>
      </w:pPr>
      <w:r w:rsidRPr="00D61D3D">
        <w:rPr>
          <w:color w:val="000000"/>
          <w:lang w:val="en-GB"/>
        </w:rPr>
        <w:t>It was a story beneath the story, and once you’d heard it, you saw the country differently. You noticed what wasn’t said in the state museums. You felt the tension in the silence.</w:t>
      </w:r>
    </w:p>
    <w:p w14:paraId="0F0992BA" w14:textId="4913C275" w:rsidR="00715C1C" w:rsidRPr="00D61D3D" w:rsidRDefault="00715C1C" w:rsidP="00715C1C">
      <w:pPr>
        <w:spacing w:before="100" w:beforeAutospacing="1" w:after="100" w:afterAutospacing="1"/>
        <w:rPr>
          <w:color w:val="000000"/>
          <w:lang w:val="en-GB"/>
        </w:rPr>
      </w:pPr>
      <w:r w:rsidRPr="00D61D3D">
        <w:rPr>
          <w:color w:val="000000"/>
          <w:lang w:val="en-GB"/>
        </w:rPr>
        <w:t xml:space="preserve">And still, something was coming. The air in places like </w:t>
      </w:r>
      <w:r w:rsidR="004D296A" w:rsidRPr="00D61D3D">
        <w:rPr>
          <w:color w:val="000000"/>
          <w:lang w:val="en-GB"/>
        </w:rPr>
        <w:t>Timisoara</w:t>
      </w:r>
      <w:r w:rsidRPr="00D61D3D">
        <w:rPr>
          <w:color w:val="000000"/>
          <w:lang w:val="en-GB"/>
        </w:rPr>
        <w:t xml:space="preserve"> carried it—a tremor, an itch under the skin. The kind of feeling you only recognize later, in hindsight, as history preparing to change direction. The genie was stirring in the bottle, and no one, not even the devils who tried to keep him corked, would stop him for long.</w:t>
      </w:r>
    </w:p>
    <w:p w14:paraId="52327EF9" w14:textId="77777777" w:rsidR="00715C1C" w:rsidRPr="00D61D3D" w:rsidRDefault="00715C1C" w:rsidP="00715C1C">
      <w:pPr>
        <w:spacing w:before="100" w:beforeAutospacing="1" w:after="100" w:afterAutospacing="1"/>
        <w:rPr>
          <w:color w:val="000000"/>
          <w:lang w:val="en-GB"/>
        </w:rPr>
      </w:pPr>
      <w:r w:rsidRPr="00D61D3D">
        <w:rPr>
          <w:color w:val="000000"/>
          <w:lang w:val="en-GB"/>
        </w:rPr>
        <w:t>And then, as if by the flick of some imperial switch, we were in Hungary.</w:t>
      </w:r>
    </w:p>
    <w:p w14:paraId="763DE9B3" w14:textId="77777777" w:rsidR="00715C1C" w:rsidRPr="00D61D3D" w:rsidRDefault="00715C1C" w:rsidP="00715C1C">
      <w:pPr>
        <w:spacing w:before="100" w:beforeAutospacing="1" w:after="100" w:afterAutospacing="1"/>
        <w:rPr>
          <w:color w:val="000000"/>
          <w:lang w:val="en-GB"/>
        </w:rPr>
      </w:pPr>
      <w:r w:rsidRPr="00D61D3D">
        <w:rPr>
          <w:color w:val="000000"/>
          <w:lang w:val="en-GB"/>
        </w:rPr>
        <w:t>The border crossing had its bureaucratic grumbles, but the true shift was atmospheric. Romania was heavy, crumbling. Hungary—at least on the surface—was bright, well-oiled, and oddly familiar. Budapest appeared not as a continuation of the East, but as a half-forgotten cousin of the West, brushing its coat and straightening its tie for company.</w:t>
      </w:r>
    </w:p>
    <w:p w14:paraId="403B70AA" w14:textId="77777777" w:rsidR="00715C1C" w:rsidRPr="00D61D3D" w:rsidRDefault="00715C1C" w:rsidP="00715C1C">
      <w:pPr>
        <w:spacing w:before="100" w:beforeAutospacing="1" w:after="100" w:afterAutospacing="1"/>
        <w:rPr>
          <w:color w:val="000000"/>
          <w:lang w:val="en-GB"/>
        </w:rPr>
      </w:pPr>
      <w:r w:rsidRPr="00D61D3D">
        <w:rPr>
          <w:color w:val="000000"/>
          <w:lang w:val="en-GB"/>
        </w:rPr>
        <w:t xml:space="preserve">Here, the memory of the Austro-Hungarian Empire still lingered in the architecture, in the bearing of older men in cafés, in the wistfulness that clung to the banks of the Danube </w:t>
      </w:r>
      <w:r w:rsidRPr="00D61D3D">
        <w:rPr>
          <w:color w:val="000000"/>
          <w:lang w:val="en-GB"/>
        </w:rPr>
        <w:lastRenderedPageBreak/>
        <w:t>like morning mist. The communist flags fluttered, yes—but beneath them, something older and far more stubborn whispered through the cobbled streets.</w:t>
      </w:r>
    </w:p>
    <w:p w14:paraId="435DEE2B" w14:textId="77777777" w:rsidR="00715C1C" w:rsidRPr="00D61D3D" w:rsidRDefault="00715C1C" w:rsidP="00715C1C">
      <w:pPr>
        <w:spacing w:before="100" w:beforeAutospacing="1" w:after="100" w:afterAutospacing="1"/>
        <w:rPr>
          <w:color w:val="000000"/>
          <w:lang w:val="en-GB"/>
        </w:rPr>
      </w:pPr>
      <w:r w:rsidRPr="00D61D3D">
        <w:rPr>
          <w:color w:val="000000"/>
          <w:lang w:val="en-GB"/>
        </w:rPr>
        <w:t>They hadn’t forgotten the empire. They hadn’t quite accepted its loss either.</w:t>
      </w:r>
    </w:p>
    <w:p w14:paraId="6456268C" w14:textId="77777777" w:rsidR="00715C1C" w:rsidRPr="00D61D3D" w:rsidRDefault="00715C1C" w:rsidP="00715C1C">
      <w:pPr>
        <w:pStyle w:val="Heading3"/>
        <w:rPr>
          <w:color w:val="000000"/>
          <w:sz w:val="27"/>
          <w:szCs w:val="27"/>
          <w:lang w:val="en-GB"/>
        </w:rPr>
      </w:pPr>
      <w:r w:rsidRPr="00D61D3D">
        <w:rPr>
          <w:color w:val="000000"/>
          <w:lang w:val="en-GB"/>
        </w:rPr>
        <w:t>Budapest: Empire of the Mind</w:t>
      </w:r>
    </w:p>
    <w:p w14:paraId="5811B102" w14:textId="77777777" w:rsidR="00715C1C" w:rsidRPr="00D61D3D" w:rsidRDefault="00715C1C" w:rsidP="00715C1C">
      <w:pPr>
        <w:spacing w:before="100" w:beforeAutospacing="1" w:after="100" w:afterAutospacing="1"/>
        <w:rPr>
          <w:color w:val="000000"/>
          <w:lang w:val="en-GB"/>
        </w:rPr>
      </w:pPr>
      <w:r w:rsidRPr="00D61D3D">
        <w:rPr>
          <w:color w:val="000000"/>
          <w:lang w:val="en-GB"/>
        </w:rPr>
        <w:t>It was almost disorienting, how quickly the mood changed after the border. One moment, I was eating dust on a Romanian road, cursing bureaucracy and rusted trains, the next I was gazing at a chandelier in Keleti Station, wondering if I’d wandered onto a film set.</w:t>
      </w:r>
    </w:p>
    <w:p w14:paraId="39C08600" w14:textId="2BFCD2B0" w:rsidR="00715C1C" w:rsidRPr="00D61D3D" w:rsidRDefault="00715C1C" w:rsidP="00715C1C">
      <w:pPr>
        <w:spacing w:before="100" w:beforeAutospacing="1" w:after="100" w:afterAutospacing="1"/>
        <w:rPr>
          <w:color w:val="000000"/>
          <w:lang w:val="en-GB"/>
        </w:rPr>
      </w:pPr>
      <w:r w:rsidRPr="00D61D3D">
        <w:rPr>
          <w:color w:val="000000"/>
          <w:lang w:val="en-GB"/>
        </w:rPr>
        <w:t xml:space="preserve">Budapest didn’t whisper its history like the towns of Transylvania—it sang it in baritone. The very streets carried themselves with a kind of bruised dignity, like faded aristocrats too proud to mention their bankruptcy. There was something in the symmetry of the buildings, the carved stone balconies, the wrought ironwork, that hinted at a time when this city believed itself the </w:t>
      </w:r>
      <w:r w:rsidR="004D296A" w:rsidRPr="00D61D3D">
        <w:rPr>
          <w:color w:val="000000"/>
          <w:lang w:val="en-GB"/>
        </w:rPr>
        <w:t>centre</w:t>
      </w:r>
      <w:r w:rsidRPr="00D61D3D">
        <w:rPr>
          <w:color w:val="000000"/>
          <w:lang w:val="en-GB"/>
        </w:rPr>
        <w:t xml:space="preserve"> of the world—or at least half of it.</w:t>
      </w:r>
    </w:p>
    <w:p w14:paraId="29E17389" w14:textId="77777777" w:rsidR="00715C1C" w:rsidRPr="00D61D3D" w:rsidRDefault="00715C1C" w:rsidP="00715C1C">
      <w:pPr>
        <w:spacing w:before="100" w:beforeAutospacing="1" w:after="100" w:afterAutospacing="1"/>
        <w:rPr>
          <w:color w:val="000000"/>
          <w:lang w:val="en-GB"/>
        </w:rPr>
      </w:pPr>
      <w:r w:rsidRPr="00D61D3D">
        <w:rPr>
          <w:color w:val="000000"/>
          <w:lang w:val="en-GB"/>
        </w:rPr>
        <w:t>And perhaps it had been, once. Buda and Pest, straddling the Danube like a grand metaphor, were not just cities but symbols. Of power. Of pride. Of loss.</w:t>
      </w:r>
    </w:p>
    <w:p w14:paraId="491A17D3" w14:textId="77777777" w:rsidR="00715C1C" w:rsidRPr="00D61D3D" w:rsidRDefault="00715C1C" w:rsidP="00715C1C">
      <w:pPr>
        <w:spacing w:before="100" w:beforeAutospacing="1" w:after="100" w:afterAutospacing="1"/>
        <w:rPr>
          <w:color w:val="000000"/>
          <w:lang w:val="en-GB"/>
        </w:rPr>
      </w:pPr>
      <w:r w:rsidRPr="00D61D3D">
        <w:rPr>
          <w:color w:val="000000"/>
          <w:lang w:val="en-GB"/>
        </w:rPr>
        <w:t>Reka had told me, over a cheap wine and shared bread, that Hungary had never really let go of the Empire.</w:t>
      </w:r>
      <w:r w:rsidRPr="00D61D3D">
        <w:rPr>
          <w:rStyle w:val="apple-converted-space"/>
          <w:color w:val="000000"/>
          <w:lang w:val="en-GB"/>
        </w:rPr>
        <w:t> </w:t>
      </w:r>
      <w:r w:rsidRPr="00D61D3D">
        <w:rPr>
          <w:rStyle w:val="Emphasis"/>
          <w:color w:val="000000"/>
          <w:lang w:val="en-GB"/>
        </w:rPr>
        <w:t>“You must understand,”</w:t>
      </w:r>
      <w:r w:rsidRPr="00D61D3D">
        <w:rPr>
          <w:rStyle w:val="apple-converted-space"/>
          <w:color w:val="000000"/>
          <w:lang w:val="en-GB"/>
        </w:rPr>
        <w:t> </w:t>
      </w:r>
      <w:r w:rsidRPr="00D61D3D">
        <w:rPr>
          <w:color w:val="000000"/>
          <w:lang w:val="en-GB"/>
        </w:rPr>
        <w:t>she said,</w:t>
      </w:r>
      <w:r w:rsidRPr="00D61D3D">
        <w:rPr>
          <w:rStyle w:val="apple-converted-space"/>
          <w:color w:val="000000"/>
          <w:lang w:val="en-GB"/>
        </w:rPr>
        <w:t> </w:t>
      </w:r>
      <w:r w:rsidRPr="00D61D3D">
        <w:rPr>
          <w:rStyle w:val="Emphasis"/>
          <w:color w:val="000000"/>
          <w:lang w:val="en-GB"/>
        </w:rPr>
        <w:t>“we were not defeated by war, we were demoted by history.”</w:t>
      </w:r>
      <w:r w:rsidRPr="00D61D3D">
        <w:rPr>
          <w:rStyle w:val="apple-converted-space"/>
          <w:color w:val="000000"/>
          <w:lang w:val="en-GB"/>
        </w:rPr>
        <w:t> </w:t>
      </w:r>
      <w:r w:rsidRPr="00D61D3D">
        <w:rPr>
          <w:color w:val="000000"/>
          <w:lang w:val="en-GB"/>
        </w:rPr>
        <w:t>I remember her saying that while staring past me, as if addressing a room full of powdered wigs and velvet cloaks.</w:t>
      </w:r>
    </w:p>
    <w:p w14:paraId="0910D751" w14:textId="77777777" w:rsidR="00715C1C" w:rsidRPr="00D61D3D" w:rsidRDefault="00715C1C" w:rsidP="00715C1C">
      <w:pPr>
        <w:spacing w:before="100" w:beforeAutospacing="1" w:after="100" w:afterAutospacing="1"/>
        <w:rPr>
          <w:color w:val="000000"/>
          <w:lang w:val="en-GB"/>
        </w:rPr>
      </w:pPr>
      <w:r w:rsidRPr="00D61D3D">
        <w:rPr>
          <w:color w:val="000000"/>
          <w:lang w:val="en-GB"/>
        </w:rPr>
        <w:t>And it showed. The communists had taken the country, sure. The red flags flew and the slogans shouted from the walls. But beneath it all, Budapest pulsed with Habsburg hangover. The dream of empire hadn’t died—it had simply changed costumes. The cafés still filled with intellectuals quoting Nietzsche and sipping bitter coffee like it was sacrament. The old opera house still stood, decadent and defiant. Even the bridges seemed to wear medals under their stone coats.</w:t>
      </w:r>
    </w:p>
    <w:p w14:paraId="6620F3D9" w14:textId="77777777" w:rsidR="00715C1C" w:rsidRPr="00D61D3D" w:rsidRDefault="00715C1C" w:rsidP="00715C1C">
      <w:pPr>
        <w:spacing w:before="100" w:beforeAutospacing="1" w:after="100" w:afterAutospacing="1"/>
        <w:rPr>
          <w:color w:val="000000"/>
          <w:lang w:val="en-GB"/>
        </w:rPr>
      </w:pPr>
      <w:r w:rsidRPr="00D61D3D">
        <w:rPr>
          <w:color w:val="000000"/>
          <w:lang w:val="en-GB"/>
        </w:rPr>
        <w:t>I walked endlessly. Across the Chain Bridge, up to the castle, through Andrassy Avenue and the backstreets behind Parliament. Every corner held a memory I hadn’t lived but could feel. Marble statues of half-forgotten heroes. Graffiti beside gas lamps. A man playing Liszt on a broken accordion, as if tuning a ghost.</w:t>
      </w:r>
    </w:p>
    <w:p w14:paraId="1937B93B" w14:textId="77777777" w:rsidR="00715C1C" w:rsidRPr="00D61D3D" w:rsidRDefault="00715C1C" w:rsidP="00715C1C">
      <w:pPr>
        <w:spacing w:before="100" w:beforeAutospacing="1" w:after="100" w:afterAutospacing="1"/>
        <w:rPr>
          <w:color w:val="000000"/>
          <w:lang w:val="en-GB"/>
        </w:rPr>
      </w:pPr>
      <w:r w:rsidRPr="00D61D3D">
        <w:rPr>
          <w:color w:val="000000"/>
          <w:lang w:val="en-GB"/>
        </w:rPr>
        <w:t>But in all my wandering, something nagged at me.</w:t>
      </w:r>
    </w:p>
    <w:p w14:paraId="09C9C768" w14:textId="77777777" w:rsidR="00715C1C" w:rsidRPr="00D61D3D" w:rsidRDefault="00715C1C" w:rsidP="00715C1C">
      <w:pPr>
        <w:spacing w:before="100" w:beforeAutospacing="1" w:after="100" w:afterAutospacing="1"/>
        <w:rPr>
          <w:color w:val="000000"/>
          <w:lang w:val="en-GB"/>
        </w:rPr>
      </w:pPr>
      <w:r w:rsidRPr="00D61D3D">
        <w:rPr>
          <w:color w:val="000000"/>
          <w:lang w:val="en-GB"/>
        </w:rPr>
        <w:t>“You are walking in circles,” Reka said finally. “You came east to find something, but it was never east. You are chasing an echo.”</w:t>
      </w:r>
    </w:p>
    <w:p w14:paraId="1CF39263" w14:textId="77777777" w:rsidR="00715C1C" w:rsidRPr="00D61D3D" w:rsidRDefault="00715C1C" w:rsidP="00715C1C">
      <w:pPr>
        <w:spacing w:before="100" w:beforeAutospacing="1" w:after="100" w:afterAutospacing="1"/>
        <w:rPr>
          <w:color w:val="000000"/>
          <w:lang w:val="en-GB"/>
        </w:rPr>
      </w:pPr>
      <w:r w:rsidRPr="00D61D3D">
        <w:rPr>
          <w:color w:val="000000"/>
          <w:lang w:val="en-GB"/>
        </w:rPr>
        <w:t>It stopped me cold. Because I knew, with the terrible certainty that only arrives when it’s already too late, that she was right.</w:t>
      </w:r>
    </w:p>
    <w:p w14:paraId="47439CE2" w14:textId="77777777" w:rsidR="00715C1C" w:rsidRPr="00D61D3D" w:rsidRDefault="00715C1C" w:rsidP="00715C1C">
      <w:pPr>
        <w:spacing w:before="100" w:beforeAutospacing="1" w:after="100" w:afterAutospacing="1"/>
        <w:rPr>
          <w:color w:val="000000"/>
          <w:lang w:val="en-GB"/>
        </w:rPr>
      </w:pPr>
      <w:r w:rsidRPr="00D61D3D">
        <w:rPr>
          <w:color w:val="000000"/>
          <w:lang w:val="en-GB"/>
        </w:rPr>
        <w:t>Budapest had offered me a mirror, and I had mistaken it for a window.</w:t>
      </w:r>
    </w:p>
    <w:p w14:paraId="06AAED2E" w14:textId="77777777" w:rsidR="00953C54" w:rsidRPr="00D61D3D" w:rsidRDefault="00953C54" w:rsidP="00953C54">
      <w:pPr>
        <w:pStyle w:val="Heading3"/>
        <w:rPr>
          <w:color w:val="000000"/>
          <w:sz w:val="27"/>
          <w:szCs w:val="27"/>
          <w:lang w:val="en-GB"/>
        </w:rPr>
      </w:pPr>
      <w:r w:rsidRPr="00D61D3D">
        <w:rPr>
          <w:color w:val="000000"/>
          <w:lang w:val="en-GB"/>
        </w:rPr>
        <w:lastRenderedPageBreak/>
        <w:t>Westbound: Vienna Waits for You</w:t>
      </w:r>
    </w:p>
    <w:p w14:paraId="6659B2C2" w14:textId="77777777" w:rsidR="00953C54" w:rsidRPr="00D61D3D" w:rsidRDefault="00953C54" w:rsidP="00953C54">
      <w:pPr>
        <w:spacing w:before="100" w:beforeAutospacing="1" w:after="100" w:afterAutospacing="1"/>
        <w:rPr>
          <w:color w:val="000000"/>
          <w:lang w:val="en-GB"/>
        </w:rPr>
      </w:pPr>
      <w:r w:rsidRPr="00D61D3D">
        <w:rPr>
          <w:color w:val="000000"/>
          <w:lang w:val="en-GB"/>
        </w:rPr>
        <w:t>The train from Budapest slid west like a reluctant confession. Gone were the rickety carriages and coal-smudged windows of the East. This one was sleek, modern, too clean to trust. It hummed instead of rattled. A smooth traitor of a train, carrying me away from cobbled memory into the polished unknown.</w:t>
      </w:r>
    </w:p>
    <w:p w14:paraId="1A2BAD65" w14:textId="77777777" w:rsidR="00953C54" w:rsidRPr="00D61D3D" w:rsidRDefault="00953C54" w:rsidP="00953C54">
      <w:pPr>
        <w:spacing w:before="100" w:beforeAutospacing="1" w:after="100" w:afterAutospacing="1"/>
        <w:rPr>
          <w:color w:val="000000"/>
          <w:lang w:val="en-GB"/>
        </w:rPr>
      </w:pPr>
      <w:r w:rsidRPr="00D61D3D">
        <w:rPr>
          <w:color w:val="000000"/>
          <w:lang w:val="en-GB"/>
        </w:rPr>
        <w:t>As we crossed the border into Austria, the change was instant—alarming, almost artificial. No guards barking questions. No last-minute bribes. Just a subtle shift: the tracks seemed smoother, the grass greener, even the cows somehow more democratic. I half expected someone to hand me a cappuccino and congratulate me for making it out alive.</w:t>
      </w:r>
    </w:p>
    <w:p w14:paraId="18A7CB45" w14:textId="77777777" w:rsidR="00953C54" w:rsidRPr="00D61D3D" w:rsidRDefault="00953C54" w:rsidP="00953C54">
      <w:pPr>
        <w:spacing w:before="100" w:beforeAutospacing="1" w:after="100" w:afterAutospacing="1"/>
        <w:rPr>
          <w:color w:val="000000"/>
          <w:lang w:val="en-GB"/>
        </w:rPr>
      </w:pPr>
      <w:r w:rsidRPr="00D61D3D">
        <w:rPr>
          <w:color w:val="000000"/>
          <w:lang w:val="en-GB"/>
        </w:rPr>
        <w:t>And yet, something was missing. In the East, even silence had depth. In the West, everything looked brighter, but felt thinner. Shiny surfaces, efficient systems, smiling shop windows… and not a single crack where a story might hide.</w:t>
      </w:r>
    </w:p>
    <w:p w14:paraId="782DC5CB" w14:textId="77777777" w:rsidR="00953C54" w:rsidRPr="00D61D3D" w:rsidRDefault="00953C54" w:rsidP="00953C54">
      <w:pPr>
        <w:spacing w:before="100" w:beforeAutospacing="1" w:after="100" w:afterAutospacing="1"/>
        <w:rPr>
          <w:color w:val="000000"/>
          <w:lang w:val="en-GB"/>
        </w:rPr>
      </w:pPr>
      <w:r w:rsidRPr="00D61D3D">
        <w:rPr>
          <w:color w:val="000000"/>
          <w:lang w:val="en-GB"/>
        </w:rPr>
        <w:t>Vienna rose like a perfectly iced cake on a polished silver tray. Beautiful, yes. Elegant. Impressive in its architecture, its manners, its museums where even the dust had pedigree. But there was a stiffness in the air, as if the city itself had grown tired of its own reputation.</w:t>
      </w:r>
    </w:p>
    <w:p w14:paraId="0F09F1A3" w14:textId="77777777" w:rsidR="00953C54" w:rsidRPr="00D61D3D" w:rsidRDefault="00953C54" w:rsidP="00953C54">
      <w:pPr>
        <w:spacing w:before="100" w:beforeAutospacing="1" w:after="100" w:afterAutospacing="1"/>
        <w:rPr>
          <w:color w:val="000000"/>
          <w:lang w:val="en-GB"/>
        </w:rPr>
      </w:pPr>
      <w:r w:rsidRPr="00D61D3D">
        <w:rPr>
          <w:color w:val="000000"/>
          <w:lang w:val="en-GB"/>
        </w:rPr>
        <w:t xml:space="preserve">I walked through the </w:t>
      </w:r>
      <w:proofErr w:type="spellStart"/>
      <w:r w:rsidRPr="00D61D3D">
        <w:rPr>
          <w:color w:val="000000"/>
          <w:lang w:val="en-GB"/>
        </w:rPr>
        <w:t>Ringstrasse</w:t>
      </w:r>
      <w:proofErr w:type="spellEnd"/>
      <w:r w:rsidRPr="00D61D3D">
        <w:rPr>
          <w:color w:val="000000"/>
          <w:lang w:val="en-GB"/>
        </w:rPr>
        <w:t xml:space="preserve">, visited the Hofburg, watched the tourists shuffle through </w:t>
      </w:r>
      <w:proofErr w:type="spellStart"/>
      <w:r w:rsidRPr="00D61D3D">
        <w:rPr>
          <w:color w:val="000000"/>
          <w:lang w:val="en-GB"/>
        </w:rPr>
        <w:t>Schönbrunn</w:t>
      </w:r>
      <w:proofErr w:type="spellEnd"/>
      <w:r w:rsidRPr="00D61D3D">
        <w:rPr>
          <w:color w:val="000000"/>
          <w:lang w:val="en-GB"/>
        </w:rPr>
        <w:t xml:space="preserve"> with their plastic audio guides and glazed expressions. The ghosts here wore powdered wigs and smelled faintly of incense. They did not sing, they judged. Everything in Vienna felt curated, as though spontaneity had been politely asked to leave.</w:t>
      </w:r>
    </w:p>
    <w:p w14:paraId="0B87BB7B" w14:textId="77777777" w:rsidR="00953C54" w:rsidRPr="00D61D3D" w:rsidRDefault="00953C54" w:rsidP="00953C54">
      <w:pPr>
        <w:spacing w:before="100" w:beforeAutospacing="1" w:after="100" w:afterAutospacing="1"/>
        <w:rPr>
          <w:color w:val="000000"/>
          <w:lang w:val="en-GB"/>
        </w:rPr>
      </w:pPr>
      <w:r w:rsidRPr="00D61D3D">
        <w:rPr>
          <w:color w:val="000000"/>
          <w:lang w:val="en-GB"/>
        </w:rPr>
        <w:t>Even the rebellion had been lacquered over. Freud’s couch was behind glass. Klimt’s</w:t>
      </w:r>
      <w:r w:rsidRPr="00D61D3D">
        <w:rPr>
          <w:rStyle w:val="apple-converted-space"/>
          <w:color w:val="000000"/>
          <w:lang w:val="en-GB"/>
        </w:rPr>
        <w:t> </w:t>
      </w:r>
      <w:r w:rsidRPr="00D61D3D">
        <w:rPr>
          <w:rStyle w:val="Emphasis"/>
          <w:color w:val="000000"/>
          <w:lang w:val="en-GB"/>
        </w:rPr>
        <w:t>The Kiss</w:t>
      </w:r>
      <w:r w:rsidRPr="00D61D3D">
        <w:rPr>
          <w:rStyle w:val="apple-converted-space"/>
          <w:color w:val="000000"/>
          <w:lang w:val="en-GB"/>
        </w:rPr>
        <w:t> </w:t>
      </w:r>
      <w:r w:rsidRPr="00D61D3D">
        <w:rPr>
          <w:color w:val="000000"/>
          <w:lang w:val="en-GB"/>
        </w:rPr>
        <w:t>had a gift shop attached. Beethoven’s house had a scent of air freshener and reverence.</w:t>
      </w:r>
    </w:p>
    <w:p w14:paraId="7130192D" w14:textId="77777777" w:rsidR="00953C54" w:rsidRPr="00D61D3D" w:rsidRDefault="00953C54" w:rsidP="00953C54">
      <w:pPr>
        <w:spacing w:before="100" w:beforeAutospacing="1" w:after="100" w:afterAutospacing="1"/>
        <w:rPr>
          <w:color w:val="000000"/>
          <w:lang w:val="en-GB"/>
        </w:rPr>
      </w:pPr>
      <w:r w:rsidRPr="00D61D3D">
        <w:rPr>
          <w:color w:val="000000"/>
          <w:lang w:val="en-GB"/>
        </w:rPr>
        <w:t>I met Reka again on a stone bench overlooking the Danube. She didn’t speak at first, just watched the water glide past, as if waiting for it to say something.</w:t>
      </w:r>
    </w:p>
    <w:p w14:paraId="5D42B5BA" w14:textId="77777777" w:rsidR="00953C54" w:rsidRPr="00D61D3D" w:rsidRDefault="00953C54" w:rsidP="00953C54">
      <w:pPr>
        <w:spacing w:before="100" w:beforeAutospacing="1" w:after="100" w:afterAutospacing="1"/>
        <w:rPr>
          <w:color w:val="000000"/>
          <w:lang w:val="en-GB"/>
        </w:rPr>
      </w:pPr>
      <w:r w:rsidRPr="00D61D3D">
        <w:rPr>
          <w:color w:val="000000"/>
          <w:lang w:val="en-GB"/>
        </w:rPr>
        <w:t>“You’ve seen it now,” she said at last. “The end of the road.”</w:t>
      </w:r>
    </w:p>
    <w:p w14:paraId="63428D70" w14:textId="77777777" w:rsidR="00953C54" w:rsidRPr="00D61D3D" w:rsidRDefault="00953C54" w:rsidP="00953C54">
      <w:pPr>
        <w:spacing w:before="100" w:beforeAutospacing="1" w:after="100" w:afterAutospacing="1"/>
        <w:rPr>
          <w:color w:val="000000"/>
          <w:lang w:val="en-GB"/>
        </w:rPr>
      </w:pPr>
      <w:r w:rsidRPr="00D61D3D">
        <w:rPr>
          <w:color w:val="000000"/>
          <w:lang w:val="en-GB"/>
        </w:rPr>
        <w:t>I didn’t reply. Because I knew she didn’t mean Vienna.</w:t>
      </w:r>
    </w:p>
    <w:p w14:paraId="0B38FEF9" w14:textId="77777777" w:rsidR="00953C54" w:rsidRPr="00D61D3D" w:rsidRDefault="00953C54" w:rsidP="00953C54">
      <w:pPr>
        <w:spacing w:before="100" w:beforeAutospacing="1" w:after="100" w:afterAutospacing="1"/>
        <w:rPr>
          <w:color w:val="000000"/>
          <w:lang w:val="en-GB"/>
        </w:rPr>
      </w:pPr>
      <w:r w:rsidRPr="00D61D3D">
        <w:rPr>
          <w:color w:val="000000"/>
          <w:lang w:val="en-GB"/>
        </w:rPr>
        <w:t>She turned to me with that half-smile that always held a challenge. “You thought you were running forward. But all this time, you were circling.”</w:t>
      </w:r>
    </w:p>
    <w:p w14:paraId="249A3E8C" w14:textId="77777777" w:rsidR="00953C54" w:rsidRPr="00D61D3D" w:rsidRDefault="00953C54" w:rsidP="00953C54">
      <w:pPr>
        <w:spacing w:before="100" w:beforeAutospacing="1" w:after="100" w:afterAutospacing="1"/>
        <w:rPr>
          <w:color w:val="000000"/>
          <w:lang w:val="en-GB"/>
        </w:rPr>
      </w:pPr>
      <w:r w:rsidRPr="00D61D3D">
        <w:rPr>
          <w:color w:val="000000"/>
          <w:lang w:val="en-GB"/>
        </w:rPr>
        <w:t>And there it was. The truth I’d been dodging through three countries and two currencies.</w:t>
      </w:r>
    </w:p>
    <w:p w14:paraId="4C5E3B27" w14:textId="77777777" w:rsidR="00953C54" w:rsidRPr="00D61D3D" w:rsidRDefault="00953C54" w:rsidP="00953C54">
      <w:pPr>
        <w:spacing w:before="100" w:beforeAutospacing="1" w:after="100" w:afterAutospacing="1"/>
        <w:rPr>
          <w:color w:val="000000"/>
          <w:lang w:val="en-GB"/>
        </w:rPr>
      </w:pPr>
      <w:r w:rsidRPr="00D61D3D">
        <w:rPr>
          <w:color w:val="000000"/>
          <w:lang w:val="en-GB"/>
        </w:rPr>
        <w:t>I hadn’t been chasing freedom. I’d been chasing meaning. And the West, for all its order and options, couldn’t give me that. Not when it came vacuum-sealed in plastic and priced in Schillings.</w:t>
      </w:r>
    </w:p>
    <w:p w14:paraId="7D3C3856" w14:textId="77777777" w:rsidR="0085544A" w:rsidRPr="00D61D3D" w:rsidRDefault="00953C54" w:rsidP="0085544A">
      <w:pPr>
        <w:spacing w:before="100" w:beforeAutospacing="1" w:after="100" w:afterAutospacing="1"/>
        <w:rPr>
          <w:color w:val="000000"/>
          <w:lang w:val="en-GB"/>
        </w:rPr>
      </w:pPr>
      <w:r w:rsidRPr="00D61D3D">
        <w:rPr>
          <w:color w:val="000000"/>
          <w:lang w:val="en-GB"/>
        </w:rPr>
        <w:lastRenderedPageBreak/>
        <w:t>We said goodbye like people who knew it wasn’t really goodbye. Not with a kiss, but a glance. A held breath. A silent promise that part of us had stayed behind—in Budapest, perhaps, or somewhere earlier, further east, before the ghosts had learned our names.</w:t>
      </w:r>
    </w:p>
    <w:p w14:paraId="609D8009" w14:textId="77777777" w:rsidR="0085544A" w:rsidRPr="00D61D3D" w:rsidRDefault="0085544A" w:rsidP="0085544A">
      <w:pPr>
        <w:spacing w:before="100" w:beforeAutospacing="1" w:after="100" w:afterAutospacing="1"/>
        <w:rPr>
          <w:color w:val="000000"/>
          <w:lang w:val="en-GB"/>
        </w:rPr>
      </w:pPr>
    </w:p>
    <w:p w14:paraId="2FACD70F" w14:textId="77777777" w:rsidR="0085544A" w:rsidRPr="00D61D3D" w:rsidRDefault="0085544A">
      <w:pPr>
        <w:spacing w:after="200" w:line="276" w:lineRule="auto"/>
        <w:rPr>
          <w:color w:val="000000"/>
          <w:lang w:val="en-GB"/>
        </w:rPr>
      </w:pPr>
      <w:r w:rsidRPr="00D61D3D">
        <w:rPr>
          <w:color w:val="000000"/>
          <w:lang w:val="en-GB"/>
        </w:rPr>
        <w:br w:type="page"/>
      </w:r>
    </w:p>
    <w:p w14:paraId="50D23CA1" w14:textId="1545BE93" w:rsidR="0085544A" w:rsidRPr="00D61D3D" w:rsidRDefault="0085544A" w:rsidP="0085544A">
      <w:pPr>
        <w:spacing w:before="100" w:beforeAutospacing="1" w:after="100" w:afterAutospacing="1"/>
        <w:rPr>
          <w:color w:val="000000"/>
          <w:lang w:val="en-GB"/>
        </w:rPr>
      </w:pPr>
      <w:r w:rsidRPr="00D61D3D">
        <w:rPr>
          <w:b/>
          <w:bCs/>
          <w:sz w:val="27"/>
          <w:szCs w:val="27"/>
          <w:lang w:val="en-GB"/>
        </w:rPr>
        <w:lastRenderedPageBreak/>
        <w:t>Vienna’s Ghost and the Road North</w:t>
      </w:r>
    </w:p>
    <w:p w14:paraId="2C6CD11E" w14:textId="77777777" w:rsidR="0085544A" w:rsidRPr="00D61D3D" w:rsidRDefault="0085544A" w:rsidP="0085544A">
      <w:pPr>
        <w:spacing w:before="100" w:beforeAutospacing="1" w:after="100" w:afterAutospacing="1"/>
        <w:rPr>
          <w:lang w:val="en-GB"/>
        </w:rPr>
      </w:pPr>
      <w:r w:rsidRPr="00D61D3D">
        <w:rPr>
          <w:lang w:val="en-GB"/>
        </w:rPr>
        <w:t>Vienna was too clean to trust.</w:t>
      </w:r>
    </w:p>
    <w:p w14:paraId="659F4390" w14:textId="77777777" w:rsidR="0085544A" w:rsidRPr="00D61D3D" w:rsidRDefault="0085544A" w:rsidP="0085544A">
      <w:pPr>
        <w:spacing w:before="100" w:beforeAutospacing="1" w:after="100" w:afterAutospacing="1"/>
        <w:rPr>
          <w:lang w:val="en-GB"/>
        </w:rPr>
      </w:pPr>
      <w:r w:rsidRPr="00D61D3D">
        <w:rPr>
          <w:lang w:val="en-GB"/>
        </w:rPr>
        <w:t>Toilets flushed when you entered, and again when you left, as if the city itself couldn’t bear to retain a trace of your presence. The machines were polite, efficient, even considerate—but the people weren’t always. Or maybe it was me. Maybe I was the ghost now, trailing the dust of forgotten borders on my boots, carrying the scent of crumbling cities and old smoke through this surgically sanitized metropolis.</w:t>
      </w:r>
    </w:p>
    <w:p w14:paraId="29EFD916" w14:textId="77777777" w:rsidR="0085544A" w:rsidRPr="00D61D3D" w:rsidRDefault="0085544A" w:rsidP="0085544A">
      <w:pPr>
        <w:spacing w:before="100" w:beforeAutospacing="1" w:after="100" w:afterAutospacing="1"/>
        <w:rPr>
          <w:lang w:val="en-GB"/>
        </w:rPr>
      </w:pPr>
      <w:r w:rsidRPr="00D61D3D">
        <w:rPr>
          <w:lang w:val="en-GB"/>
        </w:rPr>
        <w:t>This was the Contessa of Europe. She had survived the wars—not just the last one, but all of them. Layered in brocade and bureaucracy. Her wealth untouched, her pride polished. Where Budapest mourned what was lost, Vienna merely catalogued it, framed it, and placed it in a museum.</w:t>
      </w:r>
    </w:p>
    <w:p w14:paraId="7167D870" w14:textId="77777777" w:rsidR="0085544A" w:rsidRPr="00D61D3D" w:rsidRDefault="0085544A" w:rsidP="0085544A">
      <w:pPr>
        <w:spacing w:before="100" w:beforeAutospacing="1" w:after="100" w:afterAutospacing="1"/>
        <w:rPr>
          <w:lang w:val="en-GB"/>
        </w:rPr>
      </w:pPr>
      <w:r w:rsidRPr="00D61D3D">
        <w:rPr>
          <w:lang w:val="en-GB"/>
        </w:rPr>
        <w:t>Old money and new money waltzed together here, like Habsburgs and hedge funders in matching tailcoats. The east had wept its treasures away, but Vienna had made a habit of collecting—sometimes with charm, often with teeth.</w:t>
      </w:r>
    </w:p>
    <w:p w14:paraId="37E72A6A" w14:textId="77777777" w:rsidR="0085544A" w:rsidRPr="00D61D3D" w:rsidRDefault="0085544A" w:rsidP="0085544A">
      <w:pPr>
        <w:spacing w:before="100" w:beforeAutospacing="1" w:after="100" w:afterAutospacing="1"/>
        <w:rPr>
          <w:lang w:val="en-GB"/>
        </w:rPr>
      </w:pPr>
      <w:r w:rsidRPr="00D61D3D">
        <w:rPr>
          <w:lang w:val="en-GB"/>
        </w:rPr>
        <w:t>I found myself at a crossroads, not the poetic kind where devils offered you guitars in exchange for your soul, but the colder, more pragmatic kind: the one with numbers. My savings looked fine on paper—eastern paper. Out here in the west, it was Monopoly money. A few days of budget hostels and sterile coffee bars reminded me how quickly Western civilization could civilize you out of your last coin.</w:t>
      </w:r>
    </w:p>
    <w:p w14:paraId="3A52E360" w14:textId="77777777" w:rsidR="0085544A" w:rsidRPr="00D61D3D" w:rsidRDefault="0085544A" w:rsidP="0085544A">
      <w:pPr>
        <w:spacing w:before="100" w:beforeAutospacing="1" w:after="100" w:afterAutospacing="1"/>
        <w:rPr>
          <w:lang w:val="en-GB"/>
        </w:rPr>
      </w:pPr>
      <w:r w:rsidRPr="00D61D3D">
        <w:rPr>
          <w:lang w:val="en-GB"/>
        </w:rPr>
        <w:t>Going further west meant France. And France meant memory. So I scratched it off the mental map, at least for now.</w:t>
      </w:r>
    </w:p>
    <w:p w14:paraId="18E99C90" w14:textId="77777777" w:rsidR="0085544A" w:rsidRPr="00D61D3D" w:rsidRDefault="0085544A" w:rsidP="0085544A">
      <w:pPr>
        <w:spacing w:before="100" w:beforeAutospacing="1" w:after="100" w:afterAutospacing="1"/>
        <w:rPr>
          <w:lang w:val="en-GB"/>
        </w:rPr>
      </w:pPr>
      <w:r w:rsidRPr="00D61D3D">
        <w:rPr>
          <w:lang w:val="en-GB"/>
        </w:rPr>
        <w:t>East again? Poland, maybe. Czechoslovakia. But winter was stalking the corners now, and I’d learned enough not to romanticize sleeping rough in sub-zero Slavic winds. My bones weren’t in the mood for another icy epiphany.</w:t>
      </w:r>
    </w:p>
    <w:p w14:paraId="55280D1D" w14:textId="77777777" w:rsidR="0085544A" w:rsidRPr="00D61D3D" w:rsidRDefault="0085544A" w:rsidP="0085544A">
      <w:pPr>
        <w:spacing w:before="100" w:beforeAutospacing="1" w:after="100" w:afterAutospacing="1"/>
        <w:rPr>
          <w:lang w:val="en-GB"/>
        </w:rPr>
      </w:pPr>
      <w:r w:rsidRPr="00D61D3D">
        <w:rPr>
          <w:lang w:val="en-GB"/>
        </w:rPr>
        <w:t>Germany was out—too square, too smug. Austria had already whispered its final snobbery. That left me with one solid option. Holland.</w:t>
      </w:r>
    </w:p>
    <w:p w14:paraId="7C8BF257" w14:textId="77777777" w:rsidR="0085544A" w:rsidRPr="00D61D3D" w:rsidRDefault="0085544A" w:rsidP="0085544A">
      <w:pPr>
        <w:spacing w:before="100" w:beforeAutospacing="1" w:after="100" w:afterAutospacing="1"/>
        <w:rPr>
          <w:lang w:val="en-GB"/>
        </w:rPr>
      </w:pPr>
      <w:r w:rsidRPr="00D61D3D">
        <w:rPr>
          <w:lang w:val="en-GB"/>
        </w:rPr>
        <w:t>Back when the wind was warmer and work was honest, I’d spent time there. Hard graft under open skies, Dutch beer, and laughter shared without footnotes. I’d met a lad my age, easy-going, a rare soul with an anchor. His father ran a construction firm, and just before I left, the young man had sought me out—said if I ever needed a job again, I should reach out, no pride or worry.</w:t>
      </w:r>
    </w:p>
    <w:p w14:paraId="1FDCE786" w14:textId="77777777" w:rsidR="0085544A" w:rsidRPr="00D61D3D" w:rsidRDefault="0085544A" w:rsidP="0085544A">
      <w:pPr>
        <w:spacing w:before="100" w:beforeAutospacing="1" w:after="100" w:afterAutospacing="1"/>
        <w:rPr>
          <w:lang w:val="en-GB"/>
        </w:rPr>
      </w:pPr>
      <w:r w:rsidRPr="00D61D3D">
        <w:rPr>
          <w:lang w:val="en-GB"/>
        </w:rPr>
        <w:t>Funny how those small gestures stick. A hand offered in a fleeting moment, and months later it becomes the lifeline.</w:t>
      </w:r>
    </w:p>
    <w:p w14:paraId="78AAB327" w14:textId="77777777" w:rsidR="0085544A" w:rsidRPr="00D61D3D" w:rsidRDefault="0085544A" w:rsidP="0085544A">
      <w:pPr>
        <w:spacing w:before="100" w:beforeAutospacing="1" w:after="100" w:afterAutospacing="1"/>
        <w:rPr>
          <w:lang w:val="en-GB"/>
        </w:rPr>
      </w:pPr>
      <w:r w:rsidRPr="00D61D3D">
        <w:rPr>
          <w:lang w:val="en-GB"/>
        </w:rPr>
        <w:lastRenderedPageBreak/>
        <w:t>I lingered in Vienna just long enough to gather my thoughts and scribble a few unreadable plans in the margins of my notebook. I let the city say goodbye in its own way: not a farewell, but a cold nod from a passing stranger.</w:t>
      </w:r>
    </w:p>
    <w:p w14:paraId="47A7D734" w14:textId="77777777" w:rsidR="0085544A" w:rsidRPr="00D61D3D" w:rsidRDefault="0085544A" w:rsidP="0085544A">
      <w:pPr>
        <w:spacing w:before="100" w:beforeAutospacing="1" w:after="100" w:afterAutospacing="1"/>
        <w:rPr>
          <w:lang w:val="en-GB"/>
        </w:rPr>
      </w:pPr>
      <w:r w:rsidRPr="00D61D3D">
        <w:rPr>
          <w:lang w:val="en-GB"/>
        </w:rPr>
        <w:t>Then I packed light, budgeted the road north, and turned my boots once more to motion. No fanfare. No turning back.</w:t>
      </w:r>
    </w:p>
    <w:p w14:paraId="0CF7BF49" w14:textId="77777777" w:rsidR="0085544A" w:rsidRPr="00D61D3D" w:rsidRDefault="0085544A" w:rsidP="0085544A">
      <w:pPr>
        <w:spacing w:before="100" w:beforeAutospacing="1" w:after="100" w:afterAutospacing="1"/>
        <w:rPr>
          <w:lang w:val="en-GB"/>
        </w:rPr>
      </w:pPr>
      <w:r w:rsidRPr="00D61D3D">
        <w:rPr>
          <w:lang w:val="en-GB"/>
        </w:rPr>
        <w:t>Just me, the wind, and a growing silence I hadn’t yet dared to name.</w:t>
      </w:r>
    </w:p>
    <w:p w14:paraId="05FC00C0" w14:textId="6B30E4A0" w:rsidR="0085544A" w:rsidRPr="00D61D3D" w:rsidRDefault="0085544A" w:rsidP="0085544A">
      <w:pPr>
        <w:spacing w:before="100" w:beforeAutospacing="1" w:after="100" w:afterAutospacing="1"/>
        <w:outlineLvl w:val="2"/>
        <w:rPr>
          <w:b/>
          <w:bCs/>
          <w:sz w:val="27"/>
          <w:szCs w:val="27"/>
          <w:lang w:val="en-GB"/>
        </w:rPr>
      </w:pPr>
      <w:r w:rsidRPr="00D61D3D">
        <w:rPr>
          <w:b/>
          <w:bCs/>
          <w:sz w:val="27"/>
          <w:szCs w:val="27"/>
          <w:lang w:val="en-GB"/>
        </w:rPr>
        <w:t>A Visit from Reka</w:t>
      </w:r>
    </w:p>
    <w:p w14:paraId="2FB58285" w14:textId="77777777" w:rsidR="0085544A" w:rsidRPr="00D61D3D" w:rsidRDefault="0085544A" w:rsidP="0085544A">
      <w:pPr>
        <w:spacing w:before="100" w:beforeAutospacing="1" w:after="100" w:afterAutospacing="1"/>
        <w:rPr>
          <w:lang w:val="en-GB"/>
        </w:rPr>
      </w:pPr>
      <w:r w:rsidRPr="00D61D3D">
        <w:rPr>
          <w:lang w:val="en-GB"/>
        </w:rPr>
        <w:t>On my last night in Vienna, as the city blinked behind its polished windows and I packed the last of my belongings into a rucksack that knew too many stories, there was a knock at the door.</w:t>
      </w:r>
    </w:p>
    <w:p w14:paraId="615CE7B4" w14:textId="77777777" w:rsidR="0085544A" w:rsidRPr="00D61D3D" w:rsidRDefault="0085544A" w:rsidP="0085544A">
      <w:pPr>
        <w:spacing w:before="100" w:beforeAutospacing="1" w:after="100" w:afterAutospacing="1"/>
        <w:rPr>
          <w:lang w:val="en-GB"/>
        </w:rPr>
      </w:pPr>
      <w:r w:rsidRPr="00D61D3D">
        <w:rPr>
          <w:lang w:val="en-GB"/>
        </w:rPr>
        <w:t>Reka.</w:t>
      </w:r>
    </w:p>
    <w:p w14:paraId="4431D7DB" w14:textId="77777777" w:rsidR="0085544A" w:rsidRPr="00D61D3D" w:rsidRDefault="0085544A" w:rsidP="0085544A">
      <w:pPr>
        <w:spacing w:before="100" w:beforeAutospacing="1" w:after="100" w:afterAutospacing="1"/>
        <w:rPr>
          <w:lang w:val="en-GB"/>
        </w:rPr>
      </w:pPr>
      <w:r w:rsidRPr="00D61D3D">
        <w:rPr>
          <w:lang w:val="en-GB"/>
        </w:rPr>
        <w:t>She didn’t say much. Just slipped in like the wind does through a half-closed window. Her coat still smelled faintly of paprika and cigarettes, of Budapest, of the road we’d shared but hadn’t finished. She handed me a small paper bag—pastries from some Turkish bakery she knew, now slightly warm, like her hands.</w:t>
      </w:r>
    </w:p>
    <w:p w14:paraId="4732C2E0" w14:textId="77777777" w:rsidR="0085544A" w:rsidRPr="00D61D3D" w:rsidRDefault="0085544A" w:rsidP="0085544A">
      <w:pPr>
        <w:spacing w:before="100" w:beforeAutospacing="1" w:after="100" w:afterAutospacing="1"/>
        <w:rPr>
          <w:lang w:val="en-GB"/>
        </w:rPr>
      </w:pPr>
      <w:r w:rsidRPr="00D61D3D">
        <w:rPr>
          <w:lang w:val="en-GB"/>
        </w:rPr>
        <w:t>We sat cross-legged on the hostel bed, the low hum of city traffic outside. No grand declarations. No parting speeches. Just crumbs between us, and the kind of silence that only exists between two people who’ve both been elsewhere.</w:t>
      </w:r>
    </w:p>
    <w:p w14:paraId="016AEECF" w14:textId="77777777" w:rsidR="0085544A" w:rsidRPr="00D61D3D" w:rsidRDefault="0085544A" w:rsidP="0085544A">
      <w:pPr>
        <w:spacing w:before="100" w:beforeAutospacing="1" w:after="100" w:afterAutospacing="1"/>
        <w:rPr>
          <w:lang w:val="en-GB"/>
        </w:rPr>
      </w:pPr>
      <w:r w:rsidRPr="00D61D3D">
        <w:rPr>
          <w:lang w:val="en-GB"/>
        </w:rPr>
        <w:t>She asked me where I was going, and I told her—North. Maybe Holland.</w:t>
      </w:r>
    </w:p>
    <w:p w14:paraId="7E583018" w14:textId="77777777" w:rsidR="0085544A" w:rsidRPr="00D61D3D" w:rsidRDefault="0085544A" w:rsidP="0085544A">
      <w:pPr>
        <w:spacing w:before="100" w:beforeAutospacing="1" w:after="100" w:afterAutospacing="1"/>
        <w:rPr>
          <w:lang w:val="en-GB"/>
        </w:rPr>
      </w:pPr>
      <w:r w:rsidRPr="00D61D3D">
        <w:rPr>
          <w:lang w:val="en-GB"/>
        </w:rPr>
        <w:t>She nodded. Then she said something that would echo long after the trains and the miles had swept us apart.</w:t>
      </w:r>
    </w:p>
    <w:p w14:paraId="183A1211" w14:textId="77777777" w:rsidR="0085544A" w:rsidRPr="00D61D3D" w:rsidRDefault="0085544A" w:rsidP="0085544A">
      <w:pPr>
        <w:spacing w:beforeAutospacing="1" w:afterAutospacing="1"/>
        <w:rPr>
          <w:lang w:val="en-GB"/>
        </w:rPr>
      </w:pPr>
      <w:r w:rsidRPr="00D61D3D">
        <w:rPr>
          <w:lang w:val="en-GB"/>
        </w:rPr>
        <w:t>“You’ve been walking in circles, you know. Not around the world—around yourself.”</w:t>
      </w:r>
    </w:p>
    <w:p w14:paraId="06D3D319" w14:textId="77777777" w:rsidR="0085544A" w:rsidRPr="00D61D3D" w:rsidRDefault="0085544A" w:rsidP="0085544A">
      <w:pPr>
        <w:spacing w:before="100" w:beforeAutospacing="1" w:after="100" w:afterAutospacing="1"/>
        <w:rPr>
          <w:lang w:val="en-GB"/>
        </w:rPr>
      </w:pPr>
      <w:r w:rsidRPr="00D61D3D">
        <w:rPr>
          <w:lang w:val="en-GB"/>
        </w:rPr>
        <w:t>I didn’t know how to answer that. Still don’t.</w:t>
      </w:r>
    </w:p>
    <w:p w14:paraId="07560D0C" w14:textId="77777777" w:rsidR="0085544A" w:rsidRPr="00D61D3D" w:rsidRDefault="0085544A" w:rsidP="0085544A">
      <w:pPr>
        <w:spacing w:before="100" w:beforeAutospacing="1" w:after="100" w:afterAutospacing="1"/>
        <w:rPr>
          <w:lang w:val="en-GB"/>
        </w:rPr>
      </w:pPr>
      <w:r w:rsidRPr="00D61D3D">
        <w:rPr>
          <w:lang w:val="en-GB"/>
        </w:rPr>
        <w:t>Later, when the lights were off and the pastries gone, she lay beside me, back to back. Her warmth was real, solid. Not a fantasy. Not a promise. Just comfort. The kind that arrives softly, without conditions.</w:t>
      </w:r>
    </w:p>
    <w:p w14:paraId="0B3F4A39" w14:textId="77777777" w:rsidR="0085544A" w:rsidRPr="00D61D3D" w:rsidRDefault="0085544A" w:rsidP="0085544A">
      <w:pPr>
        <w:spacing w:before="100" w:beforeAutospacing="1" w:after="100" w:afterAutospacing="1"/>
        <w:rPr>
          <w:lang w:val="en-GB"/>
        </w:rPr>
      </w:pPr>
      <w:r w:rsidRPr="00D61D3D">
        <w:rPr>
          <w:lang w:val="en-GB"/>
        </w:rPr>
        <w:t>In the middle of the night, I felt her fingers slide into mine. Just for a moment. Like punctuation at the end of a long, wandering sentence.</w:t>
      </w:r>
    </w:p>
    <w:p w14:paraId="160F1D6A" w14:textId="77777777" w:rsidR="0085544A" w:rsidRPr="00D61D3D" w:rsidRDefault="0085544A" w:rsidP="0085544A">
      <w:pPr>
        <w:spacing w:before="100" w:beforeAutospacing="1" w:after="100" w:afterAutospacing="1"/>
        <w:rPr>
          <w:lang w:val="en-GB"/>
        </w:rPr>
      </w:pPr>
      <w:r w:rsidRPr="00D61D3D">
        <w:rPr>
          <w:lang w:val="en-GB"/>
        </w:rPr>
        <w:t>By dawn, she was gone. A note on the desk in her handwriting I couldn’t quite decipher. But it didn’t matter.</w:t>
      </w:r>
    </w:p>
    <w:p w14:paraId="5CE82188" w14:textId="77777777" w:rsidR="0085544A" w:rsidRPr="00D61D3D" w:rsidRDefault="0085544A" w:rsidP="0085544A">
      <w:pPr>
        <w:spacing w:before="100" w:beforeAutospacing="1" w:after="100" w:afterAutospacing="1"/>
        <w:rPr>
          <w:lang w:val="en-GB"/>
        </w:rPr>
      </w:pPr>
      <w:r w:rsidRPr="00D61D3D">
        <w:rPr>
          <w:lang w:val="en-GB"/>
        </w:rPr>
        <w:t>Some things are meant to be felt, not translated.</w:t>
      </w:r>
    </w:p>
    <w:p w14:paraId="7E51A30A" w14:textId="77777777" w:rsidR="00D52064" w:rsidRPr="00D61D3D" w:rsidRDefault="00D52064" w:rsidP="00D52064">
      <w:pPr>
        <w:pStyle w:val="Heading3"/>
        <w:rPr>
          <w:color w:val="000000"/>
          <w:lang w:val="en-GB"/>
        </w:rPr>
      </w:pPr>
      <w:r w:rsidRPr="00D61D3D">
        <w:rPr>
          <w:rStyle w:val="Emphasis"/>
          <w:color w:val="000000"/>
          <w:lang w:val="en-GB"/>
        </w:rPr>
        <w:lastRenderedPageBreak/>
        <w:t>The Long Road West</w:t>
      </w:r>
    </w:p>
    <w:p w14:paraId="1CE8B1BE" w14:textId="77777777" w:rsidR="00D52064" w:rsidRPr="00D61D3D" w:rsidRDefault="00D52064" w:rsidP="00D52064">
      <w:pPr>
        <w:spacing w:before="100" w:beforeAutospacing="1" w:after="100" w:afterAutospacing="1"/>
        <w:rPr>
          <w:color w:val="000000"/>
          <w:lang w:val="en-GB"/>
        </w:rPr>
      </w:pPr>
      <w:r w:rsidRPr="00D61D3D">
        <w:rPr>
          <w:color w:val="000000"/>
          <w:lang w:val="en-GB"/>
        </w:rPr>
        <w:t>The road from Vienna stretched before me like a grey ribbon—wide, efficient, but somehow soulless. I was back in the West now, and it felt like returning to a dream I wasn’t sure I belonged to anymore. Austria slid past in carefully ordered fields and alpine silhouettes, the motorways lined with signs that promised destinations but gave little away. I passed through cities—Munich, Stuttgart, Frankfurt, Cologne—but only as a ghost, an outline against their shimmering modernity. I never saw their hearts, only their service stations and motorway exits.</w:t>
      </w:r>
    </w:p>
    <w:p w14:paraId="25F78A49" w14:textId="77777777" w:rsidR="00D52064" w:rsidRPr="00D61D3D" w:rsidRDefault="00D52064" w:rsidP="00D52064">
      <w:pPr>
        <w:spacing w:before="100" w:beforeAutospacing="1" w:after="100" w:afterAutospacing="1"/>
        <w:rPr>
          <w:color w:val="000000"/>
          <w:lang w:val="en-GB"/>
        </w:rPr>
      </w:pPr>
      <w:r w:rsidRPr="00D61D3D">
        <w:rPr>
          <w:color w:val="000000"/>
          <w:lang w:val="en-GB"/>
        </w:rPr>
        <w:t>Maybe that was the cosmos again, teaching me something in its own way. A lesson in patience, or in solitude. Or maybe just a reminder that I couldn’t rush back into life the way I’d slipped out of it. Three days on the road and barely a conversation. Just me, my thoughts, and the endless thrum of lorries on the autobahn.</w:t>
      </w:r>
    </w:p>
    <w:p w14:paraId="2480D834" w14:textId="77777777" w:rsidR="00D52064" w:rsidRPr="00D61D3D" w:rsidRDefault="00D52064" w:rsidP="00D52064">
      <w:pPr>
        <w:spacing w:before="100" w:beforeAutospacing="1" w:after="100" w:afterAutospacing="1"/>
        <w:rPr>
          <w:color w:val="000000"/>
          <w:lang w:val="en-GB"/>
        </w:rPr>
      </w:pPr>
      <w:r w:rsidRPr="00D61D3D">
        <w:rPr>
          <w:color w:val="000000"/>
          <w:lang w:val="en-GB"/>
        </w:rPr>
        <w:t>When I reached Cologne, I turned west toward Aachen. There was something shifting in me—no longer just a traveller escaping something, but someone moving toward a decision. Work was calling again, or maybe it was the need for rhythm, something steady after the stretch of disorder and drifting. I remembered a promise made back in Holland, from a guy whose father ran a construction company. He’d told me not to be a stranger. “Just look me up,” he’d said. “We’ll sort you out.” Maybe it was time to see if that still stood.</w:t>
      </w:r>
    </w:p>
    <w:p w14:paraId="7DF319E1" w14:textId="77777777" w:rsidR="00D52064" w:rsidRPr="00D61D3D" w:rsidRDefault="00D52064" w:rsidP="00D52064">
      <w:pPr>
        <w:pStyle w:val="Heading3"/>
        <w:rPr>
          <w:color w:val="000000"/>
          <w:lang w:val="en-GB"/>
        </w:rPr>
      </w:pPr>
      <w:r w:rsidRPr="00D61D3D">
        <w:rPr>
          <w:rStyle w:val="Emphasis"/>
          <w:color w:val="000000"/>
          <w:lang w:val="en-GB"/>
        </w:rPr>
        <w:t>A Chance Turnoff</w:t>
      </w:r>
    </w:p>
    <w:p w14:paraId="7234C884" w14:textId="77777777" w:rsidR="00D52064" w:rsidRPr="00D61D3D" w:rsidRDefault="00D52064" w:rsidP="00D52064">
      <w:pPr>
        <w:spacing w:before="100" w:beforeAutospacing="1" w:after="100" w:afterAutospacing="1"/>
        <w:rPr>
          <w:color w:val="000000"/>
          <w:lang w:val="en-GB"/>
        </w:rPr>
      </w:pPr>
      <w:r w:rsidRPr="00D61D3D">
        <w:rPr>
          <w:color w:val="000000"/>
          <w:lang w:val="en-GB"/>
        </w:rPr>
        <w:t>Just outside Aachen, on the provincial road toward Maastricht, the cosmos finally threw me a curveball worth catching. A slow-moving VW minibus pulled over, and two women leaned out. “Going north?” one asked in German, then switched to English when she caught my accent. “We’re headed to the coast. Join us if you like.”</w:t>
      </w:r>
    </w:p>
    <w:p w14:paraId="6DFD72DA" w14:textId="77777777" w:rsidR="00D52064" w:rsidRPr="00D61D3D" w:rsidRDefault="00D52064" w:rsidP="00D52064">
      <w:pPr>
        <w:spacing w:before="100" w:beforeAutospacing="1" w:after="100" w:afterAutospacing="1"/>
        <w:rPr>
          <w:color w:val="000000"/>
          <w:lang w:val="en-GB"/>
        </w:rPr>
      </w:pPr>
      <w:r w:rsidRPr="00D61D3D">
        <w:rPr>
          <w:color w:val="000000"/>
          <w:lang w:val="en-GB"/>
        </w:rPr>
        <w:t xml:space="preserve">They were </w:t>
      </w:r>
      <w:proofErr w:type="spellStart"/>
      <w:r w:rsidRPr="00D61D3D">
        <w:rPr>
          <w:color w:val="000000"/>
          <w:lang w:val="en-GB"/>
        </w:rPr>
        <w:t>neighbors</w:t>
      </w:r>
      <w:proofErr w:type="spellEnd"/>
      <w:r w:rsidRPr="00D61D3D">
        <w:rPr>
          <w:color w:val="000000"/>
          <w:lang w:val="en-GB"/>
        </w:rPr>
        <w:t>, divorced, kids with their exes for the summer. They’d decided to use the time to see the sea—Oostende, maybe Knokke. Somewhere the salt wind could blow their weariness away. The minibus wasn’t built for speed, and neither were we. We stuck to the provincial roads, winding through Belgium, stopping when we pleased.</w:t>
      </w:r>
    </w:p>
    <w:p w14:paraId="2F2BFBA0" w14:textId="77777777" w:rsidR="00D52064" w:rsidRPr="00D61D3D" w:rsidRDefault="00D52064" w:rsidP="00D52064">
      <w:pPr>
        <w:spacing w:before="100" w:beforeAutospacing="1" w:after="100" w:afterAutospacing="1"/>
        <w:rPr>
          <w:color w:val="000000"/>
          <w:lang w:val="en-GB"/>
        </w:rPr>
      </w:pPr>
      <w:r w:rsidRPr="00D61D3D">
        <w:rPr>
          <w:color w:val="000000"/>
          <w:lang w:val="en-GB"/>
        </w:rPr>
        <w:t>We spoke of everything and nothing—children, exes, lives that hadn’t quite gone to plan. They asked me about Ireland, about why I was out here on the road. I gave them pieces of truth, enough to fill the space between exits. There was an ease to it. No pretensions, just three tired souls glad of each other’s company.</w:t>
      </w:r>
    </w:p>
    <w:p w14:paraId="4560E84A" w14:textId="77777777" w:rsidR="00D52064" w:rsidRPr="00D61D3D" w:rsidRDefault="00D52064" w:rsidP="00D52064">
      <w:pPr>
        <w:spacing w:before="100" w:beforeAutospacing="1" w:after="100" w:afterAutospacing="1"/>
        <w:rPr>
          <w:color w:val="000000"/>
          <w:lang w:val="en-GB"/>
        </w:rPr>
      </w:pPr>
      <w:r w:rsidRPr="00D61D3D">
        <w:rPr>
          <w:color w:val="000000"/>
          <w:lang w:val="en-GB"/>
        </w:rPr>
        <w:t>Near the Dutch border, just as I was about to step out, Karin turned to me and said, “If you’ve got time—stay with us. A few days. Maybe more. We could use a friend.”</w:t>
      </w:r>
    </w:p>
    <w:p w14:paraId="31BC3D72" w14:textId="77777777" w:rsidR="00D52064" w:rsidRPr="00D61D3D" w:rsidRDefault="00D52064" w:rsidP="00D52064">
      <w:pPr>
        <w:spacing w:before="100" w:beforeAutospacing="1" w:after="100" w:afterAutospacing="1"/>
        <w:rPr>
          <w:color w:val="000000"/>
          <w:lang w:val="en-GB"/>
        </w:rPr>
      </w:pPr>
      <w:r w:rsidRPr="00D61D3D">
        <w:rPr>
          <w:color w:val="000000"/>
          <w:lang w:val="en-GB"/>
        </w:rPr>
        <w:t>I hesitated. But something in their offer felt less like a question and more like a door opening. I made one phone call—to see if the offer of work still stood—then threw my rucksack back in the van.</w:t>
      </w:r>
    </w:p>
    <w:p w14:paraId="1D8DFABC" w14:textId="77777777" w:rsidR="00D52064" w:rsidRPr="00D61D3D" w:rsidRDefault="00D52064" w:rsidP="00D52064">
      <w:pPr>
        <w:spacing w:before="100" w:beforeAutospacing="1" w:after="100" w:afterAutospacing="1"/>
        <w:rPr>
          <w:color w:val="000000"/>
          <w:lang w:val="en-GB"/>
        </w:rPr>
      </w:pPr>
      <w:r w:rsidRPr="00D61D3D">
        <w:rPr>
          <w:color w:val="000000"/>
          <w:lang w:val="en-GB"/>
        </w:rPr>
        <w:lastRenderedPageBreak/>
        <w:t>We rolled toward the coast as the sun dipped low, a sky full of lavender and gold.</w:t>
      </w:r>
    </w:p>
    <w:p w14:paraId="6CFC54BF" w14:textId="77777777" w:rsidR="00D52064" w:rsidRPr="00D61D3D" w:rsidRDefault="00D52064" w:rsidP="00D52064">
      <w:pPr>
        <w:spacing w:before="100" w:beforeAutospacing="1" w:after="100" w:afterAutospacing="1"/>
        <w:rPr>
          <w:lang w:val="en-GB"/>
        </w:rPr>
      </w:pPr>
      <w:r w:rsidRPr="00D61D3D">
        <w:rPr>
          <w:rStyle w:val="Strong"/>
          <w:lang w:val="en-GB"/>
        </w:rPr>
        <w:t>The North Road, and the Night by the Sea</w:t>
      </w:r>
    </w:p>
    <w:p w14:paraId="274C0924" w14:textId="77777777" w:rsidR="00D52064" w:rsidRPr="00D61D3D" w:rsidRDefault="00D52064" w:rsidP="00D52064">
      <w:pPr>
        <w:spacing w:before="100" w:beforeAutospacing="1" w:after="100" w:afterAutospacing="1"/>
        <w:rPr>
          <w:lang w:val="en-GB"/>
        </w:rPr>
      </w:pPr>
      <w:r w:rsidRPr="00D61D3D">
        <w:rPr>
          <w:lang w:val="en-GB"/>
        </w:rPr>
        <w:t>The evenings in that part of the world held on to the light a little longer, as if reluctant to let go of the day. We stayed outside, the three of us, letting the hush of the sea and the rustling of dune grasses surround our laughter. The wine took its time, warm in our bellies, and the conversation meandered—growing slower, softer, the way things do when people start feeling safe in each other’s presence.</w:t>
      </w:r>
    </w:p>
    <w:p w14:paraId="2B07772E" w14:textId="77777777" w:rsidR="00D52064" w:rsidRPr="00D61D3D" w:rsidRDefault="00D52064" w:rsidP="00D52064">
      <w:pPr>
        <w:spacing w:before="100" w:beforeAutospacing="1" w:after="100" w:afterAutospacing="1"/>
        <w:rPr>
          <w:lang w:val="en-GB"/>
        </w:rPr>
      </w:pPr>
      <w:r w:rsidRPr="00D61D3D">
        <w:rPr>
          <w:lang w:val="en-GB"/>
        </w:rPr>
        <w:t>When it was time to sleep, there wasn’t much ceremony to it. Hannah and Karin unrolled the bags, zipping them together, flattening out a space just wide enough for three. I was about to head for my tent when Hannah turned and said, half-smiling, “There’s room enough, if you’d rather not pitch in the dark.” Karin just nodded. “We’d feel safer anyway,” she added, “and it’s not like we snore—much.”</w:t>
      </w:r>
    </w:p>
    <w:p w14:paraId="5873F607" w14:textId="7CBC89B2" w:rsidR="00D52064" w:rsidRPr="00D61D3D" w:rsidRDefault="00D52064" w:rsidP="00D52064">
      <w:pPr>
        <w:spacing w:before="100" w:beforeAutospacing="1" w:after="100" w:afterAutospacing="1"/>
        <w:rPr>
          <w:lang w:val="en-GB"/>
        </w:rPr>
      </w:pPr>
      <w:r w:rsidRPr="00D61D3D">
        <w:rPr>
          <w:lang w:val="en-GB"/>
        </w:rPr>
        <w:t xml:space="preserve">There was no </w:t>
      </w:r>
      <w:r w:rsidR="003C2341" w:rsidRPr="00D61D3D">
        <w:rPr>
          <w:lang w:val="en-GB"/>
        </w:rPr>
        <w:t>pretence</w:t>
      </w:r>
      <w:r w:rsidRPr="00D61D3D">
        <w:rPr>
          <w:lang w:val="en-GB"/>
        </w:rPr>
        <w:t xml:space="preserve"> of separation. We were simply three people, tired from the road, drawn into the kind of closeness that sometimes happens when the world outside has been stripped down to headlights, border signs, and unfamiliar towns. We curled into each other like old friends on a winter's night—arms and legs a loose puzzle of warmth and breath and tired affection.</w:t>
      </w:r>
    </w:p>
    <w:p w14:paraId="73B24DF8" w14:textId="77777777" w:rsidR="00D52064" w:rsidRPr="00D61D3D" w:rsidRDefault="00D52064" w:rsidP="00D52064">
      <w:pPr>
        <w:spacing w:before="100" w:beforeAutospacing="1" w:after="100" w:afterAutospacing="1"/>
        <w:rPr>
          <w:lang w:val="en-GB"/>
        </w:rPr>
      </w:pPr>
      <w:r w:rsidRPr="00D61D3D">
        <w:rPr>
          <w:lang w:val="en-GB"/>
        </w:rPr>
        <w:t>But somewhere in the hush of that little van, the silence shifted. A touch lingered longer than it might have earlier. A hand found the curve of a back. Lips brushed a cheek and didn’t move away. Maybe it was the wine, or the moonlight filtering in, or simply the need to be touched, to feel wanted, if only for a moment. No one asked for permission, and no one hesitated. The night unfolded like silk—slow, wordless, full of breath and soft laughter.</w:t>
      </w:r>
    </w:p>
    <w:p w14:paraId="1A6624B9" w14:textId="77777777" w:rsidR="00D52064" w:rsidRPr="00D61D3D" w:rsidRDefault="00D52064" w:rsidP="00D52064">
      <w:pPr>
        <w:spacing w:before="100" w:beforeAutospacing="1" w:after="100" w:afterAutospacing="1"/>
        <w:rPr>
          <w:lang w:val="en-GB"/>
        </w:rPr>
      </w:pPr>
      <w:r w:rsidRPr="00D61D3D">
        <w:rPr>
          <w:lang w:val="en-GB"/>
        </w:rPr>
        <w:t>It wasn’t wild or frenzied—it was careful and warm. Gentle kisses, curious hands, tangled hair and hushed sighs. There was sweetness in it, and a strange kind of grace. A choreography without steps, improvised and perfect in its imperfection. The kind of moment you don't plan, and maybe don’t fully understand until years later, when you're older and lonelier and remember the kindness of being held without condition.</w:t>
      </w:r>
    </w:p>
    <w:p w14:paraId="5B9B89D3" w14:textId="77777777" w:rsidR="00D52064" w:rsidRPr="00D61D3D" w:rsidRDefault="00D52064" w:rsidP="00D52064">
      <w:pPr>
        <w:spacing w:before="100" w:beforeAutospacing="1" w:after="100" w:afterAutospacing="1"/>
        <w:rPr>
          <w:lang w:val="en-GB"/>
        </w:rPr>
      </w:pPr>
      <w:r w:rsidRPr="00D61D3D">
        <w:rPr>
          <w:lang w:val="en-GB"/>
        </w:rPr>
        <w:t>When we drifted into sleep, it was as one body. The van creaked in the wind, a small ark adrift in the dark, and outside the sea kept breathing its ancient rhythm, as if to bless the moment for what it was—nothing more, and certainly nothing less.</w:t>
      </w:r>
    </w:p>
    <w:p w14:paraId="34AA54B2" w14:textId="77777777" w:rsidR="00D52064" w:rsidRPr="00D61D3D" w:rsidRDefault="00D52064" w:rsidP="00D52064">
      <w:pPr>
        <w:pStyle w:val="Heading3"/>
        <w:rPr>
          <w:color w:val="000000"/>
          <w:lang w:val="en-GB"/>
        </w:rPr>
      </w:pPr>
      <w:r w:rsidRPr="00D61D3D">
        <w:rPr>
          <w:rStyle w:val="Emphasis"/>
          <w:color w:val="000000"/>
          <w:lang w:val="en-GB"/>
        </w:rPr>
        <w:t>Morning Light</w:t>
      </w:r>
    </w:p>
    <w:p w14:paraId="057FFB12" w14:textId="77777777" w:rsidR="00D52064" w:rsidRPr="00D61D3D" w:rsidRDefault="00D52064" w:rsidP="00D52064">
      <w:pPr>
        <w:spacing w:before="100" w:beforeAutospacing="1" w:after="100" w:afterAutospacing="1"/>
        <w:rPr>
          <w:color w:val="000000"/>
          <w:lang w:val="en-GB"/>
        </w:rPr>
      </w:pPr>
      <w:r w:rsidRPr="00D61D3D">
        <w:rPr>
          <w:color w:val="000000"/>
          <w:lang w:val="en-GB"/>
        </w:rPr>
        <w:t>Morning came soft and slow, like it had been holding its breath all night. I woke to the sound of gulls and the scent of salt on the wind. The minibus windows were misted with sleep, and the three of us were still folded around one another like petals in a bloom. No one moved at first. There was no awkwardness, no clumsy retreat—just quiet breaths and the hush of a world that hadn’t yet remembered its busyness.</w:t>
      </w:r>
    </w:p>
    <w:p w14:paraId="19CFA32E" w14:textId="77777777" w:rsidR="00D52064" w:rsidRPr="00D61D3D" w:rsidRDefault="00D52064" w:rsidP="00D52064">
      <w:pPr>
        <w:spacing w:before="100" w:beforeAutospacing="1" w:after="100" w:afterAutospacing="1"/>
        <w:rPr>
          <w:color w:val="000000"/>
          <w:lang w:val="en-GB"/>
        </w:rPr>
      </w:pPr>
      <w:r w:rsidRPr="00D61D3D">
        <w:rPr>
          <w:color w:val="000000"/>
          <w:lang w:val="en-GB"/>
        </w:rPr>
        <w:lastRenderedPageBreak/>
        <w:t>Hannah stirred first, brushing her hair back from her face, then gave a small smile. Karin kissed my shoulder lightly and rolled away to stretch. There were no words needed. What had happened had simply happened—without fear, without guilt. Just three people reaching for something human and real in the liminal space between the road and the sea.</w:t>
      </w:r>
    </w:p>
    <w:p w14:paraId="4DB3D3AF" w14:textId="77777777" w:rsidR="00D52064" w:rsidRPr="00D61D3D" w:rsidRDefault="00D52064" w:rsidP="00D52064">
      <w:pPr>
        <w:spacing w:before="100" w:beforeAutospacing="1" w:after="100" w:afterAutospacing="1"/>
        <w:rPr>
          <w:color w:val="000000"/>
          <w:lang w:val="en-GB"/>
        </w:rPr>
      </w:pPr>
      <w:r w:rsidRPr="00D61D3D">
        <w:rPr>
          <w:color w:val="000000"/>
          <w:lang w:val="en-GB"/>
        </w:rPr>
        <w:t>We made coffee on the little camping stove and ate what was left from the night before. They laughed when I cracked jokes about being the housewife. I laughed too, but beneath it all, I felt lighter. Something had shifted. I wasn’t alone, not entirely—not that morning.</w:t>
      </w:r>
    </w:p>
    <w:p w14:paraId="06CCAE5B" w14:textId="77777777" w:rsidR="00D52064" w:rsidRPr="00D61D3D" w:rsidRDefault="00D52064" w:rsidP="00D52064">
      <w:pPr>
        <w:spacing w:before="100" w:beforeAutospacing="1" w:after="100" w:afterAutospacing="1"/>
        <w:rPr>
          <w:color w:val="000000"/>
          <w:lang w:val="en-GB"/>
        </w:rPr>
      </w:pPr>
      <w:r w:rsidRPr="00D61D3D">
        <w:rPr>
          <w:color w:val="000000"/>
          <w:lang w:val="en-GB"/>
        </w:rPr>
        <w:t>Later, we walked barefoot along the beach, not saying much. The tide had come in, smoothing the shore clean again, like it always does. The cosmos, perhaps, resetting the scene.</w:t>
      </w:r>
    </w:p>
    <w:p w14:paraId="75497B00" w14:textId="77777777" w:rsidR="00D52064" w:rsidRPr="00D61D3D" w:rsidRDefault="00D52064" w:rsidP="00D52064">
      <w:pPr>
        <w:spacing w:before="100" w:beforeAutospacing="1" w:after="100" w:afterAutospacing="1"/>
        <w:rPr>
          <w:color w:val="000000"/>
          <w:lang w:val="en-GB"/>
        </w:rPr>
      </w:pPr>
      <w:r w:rsidRPr="00D61D3D">
        <w:rPr>
          <w:color w:val="000000"/>
          <w:lang w:val="en-GB"/>
        </w:rPr>
        <w:t>And though we would move on in a day or two, and the road would split again, the memory of that night would stay with me. Not as fantasy or as regret, but as something else—something unspoken and true.</w:t>
      </w:r>
    </w:p>
    <w:p w14:paraId="11E4061C" w14:textId="77777777" w:rsidR="00897DB2" w:rsidRPr="00D61D3D" w:rsidRDefault="00897DB2" w:rsidP="00897DB2">
      <w:pPr>
        <w:spacing w:before="100" w:beforeAutospacing="1" w:after="100" w:afterAutospacing="1"/>
        <w:rPr>
          <w:color w:val="000000"/>
          <w:lang w:val="en-GB"/>
        </w:rPr>
      </w:pPr>
      <w:r w:rsidRPr="00D61D3D">
        <w:rPr>
          <w:rStyle w:val="Strong"/>
          <w:color w:val="000000"/>
          <w:lang w:val="en-GB"/>
        </w:rPr>
        <w:t>Morning Light – Part II: A Gentle Farewell</w:t>
      </w:r>
    </w:p>
    <w:p w14:paraId="73CB1990" w14:textId="77777777" w:rsidR="00897DB2" w:rsidRPr="00D61D3D" w:rsidRDefault="00897DB2" w:rsidP="00897DB2">
      <w:pPr>
        <w:spacing w:before="100" w:beforeAutospacing="1" w:after="100" w:afterAutospacing="1"/>
        <w:rPr>
          <w:color w:val="000000"/>
          <w:lang w:val="en-GB"/>
        </w:rPr>
      </w:pPr>
      <w:r w:rsidRPr="00D61D3D">
        <w:rPr>
          <w:color w:val="000000"/>
          <w:lang w:val="en-GB"/>
        </w:rPr>
        <w:t>We lingered in the mellow grace of those late summer days on the Belgian coast, where the breeze tasted of salt and the hours passed like silk through fingers. The sun rose gently over the dunes each morning, and we lived simply—bathing in light, eating together, napping in shade, and some nights curling into a tangle of limbs and whispers. It was a stolen pocket of time, a reprieve from the road and the lives we’d momentarily stepped away from.</w:t>
      </w:r>
    </w:p>
    <w:p w14:paraId="51A0AEC2" w14:textId="77777777" w:rsidR="00897DB2" w:rsidRPr="00D61D3D" w:rsidRDefault="00897DB2" w:rsidP="00897DB2">
      <w:pPr>
        <w:spacing w:before="100" w:beforeAutospacing="1" w:after="100" w:afterAutospacing="1"/>
        <w:rPr>
          <w:color w:val="000000"/>
          <w:lang w:val="en-GB"/>
        </w:rPr>
      </w:pPr>
      <w:r w:rsidRPr="00D61D3D">
        <w:rPr>
          <w:color w:val="000000"/>
          <w:lang w:val="en-GB"/>
        </w:rPr>
        <w:t>But as the days began to stretch, I could feel something shift. Restlessness settled over the campsite like a faint mist. At first, it was subtle—a longer silence at breakfast, eyes that wandered eastward. Then one afternoon, as we sat peeling soft fruit over a shared bowl, I simply asked, “Are you okay?”</w:t>
      </w:r>
    </w:p>
    <w:p w14:paraId="1C5D35A6" w14:textId="77777777" w:rsidR="00897DB2" w:rsidRPr="00D61D3D" w:rsidRDefault="00897DB2" w:rsidP="00897DB2">
      <w:pPr>
        <w:spacing w:before="100" w:beforeAutospacing="1" w:after="100" w:afterAutospacing="1"/>
        <w:rPr>
          <w:color w:val="000000"/>
          <w:lang w:val="en-GB"/>
        </w:rPr>
      </w:pPr>
      <w:r w:rsidRPr="00D61D3D">
        <w:rPr>
          <w:color w:val="000000"/>
          <w:lang w:val="en-GB"/>
        </w:rPr>
        <w:t>They were caught off guard but not defensive. Karin glanced at Hannah, then back at me, and confessed what I already sensed. They missed their children. What had begun as a brave and liberating escape had slowly turned into a tug-of-war between freedom and instinct, between self-care and motherhood. The call of home had grown louder with each tide.</w:t>
      </w:r>
    </w:p>
    <w:p w14:paraId="3EDFEDBB" w14:textId="77777777" w:rsidR="00897DB2" w:rsidRPr="00D61D3D" w:rsidRDefault="00897DB2" w:rsidP="00897DB2">
      <w:pPr>
        <w:spacing w:before="100" w:beforeAutospacing="1" w:after="100" w:afterAutospacing="1"/>
        <w:rPr>
          <w:color w:val="000000"/>
          <w:lang w:val="en-GB"/>
        </w:rPr>
      </w:pPr>
      <w:r w:rsidRPr="00D61D3D">
        <w:rPr>
          <w:color w:val="000000"/>
          <w:lang w:val="en-GB"/>
        </w:rPr>
        <w:t>I didn’t hesitate. “Shall we head back then?” I said. “No strings, no hard feelings.”</w:t>
      </w:r>
    </w:p>
    <w:p w14:paraId="2FB00344" w14:textId="77777777" w:rsidR="00897DB2" w:rsidRPr="00D61D3D" w:rsidRDefault="00897DB2" w:rsidP="00897DB2">
      <w:pPr>
        <w:spacing w:before="100" w:beforeAutospacing="1" w:after="100" w:afterAutospacing="1"/>
        <w:rPr>
          <w:color w:val="000000"/>
          <w:lang w:val="en-GB"/>
        </w:rPr>
      </w:pPr>
      <w:r w:rsidRPr="00D61D3D">
        <w:rPr>
          <w:color w:val="000000"/>
          <w:lang w:val="en-GB"/>
        </w:rPr>
        <w:t>They were surprised again—this time by my understanding. But there was no other answer really. We’d had six days of peace, light, and love—days that asked for no justification, nights that asked for no future. That was already more than most people ever get. To ask for more would be to test the gods.</w:t>
      </w:r>
    </w:p>
    <w:p w14:paraId="0E7A0380" w14:textId="77777777" w:rsidR="00897DB2" w:rsidRPr="00D61D3D" w:rsidRDefault="00897DB2" w:rsidP="00897DB2">
      <w:pPr>
        <w:spacing w:before="100" w:beforeAutospacing="1" w:after="100" w:afterAutospacing="1"/>
        <w:rPr>
          <w:color w:val="000000"/>
          <w:lang w:val="en-GB"/>
        </w:rPr>
      </w:pPr>
      <w:r w:rsidRPr="00D61D3D">
        <w:rPr>
          <w:color w:val="000000"/>
          <w:lang w:val="en-GB"/>
        </w:rPr>
        <w:lastRenderedPageBreak/>
        <w:t>We spent that afternoon quietly packing the van, washing clothes, folding maps. The evening meal was simple, and the conversation was warm but measured, as if speaking too loudly might jinx the tenderness of our goodbye.</w:t>
      </w:r>
    </w:p>
    <w:p w14:paraId="79E4F706" w14:textId="77777777" w:rsidR="00897DB2" w:rsidRPr="00D61D3D" w:rsidRDefault="00897DB2" w:rsidP="00897DB2">
      <w:pPr>
        <w:spacing w:before="100" w:beforeAutospacing="1" w:after="100" w:afterAutospacing="1"/>
        <w:rPr>
          <w:color w:val="000000"/>
          <w:lang w:val="en-GB"/>
        </w:rPr>
      </w:pPr>
      <w:r w:rsidRPr="00D61D3D">
        <w:rPr>
          <w:color w:val="000000"/>
          <w:lang w:val="en-GB"/>
        </w:rPr>
        <w:t>That last night, we didn’t speak much. The stars said all there was to say. We made love with the soft urgency of a final waltz, of something beautiful being folded up for safe-keeping in memory. There was no fear in it, just gratitude. We slept held in one another’s arms, breathing in the last of what we had made together, not to cling, but to carry it forward in some unspoken way.</w:t>
      </w:r>
    </w:p>
    <w:p w14:paraId="5FE5A3DA" w14:textId="77777777" w:rsidR="00897DB2" w:rsidRPr="00D61D3D" w:rsidRDefault="00897DB2" w:rsidP="00897DB2">
      <w:pPr>
        <w:spacing w:before="100" w:beforeAutospacing="1" w:after="100" w:afterAutospacing="1"/>
        <w:rPr>
          <w:color w:val="000000"/>
          <w:lang w:val="en-GB"/>
        </w:rPr>
      </w:pPr>
      <w:r w:rsidRPr="00D61D3D">
        <w:rPr>
          <w:color w:val="000000"/>
          <w:lang w:val="en-GB"/>
        </w:rPr>
        <w:t xml:space="preserve">Morning came gentle and </w:t>
      </w:r>
      <w:proofErr w:type="spellStart"/>
      <w:r w:rsidRPr="00D61D3D">
        <w:rPr>
          <w:color w:val="000000"/>
          <w:lang w:val="en-GB"/>
        </w:rPr>
        <w:t>gray</w:t>
      </w:r>
      <w:proofErr w:type="spellEnd"/>
      <w:r w:rsidRPr="00D61D3D">
        <w:rPr>
          <w:color w:val="000000"/>
          <w:lang w:val="en-GB"/>
        </w:rPr>
        <w:t xml:space="preserve">, the air heavy with silence. No one wanted to break the spell with farewells or tears. By </w:t>
      </w:r>
      <w:proofErr w:type="spellStart"/>
      <w:r w:rsidRPr="00D61D3D">
        <w:rPr>
          <w:color w:val="000000"/>
          <w:lang w:val="en-GB"/>
        </w:rPr>
        <w:t>ten</w:t>
      </w:r>
      <w:proofErr w:type="spellEnd"/>
      <w:r w:rsidRPr="00D61D3D">
        <w:rPr>
          <w:color w:val="000000"/>
          <w:lang w:val="en-GB"/>
        </w:rPr>
        <w:t>, the van rolled back onto the road and we headed northeast. It took about two and a half hours to reach my destination—a quiet roadside outside a Dutch town I had once passed through, now ready to begin a new chapter.</w:t>
      </w:r>
    </w:p>
    <w:p w14:paraId="07CBDA02" w14:textId="77777777" w:rsidR="00897DB2" w:rsidRPr="00D61D3D" w:rsidRDefault="00897DB2" w:rsidP="00897DB2">
      <w:pPr>
        <w:spacing w:before="100" w:beforeAutospacing="1" w:after="100" w:afterAutospacing="1"/>
        <w:rPr>
          <w:color w:val="000000"/>
          <w:lang w:val="en-GB"/>
        </w:rPr>
      </w:pPr>
      <w:r w:rsidRPr="00D61D3D">
        <w:rPr>
          <w:color w:val="000000"/>
          <w:lang w:val="en-GB"/>
        </w:rPr>
        <w:t>I gathered my rucksack, gave each of them a long, lingering kiss—the kind that says more than words ever could—and stepped out of the van. We promised to keep in touch, though we all knew how roads work: they twist, they diverge, and they rarely return to the same point twice.</w:t>
      </w:r>
    </w:p>
    <w:p w14:paraId="32774336" w14:textId="77777777" w:rsidR="00897DB2" w:rsidRPr="00D61D3D" w:rsidRDefault="00897DB2" w:rsidP="00897DB2">
      <w:pPr>
        <w:spacing w:before="100" w:beforeAutospacing="1" w:after="100" w:afterAutospacing="1"/>
        <w:rPr>
          <w:color w:val="000000"/>
          <w:lang w:val="en-GB"/>
        </w:rPr>
      </w:pPr>
      <w:r w:rsidRPr="00D61D3D">
        <w:rPr>
          <w:color w:val="000000"/>
          <w:lang w:val="en-GB"/>
        </w:rPr>
        <w:t>I stood there watching the van shrink into the distance, its soft blue shape swallowed by the horizon. Then it was gone.</w:t>
      </w:r>
    </w:p>
    <w:p w14:paraId="245A4935" w14:textId="77777777" w:rsidR="00897DB2" w:rsidRPr="00D61D3D" w:rsidRDefault="00897DB2" w:rsidP="00897DB2">
      <w:pPr>
        <w:spacing w:before="100" w:beforeAutospacing="1" w:after="100" w:afterAutospacing="1"/>
        <w:rPr>
          <w:color w:val="000000"/>
          <w:lang w:val="en-GB"/>
        </w:rPr>
      </w:pPr>
      <w:r w:rsidRPr="00D61D3D">
        <w:rPr>
          <w:color w:val="000000"/>
          <w:lang w:val="en-GB"/>
        </w:rPr>
        <w:t>And I was on my own again—richer for the memory, lonelier perhaps, but somehow more whole than before.</w:t>
      </w:r>
    </w:p>
    <w:p w14:paraId="73599403" w14:textId="170C9CA4" w:rsidR="00C32329" w:rsidRPr="00D61D3D" w:rsidRDefault="00C32329">
      <w:pPr>
        <w:spacing w:after="200" w:line="276" w:lineRule="auto"/>
        <w:rPr>
          <w:lang w:val="en-GB"/>
        </w:rPr>
      </w:pPr>
      <w:r w:rsidRPr="00D61D3D">
        <w:rPr>
          <w:lang w:val="en-GB"/>
        </w:rPr>
        <w:br w:type="page"/>
      </w:r>
    </w:p>
    <w:p w14:paraId="00ED9700" w14:textId="77777777" w:rsidR="00C32329" w:rsidRPr="00D61D3D" w:rsidRDefault="00C32329" w:rsidP="00C32329">
      <w:pPr>
        <w:pStyle w:val="Heading3"/>
        <w:rPr>
          <w:color w:val="000000"/>
          <w:sz w:val="27"/>
          <w:szCs w:val="27"/>
          <w:lang w:val="en-GB"/>
        </w:rPr>
      </w:pPr>
      <w:r w:rsidRPr="00D61D3D">
        <w:rPr>
          <w:color w:val="000000"/>
          <w:lang w:val="en-GB"/>
        </w:rPr>
        <w:lastRenderedPageBreak/>
        <w:t>Chapter:</w:t>
      </w:r>
      <w:r w:rsidRPr="00D61D3D">
        <w:rPr>
          <w:rStyle w:val="apple-converted-space"/>
          <w:color w:val="000000"/>
          <w:lang w:val="en-GB"/>
        </w:rPr>
        <w:t> </w:t>
      </w:r>
      <w:r w:rsidRPr="00D61D3D">
        <w:rPr>
          <w:rStyle w:val="Emphasis"/>
          <w:color w:val="000000"/>
          <w:lang w:val="en-GB"/>
        </w:rPr>
        <w:t>Back in the Lowlands</w:t>
      </w:r>
    </w:p>
    <w:p w14:paraId="35C69C1D" w14:textId="77777777" w:rsidR="00C32329" w:rsidRPr="00D61D3D" w:rsidRDefault="00C32329" w:rsidP="00C32329">
      <w:pPr>
        <w:spacing w:before="100" w:beforeAutospacing="1" w:after="100" w:afterAutospacing="1"/>
        <w:rPr>
          <w:color w:val="000000"/>
          <w:lang w:val="en-GB"/>
        </w:rPr>
      </w:pPr>
      <w:r w:rsidRPr="00D61D3D">
        <w:rPr>
          <w:color w:val="000000"/>
          <w:lang w:val="en-GB"/>
        </w:rPr>
        <w:t>With the girls gone, and silence my only passenger, I found myself once again in the flatlands of Holland—windmills at my back and an uncertain path ahead. The sea was behind me now, and with it, a chapter that would live on in dreams, or maybe in the trembling edge of a song I hadn’t yet written.</w:t>
      </w:r>
    </w:p>
    <w:p w14:paraId="1F5FD875" w14:textId="77777777" w:rsidR="00C32329" w:rsidRPr="00D61D3D" w:rsidRDefault="00C32329" w:rsidP="00C32329">
      <w:pPr>
        <w:spacing w:before="100" w:beforeAutospacing="1" w:after="100" w:afterAutospacing="1"/>
        <w:rPr>
          <w:color w:val="000000"/>
          <w:lang w:val="en-GB"/>
        </w:rPr>
      </w:pPr>
      <w:r w:rsidRPr="00D61D3D">
        <w:rPr>
          <w:color w:val="000000"/>
          <w:lang w:val="en-GB"/>
        </w:rPr>
        <w:t>I went back to the place I had stayed before, a familiar stopgap to soften the landing. They had a room for a couple of weeks, just long enough to catch my breath, find some work, and figure out the next foothold on the climb forward.</w:t>
      </w:r>
    </w:p>
    <w:p w14:paraId="3AFFD03A" w14:textId="77777777" w:rsidR="00C32329" w:rsidRPr="00D61D3D" w:rsidRDefault="00C32329" w:rsidP="00C32329">
      <w:pPr>
        <w:spacing w:before="100" w:beforeAutospacing="1" w:after="100" w:afterAutospacing="1"/>
        <w:rPr>
          <w:color w:val="000000"/>
          <w:lang w:val="en-GB"/>
        </w:rPr>
      </w:pPr>
      <w:r w:rsidRPr="00D61D3D">
        <w:rPr>
          <w:color w:val="000000"/>
          <w:lang w:val="en-GB"/>
        </w:rPr>
        <w:t>I rang the guy about the job, a quiet Dutch lad I’d met before—reliable, rooted, kind. He told me to come by the next day. His father, he said, had a spot for me with his construction crew. It all felt oddly smooth, as though life had paused just long enough to let me rejoin it without fuss.</w:t>
      </w:r>
    </w:p>
    <w:p w14:paraId="02E4251B" w14:textId="77777777" w:rsidR="00C32329" w:rsidRPr="00D61D3D" w:rsidRDefault="00C32329" w:rsidP="00C32329">
      <w:pPr>
        <w:spacing w:before="100" w:beforeAutospacing="1" w:after="100" w:afterAutospacing="1"/>
        <w:rPr>
          <w:color w:val="000000"/>
          <w:lang w:val="en-GB"/>
        </w:rPr>
      </w:pPr>
      <w:r w:rsidRPr="00D61D3D">
        <w:rPr>
          <w:color w:val="000000"/>
          <w:lang w:val="en-GB"/>
        </w:rPr>
        <w:t xml:space="preserve">Construction again—dust, hammer, timber, sweat. Back to early mornings and honest blisters. It was carpentry work from the ground up, eight of us in total: a steady crew, each man with his rhythm. The site boss was soft-spoken and serious, the foreman knew his ropes and the men respected him. There was a plumber, an electrician, two tireless </w:t>
      </w:r>
      <w:proofErr w:type="spellStart"/>
      <w:r w:rsidRPr="00D61D3D">
        <w:rPr>
          <w:color w:val="000000"/>
          <w:lang w:val="en-GB"/>
        </w:rPr>
        <w:t>laborers</w:t>
      </w:r>
      <w:proofErr w:type="spellEnd"/>
      <w:r w:rsidRPr="00D61D3D">
        <w:rPr>
          <w:color w:val="000000"/>
          <w:lang w:val="en-GB"/>
        </w:rPr>
        <w:t>, another chippy, and me. English wasn’t the lingua franca on site, but my Dutch was improving, and they were happy to trade a bit of English back in return. We communicated in wood, weight, and laughter—languages older than politics.</w:t>
      </w:r>
    </w:p>
    <w:p w14:paraId="05701CBB" w14:textId="77777777" w:rsidR="00C32329" w:rsidRPr="00D61D3D" w:rsidRDefault="00C32329" w:rsidP="00C32329">
      <w:pPr>
        <w:spacing w:before="100" w:beforeAutospacing="1" w:after="100" w:afterAutospacing="1"/>
        <w:rPr>
          <w:color w:val="000000"/>
          <w:lang w:val="en-GB"/>
        </w:rPr>
      </w:pPr>
      <w:r w:rsidRPr="00D61D3D">
        <w:rPr>
          <w:color w:val="000000"/>
          <w:lang w:val="en-GB"/>
        </w:rPr>
        <w:t>We started at seven and wrapped up around four. One of the lads, the other carpenter, lived nearby and offered to pick me up in the mornings, and bring me back in the afternoons. The work was steady, the hours humane, and the evenings mine.</w:t>
      </w:r>
    </w:p>
    <w:p w14:paraId="390AF3F3" w14:textId="77777777" w:rsidR="00C32329" w:rsidRPr="00D61D3D" w:rsidRDefault="00C32329" w:rsidP="00C32329">
      <w:pPr>
        <w:spacing w:before="100" w:beforeAutospacing="1" w:after="100" w:afterAutospacing="1"/>
        <w:rPr>
          <w:color w:val="000000"/>
          <w:lang w:val="en-GB"/>
        </w:rPr>
      </w:pPr>
      <w:r w:rsidRPr="00D61D3D">
        <w:rPr>
          <w:color w:val="000000"/>
          <w:lang w:val="en-GB"/>
        </w:rPr>
        <w:t>In one such evening, over a pint in a local bar, I met two lads looking for a housemate. They had a spare room, shared kitchen and sitting room, communal shower, and a system of shared groceries and weekly cooking duties. The rent was fair, and the vibe was relaxed. I moved in that weekend.</w:t>
      </w:r>
    </w:p>
    <w:p w14:paraId="743D7CB9" w14:textId="77777777" w:rsidR="00C32329" w:rsidRPr="00D61D3D" w:rsidRDefault="00C32329" w:rsidP="00C32329">
      <w:pPr>
        <w:spacing w:before="100" w:beforeAutospacing="1" w:after="100" w:afterAutospacing="1"/>
        <w:rPr>
          <w:color w:val="000000"/>
          <w:lang w:val="en-GB"/>
        </w:rPr>
      </w:pPr>
      <w:r w:rsidRPr="00D61D3D">
        <w:rPr>
          <w:color w:val="000000"/>
          <w:lang w:val="en-GB"/>
        </w:rPr>
        <w:t>We lived separate lives under the same roof—like three planets sharing the same orbit. There was a rhythm to it. If you paid your rent and cleaned your dishes, no one asked questions. It suited me fine.</w:t>
      </w:r>
    </w:p>
    <w:p w14:paraId="75E6BA64" w14:textId="77777777" w:rsidR="00C32329" w:rsidRPr="00D61D3D" w:rsidRDefault="00C32329" w:rsidP="00C32329">
      <w:pPr>
        <w:spacing w:before="100" w:beforeAutospacing="1" w:after="100" w:afterAutospacing="1"/>
        <w:rPr>
          <w:color w:val="000000"/>
          <w:lang w:val="en-GB"/>
        </w:rPr>
      </w:pPr>
      <w:r w:rsidRPr="00D61D3D">
        <w:rPr>
          <w:color w:val="000000"/>
          <w:lang w:val="en-GB"/>
        </w:rPr>
        <w:t>And so I picked up my old life again: wake, work, eat, sleep, repeat. But something inside me would occasionally twitch, some fever leftover from the road, and I'd feel the need to burst free—let go of the quiet ache that lingered like a chord unresolved.</w:t>
      </w:r>
    </w:p>
    <w:p w14:paraId="2F8991D4" w14:textId="77777777" w:rsidR="00C32329" w:rsidRPr="00D61D3D" w:rsidRDefault="00C32329" w:rsidP="00C32329">
      <w:pPr>
        <w:spacing w:before="100" w:beforeAutospacing="1" w:after="100" w:afterAutospacing="1"/>
        <w:rPr>
          <w:color w:val="000000"/>
          <w:lang w:val="en-GB"/>
        </w:rPr>
      </w:pPr>
      <w:r w:rsidRPr="00D61D3D">
        <w:rPr>
          <w:color w:val="000000"/>
          <w:lang w:val="en-GB"/>
        </w:rPr>
        <w:t>The original house changed hands when the owner decided to emigrate to America, and we all had to scatter. I landed in another shared house not far off. This one had two couples: two Norwegian girls and their Dutch partners, all working at a nearby plant nursery. There was one room free, and they offered it to me. I moved in without much thought—it felt like life wanted me there.</w:t>
      </w:r>
    </w:p>
    <w:p w14:paraId="4BAC4376" w14:textId="77777777" w:rsidR="00C32329" w:rsidRPr="00D61D3D" w:rsidRDefault="00C32329" w:rsidP="00C32329">
      <w:pPr>
        <w:spacing w:before="100" w:beforeAutospacing="1" w:after="100" w:afterAutospacing="1"/>
        <w:rPr>
          <w:color w:val="000000"/>
          <w:lang w:val="en-GB"/>
        </w:rPr>
      </w:pPr>
      <w:r w:rsidRPr="00D61D3D">
        <w:rPr>
          <w:color w:val="000000"/>
          <w:lang w:val="en-GB"/>
        </w:rPr>
        <w:lastRenderedPageBreak/>
        <w:t>The house was easy-going and warm, especially when the weather turned good. We threw parties—not the drunken chaos of city nights, but ramshackle, joyful celebrations of life, music, and human noise. We'd warn the neighbours, who appreciated the courtesy, and in return we got little grief. Loud music, sure—but also loud laughter and big hearts.</w:t>
      </w:r>
    </w:p>
    <w:p w14:paraId="2AA4F0B7" w14:textId="77777777" w:rsidR="00C32329" w:rsidRPr="00D61D3D" w:rsidRDefault="00C32329" w:rsidP="00C32329">
      <w:pPr>
        <w:spacing w:before="100" w:beforeAutospacing="1" w:after="100" w:afterAutospacing="1"/>
        <w:rPr>
          <w:color w:val="000000"/>
          <w:lang w:val="en-GB"/>
        </w:rPr>
      </w:pPr>
      <w:r w:rsidRPr="00D61D3D">
        <w:rPr>
          <w:color w:val="000000"/>
          <w:lang w:val="en-GB"/>
        </w:rPr>
        <w:t>Fridays meant a trip to the shops—three of us on bikes: two carrying five crates of beer each, wobbling dangerously like boozy trapeze acts, the third lugging food. There was always wine, usually brought by guests. We filled the fridge and an old bathtub in the garden with beer. The food—bread, cheese, salads, pasta, sate with peanut sauce—came out in waves. Around six, we’d serve up something warm to line the stomachs and bring the wandering ones back down to earth before nightfall.</w:t>
      </w:r>
    </w:p>
    <w:p w14:paraId="14B37712" w14:textId="77777777" w:rsidR="00C32329" w:rsidRPr="00D61D3D" w:rsidRDefault="00C32329" w:rsidP="00C32329">
      <w:pPr>
        <w:spacing w:before="100" w:beforeAutospacing="1" w:after="100" w:afterAutospacing="1"/>
        <w:rPr>
          <w:color w:val="000000"/>
          <w:lang w:val="en-GB"/>
        </w:rPr>
      </w:pPr>
      <w:r w:rsidRPr="00D61D3D">
        <w:rPr>
          <w:color w:val="000000"/>
          <w:lang w:val="en-GB"/>
        </w:rPr>
        <w:t>And then the party would lift off.</w:t>
      </w:r>
    </w:p>
    <w:p w14:paraId="43EBB82B" w14:textId="77777777" w:rsidR="00C32329" w:rsidRPr="00D61D3D" w:rsidRDefault="00C32329" w:rsidP="00C32329">
      <w:pPr>
        <w:spacing w:before="100" w:beforeAutospacing="1" w:after="100" w:afterAutospacing="1"/>
        <w:rPr>
          <w:color w:val="000000"/>
          <w:lang w:val="en-GB"/>
        </w:rPr>
      </w:pPr>
      <w:r w:rsidRPr="00D61D3D">
        <w:rPr>
          <w:color w:val="000000"/>
          <w:lang w:val="en-GB"/>
        </w:rPr>
        <w:t>Music spilled out—blues, folk, rock, jazz. Never pop. Never beige. The night would take its course. Once, the police turned up. A neighbour had apparently complained. We invited them in to see for themselves—no record player thumping, just a sea of tipsy people howling folk songs at full tilt. The officers laughed, told us to try and keep it down, and went on their way. We did—for a while.</w:t>
      </w:r>
    </w:p>
    <w:p w14:paraId="4505202A" w14:textId="77777777" w:rsidR="00C32329" w:rsidRPr="00D61D3D" w:rsidRDefault="00C32329" w:rsidP="00C32329">
      <w:pPr>
        <w:spacing w:before="100" w:beforeAutospacing="1" w:after="100" w:afterAutospacing="1"/>
        <w:rPr>
          <w:color w:val="000000"/>
          <w:lang w:val="en-GB"/>
        </w:rPr>
      </w:pPr>
      <w:r w:rsidRPr="00D61D3D">
        <w:rPr>
          <w:color w:val="000000"/>
          <w:lang w:val="en-GB"/>
        </w:rPr>
        <w:t>The clean-up was its own tradition. On Sundays, we’d collect the empties for refund and scrub the place down with military precision. There were always a few unexpected surprises—unopened bottles of whiskey or vodka, forgotten by the night’s end. A gift from the party gods.</w:t>
      </w:r>
    </w:p>
    <w:p w14:paraId="70AFBD3A" w14:textId="77777777" w:rsidR="00C32329" w:rsidRPr="00D61D3D" w:rsidRDefault="00C32329" w:rsidP="00C32329">
      <w:pPr>
        <w:spacing w:before="100" w:beforeAutospacing="1" w:after="100" w:afterAutospacing="1"/>
        <w:rPr>
          <w:color w:val="000000"/>
          <w:lang w:val="en-GB"/>
        </w:rPr>
      </w:pPr>
      <w:r w:rsidRPr="00D61D3D">
        <w:rPr>
          <w:color w:val="000000"/>
          <w:lang w:val="en-GB"/>
        </w:rPr>
        <w:t>Nobody was ever left behind. Those who couldn't walk home found refuge on floors, sofas, in back gardens under stars. The camaraderie was real, the freedom tangible. And for a little while, I forgot the road. Or rather, it forgot me.</w:t>
      </w:r>
    </w:p>
    <w:p w14:paraId="20FB4F56" w14:textId="77777777" w:rsidR="00C32329" w:rsidRPr="00D61D3D" w:rsidRDefault="00C32329" w:rsidP="00C32329">
      <w:pPr>
        <w:spacing w:before="100" w:beforeAutospacing="1" w:after="100" w:afterAutospacing="1"/>
        <w:rPr>
          <w:color w:val="000000"/>
          <w:lang w:val="en-GB"/>
        </w:rPr>
      </w:pPr>
      <w:r w:rsidRPr="00D61D3D">
        <w:rPr>
          <w:color w:val="000000"/>
          <w:lang w:val="en-GB"/>
        </w:rPr>
        <w:t>The cast of housemates kept changing. One of the Norwegian lads went back to Oslo with his girl, the other set off for Israel to work on a kibbutz. But the house kept breathing, filling vacancies like lungs take air.</w:t>
      </w:r>
    </w:p>
    <w:p w14:paraId="641F540E" w14:textId="77777777" w:rsidR="00C32329" w:rsidRPr="00D61D3D" w:rsidRDefault="00C32329" w:rsidP="00C32329">
      <w:pPr>
        <w:spacing w:before="100" w:beforeAutospacing="1" w:after="100" w:afterAutospacing="1"/>
        <w:rPr>
          <w:color w:val="000000"/>
          <w:lang w:val="en-GB"/>
        </w:rPr>
      </w:pPr>
      <w:r w:rsidRPr="00D61D3D">
        <w:rPr>
          <w:color w:val="000000"/>
          <w:lang w:val="en-GB"/>
        </w:rPr>
        <w:t>One of the new arrivals became a close friend, the kind of mate you can be daft with without consequence. He moved into the attic room and often had his girlfriend over. I was seeing someone local myself at the time. One evening, the girls were downstairs watching a film. We were upstairs chatting when we heard them coming up.</w:t>
      </w:r>
    </w:p>
    <w:p w14:paraId="20E897AC" w14:textId="77777777" w:rsidR="00C32329" w:rsidRPr="00D61D3D" w:rsidRDefault="00C32329" w:rsidP="00C32329">
      <w:pPr>
        <w:spacing w:before="100" w:beforeAutospacing="1" w:after="100" w:afterAutospacing="1"/>
        <w:rPr>
          <w:color w:val="000000"/>
          <w:lang w:val="en-GB"/>
        </w:rPr>
      </w:pPr>
      <w:r w:rsidRPr="00D61D3D">
        <w:rPr>
          <w:color w:val="000000"/>
          <w:lang w:val="en-GB"/>
        </w:rPr>
        <w:t>Without warning, he ripped off his t-shirt, pushed me onto the bed, and threw himself on top of me—grinning. The girls caught us mid-‘embrace’ and froze. For a second they weren’t sure what they'd walked into. Then came the laughter. And then the lewd remarks that followed us for weeks.</w:t>
      </w:r>
    </w:p>
    <w:p w14:paraId="160F5B42" w14:textId="77777777" w:rsidR="00C32329" w:rsidRPr="00D61D3D" w:rsidRDefault="00C32329" w:rsidP="00C32329">
      <w:pPr>
        <w:spacing w:before="100" w:beforeAutospacing="1" w:after="100" w:afterAutospacing="1"/>
        <w:rPr>
          <w:color w:val="000000"/>
          <w:lang w:val="en-GB"/>
        </w:rPr>
      </w:pPr>
      <w:r w:rsidRPr="00D61D3D">
        <w:rPr>
          <w:color w:val="000000"/>
          <w:lang w:val="en-GB"/>
        </w:rPr>
        <w:t xml:space="preserve">It was all a kind of madness, but the kind that kept the wheels turning. The house, the laughter, the weekend feasts—it was a fragile peace. A floating world of young people </w:t>
      </w:r>
      <w:r w:rsidRPr="00D61D3D">
        <w:rPr>
          <w:color w:val="000000"/>
          <w:lang w:val="en-GB"/>
        </w:rPr>
        <w:lastRenderedPageBreak/>
        <w:t>trying to make sense of work and love and all the stuff in between. For me, it was the first time in a long time I wasn’t running. Not exactly settled—but not escaping either.</w:t>
      </w:r>
    </w:p>
    <w:p w14:paraId="662CA82C" w14:textId="77777777" w:rsidR="00C32329" w:rsidRPr="00D61D3D" w:rsidRDefault="00C32329" w:rsidP="00C32329">
      <w:pPr>
        <w:spacing w:before="100" w:beforeAutospacing="1" w:after="100" w:afterAutospacing="1"/>
        <w:rPr>
          <w:color w:val="000000"/>
          <w:lang w:val="en-GB"/>
        </w:rPr>
      </w:pPr>
      <w:r w:rsidRPr="00D61D3D">
        <w:rPr>
          <w:color w:val="000000"/>
          <w:lang w:val="en-GB"/>
        </w:rPr>
        <w:t>And yet, underneath the surface of it all, the road still hummed.</w:t>
      </w:r>
    </w:p>
    <w:p w14:paraId="5A3C9ED6" w14:textId="77777777" w:rsidR="00C32329" w:rsidRPr="00D61D3D" w:rsidRDefault="00C32329" w:rsidP="00C32329">
      <w:pPr>
        <w:spacing w:before="100" w:beforeAutospacing="1" w:after="100" w:afterAutospacing="1"/>
        <w:rPr>
          <w:color w:val="000000"/>
          <w:lang w:val="en-GB"/>
        </w:rPr>
      </w:pPr>
      <w:r w:rsidRPr="00D61D3D">
        <w:rPr>
          <w:color w:val="000000"/>
          <w:lang w:val="en-GB"/>
        </w:rPr>
        <w:t>There was more coming, though I didn’t know it yet. A new direction would soon call my name. But for now, in that strange, tulip-scented limbo, I learned again how to live in a place—even if just for a while.</w:t>
      </w:r>
    </w:p>
    <w:p w14:paraId="59E1EF3B" w14:textId="77777777" w:rsidR="00AA7769" w:rsidRPr="00D61D3D" w:rsidRDefault="00AA7769">
      <w:pPr>
        <w:rPr>
          <w:lang w:val="en-GB"/>
        </w:rPr>
      </w:pPr>
    </w:p>
    <w:p w14:paraId="78A3095D" w14:textId="132E54E9" w:rsidR="00E246CC" w:rsidRDefault="00E246CC">
      <w:pPr>
        <w:spacing w:after="200" w:line="276" w:lineRule="auto"/>
        <w:rPr>
          <w:lang w:val="en-GB"/>
        </w:rPr>
      </w:pPr>
      <w:r>
        <w:rPr>
          <w:lang w:val="en-GB"/>
        </w:rPr>
        <w:br w:type="page"/>
      </w:r>
    </w:p>
    <w:p w14:paraId="7ACE8119" w14:textId="77777777" w:rsidR="00E246CC" w:rsidRPr="004B5000" w:rsidRDefault="00E246CC" w:rsidP="00E246CC">
      <w:pPr>
        <w:spacing w:before="100" w:beforeAutospacing="1" w:after="100" w:afterAutospacing="1"/>
      </w:pPr>
      <w:r w:rsidRPr="004B5000">
        <w:rPr>
          <w:b/>
          <w:bCs/>
        </w:rPr>
        <w:lastRenderedPageBreak/>
        <w:t>Chapter Title: The Rooftop Salon and the Phantom of Routine</w:t>
      </w:r>
    </w:p>
    <w:p w14:paraId="5F3B85F4" w14:textId="77777777" w:rsidR="00E246CC" w:rsidRPr="004B5000" w:rsidRDefault="00E246CC" w:rsidP="00E246CC">
      <w:pPr>
        <w:spacing w:before="100" w:beforeAutospacing="1" w:after="100" w:afterAutospacing="1"/>
      </w:pPr>
      <w:r w:rsidRPr="004B5000">
        <w:t>After some months of living in the house with shifting walls of noise and too many ghosts of conversation, I moved to another part of town. A one-room apartment above a neon workshop—letters buzzing in electric cyan and pink, spelling things like “Auto Garage” or “</w:t>
      </w:r>
      <w:proofErr w:type="spellStart"/>
      <w:r w:rsidRPr="004B5000">
        <w:t>Slagerij</w:t>
      </w:r>
      <w:proofErr w:type="spellEnd"/>
      <w:r w:rsidRPr="004B5000">
        <w:t>”—this was my new limbo. The apartment block had shared kitchens and bathrooms, a design that encouraged camaraderie but left room for mystery. I had two great French windows that opened onto the roof of the workshop, which by sheer coincidence made for the perfect terrace.</w:t>
      </w:r>
    </w:p>
    <w:p w14:paraId="098ED4CF" w14:textId="77777777" w:rsidR="00E246CC" w:rsidRPr="004B5000" w:rsidRDefault="00E246CC" w:rsidP="00E246CC">
      <w:pPr>
        <w:spacing w:before="100" w:beforeAutospacing="1" w:after="100" w:afterAutospacing="1"/>
      </w:pPr>
      <w:r w:rsidRPr="004B5000">
        <w:t>The terrace was my salvation—a space where sunlight was currency and the evenings burned slowly like a candle nobody was watching. I cooked most days. A proper dinner, too: meat with sauces, mushrooms, wine reductions, the kind of meals that made you feel anchored, even if only for an hour. But Fridays were different. Fridays I went down to the Chinese restaurant on the corner, where the cooks, having adopted me as one of their own, served dishes that were never on the menu. Spicy pork belly, bitter greens with garlic, steamed fish laced with coriander and ginger. It was sublime, and I never asked what it was.</w:t>
      </w:r>
    </w:p>
    <w:p w14:paraId="4786C3A5" w14:textId="77777777" w:rsidR="00E246CC" w:rsidRPr="004B5000" w:rsidRDefault="00E246CC" w:rsidP="00E246CC">
      <w:pPr>
        <w:spacing w:before="100" w:beforeAutospacing="1" w:after="100" w:afterAutospacing="1"/>
      </w:pPr>
      <w:r w:rsidRPr="004B5000">
        <w:t xml:space="preserve">Upstairs lived an American soldier stationed in </w:t>
      </w:r>
      <w:proofErr w:type="spellStart"/>
      <w:r w:rsidRPr="004B5000">
        <w:t>Soesterberg</w:t>
      </w:r>
      <w:proofErr w:type="spellEnd"/>
      <w:r w:rsidRPr="004B5000">
        <w:t xml:space="preserve"> who played guitar and matched me lick for lick on long afternoons. There was also a fellow who kept mostly to himself, and then there was Carla and her Breton boyfriend, Olivier—a man who would eventually rewrite the script of my stay in Holland with a bottle of wine and an offhand compliment.</w:t>
      </w:r>
    </w:p>
    <w:p w14:paraId="180C5E7F" w14:textId="77777777" w:rsidR="00E246CC" w:rsidRPr="004B5000" w:rsidRDefault="00E246CC" w:rsidP="00E246CC">
      <w:pPr>
        <w:spacing w:before="100" w:beforeAutospacing="1" w:after="100" w:afterAutospacing="1"/>
      </w:pPr>
      <w:r w:rsidRPr="004B5000">
        <w:t>I first met Olivier through a saucepan.</w:t>
      </w:r>
    </w:p>
    <w:p w14:paraId="2D91E18A" w14:textId="77777777" w:rsidR="00E246CC" w:rsidRPr="004B5000" w:rsidRDefault="00E246CC" w:rsidP="00E246CC">
      <w:pPr>
        <w:spacing w:before="100" w:beforeAutospacing="1" w:after="100" w:afterAutospacing="1"/>
      </w:pPr>
      <w:r w:rsidRPr="004B5000">
        <w:t>One evening after cooking my usual (chicken, mushrooms, wine, cream—what’s not to love?) I returned to the kitchen and found my pan suspiciously wiped clean. A few nights later I caught him mid-dip, tearing chunks of crusty bread and soaking up every last remnant. “Not bad,” he said without shame, “exactly how I’d make it.” That was his opening line.</w:t>
      </w:r>
    </w:p>
    <w:p w14:paraId="508635D6" w14:textId="77777777" w:rsidR="00E246CC" w:rsidRPr="004B5000" w:rsidRDefault="00E246CC" w:rsidP="00E246CC">
      <w:pPr>
        <w:spacing w:before="100" w:beforeAutospacing="1" w:after="100" w:afterAutospacing="1"/>
      </w:pPr>
      <w:r w:rsidRPr="004B5000">
        <w:t>Two days later, a bottle of wine appeared at my door, and with it, the beginning of a decade-long friendship. We became nocturnal philosophers, pouring wine and nonsense onto the rooftop terrace under stars that could care less about us. We debated the shape of time, wormholes, memory, politics, Baudelaire, football, ghosts. Passers-by could see us perched like stoned gargoyles, and curiosity got the better of them. Soon, we had regular drop-ins, sipping our vino and listening to us like we were drunk monks decoding the meaning of toast.</w:t>
      </w:r>
    </w:p>
    <w:p w14:paraId="47CC3041" w14:textId="77777777" w:rsidR="00E246CC" w:rsidRPr="004B5000" w:rsidRDefault="00E246CC" w:rsidP="00E246CC">
      <w:pPr>
        <w:spacing w:before="100" w:beforeAutospacing="1" w:after="100" w:afterAutospacing="1"/>
      </w:pPr>
      <w:r w:rsidRPr="004B5000">
        <w:t xml:space="preserve">Of course, we didn’t really want to share. So Olivier concocted a scheme. We would hold weekly “wine contests,” slagging off each other’s choices in elaborate and scathing prose, with the real aim of keeping the good stuff for ourselves. If it tasted like varnished petrol, we’d nod thoughtfully and call it “complex.” If it was a fine Bordeaux, we’d scoff and say it lacked “authenticity.” Somehow, this only amplified our status. Soon people were </w:t>
      </w:r>
      <w:r w:rsidRPr="004B5000">
        <w:lastRenderedPageBreak/>
        <w:t>bringing </w:t>
      </w:r>
      <w:r w:rsidRPr="004B5000">
        <w:rPr>
          <w:i/>
          <w:iCs/>
        </w:rPr>
        <w:t>us</w:t>
      </w:r>
      <w:r w:rsidRPr="004B5000">
        <w:t> wine for appraisal, asking if this or that bottle was “party-worthy.” We had become wine shamans by accident.</w:t>
      </w:r>
    </w:p>
    <w:p w14:paraId="7F63FB76" w14:textId="77777777" w:rsidR="00E246CC" w:rsidRPr="004B5000" w:rsidRDefault="00E246CC" w:rsidP="00E246CC">
      <w:pPr>
        <w:spacing w:before="100" w:beforeAutospacing="1" w:after="100" w:afterAutospacing="1"/>
      </w:pPr>
      <w:r w:rsidRPr="004B5000">
        <w:t>One night, Olivier stood me up for a trip to hear music in Utrecht. He finally returned around sunset looking pale and forlorn. “They’re deporting me,” he said. “Two weeks to leave the country.” Carla broke down. I was ready to rally the town, storm city hall, write to Amnesty. He kept it up till nearly midnight before confessing he'd just lost track of time in a pub. I nearly throttled him. But a few weeks later I got my revenge. I hid inside their wardrobe—barely big enough to crouch in—and leapt out as he opened it, grabbing his neck. He dropped his towel, screamed like a soprano, and turned a shade of white that would shame a ghost.</w:t>
      </w:r>
    </w:p>
    <w:p w14:paraId="39B2D381" w14:textId="77777777" w:rsidR="00E246CC" w:rsidRPr="004B5000" w:rsidRDefault="00E246CC" w:rsidP="00E246CC">
      <w:pPr>
        <w:spacing w:before="100" w:beforeAutospacing="1" w:after="100" w:afterAutospacing="1"/>
      </w:pPr>
      <w:r w:rsidRPr="004B5000">
        <w:t>Sometimes we made each other laugh so hard it felt like the only thing keeping us from going mad.</w:t>
      </w:r>
    </w:p>
    <w:p w14:paraId="1C68DC73" w14:textId="77777777" w:rsidR="00E246CC" w:rsidRPr="004B5000" w:rsidRDefault="00E246CC" w:rsidP="00E246CC">
      <w:pPr>
        <w:spacing w:before="100" w:beforeAutospacing="1" w:after="100" w:afterAutospacing="1"/>
      </w:pPr>
      <w:r w:rsidRPr="004B5000">
        <w:t>There were more pranks, tall tales, and shutter-slamming scares during Halloween. That night, when Olivier told a Breton ghost story and the wind banged the shutters at just the right moment, we both nearly jumped off the roof. The town may have gone on as usual, but in our little perch above the neon, something strange was always cooking.</w:t>
      </w:r>
    </w:p>
    <w:p w14:paraId="7DDDE06B" w14:textId="77777777" w:rsidR="00E246CC" w:rsidRPr="004B5000" w:rsidRDefault="00E246CC" w:rsidP="00E246CC">
      <w:pPr>
        <w:spacing w:before="100" w:beforeAutospacing="1" w:after="100" w:afterAutospacing="1"/>
      </w:pPr>
      <w:r w:rsidRPr="004B5000">
        <w:t>Eventually, Carla got a job back east, closer to her home, and they moved away. But the bond never broke. They’d return from time to time, bringing wine and stories, and I’d visit them too. There was always a seat at the table, a joke to be told, a memory to be uncorked.</w:t>
      </w:r>
    </w:p>
    <w:p w14:paraId="43F7755D" w14:textId="77777777" w:rsidR="00E246CC" w:rsidRPr="004B5000" w:rsidRDefault="00E246CC" w:rsidP="00E246CC">
      <w:pPr>
        <w:spacing w:before="100" w:beforeAutospacing="1" w:after="100" w:afterAutospacing="1"/>
      </w:pPr>
      <w:r w:rsidRPr="004B5000">
        <w:t>That chapter marked the borderland between drifting and anchoring. I didn’t know it yet, but I was on the verge of trading routine for wildness again. The vanilla life—its scent and softness—was giving way to something else.</w:t>
      </w:r>
    </w:p>
    <w:p w14:paraId="2D42D097" w14:textId="77777777" w:rsidR="00E246CC" w:rsidRDefault="00E246CC">
      <w:pPr>
        <w:spacing w:after="200" w:line="276" w:lineRule="auto"/>
        <w:rPr>
          <w:rStyle w:val="Strong"/>
          <w:rFonts w:asciiTheme="majorHAnsi" w:eastAsiaTheme="majorEastAsia" w:hAnsiTheme="majorHAnsi" w:cstheme="majorBidi"/>
          <w:color w:val="4F81BD" w:themeColor="accent1"/>
          <w:sz w:val="26"/>
          <w:szCs w:val="26"/>
        </w:rPr>
      </w:pPr>
      <w:r>
        <w:rPr>
          <w:rStyle w:val="Strong"/>
          <w:b w:val="0"/>
          <w:bCs w:val="0"/>
        </w:rPr>
        <w:br w:type="page"/>
      </w:r>
    </w:p>
    <w:p w14:paraId="3BE8D550" w14:textId="64ABC8CA" w:rsidR="00E246CC" w:rsidRDefault="00E246CC" w:rsidP="00E246CC">
      <w:pPr>
        <w:pStyle w:val="Heading2"/>
      </w:pPr>
      <w:r>
        <w:rPr>
          <w:rStyle w:val="Strong"/>
          <w:b/>
          <w:bCs/>
        </w:rPr>
        <w:lastRenderedPageBreak/>
        <w:t>Chapter: Lingering Notes and Fading Echoes</w:t>
      </w:r>
    </w:p>
    <w:p w14:paraId="6E4C4529" w14:textId="53468D7D" w:rsidR="00E246CC" w:rsidRDefault="00E246CC" w:rsidP="00E246CC">
      <w:pPr>
        <w:spacing w:before="100" w:beforeAutospacing="1" w:after="100" w:afterAutospacing="1"/>
      </w:pPr>
      <w:r>
        <w:t xml:space="preserve">There was something uneasy in the summer air. Not a storm exactly, more like the faint premonition of one. Olivier and Carla had begun packing boxes, small things at first—books, sweaters, a framed photo or two. At </w:t>
      </w:r>
      <w:r w:rsidR="0098633C">
        <w:t>first,</w:t>
      </w:r>
      <w:r>
        <w:t xml:space="preserve"> I thought nothing of it, people tidying, preparing. But then came the unmistakable tone in their voices: future-tense, eastward leaning. They were moving. They were leaving.</w:t>
      </w:r>
    </w:p>
    <w:p w14:paraId="7F0633B2" w14:textId="77777777" w:rsidR="00E246CC" w:rsidRDefault="00E246CC" w:rsidP="00E246CC">
      <w:pPr>
        <w:spacing w:before="100" w:beforeAutospacing="1" w:after="100" w:afterAutospacing="1"/>
      </w:pPr>
      <w:r>
        <w:t>It should have been simple. People move all the time. But I didn’t like it. Couldn’t name why. I felt something slipping that I hadn’t yet defined. A friendship anchored in absurdity and red wine, late-night philosophies, pranks pulled from the attic of childhood mischief. A rooftop of ridiculous beauty. Who wants to pack that up?</w:t>
      </w:r>
    </w:p>
    <w:p w14:paraId="2BFA32F8" w14:textId="77777777" w:rsidR="00E246CC" w:rsidRDefault="00E246CC" w:rsidP="00E246CC">
      <w:pPr>
        <w:spacing w:before="100" w:beforeAutospacing="1" w:after="100" w:afterAutospacing="1"/>
      </w:pPr>
      <w:r>
        <w:t>So, I started planning. Not out of malice or even intention. More like an unconscious strategy to delay the inevitable.</w:t>
      </w:r>
      <w:r>
        <w:rPr>
          <w:rStyle w:val="apple-converted-space"/>
        </w:rPr>
        <w:t> </w:t>
      </w:r>
      <w:r>
        <w:rPr>
          <w:rStyle w:val="Emphasis"/>
        </w:rPr>
        <w:t>One last weekend away</w:t>
      </w:r>
      <w:r>
        <w:t>, I suggested.</w:t>
      </w:r>
      <w:r>
        <w:rPr>
          <w:rStyle w:val="apple-converted-space"/>
        </w:rPr>
        <w:t> </w:t>
      </w:r>
      <w:r>
        <w:rPr>
          <w:rStyle w:val="Emphasis"/>
        </w:rPr>
        <w:t>A little music in Utrecht, a wine market in Gouda, a visit to the dunes.</w:t>
      </w:r>
      <w:r>
        <w:rPr>
          <w:rStyle w:val="apple-converted-space"/>
        </w:rPr>
        <w:t> </w:t>
      </w:r>
      <w:r>
        <w:t>All veiled diversions. Olivier saw through it but didn’t say a word. Instead, he smiled like a man letting a child believe in magic one more time.</w:t>
      </w:r>
    </w:p>
    <w:p w14:paraId="38821EF3" w14:textId="77777777" w:rsidR="00E246CC" w:rsidRDefault="00E246CC" w:rsidP="00E246CC">
      <w:pPr>
        <w:spacing w:before="100" w:beforeAutospacing="1" w:after="100" w:afterAutospacing="1"/>
      </w:pPr>
      <w:r>
        <w:t>And then, the idea to visit Brittany.</w:t>
      </w:r>
    </w:p>
    <w:p w14:paraId="72EA155C" w14:textId="77777777" w:rsidR="00E246CC" w:rsidRDefault="00E246CC" w:rsidP="00E246CC">
      <w:pPr>
        <w:spacing w:before="100" w:beforeAutospacing="1" w:after="100" w:afterAutospacing="1"/>
      </w:pPr>
      <w:r>
        <w:t>“It’s been years,” I said, playing at nostalgia. “Marie-Pierre. The coast. You could show me that haunted lighthouse you once lied about.”</w:t>
      </w:r>
    </w:p>
    <w:p w14:paraId="19425665" w14:textId="77777777" w:rsidR="00E246CC" w:rsidRDefault="00E246CC" w:rsidP="00E246CC">
      <w:pPr>
        <w:spacing w:before="100" w:beforeAutospacing="1" w:after="100" w:afterAutospacing="1"/>
      </w:pPr>
      <w:r>
        <w:t>Carla was working a string of shifts and Olivier agreed easily, perhaps relieved to escape the awkward anticipation of departure. We packed light and drove west in his battered Peugeot, stopping in nameless villages where even the dogs looked half-asleep. The road was kind. France opened like an old book—creased in the right places, warm in the hand.</w:t>
      </w:r>
    </w:p>
    <w:p w14:paraId="20F930CB" w14:textId="77777777" w:rsidR="00E246CC" w:rsidRDefault="00E246CC" w:rsidP="00E246CC">
      <w:pPr>
        <w:spacing w:before="100" w:beforeAutospacing="1" w:after="100" w:afterAutospacing="1"/>
      </w:pPr>
      <w:r>
        <w:t>Marie-Pierre was there. Softer somehow, her wild laugh now tempered by time. We spoke late into the night, leaning on the porch of her mother’s house while the wind sniffed around our ankles. She hadn’t married, not really settled, but seemed rooted nonetheless. We didn’t kiss. Or maybe we did and it just didn’t feel like kissing used to. She gave me a jar of fig jam and a look that said:</w:t>
      </w:r>
      <w:r>
        <w:rPr>
          <w:rStyle w:val="apple-converted-space"/>
        </w:rPr>
        <w:t> </w:t>
      </w:r>
      <w:r>
        <w:rPr>
          <w:rStyle w:val="Emphasis"/>
        </w:rPr>
        <w:t>you mattered.</w:t>
      </w:r>
      <w:r>
        <w:rPr>
          <w:rStyle w:val="apple-converted-space"/>
        </w:rPr>
        <w:t> </w:t>
      </w:r>
      <w:r>
        <w:t>That was enough.</w:t>
      </w:r>
    </w:p>
    <w:p w14:paraId="12D195E5" w14:textId="77777777" w:rsidR="00E246CC" w:rsidRDefault="00E246CC" w:rsidP="00E246CC">
      <w:pPr>
        <w:spacing w:before="100" w:beforeAutospacing="1" w:after="100" w:afterAutospacing="1"/>
      </w:pPr>
      <w:r>
        <w:t>Back in Holland, things had shifted.</w:t>
      </w:r>
    </w:p>
    <w:p w14:paraId="0D7023DF" w14:textId="77777777" w:rsidR="00E246CC" w:rsidRDefault="00E246CC" w:rsidP="00E246CC">
      <w:pPr>
        <w:spacing w:before="100" w:beforeAutospacing="1" w:after="100" w:afterAutospacing="1"/>
      </w:pPr>
      <w:r>
        <w:t>The flat was quieter. The terrace colder. Carla’s nurse’s uniforms had disappeared from the laundry line. Olivier gave me a long hug that meant goodbye, even though he didn’t say the word. I told him I’d visit. He told me the wine was worse in the east. We laughed, but something lodged in my throat.</w:t>
      </w:r>
    </w:p>
    <w:p w14:paraId="3A2E588E" w14:textId="77777777" w:rsidR="003815EB" w:rsidRDefault="003815EB" w:rsidP="00E246CC">
      <w:pPr>
        <w:spacing w:before="100" w:beforeAutospacing="1" w:after="100" w:afterAutospacing="1"/>
      </w:pPr>
    </w:p>
    <w:p w14:paraId="11322566" w14:textId="77777777" w:rsidR="003815EB" w:rsidRDefault="003815EB" w:rsidP="00E246CC">
      <w:pPr>
        <w:spacing w:before="100" w:beforeAutospacing="1" w:after="100" w:afterAutospacing="1"/>
      </w:pPr>
    </w:p>
    <w:p w14:paraId="61F94FEF" w14:textId="77777777" w:rsidR="00642385" w:rsidRDefault="00642385" w:rsidP="00642385">
      <w:pPr>
        <w:pStyle w:val="Heading3"/>
      </w:pPr>
      <w:r>
        <w:rPr>
          <w:rStyle w:val="Strong"/>
          <w:b/>
          <w:bCs/>
        </w:rPr>
        <w:lastRenderedPageBreak/>
        <w:t>Chapter Title (working): "The Soft Geometry of Arrival"</w:t>
      </w:r>
    </w:p>
    <w:p w14:paraId="347C738B" w14:textId="77777777" w:rsidR="00642385" w:rsidRDefault="00642385" w:rsidP="00642385">
      <w:pPr>
        <w:spacing w:before="100" w:beforeAutospacing="1" w:after="100" w:afterAutospacing="1"/>
      </w:pPr>
      <w:r>
        <w:t>That’s when I met her.</w:t>
      </w:r>
    </w:p>
    <w:p w14:paraId="25696EAB" w14:textId="77777777" w:rsidR="00642385" w:rsidRDefault="00642385" w:rsidP="00642385">
      <w:pPr>
        <w:spacing w:before="100" w:beforeAutospacing="1" w:after="100" w:afterAutospacing="1"/>
      </w:pPr>
      <w:r>
        <w:t>She wasn’t like Marie-Pierre or Clara or Réka. Nor like the parade of women who’d swayed in and out of my life like background music, half-heard and half-remembered, each leaving a fragment of song behind.</w:t>
      </w:r>
    </w:p>
    <w:p w14:paraId="58C7616C" w14:textId="77777777" w:rsidR="00642385" w:rsidRDefault="00642385" w:rsidP="00642385">
      <w:pPr>
        <w:spacing w:before="100" w:beforeAutospacing="1" w:after="100" w:afterAutospacing="1"/>
      </w:pPr>
      <w:r>
        <w:t>No—Betty was something else entirely.</w:t>
      </w:r>
      <w:r>
        <w:br/>
        <w:t>Calm.</w:t>
      </w:r>
      <w:r>
        <w:br/>
        <w:t>Quiet hands.</w:t>
      </w:r>
      <w:r>
        <w:br/>
        <w:t>Grey-blue eyes that didn’t flinch.</w:t>
      </w:r>
    </w:p>
    <w:p w14:paraId="73F15B20" w14:textId="77777777" w:rsidR="00642385" w:rsidRDefault="00642385" w:rsidP="00642385">
      <w:pPr>
        <w:spacing w:before="100" w:beforeAutospacing="1" w:after="100" w:afterAutospacing="1"/>
      </w:pPr>
      <w:r>
        <w:t>I knew her siblings from around the town. That sort of vague recognition you get in places where faces loop and echo in different combinations. I was over at their family home to collect a car trailer. She answered the door. Said hello with the kind of ease you can’t fake, and that was it—</w:t>
      </w:r>
      <w:r>
        <w:rPr>
          <w:rStyle w:val="Emphasis"/>
        </w:rPr>
        <w:t>I was gone.</w:t>
      </w:r>
    </w:p>
    <w:p w14:paraId="0D41D43D" w14:textId="77777777" w:rsidR="00642385" w:rsidRDefault="00642385" w:rsidP="00642385">
      <w:pPr>
        <w:spacing w:before="100" w:beforeAutospacing="1" w:after="100" w:afterAutospacing="1"/>
      </w:pPr>
      <w:r>
        <w:t>I didn’t tell her. She felt out of my league, and I didn’t trust that kind of luck. I got the trailer, offered a sheepish thanks, and drove off. I glanced back as I pulled away. She was still at the door. Waving.</w:t>
      </w:r>
    </w:p>
    <w:p w14:paraId="3177D425" w14:textId="77777777" w:rsidR="00642385" w:rsidRDefault="00642385" w:rsidP="00642385">
      <w:pPr>
        <w:spacing w:before="100" w:beforeAutospacing="1" w:after="100" w:afterAutospacing="1"/>
      </w:pPr>
      <w:r>
        <w:t>A few weeks passed, and July rolled in. Independence Day. There was a party somewhere out in the country—a half-remembered barn, music too loud, lads too drunk. She was there too. One of those loud lads had gotten too close, and she drifted toward me as if the universe had made a decision.</w:t>
      </w:r>
    </w:p>
    <w:p w14:paraId="5D125AD1" w14:textId="77777777" w:rsidR="00642385" w:rsidRDefault="00642385" w:rsidP="00642385">
      <w:pPr>
        <w:spacing w:before="100" w:beforeAutospacing="1" w:after="100" w:afterAutospacing="1"/>
      </w:pPr>
      <w:r>
        <w:t>We didn’t say much—the music didn’t allow for that—but we sat together. Easy in our silence. I got us a couple of drinks and we simply...</w:t>
      </w:r>
      <w:r>
        <w:rPr>
          <w:rStyle w:val="apple-converted-space"/>
        </w:rPr>
        <w:t> </w:t>
      </w:r>
      <w:r>
        <w:rPr>
          <w:rStyle w:val="Emphasis"/>
        </w:rPr>
        <w:t>were</w:t>
      </w:r>
      <w:r>
        <w:t>. That was enough.</w:t>
      </w:r>
    </w:p>
    <w:p w14:paraId="2432F9CA" w14:textId="77777777" w:rsidR="00642385" w:rsidRDefault="00642385" w:rsidP="00642385">
      <w:pPr>
        <w:spacing w:before="100" w:beforeAutospacing="1" w:after="100" w:afterAutospacing="1"/>
      </w:pPr>
      <w:r>
        <w:t>When it ended sometime around 2 a.m., her sister and a neighbor were rounding up for the trip home. I couldn’t find my lift and they offered a spot in their car. I climbed in, grateful and curious.</w:t>
      </w:r>
    </w:p>
    <w:p w14:paraId="52A58982" w14:textId="77777777" w:rsidR="00642385" w:rsidRDefault="00642385" w:rsidP="00642385">
      <w:pPr>
        <w:spacing w:before="100" w:beforeAutospacing="1" w:after="100" w:afterAutospacing="1"/>
      </w:pPr>
      <w:r>
        <w:t>What happened next became the punchline of our private joke for years. Logic said they’d drop me home first, but Betty had other plans. Despite protests from the others, she looped the route. Dropped them off first. When we finally reached my house, she leaned across the seat and said, “Or we could go back to mine.”</w:t>
      </w:r>
    </w:p>
    <w:p w14:paraId="339912E0" w14:textId="77777777" w:rsidR="00642385" w:rsidRDefault="00642385" w:rsidP="00642385">
      <w:pPr>
        <w:spacing w:before="100" w:beforeAutospacing="1" w:after="100" w:afterAutospacing="1"/>
      </w:pPr>
      <w:r>
        <w:t>And just like that, the cosmos grinned.</w:t>
      </w:r>
      <w:r>
        <w:br/>
        <w:t>How could I refuse?</w:t>
      </w:r>
    </w:p>
    <w:p w14:paraId="1275DC44" w14:textId="77777777" w:rsidR="00642385" w:rsidRDefault="00642385" w:rsidP="00642385">
      <w:pPr>
        <w:spacing w:before="100" w:beforeAutospacing="1" w:after="100" w:afterAutospacing="1"/>
      </w:pPr>
      <w:r>
        <w:t>We crashed hard, slept like stones through the morning fog of drink. Woke to sunlight and coffee. We spoke, finally. Nothing monumental—just ordinary, beautiful human talk. She drove me home later and promised to pick me up again that evening.</w:t>
      </w:r>
    </w:p>
    <w:p w14:paraId="4E8FDBB8" w14:textId="77777777" w:rsidR="00642385" w:rsidRDefault="00642385" w:rsidP="00642385">
      <w:pPr>
        <w:spacing w:before="100" w:beforeAutospacing="1" w:after="100" w:afterAutospacing="1"/>
      </w:pPr>
      <w:r>
        <w:lastRenderedPageBreak/>
        <w:t>I booked a table for two at a little local spot. When she arrived at five, I invited her in for a drink, told her the plan. She lit up. “Lovely idea,” she said.</w:t>
      </w:r>
    </w:p>
    <w:p w14:paraId="7FECF277" w14:textId="77777777" w:rsidR="00642385" w:rsidRDefault="00642385" w:rsidP="00642385">
      <w:pPr>
        <w:spacing w:before="100" w:beforeAutospacing="1" w:after="100" w:afterAutospacing="1"/>
      </w:pPr>
      <w:r>
        <w:t>We talked about books. She had a fine library at her place—Steinbeck, Márquez, Rilke. She said I could borrow whatever I liked. We ate, drank, and lost hours in each other’s company. It was a simple night, but it was</w:t>
      </w:r>
      <w:r>
        <w:rPr>
          <w:rStyle w:val="apple-converted-space"/>
        </w:rPr>
        <w:t> </w:t>
      </w:r>
      <w:r>
        <w:rPr>
          <w:rStyle w:val="Emphasis"/>
        </w:rPr>
        <w:t>ours</w:t>
      </w:r>
      <w:r>
        <w:t>. When it ended, she said she was still tired from the party and needed rest. I understood. We agreed to meet again soon.</w:t>
      </w:r>
    </w:p>
    <w:p w14:paraId="401EAA27" w14:textId="77777777" w:rsidR="00642385" w:rsidRDefault="00642385" w:rsidP="00642385">
      <w:pPr>
        <w:spacing w:before="100" w:beforeAutospacing="1" w:after="100" w:afterAutospacing="1"/>
      </w:pPr>
      <w:r>
        <w:t>But life, as ever, had its own choreography.</w:t>
      </w:r>
    </w:p>
    <w:p w14:paraId="73727BCC" w14:textId="77777777" w:rsidR="00642385" w:rsidRDefault="00642385" w:rsidP="00642385">
      <w:pPr>
        <w:spacing w:before="100" w:beforeAutospacing="1" w:after="100" w:afterAutospacing="1"/>
      </w:pPr>
      <w:r>
        <w:t>She had a knapsack of burdens, like we all do—troubles knotted to the stick we carry over our shoulders. A couple of years older than me, already balancing the delicate machinery of family, home, and time. Her parents had just moved back from the east, she was helping them settle. She’d also planned a holiday to Spain with her sister. Booked long before she’d opened the door that day with the trailer. They’d be away for nearly a month.</w:t>
      </w:r>
    </w:p>
    <w:p w14:paraId="0A0434F4" w14:textId="77777777" w:rsidR="00642385" w:rsidRDefault="00642385" w:rsidP="00642385">
      <w:pPr>
        <w:spacing w:before="100" w:beforeAutospacing="1" w:after="100" w:afterAutospacing="1"/>
      </w:pPr>
      <w:r>
        <w:t>I tried to find my place in her tempo, but it was slow, staggered, and sometimes maddening.</w:t>
      </w:r>
    </w:p>
    <w:p w14:paraId="5E702112" w14:textId="77777777" w:rsidR="00642385" w:rsidRDefault="00642385" w:rsidP="00642385">
      <w:pPr>
        <w:spacing w:before="100" w:beforeAutospacing="1" w:after="100" w:afterAutospacing="1"/>
      </w:pPr>
      <w:r>
        <w:t>Three weeks into her trip, I nearly gave up. Decided it was a beautiful attempt, but a misaligned one. I had no way of telling her, just the steady resolve to move on.</w:t>
      </w:r>
    </w:p>
    <w:p w14:paraId="0EB1A4BB" w14:textId="77777777" w:rsidR="00642385" w:rsidRDefault="00642385" w:rsidP="00642385">
      <w:pPr>
        <w:spacing w:before="100" w:beforeAutospacing="1" w:after="100" w:afterAutospacing="1"/>
      </w:pPr>
      <w:r>
        <w:t>And then one evening, on the bus ride home from work, the universe struck again—this time with dark humor.</w:t>
      </w:r>
    </w:p>
    <w:p w14:paraId="500950B5" w14:textId="77777777" w:rsidR="00642385" w:rsidRDefault="00642385" w:rsidP="00642385">
      <w:pPr>
        <w:spacing w:before="100" w:beforeAutospacing="1" w:after="100" w:afterAutospacing="1"/>
      </w:pPr>
      <w:r>
        <w:t>A truck-trailer combo careened across the road in front of us. We jolted to a stop—nobody hurt, but the shock ran deep. As the truck disappeared, I caught the logo painted on its side:</w:t>
      </w:r>
      <w:r>
        <w:rPr>
          <w:rStyle w:val="apple-converted-space"/>
        </w:rPr>
        <w:t> </w:t>
      </w:r>
      <w:r>
        <w:rPr>
          <w:rStyle w:val="Strong"/>
        </w:rPr>
        <w:t>BETS</w:t>
      </w:r>
      <w:r>
        <w:t>.</w:t>
      </w:r>
    </w:p>
    <w:p w14:paraId="106A0121" w14:textId="77777777" w:rsidR="00642385" w:rsidRDefault="00642385" w:rsidP="00642385">
      <w:pPr>
        <w:spacing w:before="100" w:beforeAutospacing="1" w:after="100" w:afterAutospacing="1"/>
      </w:pPr>
      <w:r>
        <w:t>I laughed. Couldn’t help it.</w:t>
      </w:r>
      <w:r>
        <w:br/>
        <w:t>Bets. Betty.</w:t>
      </w:r>
      <w:r>
        <w:br/>
        <w:t>Alright, you win, universe.</w:t>
      </w:r>
    </w:p>
    <w:p w14:paraId="4DBA0C81" w14:textId="77777777" w:rsidR="00642385" w:rsidRDefault="00642385" w:rsidP="00642385">
      <w:pPr>
        <w:spacing w:before="100" w:beforeAutospacing="1" w:after="100" w:afterAutospacing="1"/>
      </w:pPr>
      <w:r>
        <w:t>I decided to wait.</w:t>
      </w:r>
    </w:p>
    <w:p w14:paraId="757E8F92" w14:textId="77777777" w:rsidR="00642385" w:rsidRDefault="00642385" w:rsidP="00642385">
      <w:pPr>
        <w:spacing w:before="100" w:beforeAutospacing="1" w:after="100" w:afterAutospacing="1"/>
      </w:pPr>
      <w:r>
        <w:t>A few days later, I learned her return had been delayed. Her sister had fallen ill in Zeeland, and they’d stayed to help care for her and the child. I bided my time. Cooked again—not as performance but as offering.</w:t>
      </w:r>
      <w:r>
        <w:br/>
        <w:t>My sauces mellowed.</w:t>
      </w:r>
      <w:r>
        <w:br/>
        <w:t>My music slowed.</w:t>
      </w:r>
    </w:p>
    <w:p w14:paraId="1356C4A9" w14:textId="77777777" w:rsidR="00642385" w:rsidRDefault="00642385" w:rsidP="00642385">
      <w:pPr>
        <w:spacing w:before="100" w:beforeAutospacing="1" w:after="100" w:afterAutospacing="1"/>
      </w:pPr>
      <w:r>
        <w:t>I missed Olivier still—sometimes I’d imagine him sneaking down the stairs with his crust of bread, trying to steal the last of my stew. I’d pour a little wine, raise a glass to the rooftop ghosts.</w:t>
      </w:r>
    </w:p>
    <w:p w14:paraId="02C33B2D" w14:textId="77777777" w:rsidR="00642385" w:rsidRDefault="00642385" w:rsidP="00642385">
      <w:pPr>
        <w:spacing w:before="100" w:beforeAutospacing="1" w:after="100" w:afterAutospacing="1"/>
      </w:pPr>
      <w:r>
        <w:lastRenderedPageBreak/>
        <w:t>But I wasn’t sad. Not really.</w:t>
      </w:r>
    </w:p>
    <w:p w14:paraId="16C1CE2B" w14:textId="77777777" w:rsidR="00642385" w:rsidRDefault="00642385" w:rsidP="00642385">
      <w:pPr>
        <w:spacing w:before="100" w:beforeAutospacing="1" w:after="100" w:afterAutospacing="1"/>
      </w:pPr>
      <w:r>
        <w:t>Just aware.</w:t>
      </w:r>
      <w:r>
        <w:br/>
        <w:t>That something had ended.</w:t>
      </w:r>
      <w:r>
        <w:br/>
        <w:t>Or perhaps paused.</w:t>
      </w:r>
      <w:r>
        <w:br/>
        <w:t>The ruckus had quietened.</w:t>
      </w:r>
      <w:r>
        <w:br/>
        <w:t>The romance curled like woodsmoke in the far-off distance.</w:t>
      </w:r>
      <w:r>
        <w:br/>
        <w:t>But the road? The road remained—this time winding not to wild borders, but toward a small kitchen and a woman who knew the names of every flower in the park.</w:t>
      </w:r>
    </w:p>
    <w:p w14:paraId="4D6E6B2B" w14:textId="77777777" w:rsidR="00642385" w:rsidRDefault="00642385" w:rsidP="00642385">
      <w:pPr>
        <w:spacing w:before="100" w:beforeAutospacing="1" w:after="100" w:afterAutospacing="1"/>
      </w:pPr>
      <w:r>
        <w:t>In those days I was working hard. The company had taken on a massive renovation project—nearly three hundred pre-war houses on the edge of the city. Our job was to gut and rebuild: floors, ceilings, windows, doors, and eventually the interiors.</w:t>
      </w:r>
    </w:p>
    <w:p w14:paraId="20123CBF" w14:textId="77777777" w:rsidR="00642385" w:rsidRDefault="00642385" w:rsidP="00642385">
      <w:pPr>
        <w:spacing w:before="100" w:beforeAutospacing="1" w:after="100" w:afterAutospacing="1"/>
      </w:pPr>
      <w:r>
        <w:t>It was a long, slow slog. When winter approached, we insulated, sheeted ceilings, hoisted drywall until our shoulders screamed.</w:t>
      </w:r>
    </w:p>
    <w:p w14:paraId="76B122FB" w14:textId="77777777" w:rsidR="00642385" w:rsidRDefault="00642385" w:rsidP="00642385">
      <w:pPr>
        <w:spacing w:before="100" w:beforeAutospacing="1" w:after="100" w:afterAutospacing="1"/>
      </w:pPr>
      <w:r>
        <w:t>That’s when the pain started.</w:t>
      </w:r>
    </w:p>
    <w:p w14:paraId="0497EED9" w14:textId="77777777" w:rsidR="00642385" w:rsidRDefault="00642385" w:rsidP="00642385">
      <w:pPr>
        <w:spacing w:before="100" w:beforeAutospacing="1" w:after="100" w:afterAutospacing="1"/>
      </w:pPr>
      <w:r>
        <w:t>First the headaches. Then the neck. Then the shoulders. Everything hurt.</w:t>
      </w:r>
    </w:p>
    <w:p w14:paraId="53B2B174" w14:textId="77777777" w:rsidR="00642385" w:rsidRDefault="00642385" w:rsidP="00642385">
      <w:pPr>
        <w:spacing w:before="100" w:beforeAutospacing="1" w:after="100" w:afterAutospacing="1"/>
      </w:pPr>
      <w:r>
        <w:t>Eventually I caved and saw a doctor. He sent me to a specialist who didn’t mince words.</w:t>
      </w:r>
    </w:p>
    <w:p w14:paraId="094E98F1" w14:textId="77777777" w:rsidR="00642385" w:rsidRDefault="00642385" w:rsidP="00642385">
      <w:pPr>
        <w:spacing w:before="100" w:beforeAutospacing="1" w:after="100" w:afterAutospacing="1"/>
      </w:pPr>
      <w:r>
        <w:t>"Stop. Or you won’t be able to lift your arm in five years."</w:t>
      </w:r>
    </w:p>
    <w:p w14:paraId="274E1B50" w14:textId="77777777" w:rsidR="00642385" w:rsidRDefault="00642385" w:rsidP="00642385">
      <w:pPr>
        <w:spacing w:before="100" w:beforeAutospacing="1" w:after="100" w:afterAutospacing="1"/>
      </w:pPr>
      <w:r>
        <w:t>Crushed vertebrae. Shoulder damage. No argument.</w:t>
      </w:r>
    </w:p>
    <w:p w14:paraId="7A7A83A8" w14:textId="77777777" w:rsidR="00642385" w:rsidRDefault="00642385" w:rsidP="00642385">
      <w:pPr>
        <w:spacing w:before="100" w:beforeAutospacing="1" w:after="100" w:afterAutospacing="1"/>
      </w:pPr>
      <w:r>
        <w:t>This wasn’t just a bad job—it was a</w:t>
      </w:r>
      <w:r>
        <w:rPr>
          <w:rStyle w:val="apple-converted-space"/>
        </w:rPr>
        <w:t> </w:t>
      </w:r>
      <w:r>
        <w:rPr>
          <w:rStyle w:val="Emphasis"/>
        </w:rPr>
        <w:t>life change.</w:t>
      </w:r>
      <w:r>
        <w:br/>
        <w:t>And I wasn’t ready for it.</w:t>
      </w:r>
    </w:p>
    <w:p w14:paraId="3D3E4240" w14:textId="77777777" w:rsidR="003815EB" w:rsidRDefault="003815EB" w:rsidP="00E246CC">
      <w:pPr>
        <w:spacing w:before="100" w:beforeAutospacing="1" w:after="100" w:afterAutospacing="1"/>
      </w:pPr>
    </w:p>
    <w:p w14:paraId="0ADAA2A2" w14:textId="77777777" w:rsidR="00914561" w:rsidRDefault="00914561" w:rsidP="00E246CC">
      <w:pPr>
        <w:spacing w:before="100" w:beforeAutospacing="1" w:after="100" w:afterAutospacing="1"/>
      </w:pPr>
    </w:p>
    <w:p w14:paraId="737C18C0" w14:textId="016EEBB8" w:rsidR="00A9196C" w:rsidRDefault="00A9196C">
      <w:pPr>
        <w:spacing w:after="200" w:line="276" w:lineRule="auto"/>
      </w:pPr>
      <w:r>
        <w:br w:type="page"/>
      </w:r>
    </w:p>
    <w:p w14:paraId="4997A4C6" w14:textId="77777777" w:rsidR="00A9196C" w:rsidRPr="00D812F8" w:rsidRDefault="00A9196C" w:rsidP="00A9196C">
      <w:pPr>
        <w:spacing w:before="100" w:beforeAutospacing="1" w:after="100" w:afterAutospacing="1"/>
        <w:outlineLvl w:val="2"/>
        <w:rPr>
          <w:b/>
          <w:bCs/>
          <w:sz w:val="27"/>
          <w:szCs w:val="27"/>
        </w:rPr>
      </w:pPr>
      <w:r w:rsidRPr="00D812F8">
        <w:rPr>
          <w:b/>
          <w:bCs/>
          <w:sz w:val="27"/>
          <w:szCs w:val="27"/>
        </w:rPr>
        <w:lastRenderedPageBreak/>
        <w:t>Chapter ?: Trying On a Life</w:t>
      </w:r>
    </w:p>
    <w:p w14:paraId="59992C50" w14:textId="77777777" w:rsidR="00A9196C" w:rsidRPr="00D812F8" w:rsidRDefault="00A9196C" w:rsidP="00A9196C">
      <w:pPr>
        <w:spacing w:before="100" w:beforeAutospacing="1" w:after="100" w:afterAutospacing="1"/>
      </w:pPr>
      <w:r w:rsidRPr="00D812F8">
        <w:rPr>
          <w:i/>
          <w:iCs/>
        </w:rPr>
        <w:t>from the upcoming novel “The Road, the Romance and the Ruckus”</w:t>
      </w:r>
      <w:r w:rsidRPr="00D812F8">
        <w:br/>
      </w:r>
      <w:r w:rsidRPr="00D812F8">
        <w:rPr>
          <w:i/>
          <w:iCs/>
        </w:rPr>
        <w:t>(working title: “When the Dust Settles”)</w:t>
      </w:r>
    </w:p>
    <w:p w14:paraId="6445DC44" w14:textId="77777777" w:rsidR="00A9196C" w:rsidRPr="00D812F8" w:rsidRDefault="00A9196C" w:rsidP="00A9196C">
      <w:pPr>
        <w:spacing w:before="100" w:beforeAutospacing="1" w:after="100" w:afterAutospacing="1"/>
      </w:pPr>
      <w:r w:rsidRPr="00D812F8">
        <w:t>It took some time to come to terms with the surgeon’s warning — that I had to give up construction for good. I’d been used to the rhythm of it, the sweat and camaraderie, the solidity of the work. The Dutch health insurance and welfare system gave me a little breathing room, but not much. The schemes on offer didn’t exactly consider your background or aptitude. The priority was getting people back to work — any work — as quickly as possible.</w:t>
      </w:r>
    </w:p>
    <w:p w14:paraId="6720096C" w14:textId="77777777" w:rsidR="00A9196C" w:rsidRPr="00D812F8" w:rsidRDefault="00A9196C" w:rsidP="00A9196C">
      <w:pPr>
        <w:spacing w:before="100" w:beforeAutospacing="1" w:after="100" w:afterAutospacing="1"/>
      </w:pPr>
      <w:r w:rsidRPr="00D812F8">
        <w:t>Most of it felt like a line straight out of </w:t>
      </w:r>
      <w:r w:rsidRPr="00D812F8">
        <w:rPr>
          <w:i/>
          <w:iCs/>
        </w:rPr>
        <w:t>“Working at the Car Wash Blues”</w:t>
      </w:r>
      <w:r w:rsidRPr="00D812F8">
        <w:t> — demeaning, pointless jobs that had nothing to do with a person’s skills or intelligence.</w:t>
      </w:r>
    </w:p>
    <w:p w14:paraId="53166394" w14:textId="77777777" w:rsidR="00A9196C" w:rsidRPr="00D812F8" w:rsidRDefault="00A9196C" w:rsidP="00A9196C">
      <w:pPr>
        <w:spacing w:before="100" w:beforeAutospacing="1" w:after="100" w:afterAutospacing="1"/>
      </w:pPr>
      <w:r w:rsidRPr="00D812F8">
        <w:t>After several fruitless interviews, I got fed up and took matters into my own hands. I found an independent agency and landed something different: a temporary position as Assistant Land Surveyor with the Provincial Government. It was light civil service work, focused on the maintenance of secondary roads and waterways — not the big motorways or major canals, which were the responsibility of the national government, nor the small town roads, which fell under municipal care. Ours was the in-between.</w:t>
      </w:r>
    </w:p>
    <w:p w14:paraId="1CF6FB76" w14:textId="77777777" w:rsidR="00A9196C" w:rsidRPr="00D812F8" w:rsidRDefault="00A9196C" w:rsidP="00A9196C">
      <w:pPr>
        <w:spacing w:before="100" w:beforeAutospacing="1" w:after="100" w:afterAutospacing="1"/>
      </w:pPr>
      <w:r w:rsidRPr="00D812F8">
        <w:t>Surveying teams were made up of three: a surveyor and two assistants. We roamed the province — roads, bridges, and canals — charting their conditions. Everything was done manually at that point. We'd note the shifts caused by erosion, new asphalt, or sediment buildup. All our measurements went back to the drafting room, where they were transformed onto maps.</w:t>
      </w:r>
    </w:p>
    <w:p w14:paraId="4A199769" w14:textId="77777777" w:rsidR="00A9196C" w:rsidRPr="00D812F8" w:rsidRDefault="00A9196C" w:rsidP="00A9196C">
      <w:pPr>
        <w:spacing w:before="100" w:beforeAutospacing="1" w:after="100" w:afterAutospacing="1"/>
      </w:pPr>
      <w:r w:rsidRPr="00D812F8">
        <w:t>As with any new job, there was a learning curve. The teams were generally welcoming, though you got the occasional ribbing — part initiation, part entertainment. Most didn’t care much for the work itself; the mood was light, civil service hours ruled the day — 8 to 4, with some wiggle room depending on the surveyor’s whims.</w:t>
      </w:r>
    </w:p>
    <w:p w14:paraId="52D2842A" w14:textId="77777777" w:rsidR="00A9196C" w:rsidRPr="00D812F8" w:rsidRDefault="00A9196C" w:rsidP="00A9196C">
      <w:pPr>
        <w:spacing w:before="100" w:beforeAutospacing="1" w:after="100" w:afterAutospacing="1"/>
      </w:pPr>
      <w:r w:rsidRPr="00D812F8">
        <w:t>We used basic tools: a surveyor’s level, red and white sighting rods, a long measuring rule. We’d haul them out of the car and set up shop along some backroad or quiet canal. In time, I’d seen nearly every inch of the province.</w:t>
      </w:r>
    </w:p>
    <w:p w14:paraId="7125241C" w14:textId="77777777" w:rsidR="00A9196C" w:rsidRPr="00D812F8" w:rsidRDefault="00A9196C" w:rsidP="00A9196C">
      <w:pPr>
        <w:spacing w:before="100" w:beforeAutospacing="1" w:after="100" w:afterAutospacing="1"/>
      </w:pPr>
      <w:r w:rsidRPr="00D812F8">
        <w:t>Though I rotated between teams, I was accepted easily enough. The work wasn’t difficult, but it could be stressful — especially when we were on busy roads. The canals were calmer, though not always less hazardous, depending on your colleagues.</w:t>
      </w:r>
    </w:p>
    <w:p w14:paraId="38E732BE" w14:textId="77777777" w:rsidR="00A9196C" w:rsidRPr="00D812F8" w:rsidRDefault="00A9196C" w:rsidP="00A9196C">
      <w:pPr>
        <w:spacing w:before="100" w:beforeAutospacing="1" w:after="100" w:afterAutospacing="1"/>
      </w:pPr>
      <w:r w:rsidRPr="00D812F8">
        <w:t>One of the more colorful characters was a former Green Beret — or so he claimed. He never stopped talking about his “missions,” his tactical training, or the many life-or-death situations he’d allegedly faced. We’d heard it all a dozen times. Leo, another assistant on our team, had a sly way of poking fun at him.</w:t>
      </w:r>
    </w:p>
    <w:p w14:paraId="18928482" w14:textId="77777777" w:rsidR="00A9196C" w:rsidRPr="00D812F8" w:rsidRDefault="00A9196C" w:rsidP="00A9196C">
      <w:pPr>
        <w:spacing w:before="100" w:beforeAutospacing="1" w:after="100" w:afterAutospacing="1"/>
      </w:pPr>
      <w:r w:rsidRPr="00D812F8">
        <w:lastRenderedPageBreak/>
        <w:t>One summer morning, the ex-marine was preparing for a big interview for a supervisory role within the province — waterway control. He was puffed up with anticipation, reminding us of it all week.</w:t>
      </w:r>
    </w:p>
    <w:p w14:paraId="47F22EC4" w14:textId="77777777" w:rsidR="00A9196C" w:rsidRPr="00D812F8" w:rsidRDefault="00A9196C" w:rsidP="00A9196C">
      <w:pPr>
        <w:spacing w:before="100" w:beforeAutospacing="1" w:after="100" w:afterAutospacing="1"/>
      </w:pPr>
      <w:r w:rsidRPr="00D812F8">
        <w:t>That morning, we were out measuring sediment buildup in a bend of a canal. There were four of us: the chief surveyor, Leo and the ex-marine in the boat, and me on the bank, acting as a visual point for the laser level. Wooden sleepers floated on the surface to mark the deepest part of the bend — anchored with chains to stop the current’s erosion. We did this twice a year: summer and winter.</w:t>
      </w:r>
    </w:p>
    <w:p w14:paraId="30F8F03E" w14:textId="77777777" w:rsidR="00A9196C" w:rsidRPr="00D812F8" w:rsidRDefault="00A9196C" w:rsidP="00A9196C">
      <w:pPr>
        <w:spacing w:before="100" w:beforeAutospacing="1" w:after="100" w:afterAutospacing="1"/>
      </w:pPr>
      <w:r w:rsidRPr="00D812F8">
        <w:t>The boat was steel-bottomed, with a decent outboard motor. As always, Leo was piloting. The ex-marine stood at the bow, ruler in hand like Captain Ahab with a harpoon, measuring depths.</w:t>
      </w:r>
    </w:p>
    <w:p w14:paraId="59254899" w14:textId="77777777" w:rsidR="00A9196C" w:rsidRPr="00D812F8" w:rsidRDefault="00A9196C" w:rsidP="00A9196C">
      <w:pPr>
        <w:spacing w:before="100" w:beforeAutospacing="1" w:after="100" w:afterAutospacing="1"/>
      </w:pPr>
      <w:r w:rsidRPr="00D812F8">
        <w:t>When it came time to cross the sleepers, Leo revved the engine to gain momentum — but this time, just before reaching them, he cut the throttle. The boat jerked, and our ex-marine pitched forward, splashing headfirst into the canal.</w:t>
      </w:r>
    </w:p>
    <w:p w14:paraId="065EF9C4" w14:textId="77777777" w:rsidR="00A9196C" w:rsidRPr="00D812F8" w:rsidRDefault="00A9196C" w:rsidP="00A9196C">
      <w:pPr>
        <w:spacing w:before="100" w:beforeAutospacing="1" w:after="100" w:afterAutospacing="1"/>
      </w:pPr>
      <w:r w:rsidRPr="00D812F8">
        <w:t>Leo swore it was a malfunction. The surveyor and I could hardly stand from laughing — his waxed handlebar moustache drooping, his pride drowning with him.</w:t>
      </w:r>
    </w:p>
    <w:p w14:paraId="04A08210" w14:textId="77777777" w:rsidR="00A9196C" w:rsidRPr="00D812F8" w:rsidRDefault="00A9196C" w:rsidP="00A9196C">
      <w:pPr>
        <w:spacing w:before="100" w:beforeAutospacing="1" w:after="100" w:afterAutospacing="1"/>
      </w:pPr>
      <w:r w:rsidRPr="00D812F8">
        <w:t>We finished the measurements without him. He went home to dry off and prepare for his interview.</w:t>
      </w:r>
    </w:p>
    <w:p w14:paraId="1CAA5996" w14:textId="77777777" w:rsidR="00A9196C" w:rsidRPr="00D812F8" w:rsidRDefault="00A9196C" w:rsidP="00A9196C">
      <w:pPr>
        <w:spacing w:before="100" w:beforeAutospacing="1" w:after="100" w:afterAutospacing="1"/>
      </w:pPr>
      <w:r w:rsidRPr="00D812F8">
        <w:t>Later that day, we heard how it went. One of the interviewers — a friend of ours — shared the story. When asked if he was familiar with the canal in question, he replied, “Familiar? I was swimming in the f***</w:t>
      </w:r>
      <w:proofErr w:type="spellStart"/>
      <w:r w:rsidRPr="00D812F8">
        <w:t>ing</w:t>
      </w:r>
      <w:proofErr w:type="spellEnd"/>
      <w:r w:rsidRPr="00D812F8">
        <w:t xml:space="preserve"> thing this morning.”</w:t>
      </w:r>
    </w:p>
    <w:p w14:paraId="4E3B84B1" w14:textId="77777777" w:rsidR="00A9196C" w:rsidRPr="00D812F8" w:rsidRDefault="00A9196C" w:rsidP="00A9196C">
      <w:pPr>
        <w:spacing w:before="100" w:beforeAutospacing="1" w:after="100" w:afterAutospacing="1"/>
      </w:pPr>
      <w:r w:rsidRPr="00D812F8">
        <w:t>Needless to say, he didn’t get the job.</w:t>
      </w:r>
    </w:p>
    <w:p w14:paraId="5C5E52CA" w14:textId="77777777" w:rsidR="00A9196C" w:rsidRPr="00D812F8" w:rsidRDefault="00A9196C" w:rsidP="00A9196C">
      <w:pPr>
        <w:spacing w:before="100" w:beforeAutospacing="1" w:after="100" w:afterAutospacing="1"/>
      </w:pPr>
      <w:r w:rsidRPr="00D812F8">
        <w:t>There were other moments too — like the time Jan, another colleague, stumbled upon two blokes getting frisky in the tall grass by the water. Startled, Jan chased them off with the measuring rod, both of them scrambling for their clothes like rabbits. Harmless fun, really — nothing malicious, just rural absurdity.</w:t>
      </w:r>
    </w:p>
    <w:p w14:paraId="299AFD14" w14:textId="77777777" w:rsidR="00A9196C" w:rsidRPr="00D812F8" w:rsidRDefault="00A9196C" w:rsidP="00A9196C">
      <w:pPr>
        <w:spacing w:before="100" w:beforeAutospacing="1" w:after="100" w:afterAutospacing="1"/>
      </w:pPr>
      <w:r w:rsidRPr="00D812F8">
        <w:t>After my initial three-month contract, they offered me a permanent post.</w:t>
      </w:r>
    </w:p>
    <w:p w14:paraId="39EBBF1C" w14:textId="77777777" w:rsidR="00A9196C" w:rsidRPr="00D812F8" w:rsidRDefault="00A9196C" w:rsidP="00A9196C">
      <w:pPr>
        <w:spacing w:before="100" w:beforeAutospacing="1" w:after="100" w:afterAutospacing="1"/>
      </w:pPr>
      <w:r w:rsidRPr="00D812F8">
        <w:t>I moved from fieldwork to the drafting room — a quieter space, but not without its dramas. Automation was just emerging in the mid-‘80s, and the office was divided. The old guard resisted change. The younger ones were eager to embrace it.</w:t>
      </w:r>
    </w:p>
    <w:p w14:paraId="240F5CA8" w14:textId="77777777" w:rsidR="00A9196C" w:rsidRPr="00D812F8" w:rsidRDefault="00A9196C" w:rsidP="00A9196C">
      <w:pPr>
        <w:spacing w:before="100" w:beforeAutospacing="1" w:after="100" w:afterAutospacing="1"/>
      </w:pPr>
      <w:r w:rsidRPr="00D812F8">
        <w:t>A massive A0 plotter had been sitting unused in the cellar for nine months — a monument to bureaucratic waste. I’d been messing around with computers at home and saw the potential. With help from a network tech, I got the thing operational and linked it to the CAD systems. It was a breakthrough, and suddenly I was the “computer guy.”</w:t>
      </w:r>
    </w:p>
    <w:p w14:paraId="7C625771" w14:textId="77777777" w:rsidR="00A9196C" w:rsidRPr="00D812F8" w:rsidRDefault="00A9196C" w:rsidP="00A9196C">
      <w:pPr>
        <w:spacing w:before="100" w:beforeAutospacing="1" w:after="100" w:afterAutospacing="1"/>
      </w:pPr>
      <w:r w:rsidRPr="00D812F8">
        <w:lastRenderedPageBreak/>
        <w:t>While doing my draftsman course, they enrolled me in computer management training too. That was the real beginning — the doorway into networking, systems, and IT. It was the late ‘80s, and the world was opening up.</w:t>
      </w:r>
    </w:p>
    <w:p w14:paraId="63C19604" w14:textId="77777777" w:rsidR="00A9196C" w:rsidRPr="00D812F8" w:rsidRDefault="00A9196C" w:rsidP="00A9196C">
      <w:pPr>
        <w:spacing w:before="100" w:beforeAutospacing="1" w:after="100" w:afterAutospacing="1"/>
      </w:pPr>
      <w:r w:rsidRPr="00D812F8">
        <w:t>But not everyone welcomed my success.</w:t>
      </w:r>
    </w:p>
    <w:p w14:paraId="14A4FCFC" w14:textId="77777777" w:rsidR="00A9196C" w:rsidRPr="00D812F8" w:rsidRDefault="00A9196C" w:rsidP="00A9196C">
      <w:pPr>
        <w:spacing w:before="100" w:beforeAutospacing="1" w:after="100" w:afterAutospacing="1"/>
      </w:pPr>
      <w:r w:rsidRPr="00D812F8">
        <w:t>There was a growing unease about a </w:t>
      </w:r>
      <w:r w:rsidRPr="00D812F8">
        <w:rPr>
          <w:i/>
          <w:iCs/>
        </w:rPr>
        <w:t>foreigner</w:t>
      </w:r>
      <w:r w:rsidRPr="00D812F8">
        <w:t> having access to sensitive data. More than once, that ugly sentiment raised its head.</w:t>
      </w:r>
    </w:p>
    <w:p w14:paraId="188A07BF" w14:textId="77777777" w:rsidR="00A9196C" w:rsidRPr="00D812F8" w:rsidRDefault="00A9196C" w:rsidP="00A9196C">
      <w:pPr>
        <w:spacing w:before="100" w:beforeAutospacing="1" w:after="100" w:afterAutospacing="1"/>
      </w:pPr>
      <w:r w:rsidRPr="00D812F8">
        <w:t>One manager invited me to show him a proposal I’d developed for office-wide automation. I brought the documents, explained my vision. He listened — then tossed the plans in the bin without a word.</w:t>
      </w:r>
    </w:p>
    <w:p w14:paraId="0257E6B5" w14:textId="77777777" w:rsidR="00A9196C" w:rsidRPr="00D812F8" w:rsidRDefault="00A9196C" w:rsidP="00A9196C">
      <w:pPr>
        <w:spacing w:before="100" w:beforeAutospacing="1" w:after="100" w:afterAutospacing="1"/>
      </w:pPr>
      <w:r w:rsidRPr="00D812F8">
        <w:t>Weeks later, at a high-level meeting, the same man presented </w:t>
      </w:r>
      <w:r w:rsidRPr="00D812F8">
        <w:rPr>
          <w:i/>
          <w:iCs/>
        </w:rPr>
        <w:t>my</w:t>
      </w:r>
      <w:r w:rsidRPr="00D812F8">
        <w:t> ideas as his own. My colleagues recognized the plans and looked to me. I said nothing.</w:t>
      </w:r>
    </w:p>
    <w:p w14:paraId="013A69B3" w14:textId="77777777" w:rsidR="00A9196C" w:rsidRPr="00D812F8" w:rsidRDefault="00A9196C" w:rsidP="00A9196C">
      <w:pPr>
        <w:spacing w:before="100" w:beforeAutospacing="1" w:after="100" w:afterAutospacing="1"/>
      </w:pPr>
      <w:r w:rsidRPr="00D812F8">
        <w:t>Then a network colleague — never one to let injustice slide — asked how he intended to integrate the proposal with our existing infrastructure. The manager stammered, then turned to me.</w:t>
      </w:r>
    </w:p>
    <w:p w14:paraId="38F5B77F" w14:textId="77777777" w:rsidR="00A9196C" w:rsidRPr="00D812F8" w:rsidRDefault="00A9196C" w:rsidP="00A9196C">
      <w:pPr>
        <w:spacing w:before="100" w:beforeAutospacing="1" w:after="100" w:afterAutospacing="1"/>
      </w:pPr>
      <w:r w:rsidRPr="00D812F8">
        <w:t>“Do you have any idea how this might work?”</w:t>
      </w:r>
    </w:p>
    <w:p w14:paraId="458D47D7" w14:textId="77777777" w:rsidR="00A9196C" w:rsidRPr="00D812F8" w:rsidRDefault="00A9196C" w:rsidP="00A9196C">
      <w:pPr>
        <w:spacing w:before="100" w:beforeAutospacing="1" w:after="100" w:afterAutospacing="1"/>
      </w:pPr>
      <w:r w:rsidRPr="00D812F8">
        <w:t>I stood. “No idea,” I said. “This is the first I’m hearing of it.”</w:t>
      </w:r>
    </w:p>
    <w:p w14:paraId="5809DF7E" w14:textId="77777777" w:rsidR="00A9196C" w:rsidRPr="00D812F8" w:rsidRDefault="00A9196C" w:rsidP="00A9196C">
      <w:pPr>
        <w:spacing w:before="100" w:beforeAutospacing="1" w:after="100" w:afterAutospacing="1"/>
      </w:pPr>
      <w:r w:rsidRPr="00D812F8">
        <w:t>The room went still. The truth hung there. He left the department soon after.</w:t>
      </w:r>
    </w:p>
    <w:p w14:paraId="0DCFBD31" w14:textId="77777777" w:rsidR="00A9196C" w:rsidRPr="00D812F8" w:rsidRDefault="00A9196C" w:rsidP="00A9196C">
      <w:pPr>
        <w:spacing w:before="100" w:beforeAutospacing="1" w:after="100" w:afterAutospacing="1"/>
      </w:pPr>
      <w:r w:rsidRPr="00D812F8">
        <w:t xml:space="preserve">His replacement was a breath of fresh air — </w:t>
      </w:r>
      <w:proofErr w:type="spellStart"/>
      <w:r w:rsidRPr="00D812F8">
        <w:t>fair</w:t>
      </w:r>
      <w:proofErr w:type="spellEnd"/>
      <w:r w:rsidRPr="00D812F8">
        <w:t>, sharp, and no-nonsense. We got along well. I helped digitize the drafting room, added better equipment, and streamlined data from the field straight into the CAD systems. Productivity soared.</w:t>
      </w:r>
    </w:p>
    <w:p w14:paraId="7599C129" w14:textId="77777777" w:rsidR="00A9196C" w:rsidRPr="00D812F8" w:rsidRDefault="00A9196C" w:rsidP="00A9196C">
      <w:pPr>
        <w:spacing w:before="100" w:beforeAutospacing="1" w:after="100" w:afterAutospacing="1"/>
      </w:pPr>
      <w:r w:rsidRPr="00D812F8">
        <w:t>We had our clashes — once, after a heated disagreement with a stubborn draftsman, I stormed off to sulk in the canteen. A week later, I was summoned again — this time to a meeting with senior management. Expecting a reprimand, I sat nervously.</w:t>
      </w:r>
    </w:p>
    <w:p w14:paraId="26944339" w14:textId="77777777" w:rsidR="00A9196C" w:rsidRPr="00D812F8" w:rsidRDefault="00A9196C" w:rsidP="00A9196C">
      <w:pPr>
        <w:spacing w:before="100" w:beforeAutospacing="1" w:after="100" w:afterAutospacing="1"/>
      </w:pPr>
      <w:r w:rsidRPr="00D812F8">
        <w:t>Instead, they awarded me a 1500-guilder bonus — one of the highest possible.</w:t>
      </w:r>
    </w:p>
    <w:p w14:paraId="20E3A8D1" w14:textId="77777777" w:rsidR="00A9196C" w:rsidRPr="00D812F8" w:rsidRDefault="00A9196C" w:rsidP="00A9196C">
      <w:pPr>
        <w:spacing w:before="100" w:beforeAutospacing="1" w:after="100" w:afterAutospacing="1"/>
      </w:pPr>
      <w:r w:rsidRPr="00D812F8">
        <w:t>As we left the room, my manager grinned. “Had you going there, didn’t I?”</w:t>
      </w:r>
    </w:p>
    <w:p w14:paraId="58D01BDD" w14:textId="77777777" w:rsidR="00A9196C" w:rsidRPr="00D812F8" w:rsidRDefault="00A9196C" w:rsidP="00A9196C">
      <w:pPr>
        <w:spacing w:before="100" w:beforeAutospacing="1" w:after="100" w:afterAutospacing="1"/>
      </w:pPr>
      <w:r w:rsidRPr="00D812F8">
        <w:t>We laughed about it for years.</w:t>
      </w:r>
    </w:p>
    <w:p w14:paraId="42C9C121" w14:textId="77777777" w:rsidR="00A9196C" w:rsidRPr="00D812F8" w:rsidRDefault="00A9196C" w:rsidP="00A9196C">
      <w:pPr>
        <w:spacing w:before="100" w:beforeAutospacing="1" w:after="100" w:afterAutospacing="1"/>
      </w:pPr>
      <w:r w:rsidRPr="00D812F8">
        <w:t>After six months with Roads and Transport, I was asked to join the Department of Water and Environment — </w:t>
      </w:r>
      <w:r w:rsidRPr="00D812F8">
        <w:rPr>
          <w:i/>
          <w:iCs/>
        </w:rPr>
        <w:t>Milieu</w:t>
      </w:r>
      <w:r w:rsidRPr="00D812F8">
        <w:t>. Environmental regulation was becoming a political hot topic, and they needed someone to bring their systems up to speed. I applied formally, got the job, and got to work — connecting 350 users and creating an inter-provincial network to track soil clean-up efforts.</w:t>
      </w:r>
    </w:p>
    <w:p w14:paraId="5102F2A4" w14:textId="77777777" w:rsidR="00A9196C" w:rsidRPr="00D812F8" w:rsidRDefault="00A9196C" w:rsidP="00A9196C">
      <w:pPr>
        <w:spacing w:before="100" w:beforeAutospacing="1" w:after="100" w:afterAutospacing="1"/>
      </w:pPr>
      <w:r w:rsidRPr="00D812F8">
        <w:lastRenderedPageBreak/>
        <w:t>But success brought enemies.</w:t>
      </w:r>
    </w:p>
    <w:p w14:paraId="79236DBE" w14:textId="77777777" w:rsidR="00A9196C" w:rsidRPr="00D812F8" w:rsidRDefault="00A9196C" w:rsidP="00A9196C">
      <w:pPr>
        <w:spacing w:before="100" w:beforeAutospacing="1" w:after="100" w:afterAutospacing="1"/>
      </w:pPr>
      <w:r w:rsidRPr="00D812F8">
        <w:t>People with sharp elbows and dull minds began climbing upward, pushing others aside. I became a threat — not for what I did wrong, but for what I knew. The sabotage was subtle at first, then more blatant. Good people were chewed up in the gears of ambition.</w:t>
      </w:r>
    </w:p>
    <w:p w14:paraId="5F360F01" w14:textId="77777777" w:rsidR="00A9196C" w:rsidRPr="00D812F8" w:rsidRDefault="00A9196C" w:rsidP="00A9196C">
      <w:pPr>
        <w:spacing w:before="100" w:beforeAutospacing="1" w:after="100" w:afterAutospacing="1"/>
      </w:pPr>
      <w:r w:rsidRPr="00D812F8">
        <w:t>I realized it was time to go.</w:t>
      </w:r>
    </w:p>
    <w:p w14:paraId="37EA724E" w14:textId="77777777" w:rsidR="00A9196C" w:rsidRPr="00D812F8" w:rsidRDefault="00A9196C" w:rsidP="00A9196C">
      <w:pPr>
        <w:spacing w:before="100" w:beforeAutospacing="1" w:after="100" w:afterAutospacing="1"/>
      </w:pPr>
      <w:r w:rsidRPr="00D812F8">
        <w:t>It wasn’t an easy decision. Civil service jobs were for life — with strong pensions, solid benefits, and the sort of comfort that could numb your fire. But staying would’ve eaten me alive.</w:t>
      </w:r>
    </w:p>
    <w:p w14:paraId="382FE51D" w14:textId="77777777" w:rsidR="00A9196C" w:rsidRPr="00D812F8" w:rsidRDefault="00A9196C" w:rsidP="00A9196C">
      <w:pPr>
        <w:spacing w:before="100" w:beforeAutospacing="1" w:after="100" w:afterAutospacing="1"/>
      </w:pPr>
      <w:r w:rsidRPr="00D812F8">
        <w:t>I spoke with the home front, with my manager, and made the call: time to find something new. Something freer.</w:t>
      </w:r>
    </w:p>
    <w:p w14:paraId="20756E04" w14:textId="77777777" w:rsidR="00A9196C" w:rsidRPr="00D812F8" w:rsidRDefault="00A9196C" w:rsidP="00A9196C">
      <w:pPr>
        <w:spacing w:before="100" w:beforeAutospacing="1" w:after="100" w:afterAutospacing="1"/>
      </w:pPr>
      <w:r w:rsidRPr="00D812F8">
        <w:t>Looking back, it was probably one of the better decisions I ever made.</w:t>
      </w:r>
    </w:p>
    <w:p w14:paraId="1755973C" w14:textId="56A97534" w:rsidR="00B35793" w:rsidRDefault="00B35793">
      <w:pPr>
        <w:spacing w:after="200" w:line="276" w:lineRule="auto"/>
      </w:pPr>
      <w:r>
        <w:br w:type="page"/>
      </w:r>
    </w:p>
    <w:p w14:paraId="489E5D1A" w14:textId="77777777" w:rsidR="00B35793" w:rsidRDefault="00B35793" w:rsidP="00B35793">
      <w:pPr>
        <w:spacing w:before="100" w:beforeAutospacing="1" w:after="100" w:afterAutospacing="1"/>
        <w:rPr>
          <w:color w:val="000000"/>
        </w:rPr>
      </w:pPr>
      <w:r>
        <w:rPr>
          <w:rStyle w:val="Strong"/>
          <w:color w:val="000000"/>
        </w:rPr>
        <w:lastRenderedPageBreak/>
        <w:t>Chapter:</w:t>
      </w:r>
      <w:r>
        <w:rPr>
          <w:rStyle w:val="apple-converted-space"/>
          <w:b/>
          <w:bCs/>
          <w:color w:val="000000"/>
        </w:rPr>
        <w:t> </w:t>
      </w:r>
      <w:r>
        <w:rPr>
          <w:rStyle w:val="Emphasis"/>
          <w:b/>
          <w:bCs/>
          <w:color w:val="000000"/>
        </w:rPr>
        <w:t>The Still and the Stir</w:t>
      </w:r>
    </w:p>
    <w:p w14:paraId="7E669A0A" w14:textId="77777777" w:rsidR="00B35793" w:rsidRDefault="00B35793" w:rsidP="00B35793">
      <w:pPr>
        <w:spacing w:before="100" w:beforeAutospacing="1" w:after="100" w:afterAutospacing="1"/>
        <w:rPr>
          <w:color w:val="000000"/>
        </w:rPr>
      </w:pPr>
      <w:r>
        <w:rPr>
          <w:color w:val="000000"/>
        </w:rPr>
        <w:t>There’s a quiet rhythm to it — the way love can settle, like dust on a windowsill you’ve finally stopped to look through. Betty and I found our way, slowly, tentatively, into something like home.</w:t>
      </w:r>
      <w:r>
        <w:rPr>
          <w:color w:val="000000"/>
        </w:rPr>
        <w:br/>
        <w:t>At first, it was hard to find the rhythm — our days were different, our pasts unknown to each other. She had a life before me, and I had mine stitched together from far-flung places, restless years, and unfinished songs. But we kept showing up. Dinner together. Laughter in supermarket aisles. Long silences that weren’t always comfortable but at least were shared.</w:t>
      </w:r>
    </w:p>
    <w:p w14:paraId="41306B8B" w14:textId="77777777" w:rsidR="00B35793" w:rsidRDefault="00B35793" w:rsidP="00B35793">
      <w:pPr>
        <w:spacing w:before="100" w:beforeAutospacing="1" w:after="100" w:afterAutospacing="1"/>
        <w:rPr>
          <w:color w:val="000000"/>
        </w:rPr>
      </w:pPr>
      <w:r>
        <w:rPr>
          <w:color w:val="000000"/>
        </w:rPr>
        <w:t>She taught me the names of flowers and how to stay still in a world that never stops buzzing. I tried to match her pace without losing my own — that was the tightrope, wasn’t it? Not becoming someone else’s version of yourself, not bending too far just to keep the peace.</w:t>
      </w:r>
    </w:p>
    <w:p w14:paraId="799A7B59" w14:textId="77777777" w:rsidR="00B35793" w:rsidRDefault="00B35793" w:rsidP="00B35793">
      <w:pPr>
        <w:spacing w:before="100" w:beforeAutospacing="1" w:after="100" w:afterAutospacing="1"/>
        <w:rPr>
          <w:color w:val="000000"/>
        </w:rPr>
      </w:pPr>
      <w:r>
        <w:rPr>
          <w:color w:val="000000"/>
        </w:rPr>
        <w:t>Work was busy, constant — but it wasn’t the whole story. I was with the Province for around eight years, but those years were marked more by what unfolded in the space between shifts. In the quiet hours after work, in the long weekends renovating a small, tired apartment we’d managed to buy together.</w:t>
      </w:r>
    </w:p>
    <w:p w14:paraId="367B0CF4" w14:textId="14B97D23" w:rsidR="00B35793" w:rsidRDefault="00B35793" w:rsidP="00B35793">
      <w:pPr>
        <w:spacing w:before="100" w:beforeAutospacing="1" w:after="100" w:afterAutospacing="1"/>
        <w:rPr>
          <w:color w:val="000000"/>
        </w:rPr>
      </w:pPr>
      <w:r>
        <w:rPr>
          <w:color w:val="000000"/>
        </w:rPr>
        <w:t xml:space="preserve">It wasn’t much — a modest place on the edge of a </w:t>
      </w:r>
      <w:r w:rsidR="00C744AA">
        <w:rPr>
          <w:color w:val="000000"/>
        </w:rPr>
        <w:t>neighboring</w:t>
      </w:r>
      <w:r>
        <w:rPr>
          <w:color w:val="000000"/>
        </w:rPr>
        <w:t xml:space="preserve"> town, part of an old social housing project from the fifties. The corporation had sold off the complex and we’d managed to get in, just about. Three bedrooms, though two of them barely earned the name, a living room, a galley kitchen, a balcony that caught the late light. It was in bits when we moved in — broken tiles, wires like veins hanging from the ceiling, peeling paint, old ghosts.</w:t>
      </w:r>
    </w:p>
    <w:p w14:paraId="29ACBDA4" w14:textId="77777777" w:rsidR="00B35793" w:rsidRDefault="00B35793" w:rsidP="00B35793">
      <w:pPr>
        <w:spacing w:before="100" w:beforeAutospacing="1" w:after="100" w:afterAutospacing="1"/>
        <w:rPr>
          <w:color w:val="000000"/>
        </w:rPr>
      </w:pPr>
      <w:r>
        <w:rPr>
          <w:color w:val="000000"/>
        </w:rPr>
        <w:t>We lived in one room while we worked through the rest. Nights, weekends, holidays. Kitchen first, then bathroom and toilet, then the bedrooms and living room. It was slow going, but we made it ours. And when it was done — finally done — we exhaled.</w:t>
      </w:r>
    </w:p>
    <w:p w14:paraId="62F3FD9D" w14:textId="77777777" w:rsidR="00B35793" w:rsidRDefault="00B35793" w:rsidP="00B35793">
      <w:pPr>
        <w:spacing w:before="100" w:beforeAutospacing="1" w:after="100" w:afterAutospacing="1"/>
        <w:rPr>
          <w:color w:val="000000"/>
        </w:rPr>
      </w:pPr>
      <w:r>
        <w:rPr>
          <w:color w:val="000000"/>
        </w:rPr>
        <w:t>That summer, we went to Ireland. A homecoming of sorts, a way to show Betty where I’d come from and for her to meet the people behind the stories. The summer was one of the sunniest I’d ever seen, a rare kind of brightness that made everything seem blessed.</w:t>
      </w:r>
    </w:p>
    <w:p w14:paraId="4555635A" w14:textId="77777777" w:rsidR="00B35793" w:rsidRDefault="00B35793" w:rsidP="00B35793">
      <w:pPr>
        <w:spacing w:before="100" w:beforeAutospacing="1" w:after="100" w:afterAutospacing="1"/>
        <w:rPr>
          <w:color w:val="000000"/>
        </w:rPr>
      </w:pPr>
      <w:r>
        <w:rPr>
          <w:color w:val="000000"/>
        </w:rPr>
        <w:t>We did the rounds — parents, siblings, old friends, obligatory cups of tea in living rooms that hadn’t changed in decades. But after a week, the walls started to close in. You can only take so much family before you need to disappear into the wild.</w:t>
      </w:r>
    </w:p>
    <w:p w14:paraId="77D13C13" w14:textId="32819598" w:rsidR="00B35793" w:rsidRDefault="00B35793" w:rsidP="00B35793">
      <w:pPr>
        <w:spacing w:before="100" w:beforeAutospacing="1" w:after="100" w:afterAutospacing="1"/>
        <w:rPr>
          <w:color w:val="000000"/>
        </w:rPr>
      </w:pPr>
      <w:r>
        <w:rPr>
          <w:color w:val="000000"/>
        </w:rPr>
        <w:t>So</w:t>
      </w:r>
      <w:r w:rsidR="00C744AA">
        <w:rPr>
          <w:color w:val="000000"/>
        </w:rPr>
        <w:t xml:space="preserve">, </w:t>
      </w:r>
      <w:r>
        <w:rPr>
          <w:color w:val="000000"/>
        </w:rPr>
        <w:t xml:space="preserve">we pointed the little Renault 4 west, toward Connemara — still, to my mind, one of the most beautiful places in the world. We passed through </w:t>
      </w:r>
      <w:proofErr w:type="spellStart"/>
      <w:r>
        <w:rPr>
          <w:color w:val="000000"/>
        </w:rPr>
        <w:t>Maam</w:t>
      </w:r>
      <w:proofErr w:type="spellEnd"/>
      <w:r>
        <w:rPr>
          <w:color w:val="000000"/>
        </w:rPr>
        <w:t xml:space="preserve"> Cross, that windswept frontier, with the Twelve Bens standing dark and noble on the horizon. Westport, Lough Corrib, the fjord near Killary — all wide silence and ancient stones.</w:t>
      </w:r>
    </w:p>
    <w:p w14:paraId="30FA9093" w14:textId="77777777" w:rsidR="00B35793" w:rsidRDefault="00B35793" w:rsidP="00B35793">
      <w:pPr>
        <w:spacing w:before="100" w:beforeAutospacing="1" w:after="100" w:afterAutospacing="1"/>
        <w:rPr>
          <w:color w:val="000000"/>
        </w:rPr>
      </w:pPr>
      <w:r>
        <w:rPr>
          <w:color w:val="000000"/>
        </w:rPr>
        <w:lastRenderedPageBreak/>
        <w:t>These were still quiet days — before the Wild Atlantic Way, before the coach tours and Instagram poses. Back then, you could drive for hours and see only sheep, bog, sea, and sky. We camped on headlands that felt like the edge of the earth, slept on islands that vanished at high tide, drank in sunsets that seemed to hum with some forgotten music.</w:t>
      </w:r>
    </w:p>
    <w:p w14:paraId="178931FE" w14:textId="33261145" w:rsidR="00B35793" w:rsidRDefault="00B35793" w:rsidP="00B35793">
      <w:pPr>
        <w:spacing w:before="100" w:beforeAutospacing="1" w:after="100" w:afterAutospacing="1"/>
        <w:rPr>
          <w:color w:val="000000"/>
        </w:rPr>
      </w:pPr>
      <w:r>
        <w:rPr>
          <w:color w:val="000000"/>
        </w:rPr>
        <w:t>One morning, as we dozed in the tent, we heard a soft</w:t>
      </w:r>
      <w:r>
        <w:rPr>
          <w:rStyle w:val="apple-converted-space"/>
          <w:color w:val="000000"/>
        </w:rPr>
        <w:t> </w:t>
      </w:r>
      <w:r w:rsidR="00272133" w:rsidRPr="00272133">
        <w:rPr>
          <w:rStyle w:val="Emphasis"/>
          <w:i w:val="0"/>
          <w:iCs w:val="0"/>
          <w:color w:val="000000"/>
        </w:rPr>
        <w:t>tinkle</w:t>
      </w:r>
      <w:r w:rsidR="00272133">
        <w:rPr>
          <w:rStyle w:val="Emphasis"/>
          <w:color w:val="000000"/>
        </w:rPr>
        <w:t xml:space="preserve"> </w:t>
      </w:r>
      <w:r>
        <w:rPr>
          <w:color w:val="000000"/>
        </w:rPr>
        <w:t>outside. I thought it might be a goat or a curious cow, but when I poked my head out, there she was — a middle-aged woman with a tray of tea and biscuits. She smiled shyly and said she hoped she wasn’t disturbing us.</w:t>
      </w:r>
    </w:p>
    <w:p w14:paraId="054FA7E8" w14:textId="77777777" w:rsidR="00B35793" w:rsidRDefault="00B35793" w:rsidP="00B35793">
      <w:pPr>
        <w:spacing w:before="100" w:beforeAutospacing="1" w:after="100" w:afterAutospacing="1"/>
        <w:rPr>
          <w:color w:val="000000"/>
        </w:rPr>
      </w:pPr>
      <w:r>
        <w:rPr>
          <w:color w:val="000000"/>
        </w:rPr>
        <w:t xml:space="preserve">She wasn’t. She was the kind of gentle magic Ireland keeps for those who truly see it. She refused to stay — just told us to enjoy it, and that she’d collect the tray later. We were floored. To this day, I don’t know who she was. Maybe, as someone joked, it was Gráinne </w:t>
      </w:r>
      <w:proofErr w:type="spellStart"/>
      <w:r>
        <w:rPr>
          <w:color w:val="000000"/>
        </w:rPr>
        <w:t>Mháille</w:t>
      </w:r>
      <w:proofErr w:type="spellEnd"/>
      <w:r>
        <w:rPr>
          <w:color w:val="000000"/>
        </w:rPr>
        <w:t xml:space="preserve"> herself welcoming me back. Either way, it was typical — that quiet generosity, unannounced and unforgettable.</w:t>
      </w:r>
    </w:p>
    <w:p w14:paraId="5BE91F75" w14:textId="77777777" w:rsidR="00B35793" w:rsidRDefault="00B35793" w:rsidP="00B35793">
      <w:pPr>
        <w:spacing w:before="100" w:beforeAutospacing="1" w:after="100" w:afterAutospacing="1"/>
        <w:rPr>
          <w:color w:val="000000"/>
        </w:rPr>
      </w:pPr>
      <w:r>
        <w:rPr>
          <w:color w:val="000000"/>
        </w:rPr>
        <w:t>We wandered south from there, through the Burren — that lunar dreamscape in County Clare. Wide, bare, desolate. And beautiful. Betty loved it. We walked for hours among the stones, her teaching me flower names, me learning how to slow down.</w:t>
      </w:r>
    </w:p>
    <w:p w14:paraId="1968C3D7" w14:textId="1C46D84B" w:rsidR="00B35793" w:rsidRDefault="00B35793" w:rsidP="00B35793">
      <w:pPr>
        <w:spacing w:before="100" w:beforeAutospacing="1" w:after="100" w:afterAutospacing="1"/>
        <w:rPr>
          <w:color w:val="000000"/>
        </w:rPr>
      </w:pPr>
      <w:r>
        <w:rPr>
          <w:color w:val="000000"/>
        </w:rPr>
        <w:t xml:space="preserve">In those days, it still felt like we were the only ones who understood its magic. These days it’s crowded, signposted, </w:t>
      </w:r>
      <w:r w:rsidR="00272133">
        <w:rPr>
          <w:color w:val="000000"/>
        </w:rPr>
        <w:t>hash tagged</w:t>
      </w:r>
      <w:r>
        <w:rPr>
          <w:color w:val="000000"/>
        </w:rPr>
        <w:t>. But then — it was just us, the stones, and the sound of the sea.</w:t>
      </w:r>
    </w:p>
    <w:p w14:paraId="632DDE01" w14:textId="77777777" w:rsidR="00B35793" w:rsidRDefault="00B35793" w:rsidP="00B35793">
      <w:pPr>
        <w:spacing w:before="100" w:beforeAutospacing="1" w:after="100" w:afterAutospacing="1"/>
        <w:rPr>
          <w:color w:val="000000"/>
        </w:rPr>
      </w:pPr>
      <w:r>
        <w:rPr>
          <w:color w:val="000000"/>
        </w:rPr>
        <w:t>Eventually, we made our way to Lahinch. The beach stretched long and golden, the Atlantic thundering in. Surfers rode the waves, and shirtless madmen played a game that seemed to be equal parts Gaelic football, rugby, and God knows what else.</w:t>
      </w:r>
    </w:p>
    <w:p w14:paraId="71AAB077" w14:textId="77777777" w:rsidR="00B35793" w:rsidRDefault="00B35793" w:rsidP="00B35793">
      <w:pPr>
        <w:spacing w:before="100" w:beforeAutospacing="1" w:after="100" w:afterAutospacing="1"/>
        <w:rPr>
          <w:color w:val="000000"/>
        </w:rPr>
      </w:pPr>
      <w:r>
        <w:rPr>
          <w:color w:val="000000"/>
        </w:rPr>
        <w:t>I nudged Betty.</w:t>
      </w:r>
      <w:r>
        <w:rPr>
          <w:color w:val="000000"/>
        </w:rPr>
        <w:br/>
      </w:r>
      <w:r>
        <w:rPr>
          <w:rStyle w:val="Emphasis"/>
          <w:color w:val="000000"/>
        </w:rPr>
        <w:t>"This... this is Ireland at its finest. Full of drink, playing football to work it off, and get ready for round two in the pub."</w:t>
      </w:r>
    </w:p>
    <w:p w14:paraId="3C40B8D8" w14:textId="77777777" w:rsidR="00B35793" w:rsidRDefault="00B35793" w:rsidP="00B35793">
      <w:pPr>
        <w:spacing w:before="100" w:beforeAutospacing="1" w:after="100" w:afterAutospacing="1"/>
        <w:rPr>
          <w:color w:val="000000"/>
        </w:rPr>
      </w:pPr>
      <w:r>
        <w:rPr>
          <w:color w:val="000000"/>
        </w:rPr>
        <w:t>As we got closer, I realized with a jolt — they were my old mates. From back home. From the early days. And right in the thick of it, covered in sand, hollering like a banshee — Redmond bloody Flynn.</w:t>
      </w:r>
    </w:p>
    <w:p w14:paraId="1A001ACD" w14:textId="77777777" w:rsidR="00B35793" w:rsidRDefault="00B35793" w:rsidP="00B35793">
      <w:pPr>
        <w:spacing w:before="100" w:beforeAutospacing="1" w:after="100" w:afterAutospacing="1"/>
        <w:rPr>
          <w:color w:val="000000"/>
        </w:rPr>
      </w:pPr>
      <w:r>
        <w:rPr>
          <w:color w:val="000000"/>
        </w:rPr>
        <w:t>Coincidence? Maybe. Fate? Maybe. But it felt like the past reaching out a muddy hand and pulling me back in.</w:t>
      </w:r>
    </w:p>
    <w:p w14:paraId="1110E645" w14:textId="77777777" w:rsidR="00B35793" w:rsidRDefault="00B35793" w:rsidP="00B35793">
      <w:pPr>
        <w:spacing w:before="100" w:beforeAutospacing="1" w:after="100" w:afterAutospacing="1"/>
        <w:rPr>
          <w:color w:val="000000"/>
        </w:rPr>
      </w:pPr>
      <w:r>
        <w:rPr>
          <w:color w:val="000000"/>
        </w:rPr>
        <w:t>The chaos came to a halt when they spotted me. A roar went up, and within minutes, we were all in the pub. The lads cleaned up in the public showers, and Betty, needless to say, became the evening’s headline act.</w:t>
      </w:r>
    </w:p>
    <w:p w14:paraId="505E9698" w14:textId="77777777" w:rsidR="00B35793" w:rsidRDefault="00B35793" w:rsidP="00B35793">
      <w:pPr>
        <w:spacing w:before="100" w:beforeAutospacing="1" w:after="100" w:afterAutospacing="1"/>
        <w:rPr>
          <w:color w:val="000000"/>
        </w:rPr>
      </w:pPr>
      <w:r>
        <w:rPr>
          <w:rStyle w:val="Emphasis"/>
          <w:color w:val="000000"/>
        </w:rPr>
        <w:t>"How did a bollix like you end up with someone like her?"</w:t>
      </w:r>
      <w:r>
        <w:rPr>
          <w:color w:val="000000"/>
        </w:rPr>
        <w:br/>
      </w:r>
      <w:r>
        <w:rPr>
          <w:rStyle w:val="Emphasis"/>
          <w:color w:val="000000"/>
        </w:rPr>
        <w:t>"Where’s she from?"</w:t>
      </w:r>
      <w:r>
        <w:rPr>
          <w:color w:val="000000"/>
        </w:rPr>
        <w:br/>
      </w:r>
      <w:r>
        <w:rPr>
          <w:rStyle w:val="Emphasis"/>
          <w:color w:val="000000"/>
        </w:rPr>
        <w:t>"Has she any sisters?"</w:t>
      </w:r>
    </w:p>
    <w:p w14:paraId="57C42187" w14:textId="77777777" w:rsidR="00B35793" w:rsidRDefault="00B35793" w:rsidP="00B35793">
      <w:pPr>
        <w:spacing w:before="100" w:beforeAutospacing="1" w:after="100" w:afterAutospacing="1"/>
        <w:rPr>
          <w:color w:val="000000"/>
        </w:rPr>
      </w:pPr>
      <w:r>
        <w:rPr>
          <w:color w:val="000000"/>
        </w:rPr>
        <w:lastRenderedPageBreak/>
        <w:t>She took it well. That’s the test in Ireland — the slagging is how we say we love you. She got her own interrogation:</w:t>
      </w:r>
      <w:r>
        <w:rPr>
          <w:color w:val="000000"/>
        </w:rPr>
        <w:br/>
      </w:r>
      <w:r>
        <w:rPr>
          <w:rStyle w:val="Emphasis"/>
          <w:color w:val="000000"/>
        </w:rPr>
        <w:t>"Is he treating you right?"</w:t>
      </w:r>
      <w:r>
        <w:rPr>
          <w:color w:val="000000"/>
        </w:rPr>
        <w:br/>
      </w:r>
      <w:r>
        <w:rPr>
          <w:rStyle w:val="Emphasis"/>
          <w:color w:val="000000"/>
        </w:rPr>
        <w:t>"Is he any good in bed?"</w:t>
      </w:r>
      <w:r>
        <w:rPr>
          <w:color w:val="000000"/>
        </w:rPr>
        <w:br/>
      </w:r>
      <w:r>
        <w:rPr>
          <w:rStyle w:val="Emphasis"/>
          <w:color w:val="000000"/>
        </w:rPr>
        <w:t>"If you get tired of him, give me a call."</w:t>
      </w:r>
    </w:p>
    <w:p w14:paraId="1A472FDB" w14:textId="77777777" w:rsidR="00B35793" w:rsidRDefault="00B35793" w:rsidP="00B35793">
      <w:pPr>
        <w:spacing w:before="100" w:beforeAutospacing="1" w:after="100" w:afterAutospacing="1"/>
        <w:rPr>
          <w:color w:val="000000"/>
        </w:rPr>
      </w:pPr>
      <w:r>
        <w:rPr>
          <w:color w:val="000000"/>
        </w:rPr>
        <w:t>It was all in jest — mostly. But she laughed, held her own, and earned her pint. We drank, we sang, we laughed until the place closed and stumbled back to the campsite, the stars wheeling madly overhead.</w:t>
      </w:r>
    </w:p>
    <w:p w14:paraId="3E022F2C" w14:textId="5D6366FE" w:rsidR="0022136F" w:rsidRDefault="0022136F">
      <w:pPr>
        <w:spacing w:after="200" w:line="276" w:lineRule="auto"/>
      </w:pPr>
    </w:p>
    <w:p w14:paraId="4D55D739" w14:textId="77777777" w:rsidR="0022136F" w:rsidRDefault="0022136F" w:rsidP="0022136F">
      <w:pPr>
        <w:pStyle w:val="Heading3"/>
        <w:rPr>
          <w:color w:val="000000"/>
        </w:rPr>
      </w:pPr>
      <w:r>
        <w:rPr>
          <w:rStyle w:val="Emphasis"/>
          <w:color w:val="000000"/>
        </w:rPr>
        <w:t>Chapter: The Stillness Between the Storms</w:t>
      </w:r>
    </w:p>
    <w:p w14:paraId="712E7B33" w14:textId="77777777" w:rsidR="0022136F" w:rsidRDefault="0022136F" w:rsidP="0022136F">
      <w:pPr>
        <w:spacing w:before="100" w:beforeAutospacing="1" w:after="100" w:afterAutospacing="1"/>
        <w:rPr>
          <w:color w:val="000000"/>
        </w:rPr>
      </w:pPr>
      <w:r>
        <w:rPr>
          <w:color w:val="000000"/>
        </w:rPr>
        <w:t>It’s all very well drinking and singing the whole evening, but the next morning is another story entirely.</w:t>
      </w:r>
    </w:p>
    <w:p w14:paraId="1F393709" w14:textId="77777777" w:rsidR="0022136F" w:rsidRDefault="0022136F" w:rsidP="0022136F">
      <w:pPr>
        <w:spacing w:before="100" w:beforeAutospacing="1" w:after="100" w:afterAutospacing="1"/>
        <w:rPr>
          <w:color w:val="000000"/>
        </w:rPr>
      </w:pPr>
      <w:r>
        <w:rPr>
          <w:color w:val="000000"/>
        </w:rPr>
        <w:t>From the flap of our tent, the campsite looked like a hurricane had passed through in the night. Bodies, bottles, sleeping bags, and half-eaten bread rolls were strewn across the grass like the aftermath of a medieval siege. A few brave souls stirred and moaned, hands reaching blindly for something—anything—to drink. Beer was preferred, but cold water would do, as long as it was</w:t>
      </w:r>
      <w:r>
        <w:rPr>
          <w:rStyle w:val="apple-converted-space"/>
          <w:color w:val="000000"/>
        </w:rPr>
        <w:t> </w:t>
      </w:r>
      <w:r>
        <w:rPr>
          <w:rStyle w:val="Emphasis"/>
          <w:color w:val="000000"/>
        </w:rPr>
        <w:t>wet</w:t>
      </w:r>
      <w:r>
        <w:rPr>
          <w:color w:val="000000"/>
        </w:rPr>
        <w:t>.</w:t>
      </w:r>
    </w:p>
    <w:p w14:paraId="71011022" w14:textId="77777777" w:rsidR="0022136F" w:rsidRDefault="0022136F" w:rsidP="0022136F">
      <w:pPr>
        <w:spacing w:before="100" w:beforeAutospacing="1" w:after="100" w:afterAutospacing="1"/>
        <w:rPr>
          <w:color w:val="000000"/>
        </w:rPr>
      </w:pPr>
      <w:r>
        <w:rPr>
          <w:color w:val="000000"/>
        </w:rPr>
        <w:t>Thin columns of smoke drifted skywards from the next pitch over, where someone was building a campfire and trying to bring bacon and sausages back into the world of the living. I nudged Betty and grinned, “Look at this madness. I told you they were a bunch of lunatics.”</w:t>
      </w:r>
    </w:p>
    <w:p w14:paraId="50D4ED93" w14:textId="77777777" w:rsidR="0022136F" w:rsidRDefault="0022136F" w:rsidP="0022136F">
      <w:pPr>
        <w:spacing w:before="100" w:beforeAutospacing="1" w:after="100" w:afterAutospacing="1"/>
        <w:rPr>
          <w:color w:val="000000"/>
        </w:rPr>
      </w:pPr>
      <w:r>
        <w:rPr>
          <w:color w:val="000000"/>
        </w:rPr>
        <w:t>By noon, most of the gang had returned to consciousness. We were ready to go—though to where, no one quite knew. After the session and the craic of the night before, rest felt more urgent than adventure.</w:t>
      </w:r>
    </w:p>
    <w:p w14:paraId="13AAF899" w14:textId="77777777" w:rsidR="0022136F" w:rsidRDefault="0022136F" w:rsidP="0022136F">
      <w:pPr>
        <w:spacing w:before="100" w:beforeAutospacing="1" w:after="100" w:afterAutospacing="1"/>
        <w:rPr>
          <w:color w:val="000000"/>
        </w:rPr>
      </w:pPr>
      <w:r>
        <w:rPr>
          <w:color w:val="000000"/>
        </w:rPr>
        <w:t>And then Kat Flynn arrived.</w:t>
      </w:r>
    </w:p>
    <w:p w14:paraId="210FB10B" w14:textId="77777777" w:rsidR="0022136F" w:rsidRDefault="0022136F" w:rsidP="0022136F">
      <w:pPr>
        <w:spacing w:before="100" w:beforeAutospacing="1" w:after="100" w:afterAutospacing="1"/>
        <w:rPr>
          <w:color w:val="000000"/>
        </w:rPr>
      </w:pPr>
      <w:r>
        <w:rPr>
          <w:color w:val="000000"/>
        </w:rPr>
        <w:t>Redmond’s wife, radiant and warm as ever, came by with a gentle invitation. “No pressure,” she said, “but would you like to come back to Ennis with us for a few days? It’d be lovely to catch up and for me to get to know Betty properly.”</w:t>
      </w:r>
    </w:p>
    <w:p w14:paraId="7207B3F5" w14:textId="77777777" w:rsidR="0022136F" w:rsidRDefault="0022136F" w:rsidP="0022136F">
      <w:pPr>
        <w:spacing w:before="100" w:beforeAutospacing="1" w:after="100" w:afterAutospacing="1"/>
        <w:rPr>
          <w:color w:val="000000"/>
        </w:rPr>
      </w:pPr>
      <w:r>
        <w:rPr>
          <w:color w:val="000000"/>
        </w:rPr>
        <w:t>How could we refuse an offer like that?</w:t>
      </w:r>
    </w:p>
    <w:p w14:paraId="1C0958D4" w14:textId="77777777" w:rsidR="0022136F" w:rsidRDefault="0022136F" w:rsidP="0022136F">
      <w:pPr>
        <w:spacing w:before="100" w:beforeAutospacing="1" w:after="100" w:afterAutospacing="1"/>
        <w:rPr>
          <w:color w:val="000000"/>
        </w:rPr>
      </w:pPr>
      <w:r>
        <w:rPr>
          <w:color w:val="000000"/>
        </w:rPr>
        <w:t xml:space="preserve">Ennis hadn’t changed much since I’d last seen it. Redmond and Kat were living in one of the new estates just outside the town </w:t>
      </w:r>
      <w:proofErr w:type="spellStart"/>
      <w:r>
        <w:rPr>
          <w:color w:val="000000"/>
        </w:rPr>
        <w:t>centre</w:t>
      </w:r>
      <w:proofErr w:type="spellEnd"/>
      <w:r>
        <w:rPr>
          <w:color w:val="000000"/>
        </w:rPr>
        <w:t>. Compared to our humble flat above the neon workshop back in Holland, their place was massive. We settled in, had a much-needed shower, and joined them in the kitchen for a drink and a bit of catching up.</w:t>
      </w:r>
    </w:p>
    <w:p w14:paraId="2DA186F9" w14:textId="77777777" w:rsidR="0022136F" w:rsidRDefault="0022136F" w:rsidP="0022136F">
      <w:pPr>
        <w:spacing w:before="100" w:beforeAutospacing="1" w:after="100" w:afterAutospacing="1"/>
        <w:rPr>
          <w:color w:val="000000"/>
        </w:rPr>
      </w:pPr>
      <w:r>
        <w:rPr>
          <w:color w:val="000000"/>
        </w:rPr>
        <w:lastRenderedPageBreak/>
        <w:t>Kat had been the one to pull Redmond out of our hometown a couple of years after I’d left. The local paper he’d worked for was a dead end, and with me gone and Rory Dempsey off in</w:t>
      </w:r>
      <w:r>
        <w:rPr>
          <w:rStyle w:val="apple-converted-space"/>
          <w:color w:val="000000"/>
        </w:rPr>
        <w:t> </w:t>
      </w:r>
      <w:r>
        <w:rPr>
          <w:rStyle w:val="Emphasis"/>
          <w:color w:val="000000"/>
        </w:rPr>
        <w:t>Brazil</w:t>
      </w:r>
      <w:r>
        <w:rPr>
          <w:color w:val="000000"/>
        </w:rPr>
        <w:t>—wait, rewind a second… Rory in Brazil?</w:t>
      </w:r>
    </w:p>
    <w:p w14:paraId="28C3BCA6" w14:textId="77777777" w:rsidR="0022136F" w:rsidRDefault="0022136F" w:rsidP="0022136F">
      <w:pPr>
        <w:spacing w:before="100" w:beforeAutospacing="1" w:after="100" w:afterAutospacing="1"/>
        <w:rPr>
          <w:color w:val="000000"/>
        </w:rPr>
      </w:pPr>
      <w:r>
        <w:rPr>
          <w:color w:val="000000"/>
        </w:rPr>
        <w:t>Yes. Somehow, against all odds, Rory had managed to get into Brazil during a time when they were only letting priests in. He’d apparently convinced someone of his “calling”—God knows how—and headed off to do charitable work. Or maybe to chase women and poetry, more likely.</w:t>
      </w:r>
    </w:p>
    <w:p w14:paraId="7828FD00" w14:textId="77777777" w:rsidR="0022136F" w:rsidRDefault="0022136F" w:rsidP="0022136F">
      <w:pPr>
        <w:spacing w:before="100" w:beforeAutospacing="1" w:after="100" w:afterAutospacing="1"/>
        <w:rPr>
          <w:color w:val="000000"/>
        </w:rPr>
      </w:pPr>
      <w:r>
        <w:rPr>
          <w:color w:val="000000"/>
        </w:rPr>
        <w:t>But back to Redmond.</w:t>
      </w:r>
    </w:p>
    <w:p w14:paraId="577EDAE4" w14:textId="77777777" w:rsidR="0022136F" w:rsidRDefault="0022136F" w:rsidP="0022136F">
      <w:pPr>
        <w:spacing w:before="100" w:beforeAutospacing="1" w:after="100" w:afterAutospacing="1"/>
        <w:rPr>
          <w:color w:val="000000"/>
        </w:rPr>
      </w:pPr>
      <w:r>
        <w:rPr>
          <w:color w:val="000000"/>
        </w:rPr>
        <w:t>Before leaving, he’d been drinking more than he should, and one night he crashed his car into a bridge. That was the final straw for Kat. She got him out of the town, into Ennis, and away from the demons. He landed a job with the</w:t>
      </w:r>
      <w:r>
        <w:rPr>
          <w:rStyle w:val="apple-converted-space"/>
          <w:color w:val="000000"/>
        </w:rPr>
        <w:t> </w:t>
      </w:r>
      <w:r>
        <w:rPr>
          <w:rStyle w:val="Emphasis"/>
          <w:color w:val="000000"/>
        </w:rPr>
        <w:t>Ennis Chronicle</w:t>
      </w:r>
      <w:r>
        <w:rPr>
          <w:rStyle w:val="apple-converted-space"/>
          <w:color w:val="000000"/>
        </w:rPr>
        <w:t> </w:t>
      </w:r>
      <w:r>
        <w:rPr>
          <w:color w:val="000000"/>
        </w:rPr>
        <w:t>and, to his credit, had started to take the craft of writing seriously again. He was doing some excellent investigative journalism.</w:t>
      </w:r>
    </w:p>
    <w:p w14:paraId="38A03A44" w14:textId="77777777" w:rsidR="0022136F" w:rsidRDefault="0022136F" w:rsidP="0022136F">
      <w:pPr>
        <w:spacing w:before="100" w:beforeAutospacing="1" w:after="100" w:afterAutospacing="1"/>
        <w:rPr>
          <w:color w:val="000000"/>
        </w:rPr>
      </w:pPr>
      <w:r>
        <w:rPr>
          <w:color w:val="000000"/>
        </w:rPr>
        <w:t>Kat, meanwhile, worked in a bank and was doing well. Together, they were slowly building a good life.</w:t>
      </w:r>
    </w:p>
    <w:p w14:paraId="75E80995" w14:textId="77777777" w:rsidR="0022136F" w:rsidRDefault="0022136F" w:rsidP="0022136F">
      <w:pPr>
        <w:spacing w:before="100" w:beforeAutospacing="1" w:after="100" w:afterAutospacing="1"/>
        <w:rPr>
          <w:color w:val="000000"/>
        </w:rPr>
      </w:pPr>
      <w:r>
        <w:rPr>
          <w:color w:val="000000"/>
        </w:rPr>
        <w:t>One of Redmond’s bigger stories had involved a group of Russians who’d been quietly deported by the Irish Government via Shannon Airport. The whole thing had been hush-hush, one of those political under-the-carpet jobs. But Redmond dug it up, wrote it with guts, and when it broke, it caused major embarrassment for the powers-that-be. Overnight, he earned a name for himself in the national press. Offers came, but he stayed in Ennis, planting roots.</w:t>
      </w:r>
    </w:p>
    <w:p w14:paraId="61C492E3" w14:textId="77777777" w:rsidR="0022136F" w:rsidRDefault="0022136F" w:rsidP="0022136F">
      <w:pPr>
        <w:spacing w:before="100" w:beforeAutospacing="1" w:after="100" w:afterAutospacing="1"/>
        <w:rPr>
          <w:color w:val="000000"/>
        </w:rPr>
      </w:pPr>
      <w:r>
        <w:rPr>
          <w:color w:val="000000"/>
        </w:rPr>
        <w:t>We’d seen most of the old gang in Lahinch. They were doing well—working away, some getting ready to settle down. Word from Rory came every so often, vague and patchy, but by all accounts, he was still alive and still Rory.</w:t>
      </w:r>
    </w:p>
    <w:p w14:paraId="4D43EEBF" w14:textId="77777777" w:rsidR="0022136F" w:rsidRDefault="0022136F" w:rsidP="0022136F">
      <w:pPr>
        <w:spacing w:before="100" w:beforeAutospacing="1" w:after="100" w:afterAutospacing="1"/>
        <w:rPr>
          <w:color w:val="000000"/>
        </w:rPr>
      </w:pPr>
      <w:r>
        <w:rPr>
          <w:color w:val="000000"/>
        </w:rPr>
        <w:t>That evening, as we prepared dinner, the kitchen came alive. Irish kitchens were made for this: the scent of onions, the clatter of pans, conversation flowing like a familiar tune. The living room was for guests. The kitchen was where life happened.</w:t>
      </w:r>
    </w:p>
    <w:p w14:paraId="422AFEE3" w14:textId="77777777" w:rsidR="0022136F" w:rsidRDefault="0022136F" w:rsidP="0022136F">
      <w:pPr>
        <w:spacing w:before="100" w:beforeAutospacing="1" w:after="100" w:afterAutospacing="1"/>
        <w:rPr>
          <w:color w:val="000000"/>
        </w:rPr>
      </w:pPr>
      <w:r>
        <w:rPr>
          <w:color w:val="000000"/>
        </w:rPr>
        <w:t>Kat’s fridge was stocked like a corner shop—full of food, chocolate, fancy jams and cheeses. It made it easy to throw a meal together. Everyone chipped in. Everyone</w:t>
      </w:r>
      <w:r>
        <w:rPr>
          <w:rStyle w:val="apple-converted-space"/>
          <w:color w:val="000000"/>
        </w:rPr>
        <w:t> </w:t>
      </w:r>
      <w:r>
        <w:rPr>
          <w:rStyle w:val="Emphasis"/>
          <w:color w:val="000000"/>
        </w:rPr>
        <w:t>except</w:t>
      </w:r>
      <w:r>
        <w:rPr>
          <w:rStyle w:val="apple-converted-space"/>
          <w:color w:val="000000"/>
        </w:rPr>
        <w:t> </w:t>
      </w:r>
      <w:r>
        <w:rPr>
          <w:color w:val="000000"/>
        </w:rPr>
        <w:t>Betty.</w:t>
      </w:r>
    </w:p>
    <w:p w14:paraId="06811AB8" w14:textId="77777777" w:rsidR="0022136F" w:rsidRDefault="0022136F" w:rsidP="0022136F">
      <w:pPr>
        <w:spacing w:before="100" w:beforeAutospacing="1" w:after="100" w:afterAutospacing="1"/>
        <w:rPr>
          <w:color w:val="000000"/>
        </w:rPr>
      </w:pPr>
      <w:r>
        <w:rPr>
          <w:color w:val="000000"/>
        </w:rPr>
        <w:t>“She’s on holiday,” Kat said, waving away any guilt. “She deserves the rest.”</w:t>
      </w:r>
    </w:p>
    <w:p w14:paraId="21EAA690" w14:textId="77777777" w:rsidR="0022136F" w:rsidRDefault="0022136F" w:rsidP="0022136F">
      <w:pPr>
        <w:spacing w:before="100" w:beforeAutospacing="1" w:after="100" w:afterAutospacing="1"/>
        <w:rPr>
          <w:color w:val="000000"/>
        </w:rPr>
      </w:pPr>
      <w:r>
        <w:rPr>
          <w:color w:val="000000"/>
        </w:rPr>
        <w:t>“And me, then?” I asked, half-joking, half-hopeful.</w:t>
      </w:r>
    </w:p>
    <w:p w14:paraId="4204B21D" w14:textId="77777777" w:rsidR="0022136F" w:rsidRDefault="0022136F" w:rsidP="0022136F">
      <w:pPr>
        <w:spacing w:before="100" w:beforeAutospacing="1" w:after="100" w:afterAutospacing="1"/>
        <w:rPr>
          <w:color w:val="000000"/>
        </w:rPr>
      </w:pPr>
      <w:r>
        <w:rPr>
          <w:color w:val="000000"/>
        </w:rPr>
        <w:t>“You?” she smiled. “Back to the sink with you, chef.”</w:t>
      </w:r>
    </w:p>
    <w:p w14:paraId="4931C72B" w14:textId="77777777" w:rsidR="0022136F" w:rsidRDefault="0022136F" w:rsidP="0022136F">
      <w:pPr>
        <w:spacing w:before="100" w:beforeAutospacing="1" w:after="100" w:afterAutospacing="1"/>
        <w:rPr>
          <w:color w:val="000000"/>
        </w:rPr>
      </w:pPr>
      <w:r>
        <w:rPr>
          <w:color w:val="000000"/>
        </w:rPr>
        <w:lastRenderedPageBreak/>
        <w:t>Redmond, as usual, was no help. He insisted on supervising, asking the kind of questions that didn’t want answers.</w:t>
      </w:r>
    </w:p>
    <w:p w14:paraId="15B2A526" w14:textId="77777777" w:rsidR="0022136F" w:rsidRDefault="0022136F" w:rsidP="0022136F">
      <w:pPr>
        <w:spacing w:before="100" w:beforeAutospacing="1" w:after="100" w:afterAutospacing="1"/>
        <w:rPr>
          <w:color w:val="000000"/>
        </w:rPr>
      </w:pPr>
      <w:r>
        <w:rPr>
          <w:color w:val="000000"/>
        </w:rPr>
        <w:t>“Why do you peel spuds like that?”</w:t>
      </w:r>
      <w:r>
        <w:rPr>
          <w:color w:val="000000"/>
        </w:rPr>
        <w:br/>
        <w:t>“Shouldn’t the meat go in</w:t>
      </w:r>
      <w:r>
        <w:rPr>
          <w:rStyle w:val="apple-converted-space"/>
          <w:color w:val="000000"/>
        </w:rPr>
        <w:t> </w:t>
      </w:r>
      <w:r>
        <w:rPr>
          <w:rStyle w:val="Emphasis"/>
          <w:color w:val="000000"/>
        </w:rPr>
        <w:t>before</w:t>
      </w:r>
      <w:r>
        <w:rPr>
          <w:rStyle w:val="apple-converted-space"/>
          <w:color w:val="000000"/>
        </w:rPr>
        <w:t> </w:t>
      </w:r>
      <w:r>
        <w:rPr>
          <w:color w:val="000000"/>
        </w:rPr>
        <w:t>the onions?”</w:t>
      </w:r>
      <w:r>
        <w:rPr>
          <w:color w:val="000000"/>
        </w:rPr>
        <w:br/>
        <w:t>“You sure that’s enough salt?”</w:t>
      </w:r>
    </w:p>
    <w:p w14:paraId="01766532" w14:textId="77777777" w:rsidR="0022136F" w:rsidRDefault="0022136F" w:rsidP="0022136F">
      <w:pPr>
        <w:spacing w:before="100" w:beforeAutospacing="1" w:after="100" w:afterAutospacing="1"/>
        <w:rPr>
          <w:color w:val="000000"/>
        </w:rPr>
      </w:pPr>
      <w:r>
        <w:rPr>
          <w:color w:val="000000"/>
        </w:rPr>
        <w:t>He wasn’t cooking, just acting the bollox—but in the most affectionate way.</w:t>
      </w:r>
    </w:p>
    <w:p w14:paraId="3614E018" w14:textId="77777777" w:rsidR="0022136F" w:rsidRDefault="0022136F" w:rsidP="0022136F">
      <w:pPr>
        <w:spacing w:before="100" w:beforeAutospacing="1" w:after="100" w:afterAutospacing="1"/>
        <w:rPr>
          <w:color w:val="000000"/>
        </w:rPr>
      </w:pPr>
      <w:r>
        <w:rPr>
          <w:color w:val="000000"/>
        </w:rPr>
        <w:t>Dinner was loud and lovely. After the last dish was dried and the kettle boiled, we stayed at the table for a few rounds of</w:t>
      </w:r>
      <w:r>
        <w:rPr>
          <w:rStyle w:val="apple-converted-space"/>
          <w:color w:val="000000"/>
        </w:rPr>
        <w:t> </w:t>
      </w:r>
      <w:r>
        <w:rPr>
          <w:rStyle w:val="Emphasis"/>
          <w:color w:val="000000"/>
        </w:rPr>
        <w:t>Trivial Pursuit</w:t>
      </w:r>
      <w:r>
        <w:rPr>
          <w:color w:val="000000"/>
        </w:rPr>
        <w:t>. We never played the full game—just passed the cards back and forth, matching wits.</w:t>
      </w:r>
    </w:p>
    <w:p w14:paraId="59E5C3A6" w14:textId="77777777" w:rsidR="0022136F" w:rsidRDefault="0022136F" w:rsidP="0022136F">
      <w:pPr>
        <w:spacing w:before="100" w:beforeAutospacing="1" w:after="100" w:afterAutospacing="1"/>
        <w:rPr>
          <w:color w:val="000000"/>
        </w:rPr>
      </w:pPr>
      <w:r>
        <w:rPr>
          <w:color w:val="000000"/>
        </w:rPr>
        <w:t>When the women went off to bed, Redmond and I stayed on, talking long into the night. Those were the hours I missed most—the quiet, intimate conversations about everything and nothing. Life, love, work, memory, regrets. That soft, glowing time where no one was in a hurry to prove anything.</w:t>
      </w:r>
    </w:p>
    <w:p w14:paraId="5E8F8ED2" w14:textId="77777777" w:rsidR="0022136F" w:rsidRDefault="0022136F" w:rsidP="0022136F">
      <w:pPr>
        <w:spacing w:before="100" w:beforeAutospacing="1" w:after="100" w:afterAutospacing="1"/>
        <w:rPr>
          <w:color w:val="000000"/>
        </w:rPr>
      </w:pPr>
      <w:r>
        <w:rPr>
          <w:color w:val="000000"/>
        </w:rPr>
        <w:t>We stayed three days.</w:t>
      </w:r>
    </w:p>
    <w:p w14:paraId="4466EE1F" w14:textId="77777777" w:rsidR="0022136F" w:rsidRDefault="0022136F" w:rsidP="0022136F">
      <w:pPr>
        <w:spacing w:before="100" w:beforeAutospacing="1" w:after="100" w:afterAutospacing="1"/>
        <w:rPr>
          <w:color w:val="000000"/>
        </w:rPr>
      </w:pPr>
      <w:r>
        <w:rPr>
          <w:color w:val="000000"/>
        </w:rPr>
        <w:t>When it was time to leave, we headed through Clare—</w:t>
      </w:r>
      <w:proofErr w:type="spellStart"/>
      <w:r>
        <w:rPr>
          <w:color w:val="000000"/>
        </w:rPr>
        <w:t>Scarriff</w:t>
      </w:r>
      <w:proofErr w:type="spellEnd"/>
      <w:r>
        <w:rPr>
          <w:color w:val="000000"/>
        </w:rPr>
        <w:t xml:space="preserve">, </w:t>
      </w:r>
      <w:proofErr w:type="spellStart"/>
      <w:r>
        <w:rPr>
          <w:color w:val="000000"/>
        </w:rPr>
        <w:t>Portumna</w:t>
      </w:r>
      <w:proofErr w:type="spellEnd"/>
      <w:r>
        <w:rPr>
          <w:color w:val="000000"/>
        </w:rPr>
        <w:t>—and then back home. This time, we had our own car. It made all the difference.</w:t>
      </w:r>
    </w:p>
    <w:p w14:paraId="3BCA0151" w14:textId="77777777" w:rsidR="0022136F" w:rsidRDefault="0022136F" w:rsidP="0022136F">
      <w:pPr>
        <w:spacing w:before="100" w:beforeAutospacing="1" w:after="100" w:afterAutospacing="1"/>
        <w:rPr>
          <w:color w:val="000000"/>
        </w:rPr>
      </w:pPr>
      <w:r>
        <w:rPr>
          <w:color w:val="000000"/>
        </w:rPr>
        <w:t>Back at my mother’s place, we rested up and took her out to see the sights. She was reluctant at first—more from habit than anything else—but once she was out, she loved it. In the years that followed, she began to travel more. She even visited us in Holland a few times, then took little adventures of her own—up North to see family, into the city, even to Lourdes.</w:t>
      </w:r>
    </w:p>
    <w:p w14:paraId="4FA14309" w14:textId="77777777" w:rsidR="0022136F" w:rsidRDefault="0022136F" w:rsidP="0022136F">
      <w:pPr>
        <w:spacing w:before="100" w:beforeAutospacing="1" w:after="100" w:afterAutospacing="1"/>
        <w:rPr>
          <w:color w:val="000000"/>
        </w:rPr>
      </w:pPr>
      <w:r>
        <w:rPr>
          <w:color w:val="000000"/>
        </w:rPr>
        <w:t>We were always thrilled to host her. We took her across borders—to Germany, to Belgium—just so she could see how different things were elsewhere. It was a joy watching her light up like that.</w:t>
      </w:r>
    </w:p>
    <w:p w14:paraId="78959C76" w14:textId="77777777" w:rsidR="0022136F" w:rsidRDefault="0022136F" w:rsidP="0022136F">
      <w:pPr>
        <w:spacing w:before="100" w:beforeAutospacing="1" w:after="100" w:afterAutospacing="1"/>
        <w:rPr>
          <w:color w:val="000000"/>
        </w:rPr>
      </w:pPr>
      <w:r>
        <w:rPr>
          <w:color w:val="000000"/>
        </w:rPr>
        <w:t>Leaving her this time was difficult. She was getting older. My father was still the same—drinking too much and stirring up trouble like it was a craft. But we had to go. Life in Holland waited.</w:t>
      </w:r>
    </w:p>
    <w:p w14:paraId="196B8F6A" w14:textId="11290B0D" w:rsidR="0022136F" w:rsidRDefault="0022136F" w:rsidP="0022136F">
      <w:pPr>
        <w:spacing w:before="100" w:beforeAutospacing="1" w:after="100" w:afterAutospacing="1"/>
        <w:rPr>
          <w:color w:val="000000"/>
        </w:rPr>
      </w:pPr>
      <w:r>
        <w:rPr>
          <w:color w:val="000000"/>
        </w:rPr>
        <w:t xml:space="preserve">Back in </w:t>
      </w:r>
      <w:r w:rsidR="00272133">
        <w:rPr>
          <w:color w:val="000000"/>
        </w:rPr>
        <w:t>Holland</w:t>
      </w:r>
      <w:r>
        <w:rPr>
          <w:color w:val="000000"/>
        </w:rPr>
        <w:t xml:space="preserve"> we returned to the grind—work, the rhythm of days, Betty’s family, who had their own gravitational pull.</w:t>
      </w:r>
    </w:p>
    <w:p w14:paraId="4E6985FC" w14:textId="77777777" w:rsidR="0022136F" w:rsidRDefault="0022136F" w:rsidP="0022136F">
      <w:pPr>
        <w:spacing w:before="100" w:beforeAutospacing="1" w:after="100" w:afterAutospacing="1"/>
        <w:rPr>
          <w:color w:val="000000"/>
        </w:rPr>
      </w:pPr>
      <w:r>
        <w:rPr>
          <w:color w:val="000000"/>
        </w:rPr>
        <w:t>But now we also had Redmond and Kat’s address, and we kept in regular contact with them, as well as with my mother.</w:t>
      </w:r>
    </w:p>
    <w:p w14:paraId="41460264" w14:textId="77777777" w:rsidR="0022136F" w:rsidRDefault="0022136F" w:rsidP="0022136F">
      <w:pPr>
        <w:spacing w:before="100" w:beforeAutospacing="1" w:after="100" w:afterAutospacing="1"/>
        <w:rPr>
          <w:color w:val="000000"/>
        </w:rPr>
      </w:pPr>
      <w:r>
        <w:rPr>
          <w:color w:val="000000"/>
        </w:rPr>
        <w:t>Then, a few weeks after we got back, a new surprise: Betty was pregnant.</w:t>
      </w:r>
    </w:p>
    <w:p w14:paraId="35D69B1C" w14:textId="77777777" w:rsidR="0022136F" w:rsidRDefault="0022136F" w:rsidP="0022136F">
      <w:pPr>
        <w:spacing w:before="100" w:beforeAutospacing="1" w:after="100" w:afterAutospacing="1"/>
        <w:rPr>
          <w:color w:val="000000"/>
        </w:rPr>
      </w:pPr>
      <w:r>
        <w:rPr>
          <w:color w:val="000000"/>
        </w:rPr>
        <w:lastRenderedPageBreak/>
        <w:t>There’s a quiet kind of fear that comes with that news—the uncertainty, the questions. Is everything okay? Are</w:t>
      </w:r>
      <w:r>
        <w:rPr>
          <w:rStyle w:val="apple-converted-space"/>
          <w:color w:val="000000"/>
        </w:rPr>
        <w:t> </w:t>
      </w:r>
      <w:r>
        <w:rPr>
          <w:rStyle w:val="Emphasis"/>
          <w:color w:val="000000"/>
        </w:rPr>
        <w:t>we</w:t>
      </w:r>
      <w:r>
        <w:rPr>
          <w:rStyle w:val="apple-converted-space"/>
          <w:color w:val="000000"/>
        </w:rPr>
        <w:t> </w:t>
      </w:r>
      <w:r>
        <w:rPr>
          <w:color w:val="000000"/>
        </w:rPr>
        <w:t>okay? Will we manage?</w:t>
      </w:r>
    </w:p>
    <w:p w14:paraId="0509406A" w14:textId="77777777" w:rsidR="0022136F" w:rsidRDefault="0022136F" w:rsidP="0022136F">
      <w:pPr>
        <w:spacing w:before="100" w:beforeAutospacing="1" w:after="100" w:afterAutospacing="1"/>
        <w:rPr>
          <w:color w:val="000000"/>
        </w:rPr>
      </w:pPr>
      <w:r>
        <w:rPr>
          <w:color w:val="000000"/>
        </w:rPr>
        <w:t>But everything was fine, thankfully. And the moment the dust of doubt settled, we were thrilled.</w:t>
      </w:r>
    </w:p>
    <w:p w14:paraId="4EF8E1AC" w14:textId="77777777" w:rsidR="0022136F" w:rsidRDefault="0022136F" w:rsidP="0022136F">
      <w:pPr>
        <w:spacing w:before="100" w:beforeAutospacing="1" w:after="100" w:afterAutospacing="1"/>
        <w:rPr>
          <w:color w:val="000000"/>
        </w:rPr>
      </w:pPr>
      <w:r>
        <w:rPr>
          <w:color w:val="000000"/>
        </w:rPr>
        <w:t>We turned one of the rooms into a nursery. Painted the walls, assembled furniture, folded tiny clothes we could hardly believe belonged to a real human. It was a busy time—a leap into a future we couldn’t predict, but were ready to face.</w:t>
      </w:r>
    </w:p>
    <w:p w14:paraId="3CF6620B" w14:textId="77777777" w:rsidR="0022136F" w:rsidRDefault="0022136F" w:rsidP="0022136F">
      <w:pPr>
        <w:spacing w:before="100" w:beforeAutospacing="1" w:after="100" w:afterAutospacing="1"/>
        <w:rPr>
          <w:color w:val="000000"/>
        </w:rPr>
      </w:pPr>
      <w:r>
        <w:rPr>
          <w:color w:val="000000"/>
        </w:rPr>
        <w:t>We were entering a new chapter now. No map. No manual. Just hope, and a little love.</w:t>
      </w:r>
    </w:p>
    <w:p w14:paraId="534DCBE6" w14:textId="77777777" w:rsidR="006F10A7" w:rsidRDefault="006F10A7" w:rsidP="0022136F">
      <w:pPr>
        <w:spacing w:before="100" w:beforeAutospacing="1" w:after="100" w:afterAutospacing="1"/>
        <w:rPr>
          <w:color w:val="000000"/>
        </w:rPr>
      </w:pPr>
    </w:p>
    <w:p w14:paraId="5C450535" w14:textId="77777777" w:rsidR="006F10A7" w:rsidRPr="00386983" w:rsidRDefault="006F10A7" w:rsidP="006F10A7">
      <w:pPr>
        <w:spacing w:before="100" w:beforeAutospacing="1" w:after="100" w:afterAutospacing="1"/>
        <w:outlineLvl w:val="2"/>
        <w:rPr>
          <w:b/>
          <w:bCs/>
          <w:sz w:val="27"/>
          <w:szCs w:val="27"/>
        </w:rPr>
      </w:pPr>
      <w:r w:rsidRPr="00386983">
        <w:rPr>
          <w:b/>
          <w:bCs/>
          <w:sz w:val="27"/>
          <w:szCs w:val="27"/>
        </w:rPr>
        <w:t>Chapter 13: The Quiet Life</w:t>
      </w:r>
    </w:p>
    <w:p w14:paraId="5EE5B4AB" w14:textId="77777777" w:rsidR="006F10A7" w:rsidRPr="00386983" w:rsidRDefault="006F10A7" w:rsidP="006F10A7">
      <w:pPr>
        <w:spacing w:before="100" w:beforeAutospacing="1" w:after="100" w:afterAutospacing="1"/>
      </w:pPr>
      <w:r w:rsidRPr="00386983">
        <w:t>In the years that followed, we slowed the tempo. Settled into rhythm like a folk song played in a warm back room, its melody familiar, its chords quiet but insistent. I traded time for lullabies, songs for nursery rhymes, and like all new parents, sleep for stranger dreams.</w:t>
      </w:r>
    </w:p>
    <w:p w14:paraId="2D50EBF9" w14:textId="77777777" w:rsidR="006F10A7" w:rsidRPr="00386983" w:rsidRDefault="006F10A7" w:rsidP="006F10A7">
      <w:pPr>
        <w:spacing w:before="100" w:beforeAutospacing="1" w:after="100" w:afterAutospacing="1"/>
      </w:pPr>
      <w:r w:rsidRPr="00386983">
        <w:t>The ruckus quietened. I stayed close to home, tending the fires — not of ambition, but of family. Three children arrived like stars across the same constellation, each within a few years of the other, and each with their own orbit. I won’t write much about them — not yet. Not because there’s little to say, but because there’s far too much. Some things are too sacred for these pages, at least for now.</w:t>
      </w:r>
    </w:p>
    <w:p w14:paraId="14797FDC" w14:textId="77777777" w:rsidR="006F10A7" w:rsidRPr="00386983" w:rsidRDefault="006F10A7" w:rsidP="006F10A7">
      <w:pPr>
        <w:spacing w:before="100" w:beforeAutospacing="1" w:after="100" w:afterAutospacing="1"/>
      </w:pPr>
      <w:r w:rsidRPr="00386983">
        <w:t>We taught them what we could — to stand tall, to ask questions, to listen, to walk away when needed but never back down when it mattered. And like all parents, we danced between giving what was needed and withholding what was merely wanted, slipping now and then with the occasional soft-hearted exception.</w:t>
      </w:r>
    </w:p>
    <w:p w14:paraId="142ACA94" w14:textId="15BCDA37" w:rsidR="006F10A7" w:rsidRPr="00386983" w:rsidRDefault="006F10A7" w:rsidP="006F10A7">
      <w:pPr>
        <w:spacing w:before="100" w:beforeAutospacing="1" w:after="100" w:afterAutospacing="1"/>
      </w:pPr>
      <w:r w:rsidRPr="00386983">
        <w:t xml:space="preserve">Music, too, went quiet. I strummed sometimes at home, for the little ones, lullabies wrapped in old chords, but the public stage gathered dust. I didn’t feel the need to roam — not then. The wanderlust was asleep, though not quite dead. Beneath it all, the coals still </w:t>
      </w:r>
      <w:r w:rsidR="00272133" w:rsidRPr="00386983">
        <w:t>smoldered</w:t>
      </w:r>
      <w:r w:rsidRPr="00386983">
        <w:t>.</w:t>
      </w:r>
    </w:p>
    <w:p w14:paraId="48AA5752" w14:textId="77777777" w:rsidR="006F10A7" w:rsidRPr="00386983" w:rsidRDefault="006F10A7" w:rsidP="006F10A7">
      <w:pPr>
        <w:spacing w:before="100" w:beforeAutospacing="1" w:after="100" w:afterAutospacing="1"/>
      </w:pPr>
      <w:r w:rsidRPr="00386983">
        <w:t>Work consumed me, as work tends to do when mouths must be fed. I shifted jobs every decade or so — sometimes to save my sanity, sometimes because someone opened a new door and I was fool enough to walk through it. From civil service to private sector, I moved like a contractor with a conscience, always looking for the right thing to build and the right people to build it with.</w:t>
      </w:r>
    </w:p>
    <w:p w14:paraId="49E4D089" w14:textId="77777777" w:rsidR="006F10A7" w:rsidRPr="00386983" w:rsidRDefault="006F10A7" w:rsidP="006F10A7">
      <w:pPr>
        <w:spacing w:before="100" w:beforeAutospacing="1" w:after="100" w:afterAutospacing="1"/>
      </w:pPr>
      <w:r w:rsidRPr="00386983">
        <w:t xml:space="preserve">We got by. Bonuses helped. Miraculously, we made it to month’s end more often than not, though sometimes it was by the skin of a shadow. And despite it all — the </w:t>
      </w:r>
      <w:r w:rsidRPr="00386983">
        <w:lastRenderedPageBreak/>
        <w:t>exhaustion, the bills, the daily battles — we emerged mostly unscathed. That counts for something, maybe even everything.</w:t>
      </w:r>
    </w:p>
    <w:p w14:paraId="0667EEE9" w14:textId="4A8F70C6" w:rsidR="006F10A7" w:rsidRDefault="006F10A7">
      <w:pPr>
        <w:spacing w:after="200" w:line="276" w:lineRule="auto"/>
        <w:rPr>
          <w:color w:val="000000"/>
        </w:rPr>
      </w:pPr>
      <w:r>
        <w:rPr>
          <w:color w:val="000000"/>
        </w:rPr>
        <w:br w:type="page"/>
      </w:r>
    </w:p>
    <w:p w14:paraId="477351B7" w14:textId="77777777" w:rsidR="006F10A7" w:rsidRPr="00386983" w:rsidRDefault="006F10A7" w:rsidP="006F10A7">
      <w:pPr>
        <w:spacing w:before="100" w:beforeAutospacing="1" w:after="100" w:afterAutospacing="1"/>
        <w:outlineLvl w:val="2"/>
        <w:rPr>
          <w:b/>
          <w:bCs/>
          <w:sz w:val="27"/>
          <w:szCs w:val="27"/>
        </w:rPr>
      </w:pPr>
      <w:r w:rsidRPr="00386983">
        <w:rPr>
          <w:b/>
          <w:bCs/>
          <w:sz w:val="27"/>
          <w:szCs w:val="27"/>
        </w:rPr>
        <w:lastRenderedPageBreak/>
        <w:t>Chapter 14: The Irish Gambit</w:t>
      </w:r>
    </w:p>
    <w:p w14:paraId="2E12B92A" w14:textId="77777777" w:rsidR="006F10A7" w:rsidRPr="00386983" w:rsidRDefault="006F10A7" w:rsidP="006F10A7">
      <w:pPr>
        <w:spacing w:before="100" w:beforeAutospacing="1" w:after="100" w:afterAutospacing="1"/>
      </w:pPr>
      <w:r w:rsidRPr="00386983">
        <w:t>The storms don’t always announce themselves. Sometimes they gather on the edge of the sky, patient and quiet, while you’re busy counting coins or calming toddlers.</w:t>
      </w:r>
    </w:p>
    <w:p w14:paraId="1F565860" w14:textId="77777777" w:rsidR="006F10A7" w:rsidRPr="00386983" w:rsidRDefault="006F10A7" w:rsidP="006F10A7">
      <w:pPr>
        <w:spacing w:before="100" w:beforeAutospacing="1" w:after="100" w:afterAutospacing="1"/>
      </w:pPr>
      <w:r w:rsidRPr="00386983">
        <w:t>When the winds returned, they didn’t blow through music or mischief but through boardrooms and backchannels. My work took on a new urgency. I’d joined a company with global reach, offering payment solutions that could make currencies cross oceans and time zones like notes passed between strangers. The hours were brutal. 4 a.m. airport runs, midnight returns. Japan one day, Norway the next. Always chasing the next connection — sometimes digital, sometimes human.</w:t>
      </w:r>
    </w:p>
    <w:p w14:paraId="4E8925BA" w14:textId="77777777" w:rsidR="006F10A7" w:rsidRPr="00386983" w:rsidRDefault="006F10A7" w:rsidP="006F10A7">
      <w:pPr>
        <w:spacing w:before="100" w:beforeAutospacing="1" w:after="100" w:afterAutospacing="1"/>
      </w:pPr>
      <w:r w:rsidRPr="00386983">
        <w:t>I became chairman of the Works Council just as the company decided to split from the Dutch Post. And if that wasn’t dramatic enough, I had to face down a COO with the empathy of a jackhammer. We'd butted heads before, mostly over how he treated people — but when I got the chair, the tension sharpened into something more surgical.</w:t>
      </w:r>
    </w:p>
    <w:p w14:paraId="7E793C04" w14:textId="77777777" w:rsidR="006F10A7" w:rsidRPr="00386983" w:rsidRDefault="006F10A7" w:rsidP="006F10A7">
      <w:pPr>
        <w:spacing w:before="100" w:beforeAutospacing="1" w:after="100" w:afterAutospacing="1"/>
      </w:pPr>
      <w:r w:rsidRPr="00386983">
        <w:t>We were dispatched to the UK and Ireland to strike deals with banks and clearinghouses — five stops in all. I tried to stay in the safe lane: network architecture, data bandwidths, tariffs. But language, as ever, became the battlefield. When words got lost in translation, I was pulled in — a reluctant diplomat with a sharp tongue and an Irish passport.</w:t>
      </w:r>
    </w:p>
    <w:p w14:paraId="0C00516E" w14:textId="77777777" w:rsidR="006F10A7" w:rsidRPr="00386983" w:rsidRDefault="006F10A7" w:rsidP="006F10A7">
      <w:pPr>
        <w:spacing w:before="100" w:beforeAutospacing="1" w:after="100" w:afterAutospacing="1"/>
      </w:pPr>
      <w:r w:rsidRPr="00386983">
        <w:t>The Irish deal was turning to rot under the COO’s bulldozer approach. He barged through negotiations, leaving scorched desks in his wake. One of our own managers texted me mid-meeting, begging me to salvage the deal — and the quarter-million euro it carried.</w:t>
      </w:r>
    </w:p>
    <w:p w14:paraId="034092B3" w14:textId="77777777" w:rsidR="006F10A7" w:rsidRPr="00386983" w:rsidRDefault="006F10A7" w:rsidP="006F10A7">
      <w:pPr>
        <w:spacing w:before="100" w:beforeAutospacing="1" w:after="100" w:afterAutospacing="1"/>
      </w:pPr>
      <w:r w:rsidRPr="00386983">
        <w:t>I caught the Irish delegation in the corridor. Quiet talk. Soft tones. A pint’s diplomacy without the pint. They agreed to return — on one condition: the COO was to stay out. I brokered the repair behind closed doors, invisible, anonymous. No credit. Just results. And the deal was saved.</w:t>
      </w:r>
    </w:p>
    <w:p w14:paraId="5F48972C" w14:textId="77777777" w:rsidR="006F10A7" w:rsidRPr="00386983" w:rsidRDefault="006F10A7" w:rsidP="006F10A7">
      <w:pPr>
        <w:spacing w:before="100" w:beforeAutospacing="1" w:after="100" w:afterAutospacing="1"/>
      </w:pPr>
      <w:r w:rsidRPr="00386983">
        <w:t>The second negotiation was the real chess match.</w:t>
      </w:r>
    </w:p>
    <w:p w14:paraId="7EDC4B06" w14:textId="77777777" w:rsidR="006F10A7" w:rsidRPr="00386983" w:rsidRDefault="006F10A7" w:rsidP="006F10A7">
      <w:pPr>
        <w:spacing w:before="100" w:beforeAutospacing="1" w:after="100" w:afterAutospacing="1"/>
      </w:pPr>
      <w:r w:rsidRPr="00386983">
        <w:t>We’d been paying 13 pence per transaction to an English processor — a gouge, but we’d had no better option. The Irish firm, with a nudge, offered 8 cent. The COO, naturally, wanted to dig deeper — to take them down to 7. I knew better. We were already saving millions. But pride is a noisy beast.</w:t>
      </w:r>
    </w:p>
    <w:p w14:paraId="6437266E" w14:textId="77777777" w:rsidR="006F10A7" w:rsidRPr="00386983" w:rsidRDefault="006F10A7" w:rsidP="006F10A7">
      <w:pPr>
        <w:spacing w:before="100" w:beforeAutospacing="1" w:after="100" w:afterAutospacing="1"/>
      </w:pPr>
      <w:r w:rsidRPr="00386983">
        <w:t>I pulled the manager aside. Told him I had a better hand to play, but didn’t want the COO near the cards. He backed me. In the meeting, I casually offered 500,000 transactions a week — and in return, asked for 5 cent. The Irish room fell silent. Then came the counteroffer: 6 cent per transaction.</w:t>
      </w:r>
    </w:p>
    <w:p w14:paraId="32CA308A" w14:textId="77777777" w:rsidR="006F10A7" w:rsidRPr="00386983" w:rsidRDefault="006F10A7" w:rsidP="006F10A7">
      <w:pPr>
        <w:spacing w:before="100" w:beforeAutospacing="1" w:after="100" w:afterAutospacing="1"/>
      </w:pPr>
      <w:r w:rsidRPr="00386983">
        <w:t>Deal.</w:t>
      </w:r>
    </w:p>
    <w:p w14:paraId="11B4EB2A" w14:textId="77777777" w:rsidR="006F10A7" w:rsidRPr="00386983" w:rsidRDefault="006F10A7" w:rsidP="006F10A7">
      <w:pPr>
        <w:spacing w:before="100" w:beforeAutospacing="1" w:after="100" w:afterAutospacing="1"/>
      </w:pPr>
      <w:r w:rsidRPr="00386983">
        <w:t>Millions saved.</w:t>
      </w:r>
    </w:p>
    <w:p w14:paraId="64AE533E" w14:textId="77777777" w:rsidR="006F10A7" w:rsidRPr="00386983" w:rsidRDefault="006F10A7" w:rsidP="006F10A7">
      <w:pPr>
        <w:spacing w:before="100" w:beforeAutospacing="1" w:after="100" w:afterAutospacing="1"/>
      </w:pPr>
      <w:r w:rsidRPr="00386983">
        <w:lastRenderedPageBreak/>
        <w:t>The COO said nothing. Stormed off in silence.</w:t>
      </w:r>
    </w:p>
    <w:p w14:paraId="0EBC5914" w14:textId="77777777" w:rsidR="006F10A7" w:rsidRPr="00386983" w:rsidRDefault="006F10A7" w:rsidP="006F10A7">
      <w:pPr>
        <w:spacing w:before="100" w:beforeAutospacing="1" w:after="100" w:afterAutospacing="1"/>
      </w:pPr>
      <w:r w:rsidRPr="00386983">
        <w:t>Later, at Heathrow, he turned to me and said, “I’ll never forget this.”</w:t>
      </w:r>
    </w:p>
    <w:p w14:paraId="6AB208CA" w14:textId="77777777" w:rsidR="006F10A7" w:rsidRPr="00386983" w:rsidRDefault="006F10A7" w:rsidP="006F10A7">
      <w:pPr>
        <w:spacing w:before="100" w:beforeAutospacing="1" w:after="100" w:afterAutospacing="1"/>
      </w:pPr>
      <w:r w:rsidRPr="00386983">
        <w:t>I assumed he meant the savings. He didn’t.</w:t>
      </w:r>
    </w:p>
    <w:p w14:paraId="4B0813E2" w14:textId="77777777" w:rsidR="006F10A7" w:rsidRPr="00386983" w:rsidRDefault="006F10A7" w:rsidP="006F10A7">
      <w:pPr>
        <w:spacing w:before="100" w:beforeAutospacing="1" w:after="100" w:afterAutospacing="1"/>
      </w:pPr>
      <w:r w:rsidRPr="00386983">
        <w:t>“You closed three deals. I didn’t close any. </w:t>
      </w:r>
      <w:r w:rsidRPr="00386983">
        <w:rPr>
          <w:i/>
          <w:iCs/>
        </w:rPr>
        <w:t>That’s</w:t>
      </w:r>
      <w:r w:rsidRPr="00386983">
        <w:t> what I’ll never forget.”</w:t>
      </w:r>
    </w:p>
    <w:p w14:paraId="0FEFB187" w14:textId="77777777" w:rsidR="006F10A7" w:rsidRPr="00386983" w:rsidRDefault="006F10A7" w:rsidP="006F10A7">
      <w:pPr>
        <w:spacing w:before="100" w:beforeAutospacing="1" w:after="100" w:afterAutospacing="1"/>
      </w:pPr>
      <w:r w:rsidRPr="00386983">
        <w:t>And in that moment, the curtain lifted. It was never about the deal. Never about the savings. It was about ego. Peacocks in a pit fight. And I was the wrong bird to pluck.</w:t>
      </w:r>
    </w:p>
    <w:p w14:paraId="797A3526" w14:textId="77777777" w:rsidR="006F10A7" w:rsidRPr="00386983" w:rsidRDefault="006F10A7" w:rsidP="006F10A7">
      <w:pPr>
        <w:spacing w:before="100" w:beforeAutospacing="1" w:after="100" w:afterAutospacing="1"/>
      </w:pPr>
      <w:r w:rsidRPr="00386983">
        <w:t>From then on, I kept my counsel tight. Trusted the few who had earned it. The others could play their games.</w:t>
      </w:r>
    </w:p>
    <w:p w14:paraId="6055D9FB" w14:textId="77777777" w:rsidR="006F10A7" w:rsidRPr="00386983" w:rsidRDefault="006F10A7" w:rsidP="006F10A7">
      <w:pPr>
        <w:spacing w:before="100" w:beforeAutospacing="1" w:after="100" w:afterAutospacing="1"/>
      </w:pPr>
      <w:r w:rsidRPr="00386983">
        <w:t>As for me — I had my own kind of stage again. Not the one with guitars and songs. But a new one, just as loud, just as wild.</w:t>
      </w:r>
    </w:p>
    <w:p w14:paraId="589850AB" w14:textId="77777777" w:rsidR="006F10A7" w:rsidRPr="00386983" w:rsidRDefault="006F10A7" w:rsidP="006F10A7">
      <w:pPr>
        <w:spacing w:before="100" w:beforeAutospacing="1" w:after="100" w:afterAutospacing="1"/>
      </w:pPr>
      <w:r w:rsidRPr="00386983">
        <w:t>Just a different kind of Ruckus.</w:t>
      </w:r>
    </w:p>
    <w:p w14:paraId="7BE62701" w14:textId="77777777" w:rsidR="006F10A7" w:rsidRDefault="006F10A7" w:rsidP="0022136F">
      <w:pPr>
        <w:spacing w:before="100" w:beforeAutospacing="1" w:after="100" w:afterAutospacing="1"/>
        <w:rPr>
          <w:color w:val="000000"/>
        </w:rPr>
      </w:pPr>
    </w:p>
    <w:p w14:paraId="1D151867" w14:textId="469D5384" w:rsidR="00010B1C" w:rsidRDefault="00010B1C">
      <w:pPr>
        <w:spacing w:after="200" w:line="276" w:lineRule="auto"/>
      </w:pPr>
      <w:r>
        <w:br w:type="page"/>
      </w:r>
    </w:p>
    <w:p w14:paraId="5414B5C5" w14:textId="77777777" w:rsidR="00010B1C" w:rsidRDefault="00010B1C" w:rsidP="00010B1C">
      <w:pPr>
        <w:pStyle w:val="Heading2"/>
        <w:rPr>
          <w:rStyle w:val="Strong"/>
          <w:b/>
          <w:bCs/>
        </w:rPr>
      </w:pPr>
      <w:r>
        <w:rPr>
          <w:rStyle w:val="Strong"/>
          <w:b/>
          <w:bCs/>
        </w:rPr>
        <w:lastRenderedPageBreak/>
        <w:t>Interlude of the Work Horse</w:t>
      </w:r>
    </w:p>
    <w:p w14:paraId="4FF77AFD" w14:textId="77777777" w:rsidR="00200A16" w:rsidRDefault="00200A16" w:rsidP="00200A16"/>
    <w:p w14:paraId="09ED386D" w14:textId="338A07DE" w:rsidR="00200A16" w:rsidRPr="00200A16" w:rsidRDefault="00200A16" w:rsidP="00200A16">
      <w:r>
        <w:rPr>
          <w:noProof/>
        </w:rPr>
        <w:drawing>
          <wp:inline distT="0" distB="0" distL="0" distR="0" wp14:anchorId="515CA00C" wp14:editId="3FDDB97E">
            <wp:extent cx="5486400" cy="5486400"/>
            <wp:effectExtent l="0" t="0" r="0" b="0"/>
            <wp:docPr id="1243213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13672" name="Picture 1243213672"/>
                    <pic:cNvPicPr/>
                  </pic:nvPicPr>
                  <pic:blipFill>
                    <a:blip r:embed="rId6"/>
                    <a:stretch>
                      <a:fillRect/>
                    </a:stretch>
                  </pic:blipFill>
                  <pic:spPr>
                    <a:xfrm>
                      <a:off x="0" y="0"/>
                      <a:ext cx="5486400" cy="5486400"/>
                    </a:xfrm>
                    <a:prstGeom prst="rect">
                      <a:avLst/>
                    </a:prstGeom>
                  </pic:spPr>
                </pic:pic>
              </a:graphicData>
            </a:graphic>
          </wp:inline>
        </w:drawing>
      </w:r>
    </w:p>
    <w:p w14:paraId="398E2008" w14:textId="77777777" w:rsidR="00010B1C" w:rsidRDefault="00010B1C" w:rsidP="00010B1C">
      <w:pPr>
        <w:pStyle w:val="NormalWeb"/>
      </w:pPr>
      <w:r>
        <w:rPr>
          <w:rStyle w:val="Emphasis"/>
        </w:rPr>
        <w:t>or “Sweet Dreams Are Made of These”</w:t>
      </w:r>
    </w:p>
    <w:p w14:paraId="1C6FA81A" w14:textId="77777777" w:rsidR="00010B1C" w:rsidRDefault="00010B1C" w:rsidP="00010B1C">
      <w:pPr>
        <w:pStyle w:val="NormalWeb"/>
      </w:pPr>
      <w:r>
        <w:t>It’s a strange thing, stopping in the middle of a life’s telling. Like putting the kettle on halfway through a storm, or taking off your boots in the middle of a march.</w:t>
      </w:r>
    </w:p>
    <w:p w14:paraId="0290B515" w14:textId="77777777" w:rsidR="00010B1C" w:rsidRDefault="00010B1C" w:rsidP="00010B1C">
      <w:pPr>
        <w:pStyle w:val="NormalWeb"/>
      </w:pPr>
      <w:r>
        <w:t>But I suppose it’s only fair — fair to myself, and fair to the reader — to let you see the quieter load I’ve been carrying between the verses. The side that rarely makes it into the ballads, though it hums under every line.</w:t>
      </w:r>
    </w:p>
    <w:p w14:paraId="047F8C9F" w14:textId="77777777" w:rsidR="00010B1C" w:rsidRDefault="00010B1C" w:rsidP="00010B1C">
      <w:pPr>
        <w:pStyle w:val="NormalWeb"/>
      </w:pPr>
      <w:r>
        <w:t>I was never a businessman.</w:t>
      </w:r>
      <w:r>
        <w:br/>
        <w:t xml:space="preserve">Didn’t have the mind for it. Couldn’t hack the numbers, or the cold calculus of margins and gains. I was a people man, heart-led and often headless when it came to money. </w:t>
      </w:r>
      <w:r>
        <w:lastRenderedPageBreak/>
        <w:t>Permanently stuck in pounds, shillings, and pence — in a world that moved on to decimal places and digital wallets while I was still counting coppers by the kettle light.</w:t>
      </w:r>
    </w:p>
    <w:p w14:paraId="2C4266C3" w14:textId="77777777" w:rsidR="00010B1C" w:rsidRDefault="00010B1C" w:rsidP="00010B1C">
      <w:pPr>
        <w:pStyle w:val="NormalWeb"/>
      </w:pPr>
      <w:r>
        <w:t>I wish I’d been able to learn it, or at least fake it better. Maybe then I could’ve built something sturdier for the family — something that didn’t bend with every gust of the month’s-end breeze. Instead, we scrimped and scraped, hoping the rent would wait, or that the electric wouldn’t flicker out the night before payday. Even now, retired and a little slower, I feel that old familiar dread when the calendar creeps towards the wrong side of the month.</w:t>
      </w:r>
    </w:p>
    <w:p w14:paraId="0A6D1DC1" w14:textId="77777777" w:rsidR="00010B1C" w:rsidRDefault="00010B1C" w:rsidP="00010B1C">
      <w:pPr>
        <w:pStyle w:val="NormalWeb"/>
      </w:pPr>
      <w:r>
        <w:t xml:space="preserve">All I ever wanted was to give Betty a bit of ease. To have enough left over to help the children — and now the grandchildren — with some extra for shoes, school, or sanity. I know too well the prayers whispered toward payday. I know what it’s like to stretch a meal, to bluff the bank, to try and laugh when the last </w:t>
      </w:r>
      <w:proofErr w:type="spellStart"/>
      <w:r>
        <w:t>fiver</w:t>
      </w:r>
      <w:proofErr w:type="spellEnd"/>
      <w:r>
        <w:t xml:space="preserve"> walks out of your wallet dressed as a pint and a bus fare.</w:t>
      </w:r>
    </w:p>
    <w:p w14:paraId="171B3BEC" w14:textId="77777777" w:rsidR="00010B1C" w:rsidRDefault="00010B1C" w:rsidP="00010B1C">
      <w:pPr>
        <w:pStyle w:val="NormalWeb"/>
      </w:pPr>
      <w:r>
        <w:t>I never rested on laurels — hell, I never</w:t>
      </w:r>
      <w:r>
        <w:rPr>
          <w:rStyle w:val="apple-converted-space"/>
        </w:rPr>
        <w:t> </w:t>
      </w:r>
      <w:r>
        <w:rPr>
          <w:rStyle w:val="Emphasis"/>
        </w:rPr>
        <w:t>found</w:t>
      </w:r>
      <w:r>
        <w:rPr>
          <w:rStyle w:val="apple-converted-space"/>
        </w:rPr>
        <w:t> </w:t>
      </w:r>
      <w:r>
        <w:t>them. If there are racehorses and work horses in this life, I’m afraid you’re reading the latter. Hooves on tarmac, breath in the bit, and always that wagon to pull.</w:t>
      </w:r>
    </w:p>
    <w:p w14:paraId="0AD6992A" w14:textId="77777777" w:rsidR="00010B1C" w:rsidRDefault="00010B1C" w:rsidP="00010B1C">
      <w:pPr>
        <w:pStyle w:val="NormalWeb"/>
      </w:pPr>
      <w:r>
        <w:t>And maybe, just maybe, this</w:t>
      </w:r>
      <w:r>
        <w:rPr>
          <w:rStyle w:val="apple-converted-space"/>
        </w:rPr>
        <w:t> </w:t>
      </w:r>
      <w:r>
        <w:rPr>
          <w:rStyle w:val="Emphasis"/>
        </w:rPr>
        <w:t>story</w:t>
      </w:r>
      <w:r>
        <w:rPr>
          <w:rStyle w:val="apple-converted-space"/>
        </w:rPr>
        <w:t> </w:t>
      </w:r>
      <w:r>
        <w:t>is my one wild gamble. A last-ditch bet that I could turn memories into money, yarn into bread, and give Betty a little peace from the scramble. “Sweet dreams are made of these,” or so they say. But if this is purgatory — well, it’s got decent lighting and the coffee’s warm.</w:t>
      </w:r>
    </w:p>
    <w:p w14:paraId="65BE9E39" w14:textId="77777777" w:rsidR="00010B1C" w:rsidRDefault="00010B1C" w:rsidP="00010B1C">
      <w:pPr>
        <w:pStyle w:val="NormalWeb"/>
      </w:pPr>
      <w:r>
        <w:t>So I keep writing. Not out of grandeur, but grit. Because I have a slot to fill, and fill that slot I will. And who knows — maybe if I lean into the rhythm, I’ll learn to love it before it breaks me.</w:t>
      </w:r>
    </w:p>
    <w:p w14:paraId="1C99D1DC" w14:textId="154D6A6A" w:rsidR="001A177D" w:rsidRDefault="001A177D">
      <w:pPr>
        <w:spacing w:after="200" w:line="276" w:lineRule="auto"/>
      </w:pPr>
      <w:r>
        <w:br w:type="page"/>
      </w:r>
    </w:p>
    <w:p w14:paraId="5111A1CC" w14:textId="77777777" w:rsidR="001A177D" w:rsidRDefault="001A177D" w:rsidP="001A177D">
      <w:pPr>
        <w:pStyle w:val="Heading3"/>
        <w:rPr>
          <w:color w:val="000000"/>
          <w:sz w:val="27"/>
          <w:szCs w:val="27"/>
        </w:rPr>
      </w:pPr>
      <w:r>
        <w:rPr>
          <w:rStyle w:val="Strong"/>
          <w:b/>
          <w:bCs/>
          <w:color w:val="000000"/>
        </w:rPr>
        <w:lastRenderedPageBreak/>
        <w:t>The Ruckus (continued): Mission Accomplished</w:t>
      </w:r>
    </w:p>
    <w:p w14:paraId="2C78FC0F" w14:textId="77777777" w:rsidR="001A177D" w:rsidRDefault="001A177D" w:rsidP="001A177D">
      <w:pPr>
        <w:pStyle w:val="NormalWeb"/>
        <w:rPr>
          <w:color w:val="000000"/>
        </w:rPr>
      </w:pPr>
      <w:r>
        <w:rPr>
          <w:color w:val="000000"/>
        </w:rPr>
        <w:t>This might seem a bit hard on Ronald. But let’s be honest — he had it coming.</w:t>
      </w:r>
    </w:p>
    <w:p w14:paraId="386A915C" w14:textId="77777777" w:rsidR="001A177D" w:rsidRDefault="001A177D" w:rsidP="001A177D">
      <w:pPr>
        <w:pStyle w:val="NormalWeb"/>
        <w:rPr>
          <w:color w:val="000000"/>
        </w:rPr>
      </w:pPr>
      <w:r>
        <w:rPr>
          <w:color w:val="000000"/>
        </w:rPr>
        <w:t>Months before, he’d stitched me up good. It was late. I was home, relaxing. The phone rang: police, apparently. They said there’d been a break-in at the office and my presence was required to inspect the datacenter.</w:t>
      </w:r>
    </w:p>
    <w:p w14:paraId="6B573BF4" w14:textId="77777777" w:rsidR="001A177D" w:rsidRDefault="001A177D" w:rsidP="001A177D">
      <w:pPr>
        <w:pStyle w:val="NormalWeb"/>
        <w:rPr>
          <w:color w:val="000000"/>
        </w:rPr>
      </w:pPr>
      <w:r>
        <w:rPr>
          <w:color w:val="000000"/>
        </w:rPr>
        <w:t>I drove the forty-five minutes, half-asleep, only to find the building dark, untouched, and very much</w:t>
      </w:r>
      <w:r>
        <w:rPr>
          <w:rStyle w:val="apple-converted-space"/>
          <w:color w:val="000000"/>
        </w:rPr>
        <w:t> </w:t>
      </w:r>
      <w:r>
        <w:rPr>
          <w:rStyle w:val="Emphasis"/>
          <w:rFonts w:eastAsiaTheme="majorEastAsia"/>
          <w:color w:val="000000"/>
        </w:rPr>
        <w:t>unbroken into</w:t>
      </w:r>
      <w:r>
        <w:rPr>
          <w:color w:val="000000"/>
        </w:rPr>
        <w:t>. I was just about to call the CEO when the phone rang again. Same number.</w:t>
      </w:r>
    </w:p>
    <w:p w14:paraId="0CA3EF10" w14:textId="77777777" w:rsidR="001A177D" w:rsidRDefault="001A177D" w:rsidP="001A177D">
      <w:pPr>
        <w:pStyle w:val="NormalWeb"/>
        <w:rPr>
          <w:color w:val="000000"/>
        </w:rPr>
      </w:pPr>
      <w:r>
        <w:rPr>
          <w:color w:val="000000"/>
        </w:rPr>
        <w:t>"False alarm," said the police. "You can head home. Sorry for the inconvenience."</w:t>
      </w:r>
    </w:p>
    <w:p w14:paraId="0816F030" w14:textId="77777777" w:rsidR="001A177D" w:rsidRDefault="001A177D" w:rsidP="001A177D">
      <w:pPr>
        <w:pStyle w:val="NormalWeb"/>
        <w:rPr>
          <w:color w:val="000000"/>
        </w:rPr>
      </w:pPr>
      <w:r>
        <w:rPr>
          <w:color w:val="000000"/>
        </w:rPr>
        <w:t>"Your good friend, Ronald," they added.</w:t>
      </w:r>
    </w:p>
    <w:p w14:paraId="73091DD4" w14:textId="77777777" w:rsidR="001A177D" w:rsidRDefault="001A177D" w:rsidP="001A177D">
      <w:pPr>
        <w:pStyle w:val="NormalWeb"/>
        <w:rPr>
          <w:color w:val="000000"/>
        </w:rPr>
      </w:pPr>
      <w:r>
        <w:rPr>
          <w:color w:val="000000"/>
        </w:rPr>
        <w:t>I could’ve choked him. But what could I do? I’d been had. And in our world,</w:t>
      </w:r>
      <w:r>
        <w:rPr>
          <w:rStyle w:val="apple-converted-space"/>
          <w:color w:val="000000"/>
        </w:rPr>
        <w:t> </w:t>
      </w:r>
      <w:r>
        <w:rPr>
          <w:rStyle w:val="Emphasis"/>
          <w:rFonts w:eastAsiaTheme="majorEastAsia"/>
          <w:color w:val="000000"/>
        </w:rPr>
        <w:t>being had</w:t>
      </w:r>
      <w:r>
        <w:rPr>
          <w:rStyle w:val="apple-converted-space"/>
          <w:color w:val="000000"/>
        </w:rPr>
        <w:t> </w:t>
      </w:r>
      <w:r>
        <w:rPr>
          <w:color w:val="000000"/>
        </w:rPr>
        <w:t>was a sort of currency. You paid it forward eventually.</w:t>
      </w:r>
    </w:p>
    <w:p w14:paraId="3FCA374A" w14:textId="77777777" w:rsidR="001A177D" w:rsidRDefault="001A177D" w:rsidP="001A177D">
      <w:pPr>
        <w:pStyle w:val="NormalWeb"/>
        <w:rPr>
          <w:color w:val="000000"/>
        </w:rPr>
      </w:pPr>
      <w:r>
        <w:rPr>
          <w:color w:val="000000"/>
        </w:rPr>
        <w:t>Pranks were par for the course — mostly harmless, sometimes heroic. You had to stay sharp. Especially around the new guys.</w:t>
      </w:r>
    </w:p>
    <w:p w14:paraId="4BB7F3AA" w14:textId="77777777" w:rsidR="001A177D" w:rsidRDefault="001A177D" w:rsidP="001A177D">
      <w:pPr>
        <w:pStyle w:val="NormalWeb"/>
        <w:rPr>
          <w:color w:val="000000"/>
        </w:rPr>
      </w:pPr>
      <w:r>
        <w:rPr>
          <w:color w:val="000000"/>
        </w:rPr>
        <w:t>We had this Australian manager once. Nice lad, but the man couldn’t find his way out of a cardboard box. Navigation just wasn’t in his skill set.</w:t>
      </w:r>
    </w:p>
    <w:p w14:paraId="6B0B9C2B" w14:textId="77777777" w:rsidR="001A177D" w:rsidRDefault="001A177D" w:rsidP="001A177D">
      <w:pPr>
        <w:pStyle w:val="NormalWeb"/>
        <w:rPr>
          <w:color w:val="000000"/>
        </w:rPr>
      </w:pPr>
      <w:r>
        <w:rPr>
          <w:color w:val="000000"/>
        </w:rPr>
        <w:t>We had a meeting with American Express in Brussels. He had a company car, but somehow it worked out that</w:t>
      </w:r>
      <w:r>
        <w:rPr>
          <w:rStyle w:val="apple-converted-space"/>
          <w:color w:val="000000"/>
        </w:rPr>
        <w:t> </w:t>
      </w:r>
      <w:r>
        <w:rPr>
          <w:rStyle w:val="Emphasis"/>
          <w:rFonts w:eastAsiaTheme="majorEastAsia"/>
          <w:color w:val="000000"/>
        </w:rPr>
        <w:t>I</w:t>
      </w:r>
      <w:r>
        <w:rPr>
          <w:rStyle w:val="apple-converted-space"/>
          <w:color w:val="000000"/>
        </w:rPr>
        <w:t> </w:t>
      </w:r>
      <w:r>
        <w:rPr>
          <w:color w:val="000000"/>
        </w:rPr>
        <w:t>would drive and</w:t>
      </w:r>
      <w:r>
        <w:rPr>
          <w:rStyle w:val="apple-converted-space"/>
          <w:color w:val="000000"/>
        </w:rPr>
        <w:t> </w:t>
      </w:r>
      <w:r>
        <w:rPr>
          <w:rStyle w:val="Emphasis"/>
          <w:rFonts w:eastAsiaTheme="majorEastAsia"/>
          <w:color w:val="000000"/>
        </w:rPr>
        <w:t>he</w:t>
      </w:r>
      <w:r>
        <w:rPr>
          <w:rStyle w:val="apple-converted-space"/>
          <w:color w:val="000000"/>
        </w:rPr>
        <w:t> </w:t>
      </w:r>
      <w:r>
        <w:rPr>
          <w:color w:val="000000"/>
        </w:rPr>
        <w:t>would read the map. No GPS in those days — just sweat and guesswork.</w:t>
      </w:r>
    </w:p>
    <w:p w14:paraId="37730E8A" w14:textId="77777777" w:rsidR="001A177D" w:rsidRDefault="001A177D" w:rsidP="001A177D">
      <w:pPr>
        <w:pStyle w:val="NormalWeb"/>
        <w:rPr>
          <w:color w:val="000000"/>
        </w:rPr>
      </w:pPr>
      <w:r>
        <w:rPr>
          <w:color w:val="000000"/>
        </w:rPr>
        <w:t>The drive into Brussels went fine — I knew the road. But once inside the city, it all fell apart. He had no clue where we were going. After thirty minutes of going in circles, I gave up and pulled over.</w:t>
      </w:r>
    </w:p>
    <w:p w14:paraId="540193C8" w14:textId="77777777" w:rsidR="001A177D" w:rsidRDefault="001A177D" w:rsidP="001A177D">
      <w:pPr>
        <w:pStyle w:val="NormalWeb"/>
        <w:rPr>
          <w:color w:val="000000"/>
        </w:rPr>
      </w:pPr>
      <w:r>
        <w:rPr>
          <w:color w:val="000000"/>
        </w:rPr>
        <w:t>“Let’s just ask a taxi to take us there,” I said.</w:t>
      </w:r>
    </w:p>
    <w:p w14:paraId="5B8F3CB7" w14:textId="77777777" w:rsidR="001A177D" w:rsidRDefault="001A177D" w:rsidP="001A177D">
      <w:pPr>
        <w:pStyle w:val="NormalWeb"/>
        <w:rPr>
          <w:color w:val="000000"/>
        </w:rPr>
      </w:pPr>
      <w:r>
        <w:rPr>
          <w:color w:val="000000"/>
        </w:rPr>
        <w:t>He agreed — on one condition:</w:t>
      </w:r>
      <w:r>
        <w:rPr>
          <w:rStyle w:val="apple-converted-space"/>
          <w:color w:val="000000"/>
        </w:rPr>
        <w:t> </w:t>
      </w:r>
      <w:r>
        <w:rPr>
          <w:rStyle w:val="Emphasis"/>
          <w:rFonts w:eastAsiaTheme="majorEastAsia"/>
          <w:color w:val="000000"/>
        </w:rPr>
        <w:t>I</w:t>
      </w:r>
      <w:r>
        <w:rPr>
          <w:rStyle w:val="apple-converted-space"/>
          <w:color w:val="000000"/>
        </w:rPr>
        <w:t> </w:t>
      </w:r>
      <w:r>
        <w:rPr>
          <w:color w:val="000000"/>
        </w:rPr>
        <w:t>had to go in the taxi, and</w:t>
      </w:r>
      <w:r>
        <w:rPr>
          <w:rStyle w:val="apple-converted-space"/>
          <w:color w:val="000000"/>
        </w:rPr>
        <w:t> </w:t>
      </w:r>
      <w:r>
        <w:rPr>
          <w:rStyle w:val="Emphasis"/>
          <w:rFonts w:eastAsiaTheme="majorEastAsia"/>
          <w:color w:val="000000"/>
        </w:rPr>
        <w:t>he</w:t>
      </w:r>
      <w:r>
        <w:rPr>
          <w:rStyle w:val="apple-converted-space"/>
          <w:color w:val="000000"/>
        </w:rPr>
        <w:t> </w:t>
      </w:r>
      <w:r>
        <w:rPr>
          <w:color w:val="000000"/>
        </w:rPr>
        <w:t>would follow. His logic? He didn’t speak Dutch or French — just English — so he couldn’t manage a conversation with a local driver. Driving was safer.</w:t>
      </w:r>
    </w:p>
    <w:p w14:paraId="21192940" w14:textId="77777777" w:rsidR="001A177D" w:rsidRDefault="001A177D" w:rsidP="001A177D">
      <w:pPr>
        <w:pStyle w:val="NormalWeb"/>
        <w:rPr>
          <w:color w:val="000000"/>
        </w:rPr>
      </w:pPr>
      <w:r>
        <w:rPr>
          <w:color w:val="000000"/>
        </w:rPr>
        <w:t>Fine.</w:t>
      </w:r>
    </w:p>
    <w:p w14:paraId="5D503DE3" w14:textId="77777777" w:rsidR="001A177D" w:rsidRDefault="001A177D" w:rsidP="001A177D">
      <w:pPr>
        <w:pStyle w:val="NormalWeb"/>
        <w:rPr>
          <w:color w:val="000000"/>
        </w:rPr>
      </w:pPr>
      <w:r>
        <w:rPr>
          <w:color w:val="000000"/>
        </w:rPr>
        <w:t>So I jumped into a cab, gave the address, and added: “That sweating man in the car behind us is with me. Don’t lose him — but feel free to test his skills.”</w:t>
      </w:r>
    </w:p>
    <w:p w14:paraId="6A630BCC" w14:textId="77777777" w:rsidR="001A177D" w:rsidRDefault="001A177D" w:rsidP="001A177D">
      <w:pPr>
        <w:pStyle w:val="NormalWeb"/>
        <w:rPr>
          <w:color w:val="000000"/>
        </w:rPr>
      </w:pPr>
      <w:r>
        <w:rPr>
          <w:color w:val="000000"/>
        </w:rPr>
        <w:t>The driver grinned. “Understood,” he said, and with a laugh, took off at speed.</w:t>
      </w:r>
    </w:p>
    <w:p w14:paraId="74C8853F" w14:textId="77777777" w:rsidR="001A177D" w:rsidRDefault="001A177D" w:rsidP="001A177D">
      <w:pPr>
        <w:pStyle w:val="NormalWeb"/>
        <w:rPr>
          <w:color w:val="000000"/>
        </w:rPr>
      </w:pPr>
      <w:r>
        <w:rPr>
          <w:color w:val="000000"/>
        </w:rPr>
        <w:lastRenderedPageBreak/>
        <w:t>Fifteen glorious minutes later, we arrived. I got out, thanked him, and turned to see the Aussie pull up — red-faced, his shirt soaked through. Cursing and mumbling.</w:t>
      </w:r>
    </w:p>
    <w:p w14:paraId="4BACB08E" w14:textId="77777777" w:rsidR="001A177D" w:rsidRDefault="001A177D" w:rsidP="001A177D">
      <w:pPr>
        <w:pStyle w:val="NormalWeb"/>
        <w:rPr>
          <w:color w:val="000000"/>
        </w:rPr>
      </w:pPr>
      <w:r>
        <w:rPr>
          <w:color w:val="000000"/>
        </w:rPr>
        <w:t>As the taxi slowly drove past, the driver leaned out the window and said — in perfect Flemish —</w:t>
      </w:r>
      <w:r>
        <w:rPr>
          <w:rStyle w:val="apple-converted-space"/>
          <w:color w:val="000000"/>
        </w:rPr>
        <w:t> </w:t>
      </w:r>
      <w:r>
        <w:rPr>
          <w:rStyle w:val="Emphasis"/>
          <w:rFonts w:eastAsiaTheme="majorEastAsia"/>
          <w:color w:val="000000"/>
        </w:rPr>
        <w:t>“Mission accomplished.”</w:t>
      </w:r>
    </w:p>
    <w:p w14:paraId="41930163" w14:textId="1E2309E6" w:rsidR="001A177D" w:rsidRPr="001A177D" w:rsidRDefault="001A177D" w:rsidP="001A177D">
      <w:pPr>
        <w:pStyle w:val="NormalWeb"/>
        <w:rPr>
          <w:color w:val="000000"/>
        </w:rPr>
      </w:pPr>
      <w:r>
        <w:rPr>
          <w:color w:val="000000"/>
        </w:rPr>
        <w:t>From then on, our Aussie always drove, and I always read the map.</w:t>
      </w:r>
    </w:p>
    <w:p w14:paraId="3FA9187E" w14:textId="77777777" w:rsidR="001A177D" w:rsidRDefault="001A177D" w:rsidP="001A177D">
      <w:pPr>
        <w:pStyle w:val="NormalWeb"/>
        <w:rPr>
          <w:color w:val="000000"/>
        </w:rPr>
      </w:pPr>
      <w:r>
        <w:rPr>
          <w:color w:val="000000"/>
        </w:rPr>
        <w:t>We lived for these stories. They kept us sane. No malice — just mischief, the occasional righteous revenge, and the shared joy of messing with each other.</w:t>
      </w:r>
    </w:p>
    <w:p w14:paraId="551D7855" w14:textId="77777777" w:rsidR="001A177D" w:rsidRDefault="001A177D" w:rsidP="001A177D">
      <w:pPr>
        <w:pStyle w:val="NormalWeb"/>
        <w:rPr>
          <w:color w:val="000000"/>
        </w:rPr>
      </w:pPr>
      <w:r>
        <w:rPr>
          <w:color w:val="000000"/>
        </w:rPr>
        <w:t xml:space="preserve">Around this time, I completed a Postgraduate degree in Communication and </w:t>
      </w:r>
      <w:proofErr w:type="spellStart"/>
      <w:r>
        <w:rPr>
          <w:color w:val="000000"/>
        </w:rPr>
        <w:t>Telematica</w:t>
      </w:r>
      <w:proofErr w:type="spellEnd"/>
      <w:r>
        <w:rPr>
          <w:color w:val="000000"/>
        </w:rPr>
        <w:t xml:space="preserve"> at the University of The Hague. It didn’t boost my paycheck, but it meant the world to me. One of those personal victories no one can ever take from you.</w:t>
      </w:r>
    </w:p>
    <w:p w14:paraId="669E378F" w14:textId="510E9E84" w:rsidR="001A177D" w:rsidRDefault="001A177D" w:rsidP="001A177D"/>
    <w:p w14:paraId="5EC64B41" w14:textId="77777777" w:rsidR="001A177D" w:rsidRDefault="001A177D" w:rsidP="001A177D">
      <w:pPr>
        <w:pStyle w:val="Heading3"/>
        <w:rPr>
          <w:color w:val="000000"/>
        </w:rPr>
      </w:pPr>
      <w:r>
        <w:rPr>
          <w:rStyle w:val="Strong"/>
          <w:b/>
          <w:bCs/>
          <w:color w:val="000000"/>
        </w:rPr>
        <w:t>Of Councils and Power Plays</w:t>
      </w:r>
    </w:p>
    <w:p w14:paraId="7841E270" w14:textId="77777777" w:rsidR="001A177D" w:rsidRDefault="001A177D" w:rsidP="001A177D">
      <w:pPr>
        <w:pStyle w:val="NormalWeb"/>
        <w:rPr>
          <w:color w:val="000000"/>
        </w:rPr>
      </w:pPr>
      <w:r>
        <w:rPr>
          <w:color w:val="000000"/>
        </w:rPr>
        <w:t>The company was in good shape. Flush with cash, the top three — our CEO, COO, and CFO — decided it might be time to break away from Dutch Post and become an independent entity.</w:t>
      </w:r>
    </w:p>
    <w:p w14:paraId="1298DD20" w14:textId="77777777" w:rsidR="001A177D" w:rsidRDefault="001A177D" w:rsidP="001A177D">
      <w:pPr>
        <w:pStyle w:val="NormalWeb"/>
        <w:rPr>
          <w:color w:val="000000"/>
        </w:rPr>
      </w:pPr>
      <w:r>
        <w:rPr>
          <w:color w:val="000000"/>
        </w:rPr>
        <w:t>As Chairman of the Works Council, I had to be involved. We were still officially part of Dutch Post, so their Works Council also had a seat at the table.</w:t>
      </w:r>
    </w:p>
    <w:p w14:paraId="0D67C076" w14:textId="77777777" w:rsidR="001A177D" w:rsidRDefault="001A177D" w:rsidP="001A177D">
      <w:pPr>
        <w:pStyle w:val="NormalWeb"/>
        <w:rPr>
          <w:color w:val="000000"/>
        </w:rPr>
      </w:pPr>
      <w:r>
        <w:rPr>
          <w:color w:val="000000"/>
        </w:rPr>
        <w:t>Our leadership didn’t want unions or councils involved — but under Dutch law, they had no choice.</w:t>
      </w:r>
    </w:p>
    <w:p w14:paraId="604F2C4F" w14:textId="77777777" w:rsidR="001A177D" w:rsidRDefault="001A177D" w:rsidP="001A177D">
      <w:pPr>
        <w:pStyle w:val="NormalWeb"/>
        <w:rPr>
          <w:color w:val="000000"/>
        </w:rPr>
      </w:pPr>
      <w:r>
        <w:rPr>
          <w:color w:val="000000"/>
        </w:rPr>
        <w:t>Most of our council were in it to safeguard their own positions. But the Secretary, the Treasurer (</w:t>
      </w:r>
      <w:r>
        <w:rPr>
          <w:rStyle w:val="Emphasis"/>
          <w:rFonts w:eastAsiaTheme="majorEastAsia"/>
          <w:color w:val="000000"/>
        </w:rPr>
        <w:t>the "</w:t>
      </w:r>
      <w:proofErr w:type="spellStart"/>
      <w:r>
        <w:rPr>
          <w:rStyle w:val="Emphasis"/>
          <w:rFonts w:eastAsiaTheme="majorEastAsia"/>
          <w:color w:val="000000"/>
        </w:rPr>
        <w:t>Pennymeester</w:t>
      </w:r>
      <w:proofErr w:type="spellEnd"/>
      <w:r>
        <w:rPr>
          <w:rStyle w:val="Emphasis"/>
          <w:rFonts w:eastAsiaTheme="majorEastAsia"/>
          <w:color w:val="000000"/>
        </w:rPr>
        <w:t>"</w:t>
      </w:r>
      <w:r>
        <w:rPr>
          <w:color w:val="000000"/>
        </w:rPr>
        <w:t>) and I were chosen to face the firing squad.</w:t>
      </w:r>
    </w:p>
    <w:p w14:paraId="5863AA70" w14:textId="77777777" w:rsidR="001A177D" w:rsidRDefault="001A177D" w:rsidP="001A177D">
      <w:pPr>
        <w:pStyle w:val="NormalWeb"/>
        <w:rPr>
          <w:color w:val="000000"/>
        </w:rPr>
      </w:pPr>
      <w:r>
        <w:rPr>
          <w:color w:val="000000"/>
        </w:rPr>
        <w:t>We were advised by an outside consultancy — sharp people, full of strategies — but nothing prepared us for the pressure. Then along came Charley.</w:t>
      </w:r>
    </w:p>
    <w:p w14:paraId="028E7F6E" w14:textId="77777777" w:rsidR="001A177D" w:rsidRDefault="001A177D" w:rsidP="001A177D">
      <w:pPr>
        <w:pStyle w:val="NormalWeb"/>
        <w:rPr>
          <w:color w:val="000000"/>
        </w:rPr>
      </w:pPr>
      <w:r>
        <w:rPr>
          <w:color w:val="000000"/>
        </w:rPr>
        <w:t>Charley was with the Dutch Post Council. He’d fled Suriname during Bouterse’s rise. No-nonsense, sharp as a blade. He insisted we attend the meetings. He knew how to navigate these waters.</w:t>
      </w:r>
    </w:p>
    <w:p w14:paraId="2FBB524A" w14:textId="77777777" w:rsidR="001A177D" w:rsidRDefault="001A177D" w:rsidP="001A177D">
      <w:pPr>
        <w:pStyle w:val="NormalWeb"/>
        <w:rPr>
          <w:color w:val="000000"/>
        </w:rPr>
      </w:pPr>
      <w:r>
        <w:rPr>
          <w:color w:val="000000"/>
        </w:rPr>
        <w:t>He told us the truth: Dutch Post were used to</w:t>
      </w:r>
      <w:r>
        <w:rPr>
          <w:rStyle w:val="apple-converted-space"/>
          <w:color w:val="000000"/>
        </w:rPr>
        <w:t> </w:t>
      </w:r>
      <w:r>
        <w:rPr>
          <w:rStyle w:val="Emphasis"/>
          <w:rFonts w:eastAsiaTheme="majorEastAsia"/>
          <w:color w:val="000000"/>
        </w:rPr>
        <w:t>buying</w:t>
      </w:r>
      <w:r>
        <w:rPr>
          <w:rStyle w:val="apple-converted-space"/>
          <w:color w:val="000000"/>
        </w:rPr>
        <w:t> </w:t>
      </w:r>
      <w:r>
        <w:rPr>
          <w:color w:val="000000"/>
        </w:rPr>
        <w:t>companies, not selling them. That worked in our favor.</w:t>
      </w:r>
    </w:p>
    <w:p w14:paraId="4050A49F" w14:textId="77777777" w:rsidR="001A177D" w:rsidRDefault="001A177D" w:rsidP="001A177D">
      <w:pPr>
        <w:pStyle w:val="NormalWeb"/>
        <w:rPr>
          <w:color w:val="000000"/>
        </w:rPr>
      </w:pPr>
      <w:r>
        <w:rPr>
          <w:color w:val="000000"/>
        </w:rPr>
        <w:t>The first big meeting was set in a posh country manor — designed to impress and intimidate. Everyone arrived on time. Except Charley.</w:t>
      </w:r>
    </w:p>
    <w:p w14:paraId="70C83A08" w14:textId="77777777" w:rsidR="001A177D" w:rsidRDefault="001A177D" w:rsidP="001A177D">
      <w:pPr>
        <w:pStyle w:val="NormalWeb"/>
        <w:rPr>
          <w:color w:val="000000"/>
        </w:rPr>
      </w:pPr>
      <w:r>
        <w:rPr>
          <w:color w:val="000000"/>
        </w:rPr>
        <w:lastRenderedPageBreak/>
        <w:t>Fifteen minutes late. I was getting daggers from the others. I faked a text — “Traffic.” Truth was, Charley was making a point.</w:t>
      </w:r>
    </w:p>
    <w:p w14:paraId="4C672FAE" w14:textId="77777777" w:rsidR="001A177D" w:rsidRDefault="001A177D" w:rsidP="001A177D">
      <w:pPr>
        <w:pStyle w:val="NormalWeb"/>
        <w:rPr>
          <w:color w:val="000000"/>
        </w:rPr>
      </w:pPr>
      <w:r>
        <w:rPr>
          <w:color w:val="000000"/>
        </w:rPr>
        <w:t>He walked in, calm as a monk, whispered, “Let me do the talking,” and sat down.</w:t>
      </w:r>
    </w:p>
    <w:p w14:paraId="2D9CF9E8" w14:textId="77777777" w:rsidR="001A177D" w:rsidRDefault="001A177D" w:rsidP="001A177D">
      <w:pPr>
        <w:pStyle w:val="NormalWeb"/>
        <w:rPr>
          <w:color w:val="000000"/>
        </w:rPr>
      </w:pPr>
      <w:r>
        <w:rPr>
          <w:color w:val="000000"/>
        </w:rPr>
        <w:t>He began with a simple question to the top table: “What is the current financial state of the company?”</w:t>
      </w:r>
    </w:p>
    <w:p w14:paraId="7A2C0EFF" w14:textId="77777777" w:rsidR="001A177D" w:rsidRDefault="001A177D" w:rsidP="001A177D">
      <w:pPr>
        <w:pStyle w:val="NormalWeb"/>
        <w:rPr>
          <w:color w:val="000000"/>
        </w:rPr>
      </w:pPr>
      <w:r>
        <w:rPr>
          <w:color w:val="000000"/>
        </w:rPr>
        <w:t>Our own CFO opened his mouth — Charley cut him off.</w:t>
      </w:r>
    </w:p>
    <w:p w14:paraId="0748450D" w14:textId="77777777" w:rsidR="001A177D" w:rsidRDefault="001A177D" w:rsidP="001A177D">
      <w:pPr>
        <w:pStyle w:val="NormalWeb"/>
        <w:rPr>
          <w:color w:val="000000"/>
        </w:rPr>
      </w:pPr>
      <w:r>
        <w:rPr>
          <w:color w:val="000000"/>
        </w:rPr>
        <w:t>“Who are you?”</w:t>
      </w:r>
    </w:p>
    <w:p w14:paraId="7A8DB34D" w14:textId="77777777" w:rsidR="001A177D" w:rsidRDefault="001A177D" w:rsidP="001A177D">
      <w:pPr>
        <w:pStyle w:val="NormalWeb"/>
        <w:rPr>
          <w:color w:val="000000"/>
        </w:rPr>
      </w:pPr>
      <w:r>
        <w:rPr>
          <w:color w:val="000000"/>
        </w:rPr>
        <w:t>The CFO blinked. “I’m the—”</w:t>
      </w:r>
    </w:p>
    <w:p w14:paraId="292477ED" w14:textId="77777777" w:rsidR="001A177D" w:rsidRDefault="001A177D" w:rsidP="001A177D">
      <w:pPr>
        <w:pStyle w:val="NormalWeb"/>
        <w:rPr>
          <w:color w:val="000000"/>
        </w:rPr>
      </w:pPr>
      <w:r>
        <w:rPr>
          <w:color w:val="000000"/>
        </w:rPr>
        <w:t>“Quiet,” Charley said. “I’m asking the Dutch Post CFO.”</w:t>
      </w:r>
    </w:p>
    <w:p w14:paraId="77198899" w14:textId="77777777" w:rsidR="001A177D" w:rsidRDefault="001A177D" w:rsidP="001A177D">
      <w:pPr>
        <w:pStyle w:val="NormalWeb"/>
        <w:rPr>
          <w:color w:val="000000"/>
        </w:rPr>
      </w:pPr>
      <w:r>
        <w:rPr>
          <w:color w:val="000000"/>
        </w:rPr>
        <w:t>From that moment on, the tone was set.</w:t>
      </w:r>
    </w:p>
    <w:p w14:paraId="299A5D0E" w14:textId="77777777" w:rsidR="001A177D" w:rsidRDefault="001A177D" w:rsidP="001A177D">
      <w:pPr>
        <w:pStyle w:val="NormalWeb"/>
        <w:rPr>
          <w:color w:val="000000"/>
        </w:rPr>
      </w:pPr>
      <w:r>
        <w:rPr>
          <w:color w:val="000000"/>
        </w:rPr>
        <w:t>The top brass — smug, confident — were suddenly scrambling. They hadn’t done their homework. Due diligence was incomplete. Charley knew. He’d set a trap and they walked right into it.</w:t>
      </w:r>
    </w:p>
    <w:p w14:paraId="21F0A526" w14:textId="77777777" w:rsidR="001A177D" w:rsidRDefault="001A177D" w:rsidP="001A177D">
      <w:pPr>
        <w:pStyle w:val="NormalWeb"/>
        <w:rPr>
          <w:color w:val="000000"/>
        </w:rPr>
      </w:pPr>
      <w:r>
        <w:rPr>
          <w:color w:val="000000"/>
        </w:rPr>
        <w:t>Then, just as they began to recover, he switched gears.</w:t>
      </w:r>
    </w:p>
    <w:p w14:paraId="27FC6C16" w14:textId="77777777" w:rsidR="001A177D" w:rsidRDefault="001A177D" w:rsidP="001A177D">
      <w:pPr>
        <w:pStyle w:val="NormalWeb"/>
        <w:rPr>
          <w:color w:val="000000"/>
        </w:rPr>
      </w:pPr>
      <w:r>
        <w:rPr>
          <w:color w:val="000000"/>
        </w:rPr>
        <w:t>“Let’s talk about the workforce,” he said. “Contracts. Pensions. Social security rights. What guarantees are in place for these workers, some of whom have served a lifetime?”</w:t>
      </w:r>
    </w:p>
    <w:p w14:paraId="19CB5432" w14:textId="77777777" w:rsidR="001A177D" w:rsidRDefault="001A177D" w:rsidP="001A177D">
      <w:pPr>
        <w:pStyle w:val="NormalWeb"/>
        <w:rPr>
          <w:color w:val="000000"/>
        </w:rPr>
      </w:pPr>
      <w:r>
        <w:rPr>
          <w:color w:val="000000"/>
        </w:rPr>
        <w:t>The room froze. No one had the answers.</w:t>
      </w:r>
    </w:p>
    <w:p w14:paraId="2869D197" w14:textId="77777777" w:rsidR="001A177D" w:rsidRDefault="001A177D" w:rsidP="001A177D">
      <w:pPr>
        <w:pStyle w:val="NormalWeb"/>
        <w:rPr>
          <w:color w:val="000000"/>
        </w:rPr>
      </w:pPr>
      <w:r>
        <w:rPr>
          <w:color w:val="000000"/>
        </w:rPr>
        <w:t>Charley called for a coffee break. We huddled. My own Works Council, usually meek, were electrified. They’d never seen the bosses rattled like this.</w:t>
      </w:r>
    </w:p>
    <w:p w14:paraId="7E9A5602" w14:textId="77777777" w:rsidR="001A177D" w:rsidRDefault="001A177D" w:rsidP="001A177D">
      <w:pPr>
        <w:pStyle w:val="NormalWeb"/>
        <w:rPr>
          <w:color w:val="000000"/>
        </w:rPr>
      </w:pPr>
      <w:r>
        <w:rPr>
          <w:color w:val="000000"/>
        </w:rPr>
        <w:t>After coffee, Charley struck again.</w:t>
      </w:r>
    </w:p>
    <w:p w14:paraId="01E287DC" w14:textId="77777777" w:rsidR="001A177D" w:rsidRDefault="001A177D" w:rsidP="001A177D">
      <w:pPr>
        <w:pStyle w:val="NormalWeb"/>
        <w:rPr>
          <w:color w:val="000000"/>
        </w:rPr>
      </w:pPr>
      <w:r>
        <w:rPr>
          <w:color w:val="000000"/>
        </w:rPr>
        <w:t>“We’ll need the buyer’s due diligence report,” he said, “including financials and a written guarantee on employee futures.”</w:t>
      </w:r>
    </w:p>
    <w:p w14:paraId="6A82C36F" w14:textId="77777777" w:rsidR="001A177D" w:rsidRDefault="001A177D" w:rsidP="001A177D">
      <w:pPr>
        <w:pStyle w:val="NormalWeb"/>
        <w:rPr>
          <w:color w:val="000000"/>
        </w:rPr>
      </w:pPr>
      <w:r>
        <w:rPr>
          <w:color w:val="000000"/>
        </w:rPr>
        <w:t>Red faces. Mumbling. They requested a week to prepare it.</w:t>
      </w:r>
    </w:p>
    <w:p w14:paraId="3590623A" w14:textId="77777777" w:rsidR="001A177D" w:rsidRDefault="001A177D" w:rsidP="001A177D">
      <w:pPr>
        <w:pStyle w:val="NormalWeb"/>
        <w:rPr>
          <w:color w:val="000000"/>
        </w:rPr>
      </w:pPr>
      <w:r>
        <w:rPr>
          <w:color w:val="000000"/>
        </w:rPr>
        <w:t>Charley smiled and said, “Three weeks sounds better. We’ll need time to review everything properly.”</w:t>
      </w:r>
    </w:p>
    <w:p w14:paraId="7F1520EF" w14:textId="77777777" w:rsidR="001A177D" w:rsidRDefault="001A177D" w:rsidP="001A177D">
      <w:pPr>
        <w:pStyle w:val="NormalWeb"/>
        <w:rPr>
          <w:color w:val="000000"/>
        </w:rPr>
      </w:pPr>
      <w:r>
        <w:rPr>
          <w:color w:val="000000"/>
        </w:rPr>
        <w:t>They bristled. “That’s too long!”</w:t>
      </w:r>
    </w:p>
    <w:p w14:paraId="689D772B" w14:textId="77777777" w:rsidR="001A177D" w:rsidRDefault="001A177D" w:rsidP="001A177D">
      <w:pPr>
        <w:pStyle w:val="NormalWeb"/>
        <w:rPr>
          <w:color w:val="000000"/>
        </w:rPr>
      </w:pPr>
      <w:r>
        <w:rPr>
          <w:color w:val="000000"/>
        </w:rPr>
        <w:t>He leaned back. “Then</w:t>
      </w:r>
      <w:r>
        <w:rPr>
          <w:rStyle w:val="apple-converted-space"/>
          <w:color w:val="000000"/>
        </w:rPr>
        <w:t> </w:t>
      </w:r>
      <w:r>
        <w:rPr>
          <w:rStyle w:val="Emphasis"/>
          <w:rFonts w:eastAsiaTheme="majorEastAsia"/>
          <w:color w:val="000000"/>
        </w:rPr>
        <w:t>you</w:t>
      </w:r>
      <w:r>
        <w:rPr>
          <w:rStyle w:val="apple-converted-space"/>
          <w:color w:val="000000"/>
        </w:rPr>
        <w:t> </w:t>
      </w:r>
      <w:r>
        <w:rPr>
          <w:color w:val="000000"/>
        </w:rPr>
        <w:t>work day and night to get us the data.</w:t>
      </w:r>
      <w:r>
        <w:rPr>
          <w:rStyle w:val="apple-converted-space"/>
          <w:color w:val="000000"/>
        </w:rPr>
        <w:t> </w:t>
      </w:r>
      <w:r>
        <w:rPr>
          <w:rStyle w:val="Emphasis"/>
          <w:rFonts w:eastAsiaTheme="majorEastAsia"/>
          <w:color w:val="000000"/>
        </w:rPr>
        <w:t>We’ll</w:t>
      </w:r>
      <w:r>
        <w:rPr>
          <w:rStyle w:val="apple-converted-space"/>
          <w:color w:val="000000"/>
        </w:rPr>
        <w:t> </w:t>
      </w:r>
      <w:r>
        <w:rPr>
          <w:color w:val="000000"/>
        </w:rPr>
        <w:t>take the time to read it.”</w:t>
      </w:r>
    </w:p>
    <w:p w14:paraId="7FAE4145" w14:textId="55365E7A" w:rsidR="001A177D" w:rsidRPr="001A177D" w:rsidRDefault="001A177D" w:rsidP="001A177D">
      <w:pPr>
        <w:pStyle w:val="NormalWeb"/>
        <w:rPr>
          <w:color w:val="000000"/>
        </w:rPr>
      </w:pPr>
      <w:r>
        <w:rPr>
          <w:color w:val="000000"/>
        </w:rPr>
        <w:lastRenderedPageBreak/>
        <w:t>Meeting adjourned.</w:t>
      </w:r>
    </w:p>
    <w:p w14:paraId="5B0B0341" w14:textId="6A997C0F" w:rsidR="001A177D" w:rsidRDefault="001A177D" w:rsidP="001A177D">
      <w:pPr>
        <w:pStyle w:val="NormalWeb"/>
        <w:rPr>
          <w:color w:val="000000"/>
        </w:rPr>
      </w:pPr>
      <w:r>
        <w:rPr>
          <w:color w:val="000000"/>
        </w:rPr>
        <w:t xml:space="preserve">In the café afterward, </w:t>
      </w:r>
      <w:r w:rsidR="00980846">
        <w:rPr>
          <w:color w:val="000000"/>
        </w:rPr>
        <w:t>I was reminded of something I had learned a long time ago</w:t>
      </w:r>
      <w:r>
        <w:rPr>
          <w:color w:val="000000"/>
        </w:rPr>
        <w:t>:</w:t>
      </w:r>
    </w:p>
    <w:p w14:paraId="5088B2F3" w14:textId="77777777" w:rsidR="001A177D" w:rsidRDefault="001A177D" w:rsidP="001A177D">
      <w:pPr>
        <w:pStyle w:val="NormalWeb"/>
        <w:rPr>
          <w:color w:val="000000"/>
        </w:rPr>
      </w:pPr>
      <w:r>
        <w:rPr>
          <w:color w:val="000000"/>
        </w:rPr>
        <w:t>“In fencing or field hockey, you never play your opponent’s game. If they’re aggressive,</w:t>
      </w:r>
      <w:r>
        <w:rPr>
          <w:rStyle w:val="apple-converted-space"/>
          <w:color w:val="000000"/>
        </w:rPr>
        <w:t> </w:t>
      </w:r>
      <w:r>
        <w:rPr>
          <w:rStyle w:val="Emphasis"/>
          <w:rFonts w:eastAsiaTheme="majorEastAsia"/>
          <w:color w:val="000000"/>
        </w:rPr>
        <w:t>you</w:t>
      </w:r>
      <w:r>
        <w:rPr>
          <w:rStyle w:val="apple-converted-space"/>
          <w:color w:val="000000"/>
        </w:rPr>
        <w:t> </w:t>
      </w:r>
      <w:r>
        <w:rPr>
          <w:color w:val="000000"/>
        </w:rPr>
        <w:t>attack. If they’re defensive,</w:t>
      </w:r>
      <w:r>
        <w:rPr>
          <w:rStyle w:val="apple-converted-space"/>
          <w:color w:val="000000"/>
        </w:rPr>
        <w:t> </w:t>
      </w:r>
      <w:r>
        <w:rPr>
          <w:rStyle w:val="Emphasis"/>
          <w:rFonts w:eastAsiaTheme="majorEastAsia"/>
          <w:color w:val="000000"/>
        </w:rPr>
        <w:t>you</w:t>
      </w:r>
      <w:r>
        <w:rPr>
          <w:rStyle w:val="apple-converted-space"/>
          <w:color w:val="000000"/>
        </w:rPr>
        <w:t> </w:t>
      </w:r>
      <w:r>
        <w:rPr>
          <w:color w:val="000000"/>
        </w:rPr>
        <w:t>hold back. Force them to change their rhythm. That’s when you strike.”</w:t>
      </w:r>
    </w:p>
    <w:p w14:paraId="3EFDFB64" w14:textId="77777777" w:rsidR="001A177D" w:rsidRDefault="001A177D" w:rsidP="001A177D">
      <w:pPr>
        <w:pStyle w:val="NormalWeb"/>
        <w:rPr>
          <w:color w:val="000000"/>
        </w:rPr>
      </w:pPr>
      <w:r>
        <w:rPr>
          <w:color w:val="000000"/>
        </w:rPr>
        <w:t>Next time, they’d come armed to the teeth, ready to bury us in spreadsheets. Our job? Do the homework, dig into the numbers, and make</w:t>
      </w:r>
      <w:r>
        <w:rPr>
          <w:rStyle w:val="apple-converted-space"/>
          <w:color w:val="000000"/>
        </w:rPr>
        <w:t> </w:t>
      </w:r>
      <w:r>
        <w:rPr>
          <w:rStyle w:val="Emphasis"/>
          <w:rFonts w:eastAsiaTheme="majorEastAsia"/>
          <w:color w:val="000000"/>
        </w:rPr>
        <w:t>them</w:t>
      </w:r>
      <w:r>
        <w:rPr>
          <w:rStyle w:val="apple-converted-space"/>
          <w:color w:val="000000"/>
        </w:rPr>
        <w:t> </w:t>
      </w:r>
      <w:r>
        <w:rPr>
          <w:color w:val="000000"/>
        </w:rPr>
        <w:t>dance to our tune.</w:t>
      </w:r>
    </w:p>
    <w:p w14:paraId="30A21008" w14:textId="77777777" w:rsidR="001A177D" w:rsidRDefault="001A177D" w:rsidP="001A177D">
      <w:pPr>
        <w:pStyle w:val="NormalWeb"/>
        <w:rPr>
          <w:color w:val="000000"/>
        </w:rPr>
      </w:pPr>
      <w:r>
        <w:rPr>
          <w:color w:val="000000"/>
        </w:rPr>
        <w:t>Charley wasn’t done — and neither were we.</w:t>
      </w:r>
    </w:p>
    <w:p w14:paraId="544DE18A" w14:textId="77777777" w:rsidR="001A177D" w:rsidRDefault="001A177D" w:rsidP="001A177D">
      <w:pPr>
        <w:pStyle w:val="NormalWeb"/>
        <w:rPr>
          <w:color w:val="000000"/>
        </w:rPr>
      </w:pPr>
      <w:r>
        <w:rPr>
          <w:color w:val="000000"/>
        </w:rPr>
        <w:t>There was more to come.</w:t>
      </w:r>
    </w:p>
    <w:p w14:paraId="5550EE38" w14:textId="77777777" w:rsidR="001A177D" w:rsidRDefault="001A177D" w:rsidP="001A177D">
      <w:pPr>
        <w:pStyle w:val="NormalWeb"/>
        <w:rPr>
          <w:color w:val="000000"/>
        </w:rPr>
      </w:pPr>
      <w:r>
        <w:rPr>
          <w:rStyle w:val="Strong"/>
          <w:color w:val="000000"/>
        </w:rPr>
        <w:t>The Ruckus (continued)</w:t>
      </w:r>
    </w:p>
    <w:p w14:paraId="1CCFB77B" w14:textId="7699A19C" w:rsidR="001A177D" w:rsidRDefault="001A177D" w:rsidP="001A177D">
      <w:pPr>
        <w:pStyle w:val="NormalWeb"/>
        <w:rPr>
          <w:color w:val="000000"/>
        </w:rPr>
      </w:pPr>
      <w:r>
        <w:rPr>
          <w:color w:val="000000"/>
        </w:rPr>
        <w:t xml:space="preserve">The days that followed were like training camp for a political insurgency. Meetings ran late into the night, coffee and </w:t>
      </w:r>
      <w:r w:rsidR="00980846">
        <w:rPr>
          <w:color w:val="000000"/>
        </w:rPr>
        <w:t xml:space="preserve">sandwiches </w:t>
      </w:r>
      <w:r>
        <w:rPr>
          <w:color w:val="000000"/>
        </w:rPr>
        <w:t xml:space="preserve">our only sustenance, the smell of cheap biro ink and high-stakes decisions staining the air. The Works Council—once a limp formality, now a bootstrapped brigade—was suddenly alive, galvanized. Even the </w:t>
      </w:r>
      <w:r w:rsidR="00980846" w:rsidRPr="00980846">
        <w:rPr>
          <w:color w:val="000000"/>
        </w:rPr>
        <w:t>Treasurer</w:t>
      </w:r>
      <w:r>
        <w:rPr>
          <w:color w:val="000000"/>
        </w:rPr>
        <w:t>, who once thought a balance sheet was something that held his breakfast, started showing signs of tactical clarity.</w:t>
      </w:r>
    </w:p>
    <w:p w14:paraId="67BEBB0E" w14:textId="6560244D" w:rsidR="001A177D" w:rsidRDefault="001A177D" w:rsidP="001A177D">
      <w:pPr>
        <w:pStyle w:val="NormalWeb"/>
        <w:rPr>
          <w:color w:val="000000"/>
        </w:rPr>
      </w:pPr>
      <w:r>
        <w:rPr>
          <w:color w:val="000000"/>
        </w:rPr>
        <w:t xml:space="preserve">Charley was relentless. He trained us like commandos. Every clause in the collective agreement was a landmine, every loophole a potential ambush. He had a way of flipping through thick documents with the same ease others might flip a pancake. He had seen coups and counter-coups, betrayals and buyouts, had once negotiated </w:t>
      </w:r>
      <w:r w:rsidR="00980846">
        <w:rPr>
          <w:color w:val="000000"/>
        </w:rPr>
        <w:t>labor</w:t>
      </w:r>
      <w:r>
        <w:rPr>
          <w:color w:val="000000"/>
        </w:rPr>
        <w:t xml:space="preserve"> rights in Suriname during a state of emergency. Now he was helping a motley band of Dutch and expat underdogs win a battle they didn’t even know they were in.</w:t>
      </w:r>
    </w:p>
    <w:p w14:paraId="1B1AEBF8" w14:textId="77777777" w:rsidR="001A177D" w:rsidRDefault="001A177D" w:rsidP="001A177D">
      <w:pPr>
        <w:pStyle w:val="NormalWeb"/>
        <w:rPr>
          <w:color w:val="000000"/>
        </w:rPr>
      </w:pPr>
      <w:r>
        <w:rPr>
          <w:color w:val="000000"/>
        </w:rPr>
        <w:t>And then there was the management.</w:t>
      </w:r>
    </w:p>
    <w:p w14:paraId="72DB4170" w14:textId="77777777" w:rsidR="001A177D" w:rsidRDefault="001A177D" w:rsidP="001A177D">
      <w:pPr>
        <w:pStyle w:val="NormalWeb"/>
        <w:rPr>
          <w:color w:val="000000"/>
        </w:rPr>
      </w:pPr>
      <w:r>
        <w:rPr>
          <w:color w:val="000000"/>
        </w:rPr>
        <w:t>They had retreated to their corner offices like generals licking their wounds. The CEO, once so smug and certain, now walked with a little less spring in his step. The COO, our old pal from the break-in prank, kept a lower profile too—he knew that old tricks wouldn’t work anymore. I’d grown tired of the bureaucracy, of systems designed to flatten out integrity and replace it with budget slides. But now we had momentum. We had leverage. And we had Charley.</w:t>
      </w:r>
    </w:p>
    <w:p w14:paraId="606A564E" w14:textId="77777777" w:rsidR="001A177D" w:rsidRDefault="001A177D" w:rsidP="001A177D">
      <w:pPr>
        <w:pStyle w:val="NormalWeb"/>
        <w:rPr>
          <w:color w:val="000000"/>
        </w:rPr>
      </w:pPr>
      <w:r>
        <w:rPr>
          <w:color w:val="000000"/>
        </w:rPr>
        <w:t>The next meeting was held at another grand venue—some baroque monstrosity in Utrecht with too many chandeliers and not enough chairs. This time we arrived early, immaculately prepared. Charley had us dress sharp—"not like revolutionaries,” he said, “but like undertakers at a management funeral.” The top table didn’t know what hit them.</w:t>
      </w:r>
    </w:p>
    <w:p w14:paraId="6A7DC879" w14:textId="77777777" w:rsidR="001A177D" w:rsidRDefault="001A177D" w:rsidP="001A177D">
      <w:pPr>
        <w:pStyle w:val="NormalWeb"/>
        <w:rPr>
          <w:color w:val="000000"/>
        </w:rPr>
      </w:pPr>
      <w:r>
        <w:rPr>
          <w:color w:val="000000"/>
        </w:rPr>
        <w:lastRenderedPageBreak/>
        <w:t>They came in hot, dossiers in hand, legal advisors like vultures flanking their sides. You could smell the panic under their designer cologne.</w:t>
      </w:r>
    </w:p>
    <w:p w14:paraId="7680B780" w14:textId="77777777" w:rsidR="001A177D" w:rsidRDefault="001A177D" w:rsidP="001A177D">
      <w:pPr>
        <w:pStyle w:val="NormalWeb"/>
        <w:rPr>
          <w:color w:val="000000"/>
        </w:rPr>
      </w:pPr>
      <w:r>
        <w:rPr>
          <w:color w:val="000000"/>
        </w:rPr>
        <w:t>The CEO opened with bluster.</w:t>
      </w:r>
    </w:p>
    <w:p w14:paraId="430C98C5" w14:textId="77777777" w:rsidR="001A177D" w:rsidRDefault="001A177D" w:rsidP="001A177D">
      <w:pPr>
        <w:pStyle w:val="NormalWeb"/>
        <w:rPr>
          <w:color w:val="000000"/>
        </w:rPr>
      </w:pPr>
      <w:r>
        <w:rPr>
          <w:color w:val="000000"/>
        </w:rPr>
        <w:t>“We’ve provided everything you asked for. Now we expect a decision within 48 hours.”</w:t>
      </w:r>
    </w:p>
    <w:p w14:paraId="554D8D5D" w14:textId="77777777" w:rsidR="001A177D" w:rsidRDefault="001A177D" w:rsidP="001A177D">
      <w:pPr>
        <w:pStyle w:val="NormalWeb"/>
        <w:rPr>
          <w:color w:val="000000"/>
        </w:rPr>
      </w:pPr>
      <w:r>
        <w:rPr>
          <w:color w:val="000000"/>
        </w:rPr>
        <w:t>Charley didn’t even flinch. He smiled, nodded, and calmly replied, “We’re grateful. It’s a start.”</w:t>
      </w:r>
    </w:p>
    <w:p w14:paraId="1B3513C9" w14:textId="77777777" w:rsidR="001A177D" w:rsidRDefault="001A177D" w:rsidP="001A177D">
      <w:pPr>
        <w:pStyle w:val="NormalWeb"/>
        <w:rPr>
          <w:color w:val="000000"/>
        </w:rPr>
      </w:pPr>
      <w:r>
        <w:rPr>
          <w:color w:val="000000"/>
        </w:rPr>
        <w:t>You could hear the air being sucked from the room.</w:t>
      </w:r>
    </w:p>
    <w:p w14:paraId="5E44C82E" w14:textId="77777777" w:rsidR="001A177D" w:rsidRDefault="001A177D" w:rsidP="001A177D">
      <w:pPr>
        <w:pStyle w:val="NormalWeb"/>
        <w:rPr>
          <w:color w:val="000000"/>
        </w:rPr>
      </w:pPr>
      <w:r>
        <w:rPr>
          <w:color w:val="000000"/>
        </w:rPr>
        <w:t>“We've had our experts review the documents,” he continued. “But there are still concerns regarding pension continuity, employment classifications under the new entity, and—” he glanced at me for dramatic pause, “—moral obligations to a workforce that built this company from the ground up.”</w:t>
      </w:r>
    </w:p>
    <w:p w14:paraId="0FC07577" w14:textId="77777777" w:rsidR="001A177D" w:rsidRDefault="001A177D" w:rsidP="001A177D">
      <w:pPr>
        <w:pStyle w:val="NormalWeb"/>
        <w:rPr>
          <w:color w:val="000000"/>
        </w:rPr>
      </w:pPr>
      <w:r>
        <w:rPr>
          <w:color w:val="000000"/>
        </w:rPr>
        <w:t>That last part wasn’t in the paperwork. It was in the blood.</w:t>
      </w:r>
    </w:p>
    <w:p w14:paraId="65670728" w14:textId="77777777" w:rsidR="001A177D" w:rsidRDefault="001A177D" w:rsidP="001A177D">
      <w:pPr>
        <w:pStyle w:val="NormalWeb"/>
        <w:rPr>
          <w:color w:val="000000"/>
        </w:rPr>
      </w:pPr>
      <w:r>
        <w:rPr>
          <w:color w:val="000000"/>
        </w:rPr>
        <w:t>Their legal team shifted in their seats. The CFO tried to cut in, but Charley interrupted again—this time with an elegant shrug and a raised eyebrow that silenced the room.</w:t>
      </w:r>
    </w:p>
    <w:p w14:paraId="3C8A7AD3" w14:textId="77777777" w:rsidR="001A177D" w:rsidRDefault="001A177D" w:rsidP="001A177D">
      <w:pPr>
        <w:pStyle w:val="NormalWeb"/>
        <w:rPr>
          <w:color w:val="000000"/>
        </w:rPr>
      </w:pPr>
      <w:r>
        <w:rPr>
          <w:color w:val="000000"/>
        </w:rPr>
        <w:t>And that’s when I realized something: they didn’t just want us to sign. They needed us to. They had already promised the deal upstream—to investors, to partners, to shadowy men in tall buildings who never touched the ground. They couldn’t go back. But we could. We had time, and time, as Charley kept repeating, was a weapon.</w:t>
      </w:r>
    </w:p>
    <w:p w14:paraId="2796BCB5" w14:textId="77777777" w:rsidR="001A177D" w:rsidRDefault="001A177D" w:rsidP="001A177D">
      <w:pPr>
        <w:pStyle w:val="NormalWeb"/>
        <w:rPr>
          <w:color w:val="000000"/>
        </w:rPr>
      </w:pPr>
      <w:r>
        <w:rPr>
          <w:color w:val="000000"/>
        </w:rPr>
        <w:t>In the following days, a strange thing happened: our little corner of the company became a kind of bunker of resistance. Colleagues who had once only cared about coffee breaks and vacation days were now quoting employment law and debating clauses over lunch. Some still didn’t fully understand what was going on—but they could smell the shift in power, and that was enough to keep them interested.</w:t>
      </w:r>
    </w:p>
    <w:p w14:paraId="5CD22D3D" w14:textId="49030BA0" w:rsidR="001A177D" w:rsidRDefault="001A177D" w:rsidP="001A177D">
      <w:pPr>
        <w:pStyle w:val="NormalWeb"/>
        <w:rPr>
          <w:color w:val="000000"/>
        </w:rPr>
      </w:pPr>
      <w:r>
        <w:rPr>
          <w:color w:val="000000"/>
        </w:rPr>
        <w:t xml:space="preserve">My evenings were a blur of backroom consultations, furtive phone calls, midnight pacing. </w:t>
      </w:r>
      <w:r w:rsidR="00980846">
        <w:rPr>
          <w:color w:val="000000"/>
        </w:rPr>
        <w:t xml:space="preserve">Betty </w:t>
      </w:r>
      <w:r>
        <w:rPr>
          <w:color w:val="000000"/>
        </w:rPr>
        <w:t>noticed. She said I was starting to talk in acronyms in my sleep. I didn’t deny it. This wasn’t just a corporate restructure anymore. It was war by spreadsheet, revolution via PowerPoint. And I was right at the heart of it.</w:t>
      </w:r>
    </w:p>
    <w:p w14:paraId="061E73ED" w14:textId="390C10FC" w:rsidR="001A177D" w:rsidRDefault="001A177D" w:rsidP="001A177D">
      <w:pPr>
        <w:pStyle w:val="NormalWeb"/>
        <w:rPr>
          <w:color w:val="000000"/>
        </w:rPr>
      </w:pPr>
      <w:r>
        <w:rPr>
          <w:color w:val="000000"/>
        </w:rPr>
        <w:t xml:space="preserve">But through it all, the </w:t>
      </w:r>
      <w:r w:rsidR="00980846">
        <w:rPr>
          <w:color w:val="000000"/>
        </w:rPr>
        <w:t>humor</w:t>
      </w:r>
      <w:r>
        <w:rPr>
          <w:color w:val="000000"/>
        </w:rPr>
        <w:t xml:space="preserve"> stayed.</w:t>
      </w:r>
    </w:p>
    <w:p w14:paraId="5951FAC0" w14:textId="77777777" w:rsidR="001A177D" w:rsidRDefault="001A177D" w:rsidP="001A177D">
      <w:pPr>
        <w:pStyle w:val="NormalWeb"/>
        <w:rPr>
          <w:color w:val="000000"/>
        </w:rPr>
      </w:pPr>
      <w:r>
        <w:rPr>
          <w:color w:val="000000"/>
        </w:rPr>
        <w:t xml:space="preserve">Olivier, who had nothing to do with the company, declared himself our “Minister of Wine and Disinformation,” hosting rooftop debriefs with bottles of Rhône and elaborate conspiracy theories about the CFO being a retired Belgian spy. One evening, he made a toast with an old </w:t>
      </w:r>
      <w:proofErr w:type="spellStart"/>
      <w:r>
        <w:rPr>
          <w:color w:val="000000"/>
        </w:rPr>
        <w:t>sabre</w:t>
      </w:r>
      <w:proofErr w:type="spellEnd"/>
      <w:r>
        <w:rPr>
          <w:color w:val="000000"/>
        </w:rPr>
        <w:t xml:space="preserve"> he claimed came from Napoleon’s dentist. We drank to chaos and continuity.</w:t>
      </w:r>
    </w:p>
    <w:p w14:paraId="390D85AC" w14:textId="77777777" w:rsidR="001A177D" w:rsidRDefault="001A177D" w:rsidP="001A177D">
      <w:pPr>
        <w:pStyle w:val="NormalWeb"/>
        <w:rPr>
          <w:color w:val="000000"/>
        </w:rPr>
      </w:pPr>
      <w:r>
        <w:rPr>
          <w:color w:val="000000"/>
        </w:rPr>
        <w:lastRenderedPageBreak/>
        <w:t>Then came the whisper of betrayal.</w:t>
      </w:r>
    </w:p>
    <w:p w14:paraId="56CDDCDE" w14:textId="77777777" w:rsidR="001A177D" w:rsidRDefault="001A177D" w:rsidP="001A177D">
      <w:pPr>
        <w:pStyle w:val="NormalWeb"/>
        <w:rPr>
          <w:color w:val="000000"/>
        </w:rPr>
      </w:pPr>
      <w:r>
        <w:rPr>
          <w:color w:val="000000"/>
        </w:rPr>
        <w:t>An anonymous tip-off reached me: someone in the Works Council was leaking updates to the COO. It hit me like a cold slap. Everything we’d fought for could unravel from the inside. Charley had warned this could happen—“Power always attracts whispers,” he said, “and some people can’t resist hearing their own voice in the ears of authority.”</w:t>
      </w:r>
    </w:p>
    <w:p w14:paraId="329F1222" w14:textId="77777777" w:rsidR="001A177D" w:rsidRDefault="001A177D" w:rsidP="001A177D">
      <w:pPr>
        <w:pStyle w:val="NormalWeb"/>
        <w:rPr>
          <w:color w:val="000000"/>
        </w:rPr>
      </w:pPr>
      <w:r>
        <w:rPr>
          <w:color w:val="000000"/>
        </w:rPr>
        <w:t>So we did the only thing we could. We set a trap.</w:t>
      </w:r>
    </w:p>
    <w:p w14:paraId="1B8761E5" w14:textId="77777777" w:rsidR="001A177D" w:rsidRDefault="001A177D" w:rsidP="001A177D">
      <w:pPr>
        <w:pStyle w:val="NormalWeb"/>
        <w:rPr>
          <w:color w:val="000000"/>
        </w:rPr>
      </w:pPr>
      <w:r>
        <w:rPr>
          <w:color w:val="000000"/>
        </w:rPr>
        <w:t>Charley drafted a fake internal memo about a fictitious clause in the new contract—something absurd, but plausible enough to bait a leak. We floated it during a casual coffee break, pretending it was a concern from the legal team. Within 48 hours, it came back to us—word for word—via the COO, who confronted one of our advisors with the "issue."</w:t>
      </w:r>
    </w:p>
    <w:p w14:paraId="33C342DE" w14:textId="77777777" w:rsidR="001A177D" w:rsidRDefault="001A177D" w:rsidP="001A177D">
      <w:pPr>
        <w:pStyle w:val="NormalWeb"/>
        <w:rPr>
          <w:color w:val="000000"/>
        </w:rPr>
      </w:pPr>
      <w:r>
        <w:rPr>
          <w:color w:val="000000"/>
        </w:rPr>
        <w:t>Gotcha.</w:t>
      </w:r>
    </w:p>
    <w:p w14:paraId="64E90CB9" w14:textId="77777777" w:rsidR="001A177D" w:rsidRDefault="001A177D" w:rsidP="001A177D">
      <w:pPr>
        <w:pStyle w:val="NormalWeb"/>
        <w:rPr>
          <w:color w:val="000000"/>
        </w:rPr>
      </w:pPr>
      <w:r>
        <w:rPr>
          <w:color w:val="000000"/>
        </w:rPr>
        <w:t>The leaker was confronted, quietly. No fireworks. Just a conversation, a raised eyebrow, a reminder of solidarity. They backed off, tail between legs. No further problems.</w:t>
      </w:r>
    </w:p>
    <w:p w14:paraId="5B99F963" w14:textId="77777777" w:rsidR="001A177D" w:rsidRDefault="001A177D" w:rsidP="001A177D">
      <w:pPr>
        <w:pStyle w:val="NormalWeb"/>
        <w:rPr>
          <w:color w:val="000000"/>
        </w:rPr>
      </w:pPr>
      <w:r>
        <w:rPr>
          <w:color w:val="000000"/>
        </w:rPr>
        <w:t>And so we approached the final meeting with the swagger of survivors. The managers were desperate, the buyers impatient, and we—the scruffy Works Council once laughed at in the canteen—were holding the aces.</w:t>
      </w:r>
    </w:p>
    <w:p w14:paraId="3D011F2F" w14:textId="77777777" w:rsidR="001A177D" w:rsidRDefault="001A177D" w:rsidP="001A177D">
      <w:pPr>
        <w:pStyle w:val="NormalWeb"/>
        <w:rPr>
          <w:color w:val="000000"/>
        </w:rPr>
      </w:pPr>
      <w:r>
        <w:rPr>
          <w:color w:val="000000"/>
        </w:rPr>
        <w:t>Charley had one final trick.</w:t>
      </w:r>
    </w:p>
    <w:p w14:paraId="6F162E34" w14:textId="5586A822" w:rsidR="001A177D" w:rsidRDefault="001A177D" w:rsidP="001A177D">
      <w:pPr>
        <w:pStyle w:val="NormalWeb"/>
        <w:rPr>
          <w:color w:val="000000"/>
        </w:rPr>
      </w:pPr>
      <w:r>
        <w:rPr>
          <w:color w:val="000000"/>
        </w:rPr>
        <w:t xml:space="preserve">“Bring them a cake,” he said. “A proper Dutch </w:t>
      </w:r>
      <w:r w:rsidR="00980846">
        <w:rPr>
          <w:color w:val="000000"/>
        </w:rPr>
        <w:t>“</w:t>
      </w:r>
      <w:proofErr w:type="spellStart"/>
      <w:r>
        <w:rPr>
          <w:color w:val="000000"/>
        </w:rPr>
        <w:t>slagroomtaart</w:t>
      </w:r>
      <w:proofErr w:type="spellEnd"/>
      <w:r w:rsidR="00980846">
        <w:rPr>
          <w:color w:val="000000"/>
        </w:rPr>
        <w:t>”</w:t>
      </w:r>
      <w:r>
        <w:rPr>
          <w:color w:val="000000"/>
        </w:rPr>
        <w:t>. Put their logo on it. Make them feel like the party's just beginning.”</w:t>
      </w:r>
    </w:p>
    <w:p w14:paraId="40F782D1" w14:textId="77777777" w:rsidR="001A177D" w:rsidRDefault="001A177D" w:rsidP="001A177D">
      <w:pPr>
        <w:pStyle w:val="NormalWeb"/>
        <w:rPr>
          <w:color w:val="000000"/>
        </w:rPr>
      </w:pPr>
      <w:r>
        <w:rPr>
          <w:color w:val="000000"/>
        </w:rPr>
        <w:t>So we did. And we walked into the room with that cake and all our paperwork, and for a moment they thought we’d surrendered.</w:t>
      </w:r>
    </w:p>
    <w:p w14:paraId="7262646A" w14:textId="77777777" w:rsidR="001A177D" w:rsidRDefault="001A177D" w:rsidP="001A177D">
      <w:pPr>
        <w:pStyle w:val="NormalWeb"/>
        <w:rPr>
          <w:color w:val="000000"/>
        </w:rPr>
      </w:pPr>
      <w:r>
        <w:rPr>
          <w:color w:val="000000"/>
        </w:rPr>
        <w:t>But we hadn’t. We’d simply won.</w:t>
      </w:r>
    </w:p>
    <w:p w14:paraId="0B60A79A" w14:textId="77777777" w:rsidR="00844369" w:rsidRDefault="00844369" w:rsidP="00844369">
      <w:pPr>
        <w:pStyle w:val="NormalWeb"/>
      </w:pPr>
      <w:r>
        <w:rPr>
          <w:rStyle w:val="Strong"/>
          <w:rFonts w:eastAsiaTheme="majorEastAsia"/>
        </w:rPr>
        <w:t>The Ruckus (closing arc of the works council saga)</w:t>
      </w:r>
    </w:p>
    <w:p w14:paraId="160A745F" w14:textId="77777777" w:rsidR="00844369" w:rsidRDefault="00844369" w:rsidP="00844369">
      <w:pPr>
        <w:pStyle w:val="NormalWeb"/>
      </w:pPr>
      <w:r>
        <w:t>The ink dried on the final agreements like blood on parchment. The acquisition went through, but not on their terms—on ours. Pensions secured, job guarantees in writing, golden handshakes for the old guard who’d fought the good fight. Even the cleaners got a clause. We’d rewritten the playbook, and for once, the people who made the place tick weren’t just collateral—they were at the top of the damn table.</w:t>
      </w:r>
    </w:p>
    <w:p w14:paraId="2A1F278C" w14:textId="77777777" w:rsidR="00844369" w:rsidRDefault="00844369" w:rsidP="00844369">
      <w:pPr>
        <w:pStyle w:val="NormalWeb"/>
      </w:pPr>
      <w:r>
        <w:t>The CEO made a half-hearted toast at the signing event. His glass clinked hollowly, eyes darting across the room as if he could spot the wiretap that ruined his masterplan. The COO looked like a man who had lost a bet with God. And us? We didn’t gloat. Not loudly, at least. We just stood a little taller that day. Even Charley cracked a rare smile—</w:t>
      </w:r>
      <w:r>
        <w:lastRenderedPageBreak/>
        <w:t>then immediately launched into a speech about precedent and vigilance and the eternal return of capitalist amnesia.</w:t>
      </w:r>
    </w:p>
    <w:p w14:paraId="083CE0D5" w14:textId="240A30C2" w:rsidR="00844369" w:rsidRDefault="00844369" w:rsidP="00844369">
      <w:pPr>
        <w:pStyle w:val="NormalWeb"/>
      </w:pPr>
      <w:r>
        <w:t xml:space="preserve">The aftermath was stranger still. Suddenly people were friendly to me in the hallway. Management invited me to meetings "for visibility." HR sent thank-you notes written in a font suspiciously close to Comic Sans. I got a new office—window-facing, no less—and people started calling me “Mister </w:t>
      </w:r>
      <w:r w:rsidR="00980846">
        <w:t>Egar</w:t>
      </w:r>
      <w:r>
        <w:t>.” Olivier made me a paper crown with the words “Lord of the Loophole” written on it in red wine and mustard.</w:t>
      </w:r>
    </w:p>
    <w:p w14:paraId="2289FCFC" w14:textId="77777777" w:rsidR="00844369" w:rsidRDefault="00844369" w:rsidP="00844369">
      <w:pPr>
        <w:pStyle w:val="NormalWeb"/>
      </w:pPr>
      <w:r>
        <w:t>But I was restless. I’d won something that didn’t feel like a prize. The system had bent—just a little—but not broken. And I? I wasn’t built for glass towers or ten-year-plans. I was already peering out the window, wondering what town lay beyond the horizon, what language I might stumble into next. Bureaucracy had been a war—but life, life was a riot waiting to happen.</w:t>
      </w:r>
    </w:p>
    <w:p w14:paraId="22BB0C77" w14:textId="2D7F0C48" w:rsidR="00844369" w:rsidRDefault="00844369" w:rsidP="00844369">
      <w:pPr>
        <w:pStyle w:val="NormalWeb"/>
      </w:pPr>
      <w:r>
        <w:t xml:space="preserve">One night, on the terrace, as the summer bruised the sky with </w:t>
      </w:r>
      <w:r w:rsidR="00980846">
        <w:t>color</w:t>
      </w:r>
      <w:r>
        <w:t>, Olivier lit a candle and poured a bottle of</w:t>
      </w:r>
      <w:r>
        <w:rPr>
          <w:rStyle w:val="apple-converted-space"/>
        </w:rPr>
        <w:t> </w:t>
      </w:r>
      <w:proofErr w:type="spellStart"/>
      <w:r>
        <w:rPr>
          <w:rStyle w:val="Emphasis"/>
        </w:rPr>
        <w:t>Chinon</w:t>
      </w:r>
      <w:proofErr w:type="spellEnd"/>
      <w:r w:rsidR="00980846">
        <w:rPr>
          <w:rStyle w:val="Emphasis"/>
        </w:rPr>
        <w:t xml:space="preserve"> </w:t>
      </w:r>
      <w:r>
        <w:t>he’d been saving for a revolution.</w:t>
      </w:r>
    </w:p>
    <w:p w14:paraId="7CD9FE8E" w14:textId="77777777" w:rsidR="00844369" w:rsidRDefault="00844369" w:rsidP="00844369">
      <w:pPr>
        <w:pStyle w:val="NormalWeb"/>
      </w:pPr>
      <w:r>
        <w:t xml:space="preserve">“So what now, monsieur le </w:t>
      </w:r>
      <w:proofErr w:type="spellStart"/>
      <w:r>
        <w:t>héros</w:t>
      </w:r>
      <w:proofErr w:type="spellEnd"/>
      <w:r>
        <w:t>?” he asked, raising a brow. “You’re going to settle down with spreadsheets and ISO audits?”</w:t>
      </w:r>
    </w:p>
    <w:p w14:paraId="520778CF" w14:textId="77777777" w:rsidR="00844369" w:rsidRDefault="00844369" w:rsidP="00844369">
      <w:pPr>
        <w:pStyle w:val="NormalWeb"/>
      </w:pPr>
      <w:r>
        <w:t>I laughed, but I didn’t answer.</w:t>
      </w:r>
    </w:p>
    <w:p w14:paraId="03B27458" w14:textId="77777777" w:rsidR="00844369" w:rsidRDefault="00844369" w:rsidP="00844369">
      <w:pPr>
        <w:pStyle w:val="NormalWeb"/>
      </w:pPr>
      <w:r>
        <w:t>Because something had begun to flicker in my chest again. That old restlessness, the hum of train tracks calling from far off. The deal was done, the war was over—but the road, ah, the road was just clearing its throat.</w:t>
      </w:r>
    </w:p>
    <w:p w14:paraId="702610F5" w14:textId="7E06FF3E" w:rsidR="00844369" w:rsidRDefault="00844369" w:rsidP="00844369">
      <w:pPr>
        <w:pStyle w:val="NormalWeb"/>
      </w:pPr>
      <w:r>
        <w:t>And somewhere in the wind that blew down from the dunes, I heard a whisper. A name I hadn’t said aloud in months. A place I hadn’t seen since the cherry blossoms. The unfinished sentence.</w:t>
      </w:r>
    </w:p>
    <w:p w14:paraId="7F6581A8" w14:textId="7F0CC9F0" w:rsidR="00844369" w:rsidRDefault="00844369" w:rsidP="00844369">
      <w:pPr>
        <w:pStyle w:val="NormalWeb"/>
      </w:pPr>
      <w:r>
        <w:t xml:space="preserve">Maybe it was time to </w:t>
      </w:r>
      <w:r w:rsidR="00333E71">
        <w:t xml:space="preserve">take stock and start over </w:t>
      </w:r>
      <w:r>
        <w:t xml:space="preserve"> again.</w:t>
      </w:r>
    </w:p>
    <w:p w14:paraId="12200DEE" w14:textId="77777777" w:rsidR="00E64D07" w:rsidRDefault="00E64D07">
      <w:pPr>
        <w:spacing w:after="200" w:line="276" w:lineRule="auto"/>
      </w:pPr>
    </w:p>
    <w:p w14:paraId="72C32326" w14:textId="77777777" w:rsidR="00E64D07" w:rsidRDefault="00E64D07" w:rsidP="00E64D07">
      <w:pPr>
        <w:pStyle w:val="NormalWeb"/>
        <w:rPr>
          <w:color w:val="000000"/>
        </w:rPr>
      </w:pPr>
      <w:r>
        <w:rPr>
          <w:rStyle w:val="Strong"/>
          <w:rFonts w:eastAsiaTheme="majorEastAsia"/>
          <w:color w:val="000000"/>
        </w:rPr>
        <w:t>The Ruckus (final pages of the chapter)</w:t>
      </w:r>
      <w:r>
        <w:rPr>
          <w:color w:val="000000"/>
        </w:rPr>
        <w:br/>
      </w:r>
      <w:r>
        <w:rPr>
          <w:rStyle w:val="Emphasis"/>
          <w:rFonts w:eastAsiaTheme="majorEastAsia"/>
          <w:color w:val="000000"/>
        </w:rPr>
        <w:t>The Last Word, and the Next Frequency</w:t>
      </w:r>
    </w:p>
    <w:p w14:paraId="432851C8" w14:textId="77777777" w:rsidR="00E64D07" w:rsidRDefault="00E64D07" w:rsidP="00E64D07">
      <w:pPr>
        <w:pStyle w:val="NormalWeb"/>
        <w:rPr>
          <w:color w:val="000000"/>
        </w:rPr>
      </w:pPr>
      <w:r>
        <w:rPr>
          <w:color w:val="000000"/>
        </w:rPr>
        <w:t>The deal was done. The revolution won. But I’d stayed too long at the fair.</w:t>
      </w:r>
    </w:p>
    <w:p w14:paraId="7CD62B90" w14:textId="77777777" w:rsidR="00E64D07" w:rsidRDefault="00E64D07" w:rsidP="00E64D07">
      <w:pPr>
        <w:pStyle w:val="NormalWeb"/>
        <w:rPr>
          <w:color w:val="000000"/>
        </w:rPr>
      </w:pPr>
      <w:r>
        <w:rPr>
          <w:color w:val="000000"/>
        </w:rPr>
        <w:t>Betty had noticed it first. I was talking in my sleep again—half-union jargon, half nursery rhymes. The kids thought I was dreaming of dragons. I was, in a way. Corporate ones. And it turned out, just because you’d slain one, didn’t mean its eggs weren’t hatching in the corner office.</w:t>
      </w:r>
    </w:p>
    <w:p w14:paraId="3F521F36" w14:textId="77777777" w:rsidR="00E64D07" w:rsidRDefault="00E64D07" w:rsidP="00E64D07">
      <w:pPr>
        <w:pStyle w:val="NormalWeb"/>
        <w:rPr>
          <w:color w:val="000000"/>
        </w:rPr>
      </w:pPr>
      <w:r>
        <w:rPr>
          <w:color w:val="000000"/>
        </w:rPr>
        <w:lastRenderedPageBreak/>
        <w:t>The 15% worker bonus clause got through—barely. A rising tide, I argued, should lift more than yachts. Charley, in a rare moment of brilliance not involving Latin quotations, added a kicker: If the Big Three—the CEO, CFO, and COO—jumped ship within five years, they’d be branded “bad losers” and forfeit their bonuses. That wiped the smirk off a few faces.</w:t>
      </w:r>
    </w:p>
    <w:p w14:paraId="4C8423AC" w14:textId="77777777" w:rsidR="00E64D07" w:rsidRDefault="00E64D07" w:rsidP="00E64D07">
      <w:pPr>
        <w:pStyle w:val="NormalWeb"/>
        <w:rPr>
          <w:color w:val="000000"/>
        </w:rPr>
      </w:pPr>
      <w:r>
        <w:rPr>
          <w:color w:val="000000"/>
        </w:rPr>
        <w:t>But the COO, thin-skinned and nursing a grudge, wasn’t done. He brought in a new manager to “support” me—his word, mine was “neutralize.” He introduced her in a room that still smelled of stale coffee and fresh betrayal.</w:t>
      </w:r>
    </w:p>
    <w:p w14:paraId="04595B26" w14:textId="77777777" w:rsidR="00E64D07" w:rsidRDefault="00E64D07" w:rsidP="00E64D07">
      <w:pPr>
        <w:pStyle w:val="NormalWeb"/>
        <w:rPr>
          <w:color w:val="000000"/>
        </w:rPr>
      </w:pPr>
      <w:r>
        <w:rPr>
          <w:color w:val="000000"/>
        </w:rPr>
        <w:t>“This is Mancinelli,” he said.</w:t>
      </w:r>
    </w:p>
    <w:p w14:paraId="730A763A" w14:textId="407DADD5" w:rsidR="00E64D07" w:rsidRDefault="00815340" w:rsidP="00E64D07">
      <w:pPr>
        <w:pStyle w:val="NormalWeb"/>
        <w:rPr>
          <w:color w:val="000000"/>
        </w:rPr>
      </w:pPr>
      <w:r>
        <w:rPr>
          <w:color w:val="000000"/>
        </w:rPr>
        <w:t xml:space="preserve">I misunderstood and thought he had said </w:t>
      </w:r>
      <w:r w:rsidR="00E64D07">
        <w:rPr>
          <w:color w:val="000000"/>
        </w:rPr>
        <w:t xml:space="preserve">“Machiavelli?” </w:t>
      </w:r>
      <w:r>
        <w:rPr>
          <w:color w:val="000000"/>
        </w:rPr>
        <w:t xml:space="preserve">to which </w:t>
      </w:r>
      <w:r w:rsidR="00E64D07">
        <w:rPr>
          <w:color w:val="000000"/>
        </w:rPr>
        <w:t>I replied, without skipping a beat. “Well… this should be interesting.”</w:t>
      </w:r>
    </w:p>
    <w:p w14:paraId="73667C76" w14:textId="77777777" w:rsidR="00E64D07" w:rsidRDefault="00E64D07" w:rsidP="00E64D07">
      <w:pPr>
        <w:pStyle w:val="NormalWeb"/>
        <w:rPr>
          <w:color w:val="000000"/>
        </w:rPr>
      </w:pPr>
      <w:r>
        <w:rPr>
          <w:color w:val="000000"/>
        </w:rPr>
        <w:t>She didn't smile. Not once in the entire meeting. She looked like she ironed her soul along with her blouse each morning. A climber, all angles and elbows, eager to make her bones. Her first order of business? Undermine me in every meeting. Second? Cancel my projects. Third? Announce, at my farewell party no less, that she and the company would be</w:t>
      </w:r>
      <w:r>
        <w:rPr>
          <w:rStyle w:val="apple-converted-space"/>
          <w:rFonts w:eastAsiaTheme="majorEastAsia"/>
          <w:color w:val="000000"/>
        </w:rPr>
        <w:t> </w:t>
      </w:r>
      <w:r>
        <w:rPr>
          <w:rStyle w:val="Emphasis"/>
          <w:rFonts w:eastAsiaTheme="majorEastAsia"/>
          <w:color w:val="000000"/>
        </w:rPr>
        <w:t>glad</w:t>
      </w:r>
      <w:r>
        <w:rPr>
          <w:rStyle w:val="apple-converted-space"/>
          <w:rFonts w:eastAsiaTheme="majorEastAsia"/>
          <w:color w:val="000000"/>
        </w:rPr>
        <w:t> </w:t>
      </w:r>
      <w:r>
        <w:rPr>
          <w:color w:val="000000"/>
        </w:rPr>
        <w:t>to see me gone.</w:t>
      </w:r>
    </w:p>
    <w:p w14:paraId="3DC1C290" w14:textId="77777777" w:rsidR="00E64D07" w:rsidRDefault="00E64D07" w:rsidP="00E64D07">
      <w:pPr>
        <w:pStyle w:val="NormalWeb"/>
        <w:rPr>
          <w:color w:val="000000"/>
        </w:rPr>
      </w:pPr>
      <w:r>
        <w:rPr>
          <w:color w:val="000000"/>
        </w:rPr>
        <w:t>It was meant to humiliate. Instead, it backfired spectacularly.</w:t>
      </w:r>
    </w:p>
    <w:p w14:paraId="4D51E65A" w14:textId="1BF7334C" w:rsidR="00E64D07" w:rsidRDefault="00E64D07" w:rsidP="00E64D07">
      <w:pPr>
        <w:pStyle w:val="NormalWeb"/>
        <w:rPr>
          <w:color w:val="000000"/>
        </w:rPr>
      </w:pPr>
      <w:r>
        <w:rPr>
          <w:color w:val="000000"/>
        </w:rPr>
        <w:t xml:space="preserve">There were boos. Actual boos. People turned their backs on her while hoisting beers in my </w:t>
      </w:r>
      <w:r w:rsidR="00815340">
        <w:rPr>
          <w:color w:val="000000"/>
        </w:rPr>
        <w:t>honor</w:t>
      </w:r>
      <w:r>
        <w:rPr>
          <w:color w:val="000000"/>
        </w:rPr>
        <w:t>. I could feel the floorboards shift with the force of it. She tried to keep talking, but the room had already voted.</w:t>
      </w:r>
    </w:p>
    <w:p w14:paraId="59FEF4F1" w14:textId="77777777" w:rsidR="00E64D07" w:rsidRDefault="00E64D07" w:rsidP="00E64D07">
      <w:pPr>
        <w:pStyle w:val="NormalWeb"/>
        <w:rPr>
          <w:color w:val="000000"/>
        </w:rPr>
      </w:pPr>
      <w:r>
        <w:rPr>
          <w:color w:val="000000"/>
        </w:rPr>
        <w:t>I stood then. No script, no notes, just that familiar hum—the whisper of the road in disguise. Not asphalt and thumbed rides this time, but change, transformation, movement all the same.</w:t>
      </w:r>
    </w:p>
    <w:p w14:paraId="2507B11F" w14:textId="428893FF" w:rsidR="00E64D07" w:rsidRDefault="00E64D07" w:rsidP="00E64D07">
      <w:pPr>
        <w:pStyle w:val="NormalWeb"/>
        <w:rPr>
          <w:color w:val="000000"/>
        </w:rPr>
      </w:pPr>
      <w:r>
        <w:rPr>
          <w:color w:val="000000"/>
        </w:rPr>
        <w:t xml:space="preserve">I looked her square in the eye, and the COO too, perched awkwardly at her side like a </w:t>
      </w:r>
      <w:r w:rsidR="00815340">
        <w:rPr>
          <w:color w:val="000000"/>
        </w:rPr>
        <w:t>taxidermized</w:t>
      </w:r>
      <w:r>
        <w:rPr>
          <w:color w:val="000000"/>
        </w:rPr>
        <w:t xml:space="preserve"> buzzard.</w:t>
      </w:r>
    </w:p>
    <w:p w14:paraId="3322B77F" w14:textId="7074D9D7" w:rsidR="00E64D07" w:rsidRDefault="00E64D07" w:rsidP="00E64D07">
      <w:pPr>
        <w:pStyle w:val="NormalWeb"/>
        <w:rPr>
          <w:color w:val="000000"/>
        </w:rPr>
      </w:pPr>
      <w:r>
        <w:rPr>
          <w:color w:val="000000"/>
        </w:rPr>
        <w:t>“I know you’ll be glad to finally see me walk out that front door,” I said. “But let me leave you with this. My new job’s at national TV and radio. So</w:t>
      </w:r>
      <w:r w:rsidR="00815340">
        <w:rPr>
          <w:color w:val="000000"/>
        </w:rPr>
        <w:t>,</w:t>
      </w:r>
      <w:r>
        <w:rPr>
          <w:color w:val="000000"/>
        </w:rPr>
        <w:t xml:space="preserve"> from now on, every time you sit down to watch your </w:t>
      </w:r>
      <w:r w:rsidR="00815340">
        <w:rPr>
          <w:color w:val="000000"/>
        </w:rPr>
        <w:t>favorite</w:t>
      </w:r>
      <w:r>
        <w:rPr>
          <w:color w:val="000000"/>
        </w:rPr>
        <w:t xml:space="preserve"> program, or tune in to your precious station for a bit of news or music—guess what? I’ll be there. Working away. Part of the fabric. Part of</w:t>
      </w:r>
      <w:r>
        <w:rPr>
          <w:rStyle w:val="apple-converted-space"/>
          <w:rFonts w:eastAsiaTheme="majorEastAsia"/>
          <w:color w:val="000000"/>
        </w:rPr>
        <w:t> </w:t>
      </w:r>
      <w:r>
        <w:rPr>
          <w:rStyle w:val="Emphasis"/>
          <w:rFonts w:eastAsiaTheme="majorEastAsia"/>
          <w:color w:val="000000"/>
        </w:rPr>
        <w:t>your</w:t>
      </w:r>
      <w:r>
        <w:rPr>
          <w:rStyle w:val="apple-converted-space"/>
          <w:rFonts w:eastAsiaTheme="majorEastAsia"/>
          <w:color w:val="000000"/>
        </w:rPr>
        <w:t> </w:t>
      </w:r>
      <w:r>
        <w:rPr>
          <w:color w:val="000000"/>
        </w:rPr>
        <w:t>daily routine. A voice in the background that you can never quite shut off.”</w:t>
      </w:r>
    </w:p>
    <w:p w14:paraId="55E656AE" w14:textId="77777777" w:rsidR="00E64D07" w:rsidRDefault="00E64D07" w:rsidP="00E64D07">
      <w:pPr>
        <w:pStyle w:val="NormalWeb"/>
        <w:rPr>
          <w:color w:val="000000"/>
        </w:rPr>
      </w:pPr>
      <w:r>
        <w:rPr>
          <w:color w:val="000000"/>
        </w:rPr>
        <w:t>Silence.</w:t>
      </w:r>
    </w:p>
    <w:p w14:paraId="00983F5C" w14:textId="77777777" w:rsidR="00E64D07" w:rsidRDefault="00E64D07" w:rsidP="00E64D07">
      <w:pPr>
        <w:pStyle w:val="NormalWeb"/>
        <w:rPr>
          <w:color w:val="000000"/>
        </w:rPr>
      </w:pPr>
      <w:r>
        <w:rPr>
          <w:color w:val="000000"/>
        </w:rPr>
        <w:t>Then a cheer. Then another. Then applause, loud and defiant, rolling like thunder down the corridors of the company I once called mine.</w:t>
      </w:r>
    </w:p>
    <w:p w14:paraId="6BC36058" w14:textId="77777777" w:rsidR="00E64D07" w:rsidRDefault="00E64D07" w:rsidP="00E64D07">
      <w:pPr>
        <w:pStyle w:val="NormalWeb"/>
        <w:rPr>
          <w:color w:val="000000"/>
        </w:rPr>
      </w:pPr>
      <w:r>
        <w:rPr>
          <w:color w:val="000000"/>
        </w:rPr>
        <w:lastRenderedPageBreak/>
        <w:t>A month later, Mancinelli was gone—sacked with immediate effect. The CEO and CFO had finally had enough. The COO? Put under supervision, with the same tight leash he'd once tried to wrap around my throat. It didn’t feel like victory. Not quite. More like a closing door that was finally allowed to shut behind me.</w:t>
      </w:r>
    </w:p>
    <w:p w14:paraId="41540B74" w14:textId="77777777" w:rsidR="00E64D07" w:rsidRDefault="00E64D07" w:rsidP="00E64D07">
      <w:pPr>
        <w:pStyle w:val="NormalWeb"/>
        <w:rPr>
          <w:color w:val="000000"/>
        </w:rPr>
      </w:pPr>
      <w:r>
        <w:rPr>
          <w:color w:val="000000"/>
        </w:rPr>
        <w:t>I was sad. There was so much promise in that place. But some things, once cracked, can’t be uncracked. The spell had broken. The ruckus had peaked.</w:t>
      </w:r>
    </w:p>
    <w:p w14:paraId="50482D58" w14:textId="77777777" w:rsidR="00E64D07" w:rsidRDefault="00E64D07" w:rsidP="00E64D07">
      <w:pPr>
        <w:pStyle w:val="NormalWeb"/>
        <w:rPr>
          <w:color w:val="000000"/>
        </w:rPr>
      </w:pPr>
      <w:r>
        <w:rPr>
          <w:color w:val="000000"/>
        </w:rPr>
        <w:t>It was time to descend again—to step off the dais and walk down to the quiet part of the world. To be shaken awake in a new field, with new hands, new voices, and new work.</w:t>
      </w:r>
    </w:p>
    <w:p w14:paraId="7C005864" w14:textId="77777777" w:rsidR="00E64D07" w:rsidRDefault="00E64D07" w:rsidP="00E64D07">
      <w:pPr>
        <w:pStyle w:val="NormalWeb"/>
        <w:rPr>
          <w:color w:val="000000"/>
        </w:rPr>
      </w:pPr>
      <w:r>
        <w:rPr>
          <w:color w:val="000000"/>
        </w:rPr>
        <w:t>I started at the NOB on a grey Monday with coffee in a paper cup and no one to recognize me in the hallway.</w:t>
      </w:r>
    </w:p>
    <w:p w14:paraId="344BE2D9" w14:textId="77777777" w:rsidR="00E64D07" w:rsidRDefault="00E64D07" w:rsidP="00E64D07">
      <w:pPr>
        <w:pStyle w:val="NormalWeb"/>
        <w:rPr>
          <w:color w:val="000000"/>
        </w:rPr>
      </w:pPr>
      <w:r>
        <w:rPr>
          <w:color w:val="000000"/>
        </w:rPr>
        <w:t>And it was perfect.</w:t>
      </w:r>
    </w:p>
    <w:p w14:paraId="5E4A75AC" w14:textId="77777777" w:rsidR="00E64D07" w:rsidRDefault="00E64D07" w:rsidP="00E64D07">
      <w:pPr>
        <w:pStyle w:val="NormalWeb"/>
        <w:rPr>
          <w:color w:val="000000"/>
        </w:rPr>
      </w:pPr>
      <w:r>
        <w:rPr>
          <w:color w:val="000000"/>
        </w:rPr>
        <w:t>A new whisper was rising—not of revolution, but of transmission. The hiss of a mic warming. The glow of an ON AIR light. A lower rung, perhaps—but truer somehow.</w:t>
      </w:r>
    </w:p>
    <w:p w14:paraId="69913554" w14:textId="77777777" w:rsidR="00E64D07" w:rsidRDefault="00E64D07" w:rsidP="00E64D07">
      <w:pPr>
        <w:pStyle w:val="NormalWeb"/>
        <w:rPr>
          <w:color w:val="000000"/>
        </w:rPr>
      </w:pPr>
      <w:r>
        <w:rPr>
          <w:color w:val="000000"/>
        </w:rPr>
        <w:t>And far in the distance, beneath the static of the moment, I could hear it.</w:t>
      </w:r>
    </w:p>
    <w:p w14:paraId="02B7BC4C" w14:textId="77777777" w:rsidR="00E64D07" w:rsidRDefault="00E64D07" w:rsidP="00E64D07">
      <w:pPr>
        <w:pStyle w:val="NormalWeb"/>
        <w:rPr>
          <w:color w:val="000000"/>
        </w:rPr>
      </w:pPr>
      <w:r>
        <w:rPr>
          <w:color w:val="000000"/>
        </w:rPr>
        <w:t>The next great noise.</w:t>
      </w:r>
    </w:p>
    <w:p w14:paraId="0A52472B" w14:textId="77777777" w:rsidR="00E64D07" w:rsidRDefault="00E64D07">
      <w:pPr>
        <w:spacing w:after="200" w:line="276" w:lineRule="auto"/>
      </w:pPr>
      <w:r>
        <w:br w:type="page"/>
      </w:r>
    </w:p>
    <w:p w14:paraId="1180F4D2" w14:textId="77777777" w:rsidR="00E64D07" w:rsidRDefault="00E64D07" w:rsidP="00E64D07">
      <w:pPr>
        <w:pStyle w:val="Heading2"/>
        <w:rPr>
          <w:color w:val="000000"/>
        </w:rPr>
      </w:pPr>
      <w:r>
        <w:rPr>
          <w:rStyle w:val="Strong"/>
          <w:b/>
          <w:bCs/>
          <w:color w:val="000000"/>
        </w:rPr>
        <w:lastRenderedPageBreak/>
        <w:t>Chapter: Signal and Noise</w:t>
      </w:r>
    </w:p>
    <w:p w14:paraId="1B3CD89C" w14:textId="77777777" w:rsidR="00E64D07" w:rsidRDefault="00E64D07" w:rsidP="00E64D07">
      <w:pPr>
        <w:pStyle w:val="NormalWeb"/>
        <w:rPr>
          <w:color w:val="000000"/>
        </w:rPr>
      </w:pPr>
      <w:r>
        <w:rPr>
          <w:rStyle w:val="Emphasis"/>
          <w:rFonts w:eastAsiaTheme="majorEastAsia"/>
          <w:color w:val="000000"/>
        </w:rPr>
        <w:t>Hilversum, 1990s – The New Road</w:t>
      </w:r>
    </w:p>
    <w:p w14:paraId="084E949E" w14:textId="3EB1A618" w:rsidR="00E64D07" w:rsidRDefault="00E64D07" w:rsidP="00E64D07">
      <w:pPr>
        <w:pStyle w:val="NormalWeb"/>
        <w:rPr>
          <w:color w:val="000000"/>
        </w:rPr>
      </w:pPr>
      <w:r>
        <w:rPr>
          <w:color w:val="000000"/>
        </w:rPr>
        <w:t xml:space="preserve">If you'd asked me a few years earlier where I’d end up, I’d have pointed toward the road, a guitar on my back, wind in my hair, and some </w:t>
      </w:r>
      <w:r w:rsidR="006C55F0">
        <w:rPr>
          <w:color w:val="000000"/>
        </w:rPr>
        <w:t>rumor</w:t>
      </w:r>
      <w:r>
        <w:rPr>
          <w:color w:val="000000"/>
        </w:rPr>
        <w:t xml:space="preserve"> of revolution buzzing in my ear. Instead, I found myself in Hilversum, the media brainstem of the Netherlands, sipping Nescafé beside men who could quote baud rates the way priests quoted scripture.</w:t>
      </w:r>
    </w:p>
    <w:p w14:paraId="49A830DD" w14:textId="77777777" w:rsidR="00E64D07" w:rsidRDefault="00E64D07" w:rsidP="00E64D07">
      <w:pPr>
        <w:pStyle w:val="NormalWeb"/>
        <w:rPr>
          <w:color w:val="000000"/>
        </w:rPr>
      </w:pPr>
      <w:r>
        <w:rPr>
          <w:color w:val="000000"/>
        </w:rPr>
        <w:t>But make no mistake—this was still a frontier. Just one with quieter boots and different weapons.</w:t>
      </w:r>
    </w:p>
    <w:p w14:paraId="5467625B" w14:textId="77777777" w:rsidR="00E64D07" w:rsidRDefault="00E64D07" w:rsidP="00E64D07">
      <w:pPr>
        <w:pStyle w:val="NormalWeb"/>
        <w:rPr>
          <w:color w:val="000000"/>
        </w:rPr>
      </w:pPr>
      <w:r>
        <w:rPr>
          <w:color w:val="000000"/>
        </w:rPr>
        <w:t>I wasn’t a broadcaster, not really. I didn’t read the news, or hold a boom mic, or wear a headset marked</w:t>
      </w:r>
      <w:r>
        <w:rPr>
          <w:rStyle w:val="apple-converted-space"/>
          <w:rFonts w:eastAsiaTheme="majorEastAsia"/>
          <w:color w:val="000000"/>
        </w:rPr>
        <w:t> </w:t>
      </w:r>
      <w:r>
        <w:rPr>
          <w:rStyle w:val="Emphasis"/>
          <w:rFonts w:eastAsiaTheme="majorEastAsia"/>
          <w:color w:val="000000"/>
        </w:rPr>
        <w:t>LIVE</w:t>
      </w:r>
      <w:r>
        <w:rPr>
          <w:color w:val="000000"/>
        </w:rPr>
        <w:t>. But I was deeper than that—further back in the bloodstream. We were the ones who took the raw content, the song, the sermon, the scream, and got it where it needed to go. From Amsterdam to Maastricht, from a humble studio in Utrecht to a satellite dish pointed out to sea.</w:t>
      </w:r>
    </w:p>
    <w:p w14:paraId="1D350F42" w14:textId="77777777" w:rsidR="00E64D07" w:rsidRDefault="00E64D07" w:rsidP="00E64D07">
      <w:pPr>
        <w:pStyle w:val="NormalWeb"/>
        <w:rPr>
          <w:color w:val="000000"/>
        </w:rPr>
      </w:pPr>
      <w:r>
        <w:rPr>
          <w:color w:val="000000"/>
        </w:rPr>
        <w:t>Before, this had meant tangles of cable—fistfuls of coax, copper nests, physical chaos disguised as order. Broadcast matrix routers like stone temples, blinking and burping like tired beasts. Entire rooms dedicated to switches. We’d joke about needing a degree in archaeology just to trace a feed.</w:t>
      </w:r>
    </w:p>
    <w:p w14:paraId="1797146C" w14:textId="1AC8F7EA" w:rsidR="00E64D07" w:rsidRDefault="00E64D07" w:rsidP="00E64D07">
      <w:pPr>
        <w:pStyle w:val="NormalWeb"/>
        <w:rPr>
          <w:color w:val="000000"/>
        </w:rPr>
      </w:pPr>
      <w:r>
        <w:rPr>
          <w:color w:val="000000"/>
        </w:rPr>
        <w:t>UTP</w:t>
      </w:r>
      <w:r w:rsidR="006C55F0">
        <w:rPr>
          <w:color w:val="000000"/>
        </w:rPr>
        <w:t xml:space="preserve"> was there but not in over flood, but it was where I came from the network side of things not the Broadcast side</w:t>
      </w:r>
      <w:r>
        <w:rPr>
          <w:color w:val="000000"/>
        </w:rPr>
        <w:t>.</w:t>
      </w:r>
    </w:p>
    <w:p w14:paraId="19F7249D" w14:textId="77777777" w:rsidR="00E64D07" w:rsidRDefault="00E64D07" w:rsidP="00E64D07">
      <w:pPr>
        <w:pStyle w:val="NormalWeb"/>
        <w:rPr>
          <w:color w:val="000000"/>
        </w:rPr>
      </w:pPr>
      <w:r>
        <w:rPr>
          <w:color w:val="000000"/>
        </w:rPr>
        <w:t>It arrived quietly, almost like a whisper. A single cable. One sleek blue cord that could carry what once took fifty. It was elegant. Unassuming. Revolutionary. Suddenly, space shrank. We could pump high-fidelity streams across cities without batting an eye. The network had become the road.</w:t>
      </w:r>
    </w:p>
    <w:p w14:paraId="39446969" w14:textId="77777777" w:rsidR="00E64D07" w:rsidRDefault="00E64D07" w:rsidP="00E64D07">
      <w:pPr>
        <w:pStyle w:val="NormalWeb"/>
        <w:rPr>
          <w:color w:val="000000"/>
        </w:rPr>
      </w:pPr>
      <w:r>
        <w:rPr>
          <w:color w:val="000000"/>
        </w:rPr>
        <w:t>I loved it. Loved the simplicity of it. The clarity. It reminded me of those long journeys across borders, where the chaos of human history had once tried to block your way, and then someone opened a gate and said</w:t>
      </w:r>
      <w:r>
        <w:rPr>
          <w:rStyle w:val="apple-converted-space"/>
          <w:rFonts w:eastAsiaTheme="majorEastAsia"/>
          <w:color w:val="000000"/>
        </w:rPr>
        <w:t> </w:t>
      </w:r>
      <w:r>
        <w:rPr>
          <w:rStyle w:val="Emphasis"/>
          <w:rFonts w:eastAsiaTheme="majorEastAsia"/>
          <w:color w:val="000000"/>
        </w:rPr>
        <w:t>go</w:t>
      </w:r>
      <w:r>
        <w:rPr>
          <w:color w:val="000000"/>
        </w:rPr>
        <w:t>. That’s what UTP was. An open gate.</w:t>
      </w:r>
    </w:p>
    <w:p w14:paraId="108CBAD6" w14:textId="77777777" w:rsidR="00E64D07" w:rsidRDefault="00E64D07" w:rsidP="00E64D07">
      <w:pPr>
        <w:pStyle w:val="NormalWeb"/>
        <w:rPr>
          <w:color w:val="000000"/>
        </w:rPr>
      </w:pPr>
      <w:r>
        <w:rPr>
          <w:color w:val="000000"/>
        </w:rPr>
        <w:t>Of course, not everyone saw it that way.</w:t>
      </w:r>
    </w:p>
    <w:p w14:paraId="01E8677B" w14:textId="77777777" w:rsidR="00E64D07" w:rsidRDefault="00E64D07" w:rsidP="00E64D07">
      <w:pPr>
        <w:pStyle w:val="NormalWeb"/>
        <w:rPr>
          <w:color w:val="000000"/>
        </w:rPr>
      </w:pPr>
      <w:r>
        <w:rPr>
          <w:color w:val="000000"/>
        </w:rPr>
        <w:t>The old guard—the cable men, the rack kings, the analogue mystics—hated it. Said it was too easy. Said it wasn’t</w:t>
      </w:r>
      <w:r>
        <w:rPr>
          <w:rStyle w:val="apple-converted-space"/>
          <w:rFonts w:eastAsiaTheme="majorEastAsia"/>
          <w:color w:val="000000"/>
        </w:rPr>
        <w:t> </w:t>
      </w:r>
      <w:r>
        <w:rPr>
          <w:rStyle w:val="Emphasis"/>
          <w:rFonts w:eastAsiaTheme="majorEastAsia"/>
          <w:color w:val="000000"/>
        </w:rPr>
        <w:t>real</w:t>
      </w:r>
      <w:r>
        <w:rPr>
          <w:color w:val="000000"/>
        </w:rPr>
        <w:t>. Said it couldn’t be trusted.</w:t>
      </w:r>
    </w:p>
    <w:p w14:paraId="4BD694F4" w14:textId="77777777" w:rsidR="00E64D07" w:rsidRDefault="00E64D07" w:rsidP="00E64D07">
      <w:pPr>
        <w:pStyle w:val="NormalWeb"/>
        <w:rPr>
          <w:color w:val="000000"/>
        </w:rPr>
      </w:pPr>
      <w:r>
        <w:rPr>
          <w:color w:val="000000"/>
        </w:rPr>
        <w:t>But they were protecting more than just wires. They were protecting kingdoms. With every advance, their maps were shrinking. They held their ground like old warlords, quoting voltage levels and sneering at software-defined switching like it was heresy.</w:t>
      </w:r>
    </w:p>
    <w:p w14:paraId="021D221F" w14:textId="77777777" w:rsidR="00E64D07" w:rsidRDefault="00E64D07" w:rsidP="00E64D07">
      <w:pPr>
        <w:pStyle w:val="NormalWeb"/>
        <w:rPr>
          <w:color w:val="000000"/>
        </w:rPr>
      </w:pPr>
      <w:r>
        <w:rPr>
          <w:color w:val="000000"/>
        </w:rPr>
        <w:lastRenderedPageBreak/>
        <w:t>A long struggle was brewing. Not loud, not with picket lines or newspaper headlines. But in meeting rooms, in policy documents, in quiet sabotage and sideways glances. A war not for land, but for</w:t>
      </w:r>
      <w:r>
        <w:rPr>
          <w:rStyle w:val="apple-converted-space"/>
          <w:rFonts w:eastAsiaTheme="majorEastAsia"/>
          <w:color w:val="000000"/>
        </w:rPr>
        <w:t> </w:t>
      </w:r>
      <w:r>
        <w:rPr>
          <w:rStyle w:val="Emphasis"/>
          <w:rFonts w:eastAsiaTheme="majorEastAsia"/>
          <w:color w:val="000000"/>
        </w:rPr>
        <w:t>relevance</w:t>
      </w:r>
      <w:r>
        <w:rPr>
          <w:color w:val="000000"/>
        </w:rPr>
        <w:t>.</w:t>
      </w:r>
    </w:p>
    <w:p w14:paraId="32B2C2B3" w14:textId="77777777" w:rsidR="00E64D07" w:rsidRDefault="00E64D07" w:rsidP="00E64D07">
      <w:pPr>
        <w:pStyle w:val="NormalWeb"/>
        <w:rPr>
          <w:color w:val="000000"/>
        </w:rPr>
      </w:pPr>
      <w:r>
        <w:rPr>
          <w:color w:val="000000"/>
        </w:rPr>
        <w:t>And there I was—again—somewhere in between. A translator between generations. I understood the craft of the old world. I respected it. But I also heard the call of the new. The pulse of packets, the rhythm of routers. It was the same music, just played on different instruments.</w:t>
      </w:r>
    </w:p>
    <w:p w14:paraId="0EE412CB" w14:textId="77777777" w:rsidR="00E64D07" w:rsidRDefault="00E64D07" w:rsidP="00E64D07">
      <w:pPr>
        <w:pStyle w:val="NormalWeb"/>
        <w:rPr>
          <w:color w:val="000000"/>
        </w:rPr>
      </w:pPr>
      <w:r>
        <w:rPr>
          <w:color w:val="000000"/>
        </w:rPr>
        <w:t>I found allies in strange places. A wiry young technician who built a makeshift multicast demo using equipment he smuggled in from home. An older engineer who finally admitted, over a pint, that he hadn’t</w:t>
      </w:r>
      <w:r>
        <w:rPr>
          <w:rStyle w:val="apple-converted-space"/>
          <w:rFonts w:eastAsiaTheme="majorEastAsia"/>
          <w:color w:val="000000"/>
        </w:rPr>
        <w:t> </w:t>
      </w:r>
      <w:r>
        <w:rPr>
          <w:rStyle w:val="Emphasis"/>
          <w:rFonts w:eastAsiaTheme="majorEastAsia"/>
          <w:color w:val="000000"/>
        </w:rPr>
        <w:t>touched</w:t>
      </w:r>
      <w:r>
        <w:rPr>
          <w:rStyle w:val="apple-converted-space"/>
          <w:rFonts w:eastAsiaTheme="majorEastAsia"/>
          <w:color w:val="000000"/>
        </w:rPr>
        <w:t> </w:t>
      </w:r>
      <w:r>
        <w:rPr>
          <w:color w:val="000000"/>
        </w:rPr>
        <w:t>a matrix panel in six months because “the damn UTP just works.” Little cracks in the dam.</w:t>
      </w:r>
    </w:p>
    <w:p w14:paraId="5EB19DFB" w14:textId="77777777" w:rsidR="00E64D07" w:rsidRDefault="00E64D07" w:rsidP="00E64D07">
      <w:pPr>
        <w:pStyle w:val="NormalWeb"/>
        <w:rPr>
          <w:color w:val="000000"/>
        </w:rPr>
      </w:pPr>
      <w:r>
        <w:rPr>
          <w:color w:val="000000"/>
        </w:rPr>
        <w:t>We weren’t trying to overthrow anyone. Not anymore. I’d done my share of firebrand speeches and backroom strategy. This was different. We were trying to</w:t>
      </w:r>
      <w:r>
        <w:rPr>
          <w:rStyle w:val="apple-converted-space"/>
          <w:rFonts w:eastAsiaTheme="majorEastAsia"/>
          <w:color w:val="000000"/>
        </w:rPr>
        <w:t> </w:t>
      </w:r>
      <w:r>
        <w:rPr>
          <w:rStyle w:val="Emphasis"/>
          <w:rFonts w:eastAsiaTheme="majorEastAsia"/>
          <w:color w:val="000000"/>
        </w:rPr>
        <w:t>build</w:t>
      </w:r>
      <w:r>
        <w:rPr>
          <w:color w:val="000000"/>
        </w:rPr>
        <w:t>. Make things move. Make the invisible real.</w:t>
      </w:r>
    </w:p>
    <w:p w14:paraId="5F0694C7" w14:textId="77777777" w:rsidR="00E64D07" w:rsidRDefault="00E64D07" w:rsidP="00E64D07">
      <w:pPr>
        <w:pStyle w:val="NormalWeb"/>
        <w:rPr>
          <w:color w:val="000000"/>
        </w:rPr>
      </w:pPr>
      <w:r>
        <w:rPr>
          <w:color w:val="000000"/>
        </w:rPr>
        <w:t>At night, I’d go home to Betty and the kids, hang up the work coat, and fall asleep with the soft hiss of cables still in my ears. Not angry anymore. Just tuned in. Attuned. And maybe, somewhere beneath the hum, I could hear it again—that whisper.</w:t>
      </w:r>
    </w:p>
    <w:p w14:paraId="1A867408" w14:textId="77777777" w:rsidR="00E64D07" w:rsidRDefault="00E64D07" w:rsidP="00E64D07">
      <w:pPr>
        <w:pStyle w:val="NormalWeb"/>
        <w:rPr>
          <w:color w:val="000000"/>
        </w:rPr>
      </w:pPr>
      <w:r>
        <w:rPr>
          <w:color w:val="000000"/>
        </w:rPr>
        <w:t>Not of leaving, this time, but of</w:t>
      </w:r>
      <w:r>
        <w:rPr>
          <w:rStyle w:val="apple-converted-space"/>
          <w:rFonts w:eastAsiaTheme="majorEastAsia"/>
          <w:color w:val="000000"/>
        </w:rPr>
        <w:t> </w:t>
      </w:r>
      <w:r>
        <w:rPr>
          <w:rStyle w:val="Emphasis"/>
          <w:rFonts w:eastAsiaTheme="majorEastAsia"/>
          <w:color w:val="000000"/>
        </w:rPr>
        <w:t>connecting</w:t>
      </w:r>
      <w:r>
        <w:rPr>
          <w:color w:val="000000"/>
        </w:rPr>
        <w:t>. From the backroom to the broadcast, from one mind to another, from idea to impact.</w:t>
      </w:r>
    </w:p>
    <w:p w14:paraId="331E134D" w14:textId="77777777" w:rsidR="00E64D07" w:rsidRDefault="00E64D07" w:rsidP="00E64D07">
      <w:pPr>
        <w:pStyle w:val="NormalWeb"/>
        <w:rPr>
          <w:color w:val="000000"/>
        </w:rPr>
      </w:pPr>
      <w:r>
        <w:rPr>
          <w:color w:val="000000"/>
        </w:rPr>
        <w:t>The old road had vanished under my feet, but the new one? It was</w:t>
      </w:r>
      <w:r>
        <w:rPr>
          <w:rStyle w:val="apple-converted-space"/>
          <w:rFonts w:eastAsiaTheme="majorEastAsia"/>
          <w:color w:val="000000"/>
        </w:rPr>
        <w:t> </w:t>
      </w:r>
      <w:r>
        <w:rPr>
          <w:rStyle w:val="Emphasis"/>
          <w:rFonts w:eastAsiaTheme="majorEastAsia"/>
          <w:color w:val="000000"/>
        </w:rPr>
        <w:t>everywhere</w:t>
      </w:r>
      <w:r>
        <w:rPr>
          <w:color w:val="000000"/>
        </w:rPr>
        <w:t>. Laid not with asphalt, but with light.</w:t>
      </w:r>
    </w:p>
    <w:p w14:paraId="23D733E3" w14:textId="77777777" w:rsidR="00E64D07" w:rsidRDefault="00E64D07" w:rsidP="00E64D07">
      <w:pPr>
        <w:pStyle w:val="NormalWeb"/>
        <w:rPr>
          <w:color w:val="000000"/>
        </w:rPr>
      </w:pPr>
      <w:r>
        <w:rPr>
          <w:color w:val="000000"/>
        </w:rPr>
        <w:t>And I was walking it again.</w:t>
      </w:r>
    </w:p>
    <w:p w14:paraId="55F83312" w14:textId="0BF32800" w:rsidR="00200A9E" w:rsidRDefault="00200A9E">
      <w:pPr>
        <w:spacing w:after="200" w:line="276" w:lineRule="auto"/>
      </w:pPr>
      <w:r>
        <w:br w:type="page"/>
      </w:r>
    </w:p>
    <w:p w14:paraId="74495FE6" w14:textId="77777777" w:rsidR="00200A9E" w:rsidRDefault="00200A9E" w:rsidP="00200A9E">
      <w:pPr>
        <w:pStyle w:val="Heading2"/>
      </w:pPr>
      <w:r>
        <w:rPr>
          <w:rStyle w:val="Strong"/>
          <w:b/>
          <w:bCs/>
        </w:rPr>
        <w:lastRenderedPageBreak/>
        <w:t>Chapter: The Switchers and the Saints</w:t>
      </w:r>
    </w:p>
    <w:p w14:paraId="3DF0F630" w14:textId="77777777" w:rsidR="00200A9E" w:rsidRDefault="00200A9E" w:rsidP="00200A9E">
      <w:pPr>
        <w:pStyle w:val="NormalWeb"/>
      </w:pPr>
      <w:r>
        <w:t>They called them the</w:t>
      </w:r>
      <w:r>
        <w:rPr>
          <w:rStyle w:val="apple-converted-space"/>
        </w:rPr>
        <w:t> </w:t>
      </w:r>
      <w:r>
        <w:rPr>
          <w:rStyle w:val="Emphasis"/>
          <w:rFonts w:eastAsiaTheme="majorEastAsia"/>
        </w:rPr>
        <w:t>button-pushers</w:t>
      </w:r>
      <w:r>
        <w:t>. Old men with nicotine-stained fingers and the power to cut off the Queen mid-sentence. They sat in dark control rooms lined with monitors, blinking like sleepy gods, deciding what made it to air and what died in a black box. They didn’t trust me.</w:t>
      </w:r>
    </w:p>
    <w:p w14:paraId="60215E09" w14:textId="77777777" w:rsidR="00200A9E" w:rsidRDefault="00200A9E" w:rsidP="00200A9E">
      <w:pPr>
        <w:pStyle w:val="NormalWeb"/>
      </w:pPr>
      <w:r>
        <w:t>“You’re a packet man,” one of them growled, “not a signal man.”</w:t>
      </w:r>
    </w:p>
    <w:p w14:paraId="7B216DDC" w14:textId="346CBBAA" w:rsidR="00200A9E" w:rsidRDefault="00200A9E" w:rsidP="00200A9E">
      <w:pPr>
        <w:pStyle w:val="NormalWeb"/>
      </w:pPr>
      <w:r>
        <w:t xml:space="preserve">It was true. I dealt in invisible things. Streams you couldn’t trace with a screwdriver. But I didn’t let it rattle me. I just smiled and sipped my </w:t>
      </w:r>
      <w:r w:rsidR="006C55F0">
        <w:t>coffee</w:t>
      </w:r>
      <w:r>
        <w:t>, the kind so strong it could revive a corpse, and asked what they thought of the new router install.</w:t>
      </w:r>
    </w:p>
    <w:p w14:paraId="4C809505" w14:textId="77777777" w:rsidR="00200A9E" w:rsidRDefault="00200A9E" w:rsidP="00200A9E">
      <w:pPr>
        <w:pStyle w:val="NormalWeb"/>
      </w:pPr>
      <w:r>
        <w:t>“It’s witchcraft,” another muttered.</w:t>
      </w:r>
    </w:p>
    <w:p w14:paraId="7BE1C3A5" w14:textId="77777777" w:rsidR="00200A9E" w:rsidRDefault="00200A9E" w:rsidP="00200A9E">
      <w:pPr>
        <w:pStyle w:val="NormalWeb"/>
      </w:pPr>
      <w:r>
        <w:t>Witchcraft or not, the change was coming.</w:t>
      </w:r>
    </w:p>
    <w:p w14:paraId="1F1B8130" w14:textId="77777777" w:rsidR="00200A9E" w:rsidRDefault="00200A9E" w:rsidP="00200A9E">
      <w:pPr>
        <w:pStyle w:val="NormalWeb"/>
      </w:pPr>
      <w:r>
        <w:t>The office politics in Hilversum were unlike any I'd known. Not fists and fury like the factory floor, but sharper, colder—like fencing with fountain pens. If you looked closely, you could almost see the invisible alliances. The lunchtime tables told you everything. Who still believed in copper. Who had surrendered to fiber. Who was quietly plotting to stall the inevitable by “just one more review cycle.”</w:t>
      </w:r>
    </w:p>
    <w:p w14:paraId="5FA6B936" w14:textId="77777777" w:rsidR="00200A9E" w:rsidRDefault="00200A9E" w:rsidP="00200A9E">
      <w:pPr>
        <w:pStyle w:val="NormalWeb"/>
      </w:pPr>
      <w:r>
        <w:t xml:space="preserve">No longer in the last job, no—but echoes of her type remained. Project managers who came from the world of buzzwords and KPI spreadsheets, who couldn’t tell a coax from a </w:t>
      </w:r>
      <w:proofErr w:type="spellStart"/>
      <w:r>
        <w:t>coaxswain</w:t>
      </w:r>
      <w:proofErr w:type="spellEnd"/>
      <w:r>
        <w:t>, but who smiled with shark eyes and said things like “Let’s think outside the signal path.” One of them once asked me, with straight-faced sincerity, if “UTP could carry emotion.”</w:t>
      </w:r>
    </w:p>
    <w:p w14:paraId="1A1C3E23" w14:textId="77777777" w:rsidR="00200A9E" w:rsidRDefault="00200A9E" w:rsidP="00200A9E">
      <w:pPr>
        <w:pStyle w:val="NormalWeb"/>
      </w:pPr>
      <w:r>
        <w:t>I told her, “Only if you cry near the switchboard.”</w:t>
      </w:r>
    </w:p>
    <w:p w14:paraId="48887F4F" w14:textId="77777777" w:rsidR="00200A9E" w:rsidRDefault="00200A9E" w:rsidP="00200A9E">
      <w:pPr>
        <w:pStyle w:val="NormalWeb"/>
      </w:pPr>
      <w:r>
        <w:t>But I wasn’t just here to be cheeky. I was here to</w:t>
      </w:r>
      <w:r>
        <w:rPr>
          <w:rStyle w:val="apple-converted-space"/>
        </w:rPr>
        <w:t> </w:t>
      </w:r>
      <w:r>
        <w:rPr>
          <w:rStyle w:val="Emphasis"/>
          <w:rFonts w:eastAsiaTheme="majorEastAsia"/>
        </w:rPr>
        <w:t>build</w:t>
      </w:r>
      <w:r>
        <w:t>. The backbone of the broadcast world was shifting—broadcast was becoming broadband. A different beast entirely. We weren’t just pushing TV to living rooms anymore. We were preparing for a world where content flowed like water. On-demand. On-device. From studio to street in seconds.</w:t>
      </w:r>
    </w:p>
    <w:p w14:paraId="3788D530" w14:textId="77777777" w:rsidR="00200A9E" w:rsidRDefault="00200A9E" w:rsidP="00200A9E">
      <w:pPr>
        <w:pStyle w:val="NormalWeb"/>
      </w:pPr>
      <w:r>
        <w:t>But the saints were still needed.</w:t>
      </w:r>
    </w:p>
    <w:p w14:paraId="176763F6" w14:textId="77777777" w:rsidR="00200A9E" w:rsidRDefault="00200A9E" w:rsidP="00200A9E">
      <w:pPr>
        <w:pStyle w:val="NormalWeb"/>
      </w:pPr>
      <w:r>
        <w:t>The ones who knew the bones of the building. The old engineers who could rewire a switchboard blindfolded. The operators who had names for the hums of each room. I made a point of listening to them. Not just out of respect, but because they</w:t>
      </w:r>
      <w:r>
        <w:rPr>
          <w:rStyle w:val="apple-converted-space"/>
        </w:rPr>
        <w:t> </w:t>
      </w:r>
      <w:r>
        <w:rPr>
          <w:rStyle w:val="Emphasis"/>
          <w:rFonts w:eastAsiaTheme="majorEastAsia"/>
        </w:rPr>
        <w:t>felt</w:t>
      </w:r>
      <w:r>
        <w:rPr>
          <w:rStyle w:val="apple-converted-space"/>
        </w:rPr>
        <w:t> </w:t>
      </w:r>
      <w:r>
        <w:t>things most of us had forgotten to feel. They could sense interference like monks felt earthquakes. One even claimed he could</w:t>
      </w:r>
      <w:r>
        <w:rPr>
          <w:rStyle w:val="apple-converted-space"/>
        </w:rPr>
        <w:t> </w:t>
      </w:r>
      <w:r>
        <w:rPr>
          <w:rStyle w:val="Emphasis"/>
          <w:rFonts w:eastAsiaTheme="majorEastAsia"/>
        </w:rPr>
        <w:t>smell</w:t>
      </w:r>
      <w:r>
        <w:rPr>
          <w:rStyle w:val="apple-converted-space"/>
        </w:rPr>
        <w:t> </w:t>
      </w:r>
      <w:r>
        <w:t>a failing PSU before it died. And the maddest part? He wasn’t wrong.</w:t>
      </w:r>
    </w:p>
    <w:p w14:paraId="74729FD1" w14:textId="77777777" w:rsidR="00200A9E" w:rsidRDefault="00200A9E" w:rsidP="00200A9E">
      <w:pPr>
        <w:pStyle w:val="NormalWeb"/>
      </w:pPr>
      <w:r>
        <w:lastRenderedPageBreak/>
        <w:t>That’s when I began to understand something vital: it wasn’t a war between the old and the new. It was a</w:t>
      </w:r>
      <w:r>
        <w:rPr>
          <w:rStyle w:val="apple-converted-space"/>
        </w:rPr>
        <w:t> </w:t>
      </w:r>
      <w:r>
        <w:rPr>
          <w:rStyle w:val="Emphasis"/>
          <w:rFonts w:eastAsiaTheme="majorEastAsia"/>
        </w:rPr>
        <w:t>handover</w:t>
      </w:r>
      <w:r>
        <w:t>. And I was somewhere in the middle. A bridge.</w:t>
      </w:r>
    </w:p>
    <w:p w14:paraId="6C6A11C1" w14:textId="77777777" w:rsidR="00200A9E" w:rsidRDefault="00200A9E" w:rsidP="00200A9E">
      <w:pPr>
        <w:pStyle w:val="NormalWeb"/>
      </w:pPr>
      <w:r>
        <w:t>So I started bringing them in.</w:t>
      </w:r>
    </w:p>
    <w:p w14:paraId="3C380A7B" w14:textId="77777777" w:rsidR="00200A9E" w:rsidRDefault="00200A9E" w:rsidP="00200A9E">
      <w:pPr>
        <w:pStyle w:val="NormalWeb"/>
      </w:pPr>
      <w:r>
        <w:t>Invited the old guard into packet workshops. Let them test the new gear. Asked them what</w:t>
      </w:r>
      <w:r>
        <w:rPr>
          <w:rStyle w:val="apple-converted-space"/>
        </w:rPr>
        <w:t> </w:t>
      </w:r>
      <w:r>
        <w:rPr>
          <w:rStyle w:val="Emphasis"/>
          <w:rFonts w:eastAsiaTheme="majorEastAsia"/>
        </w:rPr>
        <w:t>they</w:t>
      </w:r>
      <w:r>
        <w:rPr>
          <w:rStyle w:val="apple-converted-space"/>
        </w:rPr>
        <w:t> </w:t>
      </w:r>
      <w:r>
        <w:t>would build if they could start from scratch. Some left. Some scoffed. But a few stayed. A few leaned in. One even said, with a grin, “Well I’ll be damned. It’s just signal in a different suit.”</w:t>
      </w:r>
    </w:p>
    <w:p w14:paraId="4CF6E3C7" w14:textId="77777777" w:rsidR="00200A9E" w:rsidRDefault="00200A9E" w:rsidP="00200A9E">
      <w:pPr>
        <w:pStyle w:val="NormalWeb"/>
      </w:pPr>
      <w:r>
        <w:t>Exactly.</w:t>
      </w:r>
    </w:p>
    <w:p w14:paraId="368D33FE" w14:textId="3E4CFA73" w:rsidR="00200A9E" w:rsidRDefault="00200A9E" w:rsidP="00200A9E">
      <w:pPr>
        <w:pStyle w:val="NormalWeb"/>
      </w:pPr>
      <w:r>
        <w:t xml:space="preserve">The whisper grew louder. The laughter returned. Not the raucous barroom howl of younger days, but the knowing chuckle between two men bent over a rack, </w:t>
      </w:r>
      <w:r w:rsidR="00C05AE2">
        <w:t>realizing</w:t>
      </w:r>
      <w:r>
        <w:t xml:space="preserve"> they’d both been right all along.</w:t>
      </w:r>
    </w:p>
    <w:p w14:paraId="621063EC" w14:textId="77777777" w:rsidR="00200A9E" w:rsidRDefault="00200A9E" w:rsidP="00200A9E">
      <w:pPr>
        <w:pStyle w:val="NormalWeb"/>
      </w:pPr>
      <w:r>
        <w:t>And somewhere in the background, the world kept watching its screens—unaware that everything had changed behind the curtain.</w:t>
      </w:r>
    </w:p>
    <w:p w14:paraId="29BE710A" w14:textId="77777777" w:rsidR="00735722" w:rsidRDefault="00735722">
      <w:pPr>
        <w:spacing w:after="200" w:line="276" w:lineRule="auto"/>
      </w:pPr>
      <w:r>
        <w:br w:type="page"/>
      </w:r>
    </w:p>
    <w:p w14:paraId="0A0366ED" w14:textId="77777777" w:rsidR="00735722" w:rsidRDefault="00735722" w:rsidP="00735722">
      <w:pPr>
        <w:pStyle w:val="Heading2"/>
      </w:pPr>
      <w:r>
        <w:rPr>
          <w:rStyle w:val="Strong"/>
          <w:b/>
          <w:bCs/>
        </w:rPr>
        <w:lastRenderedPageBreak/>
        <w:t>Chapter: The House That Never Slept</w:t>
      </w:r>
    </w:p>
    <w:p w14:paraId="3F9040DA" w14:textId="77777777" w:rsidR="00735722" w:rsidRDefault="00735722" w:rsidP="00735722">
      <w:pPr>
        <w:pStyle w:val="NormalWeb"/>
      </w:pPr>
      <w:r>
        <w:t>There was a rhythm in the house, even if it sounded more like jazz than a march. It wasn't smooth or predictable—more like something Thelonious Monk might tap out after three espressos and an argument. But it was</w:t>
      </w:r>
      <w:r>
        <w:rPr>
          <w:rStyle w:val="apple-converted-space"/>
          <w:rFonts w:eastAsiaTheme="majorEastAsia"/>
        </w:rPr>
        <w:t> </w:t>
      </w:r>
      <w:r>
        <w:rPr>
          <w:rStyle w:val="Emphasis"/>
          <w:rFonts w:eastAsiaTheme="majorEastAsia"/>
        </w:rPr>
        <w:t>ours</w:t>
      </w:r>
      <w:r>
        <w:t>.</w:t>
      </w:r>
      <w:r>
        <w:br/>
        <w:t>The house</w:t>
      </w:r>
      <w:r>
        <w:rPr>
          <w:rStyle w:val="apple-converted-space"/>
          <w:rFonts w:eastAsiaTheme="majorEastAsia"/>
        </w:rPr>
        <w:t> </w:t>
      </w:r>
      <w:r>
        <w:rPr>
          <w:rStyle w:val="Emphasis"/>
          <w:rFonts w:eastAsiaTheme="majorEastAsia"/>
        </w:rPr>
        <w:t>breathed</w:t>
      </w:r>
      <w:r>
        <w:t>.</w:t>
      </w:r>
    </w:p>
    <w:p w14:paraId="1C14D239" w14:textId="77777777" w:rsidR="00735722" w:rsidRDefault="00735722" w:rsidP="00735722">
      <w:pPr>
        <w:pStyle w:val="NormalWeb"/>
      </w:pPr>
      <w:r>
        <w:t>Betty was the still point around which the chaos spun, though she'd scoff if you said so. She could navigate a school form, a dental appointment, a stubborn boiler, and a child’s heartbreak with the same dry wit and unflappable warmth. She didn’t need spotlights—just good shoes and a working kettle.</w:t>
      </w:r>
    </w:p>
    <w:p w14:paraId="65D1A52E" w14:textId="77777777" w:rsidR="00735722" w:rsidRDefault="00735722" w:rsidP="00735722">
      <w:pPr>
        <w:pStyle w:val="NormalWeb"/>
      </w:pPr>
      <w:r>
        <w:t>The kids arrived like comets—each blazing through the universe in their own direction.</w:t>
      </w:r>
    </w:p>
    <w:p w14:paraId="36BAB2B3" w14:textId="77777777" w:rsidR="00735722" w:rsidRDefault="00735722" w:rsidP="00735722">
      <w:pPr>
        <w:pStyle w:val="NormalWeb"/>
      </w:pPr>
      <w:r>
        <w:t>Our eldest, all angles and ideals, went through a political phase at breakfast and a nihilist one by dinner. But underneath the rebellion was a heart like an oak tree—strong, protective, rooted. When he joined the army, we didn’t stop him. Couldn’t. He said he wanted to make a difference. And I believed him. But when the deployment came, when the word</w:t>
      </w:r>
      <w:r>
        <w:rPr>
          <w:rStyle w:val="apple-converted-space"/>
          <w:rFonts w:eastAsiaTheme="majorEastAsia"/>
        </w:rPr>
        <w:t> </w:t>
      </w:r>
      <w:r>
        <w:rPr>
          <w:rStyle w:val="Emphasis"/>
          <w:rFonts w:eastAsiaTheme="majorEastAsia"/>
        </w:rPr>
        <w:t>Iraq</w:t>
      </w:r>
      <w:r>
        <w:rPr>
          <w:rStyle w:val="apple-converted-space"/>
          <w:rFonts w:eastAsiaTheme="majorEastAsia"/>
        </w:rPr>
        <w:t> </w:t>
      </w:r>
      <w:r>
        <w:t>was whispered in a hallway—I won’t lie: the world tilted. Betty stopped mid-sentence and didn’t finish it for a full week.</w:t>
      </w:r>
    </w:p>
    <w:p w14:paraId="33664077" w14:textId="77777777" w:rsidR="00735722" w:rsidRDefault="00735722" w:rsidP="00735722">
      <w:pPr>
        <w:pStyle w:val="NormalWeb"/>
      </w:pPr>
      <w:r>
        <w:t>Our middle one—</w:t>
      </w:r>
      <w:r>
        <w:rPr>
          <w:rStyle w:val="Emphasis"/>
          <w:rFonts w:eastAsiaTheme="majorEastAsia"/>
        </w:rPr>
        <w:t xml:space="preserve">de </w:t>
      </w:r>
      <w:proofErr w:type="spellStart"/>
      <w:r>
        <w:rPr>
          <w:rStyle w:val="Emphasis"/>
          <w:rFonts w:eastAsiaTheme="majorEastAsia"/>
        </w:rPr>
        <w:t>middelste</w:t>
      </w:r>
      <w:proofErr w:type="spellEnd"/>
      <w:r>
        <w:t>—had a quiet fire that people often missed. He didn’t shout. Didn’t posture. But his hands... God, those hands. They could fix a hinge, tune a guitar, build a shed, and soothe a sick sibling all in the same day. He had the precision of a poet and the patience of a saint. A chip off the old block, they said. Maybe. But with better instincts.</w:t>
      </w:r>
    </w:p>
    <w:p w14:paraId="74C3DAFC" w14:textId="12BF9384" w:rsidR="00735722" w:rsidRDefault="00735722" w:rsidP="00735722">
      <w:pPr>
        <w:pStyle w:val="NormalWeb"/>
      </w:pPr>
      <w:r>
        <w:t xml:space="preserve">And the youngest—our wanderer. Quick to laugh, quicker to leave. One day, they were talking about a short trip to Australia to “try something new.” The next week, they were halfway to Darwin with a rucksack, </w:t>
      </w:r>
      <w:r w:rsidR="00C05AE2">
        <w:t>our blessing</w:t>
      </w:r>
      <w:r>
        <w:t>, and not much else. We watched them walk through the airport glass with that bounce in their step, that spark I remembered from a Paris street all those years ago. I didn’t cry. But the road stirred inside me again that day.</w:t>
      </w:r>
    </w:p>
    <w:p w14:paraId="18B4F9DF" w14:textId="77777777" w:rsidR="00735722" w:rsidRDefault="00735722" w:rsidP="00735722">
      <w:pPr>
        <w:pStyle w:val="NormalWeb"/>
      </w:pPr>
      <w:r>
        <w:t>Our home—perched above some sleepy Dutch street—was always half-packed, half-messy, and somehow always warm. You could trip over guitar cables, find stray homework on the loo, or get into an existential debate before your first coffee. But there was</w:t>
      </w:r>
      <w:r>
        <w:rPr>
          <w:rStyle w:val="apple-converted-space"/>
          <w:rFonts w:eastAsiaTheme="majorEastAsia"/>
        </w:rPr>
        <w:t> </w:t>
      </w:r>
      <w:r>
        <w:rPr>
          <w:rStyle w:val="Emphasis"/>
          <w:rFonts w:eastAsiaTheme="majorEastAsia"/>
        </w:rPr>
        <w:t>life</w:t>
      </w:r>
      <w:r>
        <w:rPr>
          <w:rStyle w:val="apple-converted-space"/>
          <w:rFonts w:eastAsiaTheme="majorEastAsia"/>
        </w:rPr>
        <w:t> </w:t>
      </w:r>
      <w:r>
        <w:t>in the walls. Music, laughter, shouting, doors slamming, sauce burning, old records spinning.</w:t>
      </w:r>
    </w:p>
    <w:p w14:paraId="71E2B14E" w14:textId="77777777" w:rsidR="00735722" w:rsidRDefault="00735722" w:rsidP="00735722">
      <w:pPr>
        <w:pStyle w:val="NormalWeb"/>
      </w:pPr>
      <w:r>
        <w:t>Some nights, Betty and I would sit up late after they’d all gone to bed. A glass of wine, the TV murmuring in the background, socks tucked under the coffee table. We'd talk about work, about dreams we no longer chased, about the strangeness of time.</w:t>
      </w:r>
    </w:p>
    <w:p w14:paraId="20B9009D" w14:textId="77777777" w:rsidR="00735722" w:rsidRDefault="00735722" w:rsidP="00735722">
      <w:pPr>
        <w:pStyle w:val="NormalWeb"/>
      </w:pPr>
      <w:r>
        <w:t>“How did we get here?” I once asked.</w:t>
      </w:r>
      <w:r>
        <w:br/>
        <w:t>She laughed. “By accident. And because no one stopped us.”</w:t>
      </w:r>
      <w:r>
        <w:br/>
      </w:r>
      <w:r>
        <w:lastRenderedPageBreak/>
        <w:t>Then she squeezed my hand, and I swear it still felt like Paris, like neon light on rain-slick streets.</w:t>
      </w:r>
    </w:p>
    <w:p w14:paraId="74594380" w14:textId="77777777" w:rsidR="00735722" w:rsidRDefault="00735722" w:rsidP="00735722">
      <w:pPr>
        <w:pStyle w:val="NormalWeb"/>
      </w:pPr>
      <w:r>
        <w:t>This chapter of life—domesticity, the slow poetry of it—wasn't what the old me imagined. It wasn’t glory or escape. It was</w:t>
      </w:r>
      <w:r>
        <w:rPr>
          <w:rStyle w:val="apple-converted-space"/>
          <w:rFonts w:eastAsiaTheme="majorEastAsia"/>
        </w:rPr>
        <w:t> </w:t>
      </w:r>
      <w:r>
        <w:rPr>
          <w:rStyle w:val="Emphasis"/>
          <w:rFonts w:eastAsiaTheme="majorEastAsia"/>
        </w:rPr>
        <w:t>belonging</w:t>
      </w:r>
      <w:r>
        <w:t>. And sometimes, in the middle of a chaotic Sunday lunch or a quiet Monday night, I’d think: maybe this is what the road was leading to all along.</w:t>
      </w:r>
    </w:p>
    <w:p w14:paraId="1F7F75BF" w14:textId="77777777" w:rsidR="00735722" w:rsidRDefault="00735722" w:rsidP="00735722">
      <w:pPr>
        <w:pStyle w:val="NormalWeb"/>
      </w:pPr>
      <w:r>
        <w:t>Not the ruckus. Not even the romance.</w:t>
      </w:r>
      <w:r>
        <w:br/>
        <w:t>Just this:</w:t>
      </w:r>
      <w:r>
        <w:br/>
        <w:t>A house that never slept.</w:t>
      </w:r>
      <w:r>
        <w:br/>
        <w:t>A life that never stopped moving, even when we stayed still.</w:t>
      </w:r>
    </w:p>
    <w:p w14:paraId="32D9BE1E" w14:textId="49138194" w:rsidR="00735722" w:rsidRDefault="00735722" w:rsidP="00735722">
      <w:pPr>
        <w:pStyle w:val="Heading2"/>
      </w:pPr>
      <w:r>
        <w:rPr>
          <w:rStyle w:val="Emphasis"/>
        </w:rPr>
        <w:t>The House That Never Slept</w:t>
      </w:r>
      <w:r>
        <w:rPr>
          <w:rStyle w:val="apple-converted-space"/>
        </w:rPr>
        <w:t> </w:t>
      </w:r>
      <w:r>
        <w:t>(continued)</w:t>
      </w:r>
    </w:p>
    <w:p w14:paraId="665F622F" w14:textId="77777777" w:rsidR="00735722" w:rsidRDefault="00735722" w:rsidP="00735722">
      <w:pPr>
        <w:pStyle w:val="NormalWeb"/>
      </w:pPr>
      <w:r>
        <w:t>It was a strange kind of battlefield sometimes—our home. Not of violence, but of wills and words. Some mornings the kitchen table felt like a press conference, with each of the kids lobbying for something: a ride, some cash, or just to be</w:t>
      </w:r>
      <w:r>
        <w:rPr>
          <w:rStyle w:val="apple-converted-space"/>
          <w:rFonts w:eastAsiaTheme="majorEastAsia"/>
        </w:rPr>
        <w:t> </w:t>
      </w:r>
      <w:r>
        <w:rPr>
          <w:rStyle w:val="Emphasis"/>
          <w:rFonts w:eastAsiaTheme="majorEastAsia"/>
        </w:rPr>
        <w:t>heard</w:t>
      </w:r>
      <w:r>
        <w:t>. Arguments would flare and then die just as suddenly, usually over cereal or missing socks. Sometimes it was hard to believe we were all sharing the same oxygen.</w:t>
      </w:r>
    </w:p>
    <w:p w14:paraId="74468461" w14:textId="77777777" w:rsidR="00735722" w:rsidRDefault="00735722" w:rsidP="00735722">
      <w:pPr>
        <w:pStyle w:val="NormalWeb"/>
      </w:pPr>
      <w:r>
        <w:t>But</w:t>
      </w:r>
      <w:r>
        <w:rPr>
          <w:rStyle w:val="apple-converted-space"/>
          <w:rFonts w:eastAsiaTheme="majorEastAsia"/>
        </w:rPr>
        <w:t> </w:t>
      </w:r>
      <w:r>
        <w:rPr>
          <w:rStyle w:val="Emphasis"/>
          <w:rFonts w:eastAsiaTheme="majorEastAsia"/>
        </w:rPr>
        <w:t>God</w:t>
      </w:r>
      <w:r>
        <w:t>, there was love.</w:t>
      </w:r>
    </w:p>
    <w:p w14:paraId="50517F3D" w14:textId="63CC3290" w:rsidR="00735722" w:rsidRDefault="00735722" w:rsidP="00735722">
      <w:pPr>
        <w:pStyle w:val="NormalWeb"/>
      </w:pPr>
      <w:r>
        <w:t xml:space="preserve">I remember the eldest coming back from </w:t>
      </w:r>
      <w:r w:rsidR="000C4095">
        <w:t>Iraq</w:t>
      </w:r>
      <w:r>
        <w:t>, leaner, sharper, his wit now laced with steel. He had changed. War does that, even before it starts. We sat in the back garden one evening—no lights, just the smell of grass and distant church bells. He didn’t say much. But he asked about</w:t>
      </w:r>
      <w:r>
        <w:rPr>
          <w:rStyle w:val="apple-converted-space"/>
          <w:rFonts w:eastAsiaTheme="majorEastAsia"/>
        </w:rPr>
        <w:t> </w:t>
      </w:r>
      <w:r>
        <w:rPr>
          <w:rStyle w:val="Emphasis"/>
          <w:rFonts w:eastAsiaTheme="majorEastAsia"/>
        </w:rPr>
        <w:t>us</w:t>
      </w:r>
      <w:r>
        <w:t>—about how we were doing. That meant more than any medal he might earn. Then, when the deployment came, we stood in the hallway, suitcases by the door. Betty kissed his forehead, still her little boy no matter the camouflage. And I—I could barely breathe. We said we were proud. And we were. But pride and fear have the same heartbeat sometimes.</w:t>
      </w:r>
    </w:p>
    <w:p w14:paraId="618B26B1" w14:textId="77777777" w:rsidR="00735722" w:rsidRDefault="00735722" w:rsidP="00735722">
      <w:pPr>
        <w:pStyle w:val="NormalWeb"/>
      </w:pPr>
      <w:r>
        <w:t>When he came back… well, it was him. And it wasn’t. He walked differently. Slept less. Laughed less. We didn’t press him, not at first. But one night, he broke down over a film on TV. Some cheap war drama. And the silence that followed said more than he ever could. Betty held him like she did when he was five. And I watched, my heart breaking twice over—for who he was and for what he’d seen.</w:t>
      </w:r>
    </w:p>
    <w:p w14:paraId="325844D8" w14:textId="77777777" w:rsidR="00735722" w:rsidRDefault="00735722" w:rsidP="00735722">
      <w:pPr>
        <w:pStyle w:val="NormalWeb"/>
      </w:pPr>
      <w:r>
        <w:t>Our middle one never left, not really. His workshop was a temple of order. Everything had its place—unlike the rest of the house. He built us a new kitchen table once, after the old one finally buckled under years of elbows and spilled milk and teenage tantrums. Solid oak, with edges worn smooth like old truths. He didn’t say much about it. Just left a note:</w:t>
      </w:r>
      <w:r>
        <w:rPr>
          <w:rStyle w:val="apple-converted-space"/>
          <w:rFonts w:eastAsiaTheme="majorEastAsia"/>
        </w:rPr>
        <w:t> </w:t>
      </w:r>
      <w:r>
        <w:rPr>
          <w:rStyle w:val="Emphasis"/>
          <w:rFonts w:eastAsiaTheme="majorEastAsia"/>
        </w:rPr>
        <w:t>“Built to last. Like us.”</w:t>
      </w:r>
      <w:r>
        <w:rPr>
          <w:rStyle w:val="apple-converted-space"/>
          <w:rFonts w:eastAsiaTheme="majorEastAsia"/>
        </w:rPr>
        <w:t> </w:t>
      </w:r>
      <w:r>
        <w:t>That table still holds every conversation we never finished.</w:t>
      </w:r>
    </w:p>
    <w:p w14:paraId="7F55E590" w14:textId="77777777" w:rsidR="00735722" w:rsidRDefault="00735722" w:rsidP="00735722">
      <w:pPr>
        <w:pStyle w:val="NormalWeb"/>
      </w:pPr>
      <w:r>
        <w:t>And our youngest, our spark, our wanderer—sent postcards from everywhere.</w:t>
      </w:r>
      <w:r>
        <w:rPr>
          <w:rStyle w:val="apple-converted-space"/>
          <w:rFonts w:eastAsiaTheme="majorEastAsia"/>
        </w:rPr>
        <w:t> </w:t>
      </w:r>
      <w:r>
        <w:rPr>
          <w:rStyle w:val="Emphasis"/>
          <w:rFonts w:eastAsiaTheme="majorEastAsia"/>
        </w:rPr>
        <w:t>Cairns</w:t>
      </w:r>
      <w:r>
        <w:t>,</w:t>
      </w:r>
      <w:r>
        <w:rPr>
          <w:rStyle w:val="apple-converted-space"/>
          <w:rFonts w:eastAsiaTheme="majorEastAsia"/>
        </w:rPr>
        <w:t> </w:t>
      </w:r>
      <w:r>
        <w:rPr>
          <w:rStyle w:val="Emphasis"/>
          <w:rFonts w:eastAsiaTheme="majorEastAsia"/>
        </w:rPr>
        <w:t>Melbourne</w:t>
      </w:r>
      <w:r>
        <w:t>,</w:t>
      </w:r>
      <w:r>
        <w:rPr>
          <w:rStyle w:val="apple-converted-space"/>
          <w:rFonts w:eastAsiaTheme="majorEastAsia"/>
        </w:rPr>
        <w:t> </w:t>
      </w:r>
      <w:r>
        <w:rPr>
          <w:rStyle w:val="Emphasis"/>
          <w:rFonts w:eastAsiaTheme="majorEastAsia"/>
        </w:rPr>
        <w:t>Alice Springs</w:t>
      </w:r>
      <w:r>
        <w:t xml:space="preserve">. Sometimes they'd write poetry on the </w:t>
      </w:r>
      <w:r>
        <w:lastRenderedPageBreak/>
        <w:t>back of restaurant menus, stories about kangaroos stealing food, or gigs played barefoot in dusty bars. Once they called from a payphone, drunk on cheap red wine and joy. “I met a girl who thinks I’m a genius,” they said. “She might be right,” I told them. Then they cried, and I knew that even on the far side of the world, we were still tethered.</w:t>
      </w:r>
    </w:p>
    <w:p w14:paraId="1D54B003" w14:textId="77777777" w:rsidR="00735722" w:rsidRDefault="00735722" w:rsidP="00735722">
      <w:pPr>
        <w:pStyle w:val="NormalWeb"/>
      </w:pPr>
      <w:r>
        <w:t xml:space="preserve">And through it all, Betty—my co-conspirator in the great domestic opera. She bore the weight of a thousand unseen </w:t>
      </w:r>
      <w:proofErr w:type="spellStart"/>
      <w:r>
        <w:t>labours</w:t>
      </w:r>
      <w:proofErr w:type="spellEnd"/>
      <w:r>
        <w:t xml:space="preserve">. The GP visits, the school reports, the family feuds, the whispered fears in the dark. We laughed, too—endlessly. About the things the kids said, the </w:t>
      </w:r>
      <w:proofErr w:type="spellStart"/>
      <w:r>
        <w:t>neighbours</w:t>
      </w:r>
      <w:proofErr w:type="spellEnd"/>
      <w:r>
        <w:t>, the nonsense at work. She was</w:t>
      </w:r>
      <w:r>
        <w:rPr>
          <w:rStyle w:val="apple-converted-space"/>
          <w:rFonts w:eastAsiaTheme="majorEastAsia"/>
        </w:rPr>
        <w:t> </w:t>
      </w:r>
      <w:r>
        <w:rPr>
          <w:rStyle w:val="Emphasis"/>
          <w:rFonts w:eastAsiaTheme="majorEastAsia"/>
        </w:rPr>
        <w:t>sharp</w:t>
      </w:r>
      <w:r>
        <w:t>. Nobody got the better of her. And she never let me drown in self-pity, even when I was battered from the world.</w:t>
      </w:r>
    </w:p>
    <w:p w14:paraId="54F12FBE" w14:textId="77777777" w:rsidR="00735722" w:rsidRDefault="00735722" w:rsidP="00735722">
      <w:pPr>
        <w:pStyle w:val="NormalWeb"/>
      </w:pPr>
      <w:r>
        <w:t>Sometimes I’d come home after a long day and find her in the garden, snipping dead heads off roses. “They’re still beautiful,” she’d say. “Just not blooming anymore.”</w:t>
      </w:r>
      <w:r>
        <w:br/>
        <w:t>She could have been talking about anything—about people, about time, about us.</w:t>
      </w:r>
      <w:r>
        <w:br/>
        <w:t>But she smiled, and I knew we were still blooming. Just differently.</w:t>
      </w:r>
    </w:p>
    <w:p w14:paraId="43C15EE5" w14:textId="77777777" w:rsidR="00735722" w:rsidRDefault="00735722" w:rsidP="00735722">
      <w:pPr>
        <w:pStyle w:val="NormalWeb"/>
      </w:pPr>
      <w:r>
        <w:t>There were rough patches. Illnesses. Financial scrapes. Doors slammed and words we wished we hadn’t said. But always,</w:t>
      </w:r>
      <w:r>
        <w:rPr>
          <w:rStyle w:val="apple-converted-space"/>
          <w:rFonts w:eastAsiaTheme="majorEastAsia"/>
        </w:rPr>
        <w:t> </w:t>
      </w:r>
      <w:r>
        <w:rPr>
          <w:rStyle w:val="Emphasis"/>
          <w:rFonts w:eastAsiaTheme="majorEastAsia"/>
        </w:rPr>
        <w:t>always</w:t>
      </w:r>
      <w:r>
        <w:t xml:space="preserve">, we came back to the </w:t>
      </w:r>
      <w:proofErr w:type="spellStart"/>
      <w:r>
        <w:t>centre</w:t>
      </w:r>
      <w:proofErr w:type="spellEnd"/>
      <w:r>
        <w:t xml:space="preserve"> of it all—this home we’d built not from bricks, but from memory and forgiveness and Friday-night dinners that ran late.</w:t>
      </w:r>
    </w:p>
    <w:p w14:paraId="6C624CFB" w14:textId="77777777" w:rsidR="00735722" w:rsidRDefault="00735722" w:rsidP="00735722">
      <w:pPr>
        <w:pStyle w:val="NormalWeb"/>
      </w:pPr>
      <w:r>
        <w:t>Evenings would fall with the familiar sounds—the kettle boiling, the dog barking at shadows, the murmur of a guitar upstairs.</w:t>
      </w:r>
      <w:r>
        <w:br/>
        <w:t>And I'd sit by the window, the streetlights coming on like old friends, and whisper to myself,</w:t>
      </w:r>
      <w:r>
        <w:rPr>
          <w:rStyle w:val="apple-converted-space"/>
          <w:rFonts w:eastAsiaTheme="majorEastAsia"/>
        </w:rPr>
        <w:t> </w:t>
      </w:r>
      <w:r>
        <w:rPr>
          <w:rStyle w:val="Emphasis"/>
          <w:rFonts w:eastAsiaTheme="majorEastAsia"/>
        </w:rPr>
        <w:t>“So this is what it’s all been for.”</w:t>
      </w:r>
    </w:p>
    <w:p w14:paraId="12303891" w14:textId="77777777" w:rsidR="00735722" w:rsidRDefault="00735722" w:rsidP="00735722">
      <w:pPr>
        <w:pStyle w:val="NormalWeb"/>
      </w:pPr>
      <w:r>
        <w:t>The road hadn’t disappeared. It had simply come home. Taken its shoes off. Hung its coat on the hook. And decided to stay, just for a while.</w:t>
      </w:r>
    </w:p>
    <w:p w14:paraId="4D046EF0" w14:textId="77777777" w:rsidR="00735722" w:rsidRDefault="00735722">
      <w:pPr>
        <w:spacing w:after="200" w:line="276" w:lineRule="auto"/>
      </w:pPr>
      <w:r>
        <w:br w:type="page"/>
      </w:r>
    </w:p>
    <w:p w14:paraId="3E20BFE9" w14:textId="77777777" w:rsidR="00735722" w:rsidRPr="00281CC0" w:rsidRDefault="00735722" w:rsidP="00735722">
      <w:pPr>
        <w:spacing w:before="100" w:beforeAutospacing="1" w:after="100" w:afterAutospacing="1"/>
        <w:outlineLvl w:val="1"/>
        <w:rPr>
          <w:b/>
          <w:bCs/>
          <w:color w:val="000000"/>
          <w:sz w:val="36"/>
          <w:szCs w:val="36"/>
        </w:rPr>
      </w:pPr>
      <w:r w:rsidRPr="00281CC0">
        <w:rPr>
          <w:b/>
          <w:bCs/>
          <w:color w:val="000000"/>
          <w:sz w:val="36"/>
          <w:szCs w:val="36"/>
        </w:rPr>
        <w:lastRenderedPageBreak/>
        <w:t>Chapter Title: </w:t>
      </w:r>
      <w:r w:rsidRPr="00281CC0">
        <w:rPr>
          <w:b/>
          <w:bCs/>
          <w:i/>
          <w:iCs/>
          <w:color w:val="000000"/>
          <w:sz w:val="36"/>
          <w:szCs w:val="36"/>
        </w:rPr>
        <w:t>The Cracks in the Wallpaper</w:t>
      </w:r>
    </w:p>
    <w:p w14:paraId="096F1581" w14:textId="7F424986" w:rsidR="00735722" w:rsidRPr="00281CC0" w:rsidRDefault="00735722" w:rsidP="00735722">
      <w:pPr>
        <w:spacing w:before="100" w:beforeAutospacing="1" w:after="100" w:afterAutospacing="1"/>
        <w:rPr>
          <w:color w:val="000000"/>
        </w:rPr>
      </w:pPr>
      <w:r w:rsidRPr="00281CC0">
        <w:rPr>
          <w:color w:val="000000"/>
        </w:rPr>
        <w:t xml:space="preserve">Winter came in quietly that year. The kind that sneaks up on your bones while you’re distracted, brushing frost off the car windshield with one hand and waving to the </w:t>
      </w:r>
      <w:r w:rsidR="000C4095" w:rsidRPr="00281CC0">
        <w:rPr>
          <w:color w:val="000000"/>
        </w:rPr>
        <w:t>neighbor</w:t>
      </w:r>
      <w:r w:rsidRPr="00281CC0">
        <w:rPr>
          <w:color w:val="000000"/>
        </w:rPr>
        <w:t xml:space="preserve"> with the other. A house doesn’t always show its strain in the walls or the woodwork. Sometimes it’s in the silences between the dinner table jokes, the missed glances between partners. Other times, it’s in the little triumphs: a child’s drawing stuck to the fridge, a birthday cake held together by icing and prayer, or the way someone comes home late but still kicks off their shoes quietly so as not to wake the dog.</w:t>
      </w:r>
    </w:p>
    <w:p w14:paraId="0598B0C3" w14:textId="77777777" w:rsidR="00735722" w:rsidRPr="00281CC0" w:rsidRDefault="00735722" w:rsidP="00735722">
      <w:pPr>
        <w:spacing w:before="100" w:beforeAutospacing="1" w:after="100" w:afterAutospacing="1"/>
        <w:rPr>
          <w:color w:val="000000"/>
        </w:rPr>
      </w:pPr>
      <w:r w:rsidRPr="00281CC0">
        <w:rPr>
          <w:color w:val="000000"/>
        </w:rPr>
        <w:t>Life at home had settled into a strange rhythm. We were no longer young enough to chase after the children, but not yet old enough to be still. Betty ran the house with the grace and grit of a woman who had weathered every storm thrown at her. She carried the weight of everyone’s dreams on her back and still found time to laugh. The kids—well, they had grown fast, the way saplings do when you forget to check the garden for a few months.</w:t>
      </w:r>
    </w:p>
    <w:p w14:paraId="4DC1D379" w14:textId="77777777" w:rsidR="00735722" w:rsidRPr="00281CC0" w:rsidRDefault="00735722" w:rsidP="00735722">
      <w:pPr>
        <w:spacing w:before="100" w:beforeAutospacing="1" w:after="100" w:afterAutospacing="1"/>
        <w:rPr>
          <w:color w:val="000000"/>
        </w:rPr>
      </w:pPr>
      <w:r w:rsidRPr="00281CC0">
        <w:rPr>
          <w:color w:val="000000"/>
        </w:rPr>
        <w:t>There were years strung together by birthdays and Christmases, by the smell of roast chicken and the clink of wine glasses. The middle child, a craftsman to his core, could build a table from nothing but instinct and wood shavings. His hands, steady as the sunrise, had an intuition I envied. The youngest, full of promise, set his sights on Australia—tanned limbs and callused palms—sending back sun-drenched letters that smelled like freedom. And the eldest, always a bit like me in the worst ways, joined the army and found himself on the wrong end of a rifle in Iraq. The letters from him were sparse, stiff with things unsaid, and the phone calls were like talking through water—his voice distant, always a little choked, like the war hadn’t quite let go of him even after he’d come home.</w:t>
      </w:r>
    </w:p>
    <w:p w14:paraId="1FDAB05C" w14:textId="77777777" w:rsidR="00735722" w:rsidRPr="00281CC0" w:rsidRDefault="00735722" w:rsidP="00735722">
      <w:pPr>
        <w:spacing w:before="100" w:beforeAutospacing="1" w:after="100" w:afterAutospacing="1"/>
        <w:rPr>
          <w:color w:val="000000"/>
        </w:rPr>
      </w:pPr>
      <w:r w:rsidRPr="00281CC0">
        <w:rPr>
          <w:color w:val="000000"/>
        </w:rPr>
        <w:t>At Christmas, we’d gather in a lopsided circle, the kids now adults, their partners slipping into the fold like leaves into a stream. One year, the tree caught fire—cheap lights, too close to the radiator—and for a few seconds the living room glowed like Bethlehem had descended into the suburbs. We put it out with a bucket and a half a bottle of white wine. Everyone laughed, but I caught Betty later in the kitchen, wiping her eyes with the edge of the tea towel. “They’re all here,” she whispered, “this year at least.”</w:t>
      </w:r>
    </w:p>
    <w:p w14:paraId="23AC8660" w14:textId="77777777" w:rsidR="00735722" w:rsidRPr="00281CC0" w:rsidRDefault="00735722" w:rsidP="00735722">
      <w:pPr>
        <w:spacing w:before="100" w:beforeAutospacing="1" w:after="100" w:afterAutospacing="1"/>
        <w:rPr>
          <w:color w:val="000000"/>
        </w:rPr>
      </w:pPr>
      <w:r w:rsidRPr="00281CC0">
        <w:rPr>
          <w:color w:val="000000"/>
        </w:rPr>
        <w:t>And that was the truth of it: every gathering might be the last as it was. The shape of the family kept changing—kids leaving, coming back, growing facial hair, opinions, families of their own. The house held all the echoes. And through it all, I kept working. Kept fixing, wiring, building, dodging the deeper truth like a drunk avoiding mirrors.</w:t>
      </w:r>
    </w:p>
    <w:p w14:paraId="2CABD942" w14:textId="0A9EC568" w:rsidR="00735722" w:rsidRPr="00281CC0" w:rsidRDefault="00735722" w:rsidP="00735722"/>
    <w:p w14:paraId="32AE4C3C" w14:textId="77777777" w:rsidR="00735722" w:rsidRDefault="00735722">
      <w:pPr>
        <w:spacing w:after="200" w:line="276" w:lineRule="auto"/>
        <w:rPr>
          <w:b/>
          <w:bCs/>
          <w:color w:val="000000"/>
          <w:sz w:val="36"/>
          <w:szCs w:val="36"/>
        </w:rPr>
      </w:pPr>
      <w:r>
        <w:rPr>
          <w:b/>
          <w:bCs/>
          <w:color w:val="000000"/>
          <w:sz w:val="36"/>
          <w:szCs w:val="36"/>
        </w:rPr>
        <w:br w:type="page"/>
      </w:r>
    </w:p>
    <w:p w14:paraId="57BA7E49" w14:textId="0807EA25" w:rsidR="00735722" w:rsidRPr="00281CC0" w:rsidRDefault="00735722" w:rsidP="00735722">
      <w:pPr>
        <w:spacing w:before="100" w:beforeAutospacing="1" w:after="100" w:afterAutospacing="1"/>
        <w:outlineLvl w:val="1"/>
        <w:rPr>
          <w:b/>
          <w:bCs/>
          <w:color w:val="000000"/>
          <w:sz w:val="36"/>
          <w:szCs w:val="36"/>
        </w:rPr>
      </w:pPr>
      <w:r w:rsidRPr="00281CC0">
        <w:rPr>
          <w:b/>
          <w:bCs/>
          <w:color w:val="000000"/>
          <w:sz w:val="36"/>
          <w:szCs w:val="36"/>
        </w:rPr>
        <w:lastRenderedPageBreak/>
        <w:t>Chapter Title: </w:t>
      </w:r>
      <w:r w:rsidRPr="00281CC0">
        <w:rPr>
          <w:b/>
          <w:bCs/>
          <w:i/>
          <w:iCs/>
          <w:color w:val="000000"/>
          <w:sz w:val="36"/>
          <w:szCs w:val="36"/>
        </w:rPr>
        <w:t>The Hilmar Problem</w:t>
      </w:r>
    </w:p>
    <w:p w14:paraId="288B9109" w14:textId="77777777" w:rsidR="00735722" w:rsidRPr="00281CC0" w:rsidRDefault="00735722" w:rsidP="00735722">
      <w:pPr>
        <w:spacing w:before="100" w:beforeAutospacing="1" w:after="100" w:afterAutospacing="1"/>
        <w:rPr>
          <w:color w:val="000000"/>
        </w:rPr>
      </w:pPr>
      <w:r w:rsidRPr="00281CC0">
        <w:rPr>
          <w:color w:val="000000"/>
        </w:rPr>
        <w:t>And at work—well, work was a different kind of war.</w:t>
      </w:r>
    </w:p>
    <w:p w14:paraId="0D47C9EF" w14:textId="77777777" w:rsidR="00735722" w:rsidRPr="00281CC0" w:rsidRDefault="00735722" w:rsidP="00735722">
      <w:pPr>
        <w:spacing w:before="100" w:beforeAutospacing="1" w:after="100" w:afterAutospacing="1"/>
        <w:rPr>
          <w:color w:val="000000"/>
        </w:rPr>
      </w:pPr>
      <w:r w:rsidRPr="00281CC0">
        <w:rPr>
          <w:color w:val="000000"/>
        </w:rPr>
        <w:t>Hilmar arrived like a sheep dipped in oil—slick, unassuming, and impossible to grip. A Youth for Christ from the Dutch Bible Belt, he oozed civility and “God bless you” charm, but just below the surface ran a current of pettiness and fear that could corrode steel. The man could walk into a room and suck the warmth from the walls. And yet somehow, he always ended up sitting beside the boss at the Christmas dinner.</w:t>
      </w:r>
    </w:p>
    <w:p w14:paraId="161A8A21" w14:textId="77777777" w:rsidR="00735722" w:rsidRPr="00281CC0" w:rsidRDefault="00735722" w:rsidP="00735722">
      <w:pPr>
        <w:spacing w:before="100" w:beforeAutospacing="1" w:after="100" w:afterAutospacing="1"/>
        <w:rPr>
          <w:color w:val="000000"/>
        </w:rPr>
      </w:pPr>
      <w:r w:rsidRPr="00281CC0">
        <w:rPr>
          <w:color w:val="000000"/>
        </w:rPr>
        <w:t>The rest of us—engineers, wire-wranglers, caffeine fiends—we lived by a few golden rules. One was the Cake Rule: you make a mistake, you bring cake. The bigger the mess-up, the more glorious the tart. Everyone paid their dues in pastry. Except Hilmar. He’d happily point out your mistakes, scoff the largest slice, and never once cross the bakery threshold. The kind of lad who'd eat your biscuits and then complain they weren’t crunchy enough.</w:t>
      </w:r>
    </w:p>
    <w:p w14:paraId="1331BF3A" w14:textId="77777777" w:rsidR="00735722" w:rsidRPr="00281CC0" w:rsidRDefault="00735722" w:rsidP="00735722">
      <w:pPr>
        <w:spacing w:before="100" w:beforeAutospacing="1" w:after="100" w:afterAutospacing="1"/>
        <w:rPr>
          <w:color w:val="000000"/>
        </w:rPr>
      </w:pPr>
      <w:r w:rsidRPr="00281CC0">
        <w:rPr>
          <w:color w:val="000000"/>
        </w:rPr>
        <w:t>He had a knack for making other people feel small, for stealing thunder and offering back drizzle. He'd take over problems others brought to him, solve them in secret, and then berate the poor soul who tried to learn from the mess. You couldn’t build a team around that. You could only work around him, and work around him we did.</w:t>
      </w:r>
    </w:p>
    <w:p w14:paraId="7681C020" w14:textId="77777777" w:rsidR="00735722" w:rsidRPr="00281CC0" w:rsidRDefault="00735722" w:rsidP="00735722">
      <w:pPr>
        <w:spacing w:before="100" w:beforeAutospacing="1" w:after="100" w:afterAutospacing="1"/>
        <w:rPr>
          <w:color w:val="000000"/>
        </w:rPr>
      </w:pPr>
      <w:r w:rsidRPr="00281CC0">
        <w:rPr>
          <w:color w:val="000000"/>
        </w:rPr>
        <w:t>Paul and I had been tasked with reimagining the entire network that carried the Dutch broadcast world—from Amsterdam to Maastricht. A modern, layered, powerful structure. Edge routers, internal firewalls, a layer-3 approach that avoided the old spaghetti-spanning tree hellscape. Juniper gear, chosen not only for performance but for the price—Cisco was the IBM of our time, good until it owned you.</w:t>
      </w:r>
    </w:p>
    <w:p w14:paraId="6AB48455" w14:textId="77777777" w:rsidR="00735722" w:rsidRPr="00281CC0" w:rsidRDefault="00735722" w:rsidP="00735722">
      <w:pPr>
        <w:spacing w:before="100" w:beforeAutospacing="1" w:after="100" w:afterAutospacing="1"/>
        <w:rPr>
          <w:color w:val="000000"/>
        </w:rPr>
      </w:pPr>
      <w:r w:rsidRPr="00281CC0">
        <w:rPr>
          <w:color w:val="000000"/>
        </w:rPr>
        <w:t>What we didn’t count on was Hilmar running his own lab project in secret, the old-school way, with cronies from outside the company. When management asked us to finish </w:t>
      </w:r>
      <w:r w:rsidRPr="00281CC0">
        <w:rPr>
          <w:i/>
          <w:iCs/>
          <w:color w:val="000000"/>
        </w:rPr>
        <w:t>his</w:t>
      </w:r>
      <w:r w:rsidRPr="00281CC0">
        <w:rPr>
          <w:color w:val="000000"/>
        </w:rPr>
        <w:t> lab while he went on holiday, we said </w:t>
      </w:r>
      <w:r w:rsidRPr="00281CC0">
        <w:rPr>
          <w:i/>
          <w:iCs/>
          <w:color w:val="000000"/>
        </w:rPr>
        <w:t>absolutely not</w:t>
      </w:r>
      <w:r w:rsidRPr="00281CC0">
        <w:rPr>
          <w:color w:val="000000"/>
        </w:rPr>
        <w:t>. We’d designed the real thing. The other was a ghost, cobbled together by someone who couldn’t even wire an RX/TX correctly. That particular gem ended in Hilmar taking credit for “fixing” a link we never actually touched—Niels and I nearly wet ourselves laughing.</w:t>
      </w:r>
    </w:p>
    <w:p w14:paraId="2A45A2B2" w14:textId="77777777" w:rsidR="00735722" w:rsidRPr="00281CC0" w:rsidRDefault="00735722" w:rsidP="00735722">
      <w:pPr>
        <w:spacing w:before="100" w:beforeAutospacing="1" w:after="100" w:afterAutospacing="1"/>
        <w:rPr>
          <w:color w:val="000000"/>
        </w:rPr>
      </w:pPr>
      <w:r w:rsidRPr="00281CC0">
        <w:rPr>
          <w:color w:val="000000"/>
        </w:rPr>
        <w:t>Niels—there was a man. An unsung hero. Infrastructure wizard. Salt of the Earth with a toolbox and a glint in his eye. He and I, always in early to beat the traffic, knew the lay of the land better than most of the suits ever would. And when the office started thinning—layoffs, reshuffles, the typical slow implosion of a company trying to reinvent itself—we joked about “the list.” The list of who was next to go. There was no list, of course, but we whispered and winked and had half the team believing we were Nostradamus in work boots.</w:t>
      </w:r>
    </w:p>
    <w:p w14:paraId="4C7F5D22" w14:textId="77777777" w:rsidR="00735722" w:rsidRPr="00281CC0" w:rsidRDefault="00735722" w:rsidP="00735722">
      <w:pPr>
        <w:spacing w:before="100" w:beforeAutospacing="1" w:after="100" w:afterAutospacing="1"/>
        <w:rPr>
          <w:color w:val="000000"/>
        </w:rPr>
      </w:pPr>
      <w:r w:rsidRPr="00281CC0">
        <w:rPr>
          <w:color w:val="000000"/>
        </w:rPr>
        <w:t>One morning Hilmar wandered in, unusually early, and caught us mid-conspiracy.</w:t>
      </w:r>
    </w:p>
    <w:p w14:paraId="4D24AC5B" w14:textId="77777777" w:rsidR="00735722" w:rsidRPr="00281CC0" w:rsidRDefault="00735722" w:rsidP="00735722">
      <w:pPr>
        <w:spacing w:before="100" w:beforeAutospacing="1" w:after="100" w:afterAutospacing="1"/>
        <w:rPr>
          <w:color w:val="000000"/>
        </w:rPr>
      </w:pPr>
      <w:r w:rsidRPr="00281CC0">
        <w:rPr>
          <w:color w:val="000000"/>
        </w:rPr>
        <w:t>“What are you two up to?” he sniffed.</w:t>
      </w:r>
    </w:p>
    <w:p w14:paraId="12F4F215" w14:textId="77777777" w:rsidR="00735722" w:rsidRPr="00281CC0" w:rsidRDefault="00735722" w:rsidP="00735722">
      <w:pPr>
        <w:spacing w:before="100" w:beforeAutospacing="1" w:after="100" w:afterAutospacing="1"/>
        <w:rPr>
          <w:color w:val="000000"/>
        </w:rPr>
      </w:pPr>
      <w:r w:rsidRPr="00281CC0">
        <w:rPr>
          <w:color w:val="000000"/>
        </w:rPr>
        <w:lastRenderedPageBreak/>
        <w:t>“Oh,” said Niels, “just checking who’s next on the list.”</w:t>
      </w:r>
    </w:p>
    <w:p w14:paraId="59F7CCFE" w14:textId="77777777" w:rsidR="00735722" w:rsidRPr="00281CC0" w:rsidRDefault="00735722" w:rsidP="00735722">
      <w:pPr>
        <w:spacing w:before="100" w:beforeAutospacing="1" w:after="100" w:afterAutospacing="1"/>
        <w:rPr>
          <w:color w:val="000000"/>
        </w:rPr>
      </w:pPr>
      <w:r w:rsidRPr="00281CC0">
        <w:rPr>
          <w:color w:val="000000"/>
        </w:rPr>
        <w:t>“What list?”</w:t>
      </w:r>
    </w:p>
    <w:p w14:paraId="1280236A" w14:textId="77777777" w:rsidR="00735722" w:rsidRPr="00281CC0" w:rsidRDefault="00735722" w:rsidP="00735722">
      <w:pPr>
        <w:spacing w:before="100" w:beforeAutospacing="1" w:after="100" w:afterAutospacing="1"/>
        <w:rPr>
          <w:color w:val="000000"/>
        </w:rPr>
      </w:pPr>
      <w:r w:rsidRPr="00281CC0">
        <w:rPr>
          <w:color w:val="000000"/>
        </w:rPr>
        <w:t>“The list of people getting fired.”</w:t>
      </w:r>
    </w:p>
    <w:p w14:paraId="58DB45A4" w14:textId="6C411219" w:rsidR="00735722" w:rsidRDefault="00735722" w:rsidP="00735722">
      <w:pPr>
        <w:spacing w:before="100" w:beforeAutospacing="1" w:after="100" w:afterAutospacing="1"/>
        <w:rPr>
          <w:color w:val="000000"/>
        </w:rPr>
      </w:pPr>
      <w:r w:rsidRPr="00281CC0">
        <w:rPr>
          <w:color w:val="000000"/>
        </w:rPr>
        <w:t xml:space="preserve">Hilmar nearly combusted. Called us idiots, liars, unprofessional. The works. </w:t>
      </w:r>
    </w:p>
    <w:p w14:paraId="2FEA928F" w14:textId="2BA59724" w:rsidR="000C4095" w:rsidRDefault="000C4095" w:rsidP="00735722">
      <w:pPr>
        <w:spacing w:before="100" w:beforeAutospacing="1" w:after="100" w:afterAutospacing="1"/>
        <w:rPr>
          <w:color w:val="000000"/>
        </w:rPr>
      </w:pPr>
      <w:r>
        <w:rPr>
          <w:color w:val="000000"/>
        </w:rPr>
        <w:t xml:space="preserve">Be </w:t>
      </w:r>
      <w:proofErr w:type="spellStart"/>
      <w:r>
        <w:rPr>
          <w:color w:val="000000"/>
        </w:rPr>
        <w:t>carefull</w:t>
      </w:r>
      <w:proofErr w:type="spellEnd"/>
      <w:r>
        <w:rPr>
          <w:color w:val="000000"/>
        </w:rPr>
        <w:t xml:space="preserve">, Niels said, or you could be on the </w:t>
      </w:r>
      <w:r w:rsidR="006B1A22">
        <w:rPr>
          <w:color w:val="000000"/>
        </w:rPr>
        <w:t xml:space="preserve">list also </w:t>
      </w:r>
    </w:p>
    <w:p w14:paraId="608CCDDC" w14:textId="7D590565" w:rsidR="006B1A22" w:rsidRPr="00281CC0" w:rsidRDefault="006B1A22" w:rsidP="00735722">
      <w:pPr>
        <w:spacing w:before="100" w:beforeAutospacing="1" w:after="100" w:afterAutospacing="1"/>
        <w:rPr>
          <w:color w:val="000000"/>
        </w:rPr>
      </w:pPr>
      <w:r w:rsidRPr="00281CC0">
        <w:rPr>
          <w:color w:val="000000"/>
        </w:rPr>
        <w:t>We chuckled into our coffee, knowing full well the manager he adored was due to exit stage left within the month.</w:t>
      </w:r>
    </w:p>
    <w:p w14:paraId="6F0B7DE4" w14:textId="77777777" w:rsidR="00735722" w:rsidRPr="00281CC0" w:rsidRDefault="00735722" w:rsidP="00735722">
      <w:pPr>
        <w:spacing w:before="100" w:beforeAutospacing="1" w:after="100" w:afterAutospacing="1"/>
        <w:rPr>
          <w:color w:val="000000"/>
        </w:rPr>
      </w:pPr>
      <w:r w:rsidRPr="00281CC0">
        <w:rPr>
          <w:color w:val="000000"/>
        </w:rPr>
        <w:t>Which he did.</w:t>
      </w:r>
    </w:p>
    <w:p w14:paraId="26E98173" w14:textId="5B30F6F7" w:rsidR="00735722" w:rsidRPr="00281CC0" w:rsidRDefault="00735722" w:rsidP="00735722">
      <w:pPr>
        <w:spacing w:before="100" w:beforeAutospacing="1" w:after="100" w:afterAutospacing="1"/>
        <w:rPr>
          <w:color w:val="000000"/>
        </w:rPr>
      </w:pPr>
      <w:r w:rsidRPr="00281CC0">
        <w:rPr>
          <w:color w:val="000000"/>
        </w:rPr>
        <w:t>And so</w:t>
      </w:r>
      <w:r w:rsidR="006B1A22">
        <w:rPr>
          <w:color w:val="000000"/>
        </w:rPr>
        <w:t>,</w:t>
      </w:r>
      <w:r w:rsidRPr="00281CC0">
        <w:rPr>
          <w:color w:val="000000"/>
        </w:rPr>
        <w:t xml:space="preserve"> the legend grew.</w:t>
      </w:r>
    </w:p>
    <w:p w14:paraId="72FEE07A" w14:textId="77777777" w:rsidR="00735722" w:rsidRDefault="00735722">
      <w:pPr>
        <w:spacing w:after="200" w:line="276" w:lineRule="auto"/>
      </w:pPr>
      <w:r>
        <w:br w:type="page"/>
      </w:r>
    </w:p>
    <w:p w14:paraId="36F69B56" w14:textId="77777777" w:rsidR="00735722" w:rsidRDefault="00735722" w:rsidP="00735722">
      <w:pPr>
        <w:pStyle w:val="Heading3"/>
        <w:rPr>
          <w:color w:val="000000"/>
        </w:rPr>
      </w:pPr>
      <w:r>
        <w:rPr>
          <w:rStyle w:val="Strong"/>
          <w:b/>
          <w:bCs/>
          <w:color w:val="000000"/>
        </w:rPr>
        <w:lastRenderedPageBreak/>
        <w:t>The Great Migration</w:t>
      </w:r>
    </w:p>
    <w:p w14:paraId="2DB20530" w14:textId="77777777" w:rsidR="00735722" w:rsidRDefault="00735722" w:rsidP="00735722">
      <w:pPr>
        <w:pStyle w:val="NormalWeb"/>
        <w:rPr>
          <w:color w:val="000000"/>
        </w:rPr>
      </w:pPr>
      <w:r>
        <w:rPr>
          <w:rStyle w:val="Emphasis"/>
          <w:color w:val="000000"/>
        </w:rPr>
        <w:t>or</w:t>
      </w:r>
      <w:r>
        <w:rPr>
          <w:color w:val="000000"/>
        </w:rPr>
        <w:br/>
      </w:r>
      <w:r>
        <w:rPr>
          <w:rStyle w:val="Strong"/>
          <w:color w:val="000000"/>
        </w:rPr>
        <w:t>“Who Moved My Server?”</w:t>
      </w:r>
    </w:p>
    <w:p w14:paraId="217DDF33" w14:textId="3DA436A3" w:rsidR="00735722" w:rsidRDefault="00735722" w:rsidP="00735722">
      <w:pPr>
        <w:pStyle w:val="NormalWeb"/>
        <w:rPr>
          <w:color w:val="000000"/>
        </w:rPr>
      </w:pPr>
      <w:r>
        <w:rPr>
          <w:color w:val="000000"/>
        </w:rPr>
        <w:t xml:space="preserve">The signs were there long before the boxes. Quiet things, whispered over bad coffee and hurried lunches. Words like “consolidation,” “efficiency,” “alignment with global standards.” Terms you’d normally find in a spreadsheet with too many </w:t>
      </w:r>
      <w:r w:rsidR="006E3074">
        <w:rPr>
          <w:color w:val="000000"/>
        </w:rPr>
        <w:t>colors</w:t>
      </w:r>
      <w:r>
        <w:rPr>
          <w:color w:val="000000"/>
        </w:rPr>
        <w:t xml:space="preserve"> or in the opening speech of someone who’s never worn a pair of steel-toed boots.</w:t>
      </w:r>
    </w:p>
    <w:p w14:paraId="74E87C6B" w14:textId="77777777" w:rsidR="00735722" w:rsidRDefault="00735722" w:rsidP="00735722">
      <w:pPr>
        <w:pStyle w:val="NormalWeb"/>
        <w:rPr>
          <w:color w:val="000000"/>
        </w:rPr>
      </w:pPr>
      <w:r>
        <w:rPr>
          <w:color w:val="000000"/>
        </w:rPr>
        <w:t>But we knew.</w:t>
      </w:r>
    </w:p>
    <w:p w14:paraId="15FA0D5C" w14:textId="77777777" w:rsidR="00735722" w:rsidRDefault="00735722" w:rsidP="00735722">
      <w:pPr>
        <w:pStyle w:val="NormalWeb"/>
        <w:rPr>
          <w:color w:val="000000"/>
        </w:rPr>
      </w:pPr>
      <w:r>
        <w:rPr>
          <w:color w:val="000000"/>
        </w:rPr>
        <w:t>You can always smell a migration coming—not the grand kind of migration with geese flying south and songs of sorrow—but the corporate kind. Paper trails, vanishing whiteboards, unexplained visits from people in suits who didn’t know how to hold a network diagram the right way up. The kind where they say things like</w:t>
      </w:r>
      <w:r>
        <w:rPr>
          <w:rStyle w:val="apple-converted-space"/>
          <w:rFonts w:eastAsiaTheme="majorEastAsia"/>
          <w:color w:val="000000"/>
        </w:rPr>
        <w:t> </w:t>
      </w:r>
      <w:r>
        <w:rPr>
          <w:rStyle w:val="Emphasis"/>
          <w:color w:val="000000"/>
        </w:rPr>
        <w:t>“data must be agile”</w:t>
      </w:r>
      <w:r>
        <w:rPr>
          <w:rStyle w:val="apple-converted-space"/>
          <w:rFonts w:eastAsiaTheme="majorEastAsia"/>
          <w:color w:val="000000"/>
        </w:rPr>
        <w:t> </w:t>
      </w:r>
      <w:r>
        <w:rPr>
          <w:color w:val="000000"/>
        </w:rPr>
        <w:t>and then spend three months making a decision about where to place a wall socket.</w:t>
      </w:r>
    </w:p>
    <w:p w14:paraId="34DF38E5" w14:textId="77777777" w:rsidR="00735722" w:rsidRDefault="00735722" w:rsidP="00735722">
      <w:pPr>
        <w:pStyle w:val="NormalWeb"/>
        <w:rPr>
          <w:color w:val="000000"/>
        </w:rPr>
      </w:pPr>
      <w:r>
        <w:rPr>
          <w:color w:val="000000"/>
        </w:rPr>
        <w:t xml:space="preserve">The plan was ambitious: move the heart of the infrastructure to a sleek new data </w:t>
      </w:r>
      <w:proofErr w:type="spellStart"/>
      <w:r>
        <w:rPr>
          <w:color w:val="000000"/>
        </w:rPr>
        <w:t>centre</w:t>
      </w:r>
      <w:proofErr w:type="spellEnd"/>
      <w:r>
        <w:rPr>
          <w:color w:val="000000"/>
        </w:rPr>
        <w:t>—a sterile techno-cathedral somewhere near Utrecht that had never known the scent of solder or the calming buzz of an old Juniper humming along like a lullaby.</w:t>
      </w:r>
    </w:p>
    <w:p w14:paraId="7296850D" w14:textId="77777777" w:rsidR="00735722" w:rsidRDefault="00735722" w:rsidP="00735722">
      <w:pPr>
        <w:pStyle w:val="Heading3"/>
        <w:rPr>
          <w:color w:val="000000"/>
        </w:rPr>
      </w:pPr>
      <w:r>
        <w:rPr>
          <w:rStyle w:val="Strong"/>
          <w:b/>
          <w:bCs/>
          <w:color w:val="000000"/>
        </w:rPr>
        <w:t>Out with the Old</w:t>
      </w:r>
    </w:p>
    <w:p w14:paraId="137B3817" w14:textId="77777777" w:rsidR="00735722" w:rsidRDefault="00735722" w:rsidP="00735722">
      <w:pPr>
        <w:pStyle w:val="NormalWeb"/>
        <w:rPr>
          <w:color w:val="000000"/>
        </w:rPr>
      </w:pPr>
      <w:r>
        <w:rPr>
          <w:color w:val="000000"/>
        </w:rPr>
        <w:t>Paul was the first to go—formally “retired,” but we knew better. They gave him a send-off in the cafeteria with a plastic bottle of cava and a presentation slide with Comic Sans bullet points thanking him for 30 years of tireless contribution. He took it well, but I could see it in his eyes. He looked around at the room, now filled with shiny new faces and rigid shoulders in collared shirts, and knew his tribe was disappearing.</w:t>
      </w:r>
    </w:p>
    <w:p w14:paraId="79238146" w14:textId="77777777" w:rsidR="00735722" w:rsidRDefault="00735722" w:rsidP="00735722">
      <w:pPr>
        <w:pStyle w:val="NormalWeb"/>
        <w:rPr>
          <w:color w:val="000000"/>
        </w:rPr>
      </w:pPr>
      <w:r>
        <w:rPr>
          <w:color w:val="000000"/>
        </w:rPr>
        <w:t>Niels stayed, of course—he was too rooted in the place, too essential to fail. We still got in before dawn, sipping burnt coffee and swapping war stories before the world clocked in. He was my compass in the storm of incoming chaos.</w:t>
      </w:r>
    </w:p>
    <w:p w14:paraId="6223601A" w14:textId="77777777" w:rsidR="00735722" w:rsidRDefault="00735722" w:rsidP="00735722">
      <w:pPr>
        <w:pStyle w:val="NormalWeb"/>
        <w:rPr>
          <w:color w:val="000000"/>
        </w:rPr>
      </w:pPr>
      <w:r>
        <w:rPr>
          <w:color w:val="000000"/>
        </w:rPr>
        <w:t>Then came the</w:t>
      </w:r>
      <w:r>
        <w:rPr>
          <w:rStyle w:val="apple-converted-space"/>
          <w:rFonts w:eastAsiaTheme="majorEastAsia"/>
          <w:color w:val="000000"/>
        </w:rPr>
        <w:t> </w:t>
      </w:r>
      <w:r>
        <w:rPr>
          <w:rStyle w:val="Strong"/>
          <w:color w:val="000000"/>
        </w:rPr>
        <w:t>English.</w:t>
      </w:r>
    </w:p>
    <w:p w14:paraId="022AA116" w14:textId="77777777" w:rsidR="00735722" w:rsidRDefault="00735722" w:rsidP="00735722">
      <w:pPr>
        <w:pStyle w:val="NormalWeb"/>
        <w:rPr>
          <w:color w:val="000000"/>
        </w:rPr>
      </w:pPr>
      <w:r>
        <w:rPr>
          <w:color w:val="000000"/>
        </w:rPr>
        <w:t>Not bad people, most of them. But</w:t>
      </w:r>
      <w:r>
        <w:rPr>
          <w:rStyle w:val="apple-converted-space"/>
          <w:rFonts w:eastAsiaTheme="majorEastAsia"/>
          <w:color w:val="000000"/>
        </w:rPr>
        <w:t> </w:t>
      </w:r>
      <w:r>
        <w:rPr>
          <w:rStyle w:val="Emphasis"/>
          <w:color w:val="000000"/>
        </w:rPr>
        <w:t>Christ</w:t>
      </w:r>
      <w:r>
        <w:rPr>
          <w:color w:val="000000"/>
        </w:rPr>
        <w:t>, the difference in rhythm was night and day. Where the Dutch preferred directness—blunt as a spanner—the English delivered everything wrapped in a bow of passive-aggression and unnecessary courtesy.</w:t>
      </w:r>
    </w:p>
    <w:p w14:paraId="38728217" w14:textId="77777777" w:rsidR="00735722" w:rsidRDefault="00735722" w:rsidP="00735722">
      <w:pPr>
        <w:pStyle w:val="NormalWeb"/>
        <w:rPr>
          <w:color w:val="000000"/>
        </w:rPr>
      </w:pPr>
      <w:r>
        <w:rPr>
          <w:rStyle w:val="Strong"/>
          <w:color w:val="000000"/>
        </w:rPr>
        <w:t>Dutch:</w:t>
      </w:r>
      <w:r>
        <w:rPr>
          <w:rStyle w:val="apple-converted-space"/>
          <w:rFonts w:eastAsiaTheme="majorEastAsia"/>
          <w:color w:val="000000"/>
        </w:rPr>
        <w:t> </w:t>
      </w:r>
      <w:r>
        <w:rPr>
          <w:color w:val="000000"/>
        </w:rPr>
        <w:t>"That won’t work. Fix it."</w:t>
      </w:r>
      <w:r>
        <w:rPr>
          <w:color w:val="000000"/>
        </w:rPr>
        <w:br/>
      </w:r>
      <w:r>
        <w:rPr>
          <w:rStyle w:val="Strong"/>
          <w:color w:val="000000"/>
        </w:rPr>
        <w:t>English:</w:t>
      </w:r>
      <w:r>
        <w:rPr>
          <w:rStyle w:val="apple-converted-space"/>
          <w:rFonts w:eastAsiaTheme="majorEastAsia"/>
          <w:color w:val="000000"/>
        </w:rPr>
        <w:t> </w:t>
      </w:r>
      <w:r>
        <w:rPr>
          <w:color w:val="000000"/>
        </w:rPr>
        <w:t>"Hmm, interesting approach. Perhaps we can revisit this with a slightly different angle?"</w:t>
      </w:r>
    </w:p>
    <w:p w14:paraId="1BF56F92" w14:textId="6B01867D" w:rsidR="00735722" w:rsidRDefault="00735722" w:rsidP="00735722">
      <w:pPr>
        <w:pStyle w:val="NormalWeb"/>
        <w:rPr>
          <w:color w:val="000000"/>
        </w:rPr>
      </w:pPr>
      <w:r>
        <w:rPr>
          <w:color w:val="000000"/>
        </w:rPr>
        <w:lastRenderedPageBreak/>
        <w:t xml:space="preserve">The meetings became unbearable. They’d nod and smile and take notes in leather-bound planners while the real problems sank like stones beneath the surface. Every decision required five layers of approval and a PowerPoint presentation, each </w:t>
      </w:r>
      <w:r w:rsidR="006E3074">
        <w:rPr>
          <w:color w:val="000000"/>
        </w:rPr>
        <w:t>vaguer</w:t>
      </w:r>
      <w:r>
        <w:rPr>
          <w:color w:val="000000"/>
        </w:rPr>
        <w:t xml:space="preserve"> than the last. They used terms like “synergy mapping” and “quarterly agile retrospectives,” and they put everything in the cloud—even their responsibility.</w:t>
      </w:r>
    </w:p>
    <w:p w14:paraId="31C5FBE6" w14:textId="63ABD1E9" w:rsidR="00735722" w:rsidRDefault="00735722" w:rsidP="00735722">
      <w:pPr>
        <w:pStyle w:val="NormalWeb"/>
        <w:rPr>
          <w:color w:val="000000"/>
        </w:rPr>
      </w:pPr>
      <w:r>
        <w:rPr>
          <w:color w:val="000000"/>
        </w:rPr>
        <w:t>We joked about it, of course. Niels and I made a game of it:</w:t>
      </w:r>
      <w:r w:rsidR="00991EAB">
        <w:rPr>
          <w:color w:val="000000"/>
        </w:rPr>
        <w:t xml:space="preserve"> “</w:t>
      </w:r>
      <w:proofErr w:type="spellStart"/>
      <w:r w:rsidR="00991EAB">
        <w:rPr>
          <w:color w:val="000000"/>
        </w:rPr>
        <w:t>Bulshit</w:t>
      </w:r>
      <w:proofErr w:type="spellEnd"/>
      <w:r w:rsidR="00991EAB">
        <w:rPr>
          <w:color w:val="000000"/>
        </w:rPr>
        <w:t xml:space="preserve"> Bingo”</w:t>
      </w:r>
      <w:r>
        <w:rPr>
          <w:color w:val="000000"/>
        </w:rPr>
        <w:t xml:space="preserve"> tallying the buzzwords, handing out imaginary fines for “low-hanging fruit” and “disruption pipelines.” Once, I started a presentation with a made-up slide that read:</w:t>
      </w:r>
    </w:p>
    <w:p w14:paraId="135D6174" w14:textId="4E0035EA" w:rsidR="00735722" w:rsidRPr="00991EAB" w:rsidRDefault="00735722" w:rsidP="00735722">
      <w:pPr>
        <w:pStyle w:val="NormalWeb"/>
        <w:rPr>
          <w:b/>
          <w:bCs/>
          <w:i/>
          <w:iCs/>
          <w:color w:val="000000"/>
        </w:rPr>
      </w:pPr>
      <w:r w:rsidRPr="00991EAB">
        <w:rPr>
          <w:b/>
          <w:bCs/>
          <w:i/>
          <w:iCs/>
          <w:color w:val="000000"/>
        </w:rPr>
        <w:t xml:space="preserve">“Phase 3: </w:t>
      </w:r>
      <w:r w:rsidR="00991EAB">
        <w:rPr>
          <w:b/>
          <w:bCs/>
          <w:i/>
          <w:iCs/>
          <w:color w:val="000000"/>
        </w:rPr>
        <w:t>H</w:t>
      </w:r>
      <w:r w:rsidR="00991EAB" w:rsidRPr="00991EAB">
        <w:rPr>
          <w:b/>
          <w:bCs/>
          <w:i/>
          <w:iCs/>
          <w:color w:val="000000"/>
        </w:rPr>
        <w:t>armonize</w:t>
      </w:r>
      <w:r w:rsidRPr="00991EAB">
        <w:rPr>
          <w:b/>
          <w:bCs/>
          <w:i/>
          <w:iCs/>
          <w:color w:val="000000"/>
        </w:rPr>
        <w:t xml:space="preserve"> Legacy Scalability Through Hyper-Cloudified Elastic Interdependency.”</w:t>
      </w:r>
    </w:p>
    <w:p w14:paraId="007049C7" w14:textId="77777777" w:rsidR="00735722" w:rsidRDefault="00735722" w:rsidP="00735722">
      <w:pPr>
        <w:pStyle w:val="NormalWeb"/>
        <w:rPr>
          <w:color w:val="000000"/>
        </w:rPr>
      </w:pPr>
      <w:r>
        <w:rPr>
          <w:color w:val="000000"/>
        </w:rPr>
        <w:t>They nodded. They</w:t>
      </w:r>
      <w:r>
        <w:rPr>
          <w:rStyle w:val="apple-converted-space"/>
          <w:rFonts w:eastAsiaTheme="majorEastAsia"/>
          <w:color w:val="000000"/>
        </w:rPr>
        <w:t> </w:t>
      </w:r>
      <w:r>
        <w:rPr>
          <w:rStyle w:val="Emphasis"/>
          <w:color w:val="000000"/>
        </w:rPr>
        <w:t>actually nodded.</w:t>
      </w:r>
    </w:p>
    <w:p w14:paraId="6ECB1854" w14:textId="77777777" w:rsidR="00735722" w:rsidRPr="00735722" w:rsidRDefault="00735722" w:rsidP="00735722">
      <w:pPr>
        <w:pStyle w:val="Heading3"/>
        <w:rPr>
          <w:b w:val="0"/>
          <w:bCs w:val="0"/>
          <w:color w:val="000000"/>
        </w:rPr>
      </w:pPr>
      <w:r w:rsidRPr="00735722">
        <w:rPr>
          <w:rStyle w:val="Strong"/>
          <w:b/>
          <w:bCs/>
          <w:color w:val="000000"/>
        </w:rPr>
        <w:t>The Data Centre Debacle</w:t>
      </w:r>
    </w:p>
    <w:p w14:paraId="007141D6" w14:textId="77777777" w:rsidR="00735722" w:rsidRDefault="00735722" w:rsidP="00735722">
      <w:pPr>
        <w:pStyle w:val="NormalWeb"/>
        <w:rPr>
          <w:color w:val="000000"/>
        </w:rPr>
      </w:pPr>
      <w:r>
        <w:rPr>
          <w:color w:val="000000"/>
        </w:rPr>
        <w:t>The actual move was like shifting a nervous elephant across a tightrope. The plan had been to do it in stages, with careful mapping and shadow systems in place. But someone decided that, in the name of</w:t>
      </w:r>
      <w:r>
        <w:rPr>
          <w:rStyle w:val="apple-converted-space"/>
          <w:rFonts w:eastAsiaTheme="majorEastAsia"/>
          <w:color w:val="000000"/>
        </w:rPr>
        <w:t> </w:t>
      </w:r>
      <w:r>
        <w:rPr>
          <w:rStyle w:val="Emphasis"/>
          <w:color w:val="000000"/>
        </w:rPr>
        <w:t>bold innovation,</w:t>
      </w:r>
      <w:r>
        <w:rPr>
          <w:rStyle w:val="apple-converted-space"/>
          <w:rFonts w:eastAsiaTheme="majorEastAsia"/>
          <w:color w:val="000000"/>
        </w:rPr>
        <w:t> </w:t>
      </w:r>
      <w:r>
        <w:rPr>
          <w:color w:val="000000"/>
        </w:rPr>
        <w:t>we should accelerate the timeline. One of the new managers—fresh from a consultancy where his biggest decision was which oat milk to put in his flat white—decided that “tech should move like startups.”</w:t>
      </w:r>
    </w:p>
    <w:p w14:paraId="13F75C3A" w14:textId="677D8432" w:rsidR="00735722" w:rsidRDefault="00735722" w:rsidP="00735722">
      <w:pPr>
        <w:pStyle w:val="NormalWeb"/>
        <w:rPr>
          <w:color w:val="000000"/>
        </w:rPr>
      </w:pPr>
      <w:r>
        <w:rPr>
          <w:color w:val="000000"/>
        </w:rPr>
        <w:t xml:space="preserve">Problem </w:t>
      </w:r>
      <w:r w:rsidR="00991EAB">
        <w:rPr>
          <w:color w:val="000000"/>
        </w:rPr>
        <w:t>was that</w:t>
      </w:r>
      <w:r>
        <w:rPr>
          <w:color w:val="000000"/>
        </w:rPr>
        <w:t xml:space="preserve"> our infrastructure wasn’t a startup. It was a patchwork of brilliance and bastardry. Systems built by caffeine-fueled wizards in the late ’90s still ran some of the scheduling scripts. The old broadcast servers didn’t care about “containers” or “microservices.” They wanted love, and precise voltages.</w:t>
      </w:r>
    </w:p>
    <w:p w14:paraId="1399DA5E" w14:textId="77777777" w:rsidR="00735722" w:rsidRDefault="00735722" w:rsidP="00735722">
      <w:pPr>
        <w:pStyle w:val="NormalWeb"/>
        <w:rPr>
          <w:color w:val="000000"/>
        </w:rPr>
      </w:pPr>
      <w:r>
        <w:rPr>
          <w:color w:val="000000"/>
        </w:rPr>
        <w:t>Then came the cooling issue.</w:t>
      </w:r>
    </w:p>
    <w:p w14:paraId="105AF718" w14:textId="6352BC8D" w:rsidR="00735722" w:rsidRDefault="00735722" w:rsidP="00735722">
      <w:pPr>
        <w:pStyle w:val="NormalWeb"/>
        <w:rPr>
          <w:color w:val="000000"/>
        </w:rPr>
      </w:pPr>
      <w:r>
        <w:rPr>
          <w:color w:val="000000"/>
        </w:rPr>
        <w:t xml:space="preserve">The new data </w:t>
      </w:r>
      <w:proofErr w:type="spellStart"/>
      <w:r>
        <w:rPr>
          <w:color w:val="000000"/>
        </w:rPr>
        <w:t>centre</w:t>
      </w:r>
      <w:proofErr w:type="spellEnd"/>
      <w:r>
        <w:rPr>
          <w:color w:val="000000"/>
        </w:rPr>
        <w:t xml:space="preserve"> had a climate control system designed by someone who’d never seen actual hardware. It assumed all racks were evenly spaced and that airflow was a matter of theory rather than thermodynamics. During the first full power-up, two blades overheated, and a junior engineer fainted from the heat while trying to plug in a mislabeled </w:t>
      </w:r>
      <w:r w:rsidR="00991EAB">
        <w:rPr>
          <w:color w:val="000000"/>
        </w:rPr>
        <w:t>fiber</w:t>
      </w:r>
      <w:r>
        <w:rPr>
          <w:color w:val="000000"/>
        </w:rPr>
        <w:t xml:space="preserve"> cable. We blamed Hilmar. He wasn’t even there, but it just felt right.</w:t>
      </w:r>
    </w:p>
    <w:p w14:paraId="0CC612A0" w14:textId="77777777" w:rsidR="00735722" w:rsidRDefault="00735722" w:rsidP="00735722">
      <w:pPr>
        <w:pStyle w:val="NormalWeb"/>
        <w:rPr>
          <w:color w:val="000000"/>
        </w:rPr>
      </w:pPr>
      <w:r>
        <w:rPr>
          <w:color w:val="000000"/>
        </w:rPr>
        <w:t>Actually, he</w:t>
      </w:r>
      <w:r>
        <w:rPr>
          <w:rStyle w:val="apple-converted-space"/>
          <w:rFonts w:eastAsiaTheme="majorEastAsia"/>
          <w:color w:val="000000"/>
        </w:rPr>
        <w:t> </w:t>
      </w:r>
      <w:r>
        <w:rPr>
          <w:rStyle w:val="Emphasis"/>
          <w:color w:val="000000"/>
        </w:rPr>
        <w:t>was</w:t>
      </w:r>
      <w:r>
        <w:rPr>
          <w:rStyle w:val="apple-converted-space"/>
          <w:rFonts w:eastAsiaTheme="majorEastAsia"/>
          <w:color w:val="000000"/>
        </w:rPr>
        <w:t> </w:t>
      </w:r>
      <w:r>
        <w:rPr>
          <w:color w:val="000000"/>
        </w:rPr>
        <w:t>there—floating like a barnacle between the management offices and the test benches, always near the decision-makers, always whispering just enough jargon to be taken seriously.</w:t>
      </w:r>
    </w:p>
    <w:p w14:paraId="25C5371E" w14:textId="77777777" w:rsidR="00735722" w:rsidRDefault="00735722" w:rsidP="00735722">
      <w:pPr>
        <w:pStyle w:val="NormalWeb"/>
        <w:rPr>
          <w:color w:val="000000"/>
        </w:rPr>
      </w:pPr>
      <w:r>
        <w:rPr>
          <w:color w:val="000000"/>
        </w:rPr>
        <w:t>He didn’t understand the new design. That much was clear. But he’d mastered the art of plausible deniability.</w:t>
      </w:r>
    </w:p>
    <w:p w14:paraId="19E03176" w14:textId="77777777" w:rsidR="00735722" w:rsidRDefault="004220D6" w:rsidP="00735722">
      <w:r>
        <w:rPr>
          <w:noProof/>
        </w:rPr>
        <w:pict w14:anchorId="266E19A4">
          <v:rect id="_x0000_i1041" alt="" style="width:24.35pt;height:.05pt;mso-width-percent:0;mso-height-percent:0;mso-width-percent:0;mso-height-percent:0" o:hrpct="52" o:hralign="center" o:hrstd="t" o:hr="t" fillcolor="#a0a0a0" stroked="f"/>
        </w:pict>
      </w:r>
    </w:p>
    <w:p w14:paraId="48D63680" w14:textId="77777777" w:rsidR="00735722" w:rsidRPr="00735722" w:rsidRDefault="00735722" w:rsidP="00735722">
      <w:pPr>
        <w:pStyle w:val="Heading3"/>
        <w:rPr>
          <w:b w:val="0"/>
          <w:bCs w:val="0"/>
          <w:color w:val="000000"/>
        </w:rPr>
      </w:pPr>
      <w:r w:rsidRPr="00735722">
        <w:rPr>
          <w:rStyle w:val="Strong"/>
          <w:b/>
          <w:bCs/>
          <w:color w:val="000000"/>
        </w:rPr>
        <w:lastRenderedPageBreak/>
        <w:t>Sabotage in a Suit</w:t>
      </w:r>
    </w:p>
    <w:p w14:paraId="5CF5984A" w14:textId="77777777" w:rsidR="00735722" w:rsidRDefault="00735722" w:rsidP="00735722">
      <w:pPr>
        <w:pStyle w:val="NormalWeb"/>
        <w:rPr>
          <w:color w:val="000000"/>
        </w:rPr>
      </w:pPr>
      <w:r>
        <w:rPr>
          <w:color w:val="000000"/>
        </w:rPr>
        <w:t>At some point during the migration tests, we found that one of the Amsterdam-Hilversum links wasn’t working. Niels and I were sure it was a cabling issue, probably just crossed RX/TX ends. Classic. We called over to Hilmar.</w:t>
      </w:r>
    </w:p>
    <w:p w14:paraId="54E03190" w14:textId="77777777" w:rsidR="00735722" w:rsidRDefault="00735722" w:rsidP="00735722">
      <w:pPr>
        <w:pStyle w:val="NormalWeb"/>
        <w:rPr>
          <w:color w:val="000000"/>
        </w:rPr>
      </w:pPr>
      <w:r>
        <w:rPr>
          <w:color w:val="000000"/>
        </w:rPr>
        <w:t>“Switch the ends on your side,” Niels said.</w:t>
      </w:r>
    </w:p>
    <w:p w14:paraId="37DA439F" w14:textId="77777777" w:rsidR="00735722" w:rsidRDefault="00735722" w:rsidP="00735722">
      <w:pPr>
        <w:pStyle w:val="NormalWeb"/>
        <w:rPr>
          <w:color w:val="000000"/>
        </w:rPr>
      </w:pPr>
      <w:r>
        <w:rPr>
          <w:color w:val="000000"/>
        </w:rPr>
        <w:t>“You do it on your side, I’ll do it here,” came the reply.</w:t>
      </w:r>
    </w:p>
    <w:p w14:paraId="5B9DE69B" w14:textId="305D259C" w:rsidR="00991EAB" w:rsidRDefault="00991EAB" w:rsidP="00735722">
      <w:pPr>
        <w:pStyle w:val="NormalWeb"/>
        <w:rPr>
          <w:color w:val="000000"/>
        </w:rPr>
      </w:pPr>
      <w:r>
        <w:rPr>
          <w:color w:val="000000"/>
        </w:rPr>
        <w:t>Niels and I looked at each other, twirling our fingers around our temples.</w:t>
      </w:r>
    </w:p>
    <w:p w14:paraId="4B60EA3A" w14:textId="77777777" w:rsidR="00735722" w:rsidRDefault="00735722" w:rsidP="00735722">
      <w:pPr>
        <w:pStyle w:val="NormalWeb"/>
        <w:rPr>
          <w:color w:val="000000"/>
        </w:rPr>
      </w:pPr>
      <w:r>
        <w:rPr>
          <w:color w:val="000000"/>
        </w:rPr>
        <w:t>We didn’t touch a thing. Niels just sipped his coffee, winked at me, and let Hilmar switch the ports. The link came up.</w:t>
      </w:r>
    </w:p>
    <w:p w14:paraId="60068723" w14:textId="77777777" w:rsidR="00735722" w:rsidRDefault="00735722" w:rsidP="00735722">
      <w:pPr>
        <w:pStyle w:val="NormalWeb"/>
        <w:rPr>
          <w:color w:val="000000"/>
        </w:rPr>
      </w:pPr>
      <w:r>
        <w:rPr>
          <w:color w:val="000000"/>
        </w:rPr>
        <w:t>“Fixed!” Hilmar declared. “I knew it was your end.”</w:t>
      </w:r>
    </w:p>
    <w:p w14:paraId="757B4246" w14:textId="77777777" w:rsidR="00735722" w:rsidRDefault="00735722" w:rsidP="00735722">
      <w:pPr>
        <w:pStyle w:val="NormalWeb"/>
        <w:rPr>
          <w:color w:val="000000"/>
        </w:rPr>
      </w:pPr>
      <w:r>
        <w:rPr>
          <w:color w:val="000000"/>
        </w:rPr>
        <w:t>Niels was nearly crying with laughter. “Magic hands,” he said. We logged the fix as</w:t>
      </w:r>
      <w:r>
        <w:rPr>
          <w:rStyle w:val="apple-converted-space"/>
          <w:rFonts w:eastAsiaTheme="majorEastAsia"/>
          <w:color w:val="000000"/>
        </w:rPr>
        <w:t> </w:t>
      </w:r>
      <w:r>
        <w:rPr>
          <w:rStyle w:val="Strong"/>
          <w:color w:val="000000"/>
        </w:rPr>
        <w:t>‘Hilmar handshake restoration protocol’</w:t>
      </w:r>
      <w:r>
        <w:rPr>
          <w:rStyle w:val="apple-converted-space"/>
          <w:rFonts w:eastAsiaTheme="majorEastAsia"/>
          <w:color w:val="000000"/>
        </w:rPr>
        <w:t> </w:t>
      </w:r>
      <w:r>
        <w:rPr>
          <w:color w:val="000000"/>
        </w:rPr>
        <w:t>in the records. No one questioned it.</w:t>
      </w:r>
    </w:p>
    <w:p w14:paraId="14AA5B3D" w14:textId="2C172347" w:rsidR="00735722" w:rsidRDefault="00735722" w:rsidP="00735722">
      <w:pPr>
        <w:pStyle w:val="NormalWeb"/>
        <w:rPr>
          <w:color w:val="000000"/>
        </w:rPr>
      </w:pPr>
      <w:r>
        <w:rPr>
          <w:color w:val="000000"/>
        </w:rPr>
        <w:t xml:space="preserve">But beneath the jokes, the cracks were forming. The team was splintering. The culture we’d built—founded on </w:t>
      </w:r>
      <w:r w:rsidR="00991EAB">
        <w:rPr>
          <w:color w:val="000000"/>
        </w:rPr>
        <w:t>humor</w:t>
      </w:r>
      <w:r>
        <w:rPr>
          <w:color w:val="000000"/>
        </w:rPr>
        <w:t>, honesty, and shared biscuits—was being replaced by dotted-line hierarchies and KPI dashboards. More people were looking over their shoulders than into cables.</w:t>
      </w:r>
    </w:p>
    <w:p w14:paraId="667AE489" w14:textId="77777777" w:rsidR="00735722" w:rsidRDefault="00735722" w:rsidP="00735722">
      <w:pPr>
        <w:pStyle w:val="NormalWeb"/>
        <w:rPr>
          <w:color w:val="000000"/>
        </w:rPr>
      </w:pPr>
      <w:r>
        <w:rPr>
          <w:color w:val="000000"/>
        </w:rPr>
        <w:t>We were still running things. For now.</w:t>
      </w:r>
    </w:p>
    <w:p w14:paraId="139E5083" w14:textId="77777777" w:rsidR="00735722" w:rsidRDefault="00735722" w:rsidP="00735722">
      <w:pPr>
        <w:pStyle w:val="NormalWeb"/>
        <w:rPr>
          <w:color w:val="000000"/>
        </w:rPr>
      </w:pPr>
      <w:r>
        <w:rPr>
          <w:color w:val="000000"/>
        </w:rPr>
        <w:t>But something had shifted.</w:t>
      </w:r>
    </w:p>
    <w:p w14:paraId="3B8364EB" w14:textId="77777777" w:rsidR="00735722" w:rsidRDefault="00735722" w:rsidP="00735722">
      <w:pPr>
        <w:pStyle w:val="NormalWeb"/>
        <w:rPr>
          <w:color w:val="000000"/>
        </w:rPr>
      </w:pPr>
      <w:r>
        <w:rPr>
          <w:color w:val="000000"/>
        </w:rPr>
        <w:t>We could feel it.</w:t>
      </w:r>
    </w:p>
    <w:p w14:paraId="752A1F1C" w14:textId="77777777" w:rsidR="00735722" w:rsidRPr="000E7268" w:rsidRDefault="00735722" w:rsidP="00735722">
      <w:pPr>
        <w:pStyle w:val="Heading3"/>
        <w:rPr>
          <w:b w:val="0"/>
          <w:bCs w:val="0"/>
          <w:color w:val="000000" w:themeColor="text1"/>
          <w:sz w:val="28"/>
          <w:szCs w:val="28"/>
        </w:rPr>
      </w:pPr>
      <w:r w:rsidRPr="000E7268">
        <w:rPr>
          <w:rStyle w:val="Strong"/>
          <w:b/>
          <w:bCs/>
          <w:color w:val="000000" w:themeColor="text1"/>
          <w:sz w:val="28"/>
          <w:szCs w:val="28"/>
        </w:rPr>
        <w:t>Culture Clash, Protocol Crash</w:t>
      </w:r>
    </w:p>
    <w:p w14:paraId="6BF87765" w14:textId="77777777" w:rsidR="00735722" w:rsidRDefault="00735722" w:rsidP="00735722">
      <w:pPr>
        <w:pStyle w:val="NormalWeb"/>
      </w:pPr>
      <w:r>
        <w:t>The English firm—let’s call them</w:t>
      </w:r>
      <w:r>
        <w:rPr>
          <w:rStyle w:val="apple-converted-space"/>
          <w:rFonts w:eastAsiaTheme="majorEastAsia"/>
        </w:rPr>
        <w:t> </w:t>
      </w:r>
      <w:r>
        <w:rPr>
          <w:rStyle w:val="Strong"/>
          <w:rFonts w:eastAsiaTheme="majorEastAsia"/>
        </w:rPr>
        <w:t>Sterling Logic</w:t>
      </w:r>
      <w:r>
        <w:rPr>
          <w:rStyle w:val="apple-converted-space"/>
          <w:rFonts w:eastAsiaTheme="majorEastAsia"/>
        </w:rPr>
        <w:t> </w:t>
      </w:r>
      <w:r>
        <w:t>(because they loved names that sounded like a hedge fund or a James Bond villain’s front company)—slowly absorbed our operation like a python swallows a goat: patiently, methodically, and without blinking.</w:t>
      </w:r>
    </w:p>
    <w:p w14:paraId="3609520E" w14:textId="77777777" w:rsidR="00735722" w:rsidRDefault="00735722" w:rsidP="00735722">
      <w:pPr>
        <w:pStyle w:val="NormalWeb"/>
      </w:pPr>
      <w:r>
        <w:t>At first, it was subtle. A few emails copied to unknown middle managers. A new document template with blue headers and “Vision Statements.” An insistence on Microsoft Teams, even though it froze every third call and turned Niels’s voice into a robot warble.</w:t>
      </w:r>
    </w:p>
    <w:p w14:paraId="1E9DC060" w14:textId="16C43DB4" w:rsidR="00735722" w:rsidRDefault="00735722" w:rsidP="00735722">
      <w:pPr>
        <w:pStyle w:val="NormalWeb"/>
      </w:pPr>
      <w:r>
        <w:t>Then came the “</w:t>
      </w:r>
      <w:r w:rsidR="000E7268">
        <w:t>harmonization</w:t>
      </w:r>
      <w:r>
        <w:t xml:space="preserve"> meetings.” Two-hour video calls where nobody said what they </w:t>
      </w:r>
      <w:r w:rsidR="000E7268">
        <w:t>meant,</w:t>
      </w:r>
      <w:r>
        <w:t xml:space="preserve"> and everyone took notes to protect themselves later. There were pie charts. Roadmaps.</w:t>
      </w:r>
      <w:r>
        <w:rPr>
          <w:rStyle w:val="apple-converted-space"/>
          <w:rFonts w:eastAsiaTheme="majorEastAsia"/>
        </w:rPr>
        <w:t> </w:t>
      </w:r>
      <w:r>
        <w:rPr>
          <w:rStyle w:val="Emphasis"/>
          <w:rFonts w:eastAsiaTheme="majorEastAsia"/>
        </w:rPr>
        <w:t>“Deliverables.”</w:t>
      </w:r>
    </w:p>
    <w:p w14:paraId="24E9DBD3" w14:textId="77777777" w:rsidR="00735722" w:rsidRDefault="00735722" w:rsidP="00735722">
      <w:pPr>
        <w:pStyle w:val="NormalWeb"/>
      </w:pPr>
      <w:r>
        <w:lastRenderedPageBreak/>
        <w:t>“We must align our core values across regional teams,” one manager intoned, with the urgency of a man reading an IKEA manual out loud.</w:t>
      </w:r>
    </w:p>
    <w:p w14:paraId="3AA2E2ED" w14:textId="77777777" w:rsidR="00735722" w:rsidRDefault="00735722" w:rsidP="00735722">
      <w:pPr>
        <w:pStyle w:val="NormalWeb"/>
      </w:pPr>
      <w:r>
        <w:t>“Are we aligning them horizontally or vertically?” I asked.</w:t>
      </w:r>
    </w:p>
    <w:p w14:paraId="15E87D8F" w14:textId="77777777" w:rsidR="00735722" w:rsidRDefault="00735722" w:rsidP="00735722">
      <w:pPr>
        <w:pStyle w:val="NormalWeb"/>
      </w:pPr>
      <w:r>
        <w:t>“Strategically,” came the answer, as if that clarified anything.</w:t>
      </w:r>
    </w:p>
    <w:p w14:paraId="13259A2A" w14:textId="77777777" w:rsidR="00735722" w:rsidRDefault="00735722" w:rsidP="00735722">
      <w:pPr>
        <w:pStyle w:val="NormalWeb"/>
      </w:pPr>
      <w:r>
        <w:t>I glanced over at Niels. He was doodling a hangman on his notepad. The word was “SYNERGY.”</w:t>
      </w:r>
    </w:p>
    <w:p w14:paraId="2497EE1D" w14:textId="77777777" w:rsidR="00735722" w:rsidRPr="000E7268" w:rsidRDefault="00735722" w:rsidP="00735722">
      <w:pPr>
        <w:pStyle w:val="Heading3"/>
        <w:rPr>
          <w:b w:val="0"/>
          <w:bCs w:val="0"/>
          <w:color w:val="000000" w:themeColor="text1"/>
          <w:sz w:val="28"/>
          <w:szCs w:val="28"/>
        </w:rPr>
      </w:pPr>
      <w:r w:rsidRPr="000E7268">
        <w:rPr>
          <w:rStyle w:val="Strong"/>
          <w:b/>
          <w:bCs/>
          <w:color w:val="000000" w:themeColor="text1"/>
          <w:sz w:val="28"/>
          <w:szCs w:val="28"/>
        </w:rPr>
        <w:t>The New Order</w:t>
      </w:r>
    </w:p>
    <w:p w14:paraId="7396927E" w14:textId="77777777" w:rsidR="00735722" w:rsidRDefault="00735722" w:rsidP="00735722">
      <w:pPr>
        <w:pStyle w:val="NormalWeb"/>
      </w:pPr>
      <w:r>
        <w:t xml:space="preserve">Our department had always operated like a pub kitchen: loud, chaotic, but efficient. People knew their quirks, their roles, their limits. Problems got solved by shouting, pointing, and occasionally bribing each other with </w:t>
      </w:r>
      <w:proofErr w:type="spellStart"/>
      <w:r>
        <w:t>stroopwafels</w:t>
      </w:r>
      <w:proofErr w:type="spellEnd"/>
      <w:r>
        <w:t>.</w:t>
      </w:r>
    </w:p>
    <w:p w14:paraId="727EE24F" w14:textId="77777777" w:rsidR="00735722" w:rsidRDefault="00735722" w:rsidP="00735722">
      <w:pPr>
        <w:pStyle w:val="NormalWeb"/>
      </w:pPr>
      <w:r>
        <w:t>But under Sterling Logic, everything had to be a “process.” Work tickets, escalation layers, cross-functional task forces. You couldn’t swap out a router anymore without raising a request, waiting two weeks for sign-off, and filling in a post-implementation report explaining why the blinking red light had made you feel “unsafe.”</w:t>
      </w:r>
    </w:p>
    <w:p w14:paraId="08BCD82E" w14:textId="77777777" w:rsidR="00735722" w:rsidRDefault="00735722" w:rsidP="00735722">
      <w:pPr>
        <w:pStyle w:val="NormalWeb"/>
      </w:pPr>
      <w:r>
        <w:t>Morale dropped. People stopped volunteering ideas. The veterans began to disappear, one by one. Niels and I called it “the quiet cull.”</w:t>
      </w:r>
    </w:p>
    <w:p w14:paraId="4FBE0A57" w14:textId="77777777" w:rsidR="00735722" w:rsidRDefault="00735722" w:rsidP="00735722">
      <w:pPr>
        <w:pStyle w:val="NormalWeb"/>
      </w:pPr>
      <w:r>
        <w:t>We lost Anja to “strategic repositioning.” Bart moved to a small media company in Groningen just to get his weekends back. Someone replaced his desk with a “wellness station” featuring a bowl of oranges and laminated mindfulness quotes.</w:t>
      </w:r>
    </w:p>
    <w:p w14:paraId="489F9D32" w14:textId="77777777" w:rsidR="00735722" w:rsidRDefault="00735722" w:rsidP="00735722">
      <w:pPr>
        <w:pStyle w:val="NormalWeb"/>
      </w:pPr>
      <w:r>
        <w:t>We stole the oranges.</w:t>
      </w:r>
    </w:p>
    <w:p w14:paraId="2E5E6F17" w14:textId="77777777" w:rsidR="00735722" w:rsidRDefault="00735722" w:rsidP="00735722">
      <w:pPr>
        <w:pStyle w:val="NormalWeb"/>
      </w:pPr>
      <w:r>
        <w:t>“Is this fruit aligned with our core values?” I asked one morning, holding up a grapefruit.</w:t>
      </w:r>
    </w:p>
    <w:p w14:paraId="77D89CB8" w14:textId="77777777" w:rsidR="00735722" w:rsidRDefault="00735722" w:rsidP="00735722">
      <w:pPr>
        <w:pStyle w:val="NormalWeb"/>
      </w:pPr>
      <w:r>
        <w:t xml:space="preserve">“Depends on how you </w:t>
      </w:r>
      <w:proofErr w:type="spellStart"/>
      <w:r>
        <w:t>peel</w:t>
      </w:r>
      <w:proofErr w:type="spellEnd"/>
      <w:r>
        <w:t xml:space="preserve"> it,” said Niels.</w:t>
      </w:r>
    </w:p>
    <w:p w14:paraId="4C01371A" w14:textId="77777777" w:rsidR="00735722" w:rsidRPr="000E7268" w:rsidRDefault="00735722" w:rsidP="00735722">
      <w:pPr>
        <w:pStyle w:val="Heading3"/>
        <w:rPr>
          <w:color w:val="000000" w:themeColor="text1"/>
          <w:sz w:val="28"/>
          <w:szCs w:val="28"/>
        </w:rPr>
      </w:pPr>
      <w:r w:rsidRPr="000E7268">
        <w:rPr>
          <w:rStyle w:val="Strong"/>
          <w:b/>
          <w:bCs/>
          <w:color w:val="000000" w:themeColor="text1"/>
          <w:sz w:val="28"/>
          <w:szCs w:val="28"/>
        </w:rPr>
        <w:t>Holiday Farce, 2004</w:t>
      </w:r>
    </w:p>
    <w:p w14:paraId="65ABCED0" w14:textId="77777777" w:rsidR="00735722" w:rsidRDefault="00735722" w:rsidP="00735722">
      <w:pPr>
        <w:pStyle w:val="NormalWeb"/>
      </w:pPr>
      <w:r>
        <w:t>The Christmas party that year was held in a converted warehouse with minimalist furniture, LED uplighting, and a cash bar that only accepted tokens. Everyone got five. After that, you were on your own.</w:t>
      </w:r>
    </w:p>
    <w:p w14:paraId="0B29F0C2" w14:textId="7880B58D" w:rsidR="00735722" w:rsidRDefault="00735722" w:rsidP="00735722">
      <w:pPr>
        <w:pStyle w:val="NormalWeb"/>
      </w:pPr>
      <w:r>
        <w:t>Hilmar, of course, arrived early and overdressed, wearing a blazer with elbow patches and a novelty reindeer tie that lit up and played</w:t>
      </w:r>
      <w:r>
        <w:rPr>
          <w:rStyle w:val="apple-converted-space"/>
          <w:rFonts w:eastAsiaTheme="majorEastAsia"/>
        </w:rPr>
        <w:t> </w:t>
      </w:r>
      <w:r>
        <w:rPr>
          <w:rStyle w:val="Emphasis"/>
          <w:rFonts w:eastAsiaTheme="majorEastAsia"/>
        </w:rPr>
        <w:t>Jingle Bells</w:t>
      </w:r>
      <w:r>
        <w:rPr>
          <w:rStyle w:val="apple-converted-space"/>
          <w:rFonts w:eastAsiaTheme="majorEastAsia"/>
        </w:rPr>
        <w:t> </w:t>
      </w:r>
      <w:r>
        <w:t xml:space="preserve">when he moved too quickly. He brought along his “plus one,” a compliance officer named </w:t>
      </w:r>
      <w:r w:rsidR="00983D58">
        <w:t>Anja</w:t>
      </w:r>
      <w:r>
        <w:t xml:space="preserve"> with the eyes of a hawk and the social skills of a shovel.</w:t>
      </w:r>
    </w:p>
    <w:p w14:paraId="63060B3B" w14:textId="77777777" w:rsidR="00735722" w:rsidRDefault="00735722" w:rsidP="00735722">
      <w:pPr>
        <w:pStyle w:val="NormalWeb"/>
      </w:pPr>
      <w:r>
        <w:lastRenderedPageBreak/>
        <w:t xml:space="preserve">I spent most of the night hiding behind a soundproof rackmount case with Niels, sharing a bottle of contraband </w:t>
      </w:r>
      <w:proofErr w:type="spellStart"/>
      <w:r>
        <w:t>Beerenburg</w:t>
      </w:r>
      <w:proofErr w:type="spellEnd"/>
      <w:r>
        <w:t xml:space="preserve"> we'd smuggled in. We took turns inventing corporate carols.</w:t>
      </w:r>
    </w:p>
    <w:p w14:paraId="79E9BE95" w14:textId="77777777" w:rsidR="00735722" w:rsidRDefault="00735722" w:rsidP="00735722">
      <w:pPr>
        <w:pStyle w:val="NormalWeb"/>
      </w:pPr>
      <w:r>
        <w:rPr>
          <w:rFonts w:ascii="Apple Color Emoji" w:hAnsi="Apple Color Emoji" w:cs="Apple Color Emoji"/>
        </w:rPr>
        <w:t>🎵</w:t>
      </w:r>
      <w:r>
        <w:rPr>
          <w:rStyle w:val="apple-converted-space"/>
          <w:rFonts w:eastAsiaTheme="majorEastAsia"/>
        </w:rPr>
        <w:t> </w:t>
      </w:r>
      <w:r>
        <w:rPr>
          <w:rStyle w:val="Emphasis"/>
          <w:rFonts w:eastAsiaTheme="majorEastAsia"/>
        </w:rPr>
        <w:t>“Silent Grant, Holy Grant / All is signed, all is planned…”</w:t>
      </w:r>
    </w:p>
    <w:p w14:paraId="17414667" w14:textId="77777777" w:rsidR="00735722" w:rsidRDefault="00735722" w:rsidP="00735722">
      <w:pPr>
        <w:pStyle w:val="NormalWeb"/>
      </w:pPr>
      <w:r>
        <w:rPr>
          <w:rFonts w:ascii="Apple Color Emoji" w:hAnsi="Apple Color Emoji" w:cs="Apple Color Emoji"/>
        </w:rPr>
        <w:t>🎵</w:t>
      </w:r>
      <w:r>
        <w:rPr>
          <w:rStyle w:val="apple-converted-space"/>
          <w:rFonts w:eastAsiaTheme="majorEastAsia"/>
        </w:rPr>
        <w:t> </w:t>
      </w:r>
      <w:r>
        <w:rPr>
          <w:rStyle w:val="Emphasis"/>
          <w:rFonts w:eastAsiaTheme="majorEastAsia"/>
        </w:rPr>
        <w:t>“O come, all ye stakeholders / Joyful and compliant…”</w:t>
      </w:r>
    </w:p>
    <w:p w14:paraId="3E36A307" w14:textId="77777777" w:rsidR="00735722" w:rsidRDefault="00735722" w:rsidP="00735722">
      <w:pPr>
        <w:pStyle w:val="NormalWeb"/>
      </w:pPr>
      <w:r>
        <w:t>At some point, Hilmar attempted a speech.</w:t>
      </w:r>
    </w:p>
    <w:p w14:paraId="51191391" w14:textId="77777777" w:rsidR="00735722" w:rsidRDefault="00735722" w:rsidP="00735722">
      <w:pPr>
        <w:pStyle w:val="NormalWeb"/>
      </w:pPr>
      <w:r>
        <w:t>“This year has been a triumph of synergy and strategic foresight…”</w:t>
      </w:r>
    </w:p>
    <w:p w14:paraId="4A107B37" w14:textId="77777777" w:rsidR="00735722" w:rsidRDefault="00735722" w:rsidP="00735722">
      <w:pPr>
        <w:pStyle w:val="NormalWeb"/>
      </w:pPr>
      <w:r>
        <w:t>“...over logic and basic competence,” Niels muttered into his cup.</w:t>
      </w:r>
    </w:p>
    <w:p w14:paraId="7553C924" w14:textId="3E9A1B45" w:rsidR="00735722" w:rsidRDefault="00735722" w:rsidP="00735722">
      <w:pPr>
        <w:pStyle w:val="NormalWeb"/>
      </w:pPr>
      <w:r>
        <w:t>When the playlist shifted to</w:t>
      </w:r>
      <w:r>
        <w:rPr>
          <w:rStyle w:val="apple-converted-space"/>
          <w:rFonts w:eastAsiaTheme="majorEastAsia"/>
        </w:rPr>
        <w:t> </w:t>
      </w:r>
      <w:r>
        <w:rPr>
          <w:rStyle w:val="Emphasis"/>
          <w:rFonts w:eastAsiaTheme="majorEastAsia"/>
        </w:rPr>
        <w:t>The Power of Love</w:t>
      </w:r>
      <w:r>
        <w:rPr>
          <w:rStyle w:val="apple-converted-space"/>
          <w:rFonts w:eastAsiaTheme="majorEastAsia"/>
        </w:rPr>
        <w:t> </w:t>
      </w:r>
      <w:r>
        <w:t xml:space="preserve">by Frankie Goes to Hollywood, Hilmar made a lunging move toward </w:t>
      </w:r>
      <w:r w:rsidR="00983D58">
        <w:t>Anja</w:t>
      </w:r>
      <w:r>
        <w:t xml:space="preserve"> beneath a string of flashing LEDs. She stepped aside, and he collided with a catering trolley. The crash echoed like a drum solo. Two éclairs were injured in the process.</w:t>
      </w:r>
    </w:p>
    <w:p w14:paraId="2A5853F4" w14:textId="77777777" w:rsidR="00735722" w:rsidRDefault="00735722" w:rsidP="00735722">
      <w:pPr>
        <w:pStyle w:val="NormalWeb"/>
      </w:pPr>
      <w:r>
        <w:t>Later, someone Photoshopped a slide from the following Monday’s management presentation to include a picture of Hilmar mid-fall with the caption:</w:t>
      </w:r>
    </w:p>
    <w:p w14:paraId="19998472" w14:textId="77777777" w:rsidR="00735722" w:rsidRDefault="00735722" w:rsidP="00735722">
      <w:pPr>
        <w:pStyle w:val="NormalWeb"/>
      </w:pPr>
      <w:r>
        <w:rPr>
          <w:rStyle w:val="Strong"/>
          <w:rFonts w:eastAsiaTheme="majorEastAsia"/>
        </w:rPr>
        <w:t>“Impact assessment: High-risk scenario, low mitigation.”</w:t>
      </w:r>
    </w:p>
    <w:p w14:paraId="317AC3DC" w14:textId="77777777" w:rsidR="00735722" w:rsidRDefault="00735722" w:rsidP="00735722">
      <w:pPr>
        <w:pStyle w:val="NormalWeb"/>
      </w:pPr>
      <w:r>
        <w:t>It made it to the SharePoint homepage for three glorious hours before being removed by HR.</w:t>
      </w:r>
    </w:p>
    <w:p w14:paraId="4DB89C79" w14:textId="508474A1" w:rsidR="00735722" w:rsidRDefault="00735722" w:rsidP="00735722"/>
    <w:p w14:paraId="3E57A7B9" w14:textId="77777777" w:rsidR="00735722" w:rsidRPr="00983D58" w:rsidRDefault="00735722" w:rsidP="00735722">
      <w:pPr>
        <w:pStyle w:val="Heading3"/>
        <w:rPr>
          <w:b w:val="0"/>
          <w:bCs w:val="0"/>
          <w:color w:val="000000" w:themeColor="text1"/>
          <w:sz w:val="28"/>
          <w:szCs w:val="28"/>
        </w:rPr>
      </w:pPr>
      <w:r w:rsidRPr="00983D58">
        <w:rPr>
          <w:rStyle w:val="Strong"/>
          <w:b/>
          <w:bCs/>
          <w:color w:val="000000" w:themeColor="text1"/>
          <w:sz w:val="28"/>
          <w:szCs w:val="28"/>
        </w:rPr>
        <w:t>Fault Lines</w:t>
      </w:r>
    </w:p>
    <w:p w14:paraId="43CA2EE9" w14:textId="26BC89B7" w:rsidR="00735722" w:rsidRDefault="00735722" w:rsidP="00735722">
      <w:pPr>
        <w:pStyle w:val="NormalWeb"/>
      </w:pPr>
      <w:r>
        <w:t xml:space="preserve">The integration wasn't just technical—it was human. Meetings became battlegrounds of miscommunication. The English </w:t>
      </w:r>
      <w:r w:rsidR="00983D58">
        <w:t>apologized</w:t>
      </w:r>
      <w:r>
        <w:t xml:space="preserve"> too often for things they didn’t mean. The Dutch didn’t </w:t>
      </w:r>
      <w:r w:rsidR="00983D58">
        <w:t>apologize</w:t>
      </w:r>
      <w:r>
        <w:t xml:space="preserve"> at all, especially for things they</w:t>
      </w:r>
      <w:r>
        <w:rPr>
          <w:rStyle w:val="apple-converted-space"/>
          <w:rFonts w:eastAsiaTheme="majorEastAsia"/>
        </w:rPr>
        <w:t> </w:t>
      </w:r>
      <w:r>
        <w:rPr>
          <w:rStyle w:val="Emphasis"/>
          <w:rFonts w:eastAsiaTheme="majorEastAsia"/>
        </w:rPr>
        <w:t>did</w:t>
      </w:r>
      <w:r>
        <w:rPr>
          <w:rStyle w:val="apple-converted-space"/>
          <w:rFonts w:eastAsiaTheme="majorEastAsia"/>
        </w:rPr>
        <w:t> </w:t>
      </w:r>
      <w:r>
        <w:t>mean.</w:t>
      </w:r>
    </w:p>
    <w:p w14:paraId="3E767E28" w14:textId="77777777" w:rsidR="00735722" w:rsidRDefault="00735722" w:rsidP="00735722">
      <w:pPr>
        <w:pStyle w:val="NormalWeb"/>
      </w:pPr>
      <w:r>
        <w:t>People stopped trusting each other. Not because of any grand betrayal, but because of a thousand tiny paper cuts: missed emails, vague directives, backchannel decisions. We weren’t part of a team anymore. We were part of a process.</w:t>
      </w:r>
    </w:p>
    <w:p w14:paraId="62D29261" w14:textId="77777777" w:rsidR="00735722" w:rsidRDefault="00735722" w:rsidP="00735722">
      <w:pPr>
        <w:pStyle w:val="NormalWeb"/>
      </w:pPr>
      <w:r>
        <w:t xml:space="preserve">The data </w:t>
      </w:r>
      <w:proofErr w:type="spellStart"/>
      <w:r>
        <w:t>centre</w:t>
      </w:r>
      <w:proofErr w:type="spellEnd"/>
      <w:r>
        <w:t xml:space="preserve"> was now fully operational. The old server room—our temple of humming, blinking worship—was converted into an “innovation space” with beanbags and a foosball table no one used.</w:t>
      </w:r>
    </w:p>
    <w:p w14:paraId="434688E0" w14:textId="77777777" w:rsidR="00735722" w:rsidRDefault="00735722" w:rsidP="00735722">
      <w:pPr>
        <w:pStyle w:val="NormalWeb"/>
      </w:pPr>
      <w:r>
        <w:t>Niels sat on one of the beanbags once. It made a strange squeaking noise.</w:t>
      </w:r>
    </w:p>
    <w:p w14:paraId="03FDD9F6" w14:textId="77777777" w:rsidR="00735722" w:rsidRDefault="00735722" w:rsidP="00735722">
      <w:pPr>
        <w:pStyle w:val="NormalWeb"/>
      </w:pPr>
      <w:r>
        <w:t>“I think this thing just farted at me,” he said.</w:t>
      </w:r>
    </w:p>
    <w:p w14:paraId="3C9F6B03" w14:textId="047B2347" w:rsidR="00735722" w:rsidRDefault="00735722" w:rsidP="00735722"/>
    <w:p w14:paraId="4AD93837" w14:textId="29FBF584" w:rsidR="00735722" w:rsidRDefault="00735722" w:rsidP="00735722">
      <w:pPr>
        <w:pStyle w:val="NormalWeb"/>
      </w:pPr>
      <w:r>
        <w:t>And so</w:t>
      </w:r>
      <w:r w:rsidR="00983D58">
        <w:t>,</w:t>
      </w:r>
      <w:r>
        <w:t xml:space="preserve"> we trudged on. The wallpaper was still intact, but it was starting to curl at the edges. We hadn’t reached the crisis yet—not quite. But the tension was there, in the silence between jokes, in the blank stares during status updates, in the weight that settled in your chest on Monday mornings.</w:t>
      </w:r>
    </w:p>
    <w:p w14:paraId="0A4E85ED" w14:textId="77777777" w:rsidR="00735722" w:rsidRDefault="00735722" w:rsidP="00735722">
      <w:pPr>
        <w:pStyle w:val="NormalWeb"/>
      </w:pPr>
      <w:r>
        <w:t>The real trouble was coming.</w:t>
      </w:r>
    </w:p>
    <w:p w14:paraId="017496D0" w14:textId="77777777" w:rsidR="00735722" w:rsidRDefault="00735722" w:rsidP="00735722">
      <w:pPr>
        <w:pStyle w:val="NormalWeb"/>
      </w:pPr>
      <w:r>
        <w:t>But for now, we smiled, we patched cables, and we told each other stories in the server shadows.</w:t>
      </w:r>
    </w:p>
    <w:p w14:paraId="72B6AD9C" w14:textId="77777777" w:rsidR="00735722" w:rsidRDefault="00735722">
      <w:pPr>
        <w:spacing w:after="200" w:line="276" w:lineRule="auto"/>
      </w:pPr>
    </w:p>
    <w:p w14:paraId="5C037A8E" w14:textId="77777777" w:rsidR="00735722" w:rsidRDefault="00735722">
      <w:pPr>
        <w:spacing w:after="200" w:line="276" w:lineRule="auto"/>
      </w:pPr>
      <w:r>
        <w:br w:type="page"/>
      </w:r>
    </w:p>
    <w:p w14:paraId="4EA7D267" w14:textId="77777777" w:rsidR="00735722" w:rsidRDefault="00735722" w:rsidP="00735722">
      <w:pPr>
        <w:pStyle w:val="Heading3"/>
        <w:rPr>
          <w:color w:val="000000"/>
        </w:rPr>
      </w:pPr>
      <w:r>
        <w:rPr>
          <w:rStyle w:val="Strong"/>
          <w:b/>
          <w:bCs/>
          <w:color w:val="000000"/>
        </w:rPr>
        <w:lastRenderedPageBreak/>
        <w:t>Cracks in the Wallpaper</w:t>
      </w:r>
    </w:p>
    <w:p w14:paraId="173F9309" w14:textId="77777777" w:rsidR="00735722" w:rsidRDefault="00735722" w:rsidP="00735722">
      <w:pPr>
        <w:pStyle w:val="NormalWeb"/>
        <w:rPr>
          <w:color w:val="000000"/>
        </w:rPr>
      </w:pPr>
      <w:r>
        <w:rPr>
          <w:rStyle w:val="Emphasis"/>
          <w:color w:val="000000"/>
        </w:rPr>
        <w:t>(or: How Everything Was Fine, Until It Wasn’t)</w:t>
      </w:r>
    </w:p>
    <w:p w14:paraId="7CF87D08" w14:textId="77777777" w:rsidR="00735722" w:rsidRDefault="00735722" w:rsidP="00735722">
      <w:pPr>
        <w:pStyle w:val="NormalWeb"/>
        <w:rPr>
          <w:color w:val="000000"/>
        </w:rPr>
      </w:pPr>
      <w:r>
        <w:rPr>
          <w:color w:val="000000"/>
        </w:rPr>
        <w:t>It began subtly.</w:t>
      </w:r>
    </w:p>
    <w:p w14:paraId="63E1A805" w14:textId="77777777" w:rsidR="00735722" w:rsidRDefault="00735722" w:rsidP="00735722">
      <w:pPr>
        <w:pStyle w:val="NormalWeb"/>
        <w:rPr>
          <w:color w:val="000000"/>
        </w:rPr>
      </w:pPr>
      <w:r>
        <w:rPr>
          <w:color w:val="000000"/>
        </w:rPr>
        <w:t>At first, we mistook it for fatigue, for friction, for the kind of everyday madness that comes with middle management and multiple logins. The kind you grumble about on the stairs or over a vending machine coffee that tastes like regret and powdered optimism.</w:t>
      </w:r>
    </w:p>
    <w:p w14:paraId="62F7BB47" w14:textId="77777777" w:rsidR="00735722" w:rsidRDefault="00735722" w:rsidP="00735722">
      <w:pPr>
        <w:pStyle w:val="NormalWeb"/>
        <w:rPr>
          <w:color w:val="000000"/>
        </w:rPr>
      </w:pPr>
      <w:r>
        <w:rPr>
          <w:color w:val="000000"/>
        </w:rPr>
        <w:t>But cracks were forming—literal and metaphorical.</w:t>
      </w:r>
    </w:p>
    <w:p w14:paraId="54D88F79" w14:textId="77777777" w:rsidR="00735722" w:rsidRDefault="00735722" w:rsidP="00735722">
      <w:pPr>
        <w:pStyle w:val="NormalWeb"/>
        <w:rPr>
          <w:color w:val="000000"/>
        </w:rPr>
      </w:pPr>
      <w:r>
        <w:rPr>
          <w:color w:val="000000"/>
        </w:rPr>
        <w:t>The freshly painted walls in the new wing started to peel. The contractor blamed humidity. The air system blamed budget cuts. We blamed the fact that nobody cared anymore. Not really.</w:t>
      </w:r>
    </w:p>
    <w:p w14:paraId="1304F864" w14:textId="77777777" w:rsidR="00735722" w:rsidRDefault="00735722" w:rsidP="00735722">
      <w:pPr>
        <w:pStyle w:val="NormalWeb"/>
        <w:rPr>
          <w:color w:val="000000"/>
        </w:rPr>
      </w:pPr>
      <w:r>
        <w:rPr>
          <w:color w:val="000000"/>
        </w:rPr>
        <w:t>One day, the label printer in the network room refused to print the letter “R.” Nobody noticed until six new servers were racked as “BACKUP SEVVE.” I wrote it down on a sticky note and left it on Hilmar’s old desk:</w:t>
      </w:r>
    </w:p>
    <w:p w14:paraId="40B9C93A" w14:textId="77777777" w:rsidR="00735722" w:rsidRDefault="00735722" w:rsidP="00735722">
      <w:pPr>
        <w:pStyle w:val="NormalWeb"/>
        <w:rPr>
          <w:color w:val="000000"/>
        </w:rPr>
      </w:pPr>
      <w:r>
        <w:rPr>
          <w:rStyle w:val="Emphasis"/>
          <w:color w:val="000000"/>
        </w:rPr>
        <w:t>“Operational Resilience, Dutch-style.”</w:t>
      </w:r>
    </w:p>
    <w:p w14:paraId="3269990D" w14:textId="77777777" w:rsidR="00735722" w:rsidRDefault="00735722" w:rsidP="00735722">
      <w:pPr>
        <w:pStyle w:val="NormalWeb"/>
        <w:rPr>
          <w:color w:val="000000"/>
        </w:rPr>
      </w:pPr>
      <w:r>
        <w:rPr>
          <w:color w:val="000000"/>
        </w:rPr>
        <w:t>He was gone by then. More on that soon.</w:t>
      </w:r>
    </w:p>
    <w:p w14:paraId="18215F8B" w14:textId="470FC6E6" w:rsidR="00735722" w:rsidRDefault="00735722" w:rsidP="00735722"/>
    <w:p w14:paraId="535B067A" w14:textId="77777777" w:rsidR="00735722" w:rsidRDefault="00735722" w:rsidP="00735722">
      <w:pPr>
        <w:pStyle w:val="Heading3"/>
        <w:rPr>
          <w:color w:val="000000"/>
        </w:rPr>
      </w:pPr>
      <w:r>
        <w:rPr>
          <w:rStyle w:val="Strong"/>
          <w:b/>
          <w:bCs/>
          <w:color w:val="000000"/>
        </w:rPr>
        <w:t>What the Reports Didn't Say</w:t>
      </w:r>
    </w:p>
    <w:p w14:paraId="66144BE3" w14:textId="77777777" w:rsidR="00735722" w:rsidRDefault="00735722" w:rsidP="00735722">
      <w:pPr>
        <w:pStyle w:val="NormalWeb"/>
        <w:rPr>
          <w:color w:val="000000"/>
        </w:rPr>
      </w:pPr>
      <w:r>
        <w:rPr>
          <w:color w:val="000000"/>
        </w:rPr>
        <w:t>Officially, everything looked fine. The quarterly reports still boasted “incremental efficiency gains.” The words “scalability” and “agility” were everywhere. But on the floor, you could feel the energy shift.</w:t>
      </w:r>
    </w:p>
    <w:p w14:paraId="33B02DF0" w14:textId="77777777" w:rsidR="00735722" w:rsidRDefault="00735722" w:rsidP="00735722">
      <w:pPr>
        <w:pStyle w:val="NormalWeb"/>
        <w:rPr>
          <w:color w:val="000000"/>
        </w:rPr>
      </w:pPr>
      <w:r>
        <w:rPr>
          <w:color w:val="000000"/>
        </w:rPr>
        <w:t>People didn’t argue anymore. They</w:t>
      </w:r>
      <w:r>
        <w:rPr>
          <w:rStyle w:val="apple-converted-space"/>
          <w:rFonts w:eastAsiaTheme="majorEastAsia"/>
          <w:color w:val="000000"/>
        </w:rPr>
        <w:t> </w:t>
      </w:r>
      <w:r>
        <w:rPr>
          <w:rStyle w:val="Emphasis"/>
          <w:color w:val="000000"/>
        </w:rPr>
        <w:t>complied</w:t>
      </w:r>
      <w:r>
        <w:rPr>
          <w:color w:val="000000"/>
        </w:rPr>
        <w:t>. Which is always worse.</w:t>
      </w:r>
    </w:p>
    <w:p w14:paraId="08DF2E4D" w14:textId="77777777" w:rsidR="00735722" w:rsidRDefault="00735722" w:rsidP="00735722">
      <w:pPr>
        <w:pStyle w:val="NormalWeb"/>
        <w:rPr>
          <w:color w:val="000000"/>
        </w:rPr>
      </w:pPr>
      <w:r>
        <w:rPr>
          <w:color w:val="000000"/>
        </w:rPr>
        <w:t>There was that dreadful phase when we were told to “bring our whole selves to work,” while simultaneously being reminded to “avoid disruptive personality traits.” I told them I couldn’t separate the two.</w:t>
      </w:r>
    </w:p>
    <w:p w14:paraId="74FFF8D7" w14:textId="77777777" w:rsidR="00735722" w:rsidRDefault="00735722" w:rsidP="00735722">
      <w:pPr>
        <w:pStyle w:val="NormalWeb"/>
        <w:rPr>
          <w:color w:val="000000"/>
        </w:rPr>
      </w:pPr>
      <w:r>
        <w:rPr>
          <w:color w:val="000000"/>
        </w:rPr>
        <w:t>“Would you like me to come in as half a self then?” I asked.</w:t>
      </w:r>
    </w:p>
    <w:p w14:paraId="1AFA4B24" w14:textId="77777777" w:rsidR="00735722" w:rsidRDefault="00735722" w:rsidP="00735722">
      <w:pPr>
        <w:pStyle w:val="NormalWeb"/>
        <w:rPr>
          <w:color w:val="000000"/>
        </w:rPr>
      </w:pPr>
      <w:r>
        <w:rPr>
          <w:color w:val="000000"/>
        </w:rPr>
        <w:t>“Perhaps just tone down your metaphors,” replied the HR consultant who once used the phrase</w:t>
      </w:r>
      <w:r>
        <w:rPr>
          <w:rStyle w:val="apple-converted-space"/>
          <w:rFonts w:eastAsiaTheme="majorEastAsia"/>
          <w:color w:val="000000"/>
        </w:rPr>
        <w:t> </w:t>
      </w:r>
      <w:r>
        <w:rPr>
          <w:rStyle w:val="Emphasis"/>
          <w:color w:val="000000"/>
        </w:rPr>
        <w:t>‘right-sizing our human capital’</w:t>
      </w:r>
      <w:r>
        <w:rPr>
          <w:rStyle w:val="apple-converted-space"/>
          <w:rFonts w:eastAsiaTheme="majorEastAsia"/>
          <w:color w:val="000000"/>
        </w:rPr>
        <w:t> </w:t>
      </w:r>
      <w:r>
        <w:rPr>
          <w:color w:val="000000"/>
        </w:rPr>
        <w:t>without blinking.</w:t>
      </w:r>
    </w:p>
    <w:p w14:paraId="0F21614C" w14:textId="77777777" w:rsidR="00735722" w:rsidRDefault="00735722" w:rsidP="00735722">
      <w:pPr>
        <w:pStyle w:val="NormalWeb"/>
        <w:rPr>
          <w:color w:val="000000"/>
        </w:rPr>
      </w:pPr>
      <w:r>
        <w:rPr>
          <w:color w:val="000000"/>
        </w:rPr>
        <w:t>Niels was slipping too. Not in skill—never in skill—but in spark. He was still brilliant, still fast, still funny... but something behind his eyes had started to close its shutters.</w:t>
      </w:r>
    </w:p>
    <w:p w14:paraId="0E9E6373" w14:textId="77777777" w:rsidR="00735722" w:rsidRDefault="00735722" w:rsidP="00735722">
      <w:pPr>
        <w:pStyle w:val="NormalWeb"/>
        <w:rPr>
          <w:color w:val="000000"/>
        </w:rPr>
      </w:pPr>
      <w:r>
        <w:rPr>
          <w:color w:val="000000"/>
        </w:rPr>
        <w:lastRenderedPageBreak/>
        <w:t>One afternoon, I found him staring at a diagram on a whiteboard—a network schematic he’d drawn himself months ago.</w:t>
      </w:r>
    </w:p>
    <w:p w14:paraId="6D59E726" w14:textId="77777777" w:rsidR="00735722" w:rsidRDefault="00735722" w:rsidP="00735722">
      <w:pPr>
        <w:pStyle w:val="NormalWeb"/>
        <w:rPr>
          <w:color w:val="000000"/>
        </w:rPr>
      </w:pPr>
      <w:r>
        <w:rPr>
          <w:color w:val="000000"/>
        </w:rPr>
        <w:t>“Look at this,” he said.</w:t>
      </w:r>
    </w:p>
    <w:p w14:paraId="2D059BBC" w14:textId="77777777" w:rsidR="00735722" w:rsidRDefault="00735722" w:rsidP="00735722">
      <w:pPr>
        <w:pStyle w:val="NormalWeb"/>
        <w:rPr>
          <w:color w:val="000000"/>
        </w:rPr>
      </w:pPr>
      <w:r>
        <w:rPr>
          <w:color w:val="000000"/>
        </w:rPr>
        <w:t>“What am I looking at?”</w:t>
      </w:r>
    </w:p>
    <w:p w14:paraId="4B344999" w14:textId="77777777" w:rsidR="00735722" w:rsidRDefault="00735722" w:rsidP="00735722">
      <w:pPr>
        <w:pStyle w:val="NormalWeb"/>
        <w:rPr>
          <w:color w:val="000000"/>
        </w:rPr>
      </w:pPr>
      <w:r>
        <w:rPr>
          <w:color w:val="000000"/>
        </w:rPr>
        <w:t>“Redundancy loops. Failover systems. All designed to keep things running when something breaks.”</w:t>
      </w:r>
    </w:p>
    <w:p w14:paraId="2FF8454E" w14:textId="77777777" w:rsidR="00735722" w:rsidRDefault="00735722" w:rsidP="00735722">
      <w:pPr>
        <w:pStyle w:val="NormalWeb"/>
        <w:rPr>
          <w:color w:val="000000"/>
        </w:rPr>
      </w:pPr>
      <w:r>
        <w:rPr>
          <w:color w:val="000000"/>
        </w:rPr>
        <w:t>“That’s the point, isn’t it?”</w:t>
      </w:r>
    </w:p>
    <w:p w14:paraId="62878931" w14:textId="77777777" w:rsidR="00735722" w:rsidRDefault="00735722" w:rsidP="00735722">
      <w:pPr>
        <w:pStyle w:val="NormalWeb"/>
        <w:rPr>
          <w:color w:val="000000"/>
        </w:rPr>
      </w:pPr>
      <w:r>
        <w:rPr>
          <w:color w:val="000000"/>
        </w:rPr>
        <w:t>“Yes. But what do you install when the thing breaking is</w:t>
      </w:r>
      <w:r>
        <w:rPr>
          <w:rStyle w:val="apple-converted-space"/>
          <w:rFonts w:eastAsiaTheme="majorEastAsia"/>
          <w:color w:val="000000"/>
        </w:rPr>
        <w:t> </w:t>
      </w:r>
      <w:r>
        <w:rPr>
          <w:rStyle w:val="Emphasis"/>
          <w:color w:val="000000"/>
        </w:rPr>
        <w:t>us</w:t>
      </w:r>
      <w:r>
        <w:rPr>
          <w:color w:val="000000"/>
        </w:rPr>
        <w:t>?”</w:t>
      </w:r>
    </w:p>
    <w:p w14:paraId="04A6FE10" w14:textId="434E4384" w:rsidR="00735722" w:rsidRDefault="00735722" w:rsidP="00735722"/>
    <w:p w14:paraId="156D5673" w14:textId="77777777" w:rsidR="00735722" w:rsidRDefault="00735722" w:rsidP="00735722">
      <w:pPr>
        <w:pStyle w:val="Heading3"/>
        <w:rPr>
          <w:color w:val="000000"/>
        </w:rPr>
      </w:pPr>
      <w:r>
        <w:rPr>
          <w:rStyle w:val="Strong"/>
          <w:b/>
          <w:bCs/>
          <w:color w:val="000000"/>
        </w:rPr>
        <w:t>Ghosts in the Machine</w:t>
      </w:r>
    </w:p>
    <w:p w14:paraId="1E9A3AD1" w14:textId="77777777" w:rsidR="00735722" w:rsidRDefault="00735722" w:rsidP="00735722">
      <w:pPr>
        <w:pStyle w:val="NormalWeb"/>
        <w:rPr>
          <w:color w:val="000000"/>
        </w:rPr>
      </w:pPr>
      <w:r>
        <w:rPr>
          <w:color w:val="000000"/>
        </w:rPr>
        <w:t>The systems were solid, but the humans were glitching.</w:t>
      </w:r>
    </w:p>
    <w:p w14:paraId="1DCF30E1" w14:textId="23D159DB" w:rsidR="00735722" w:rsidRDefault="00735722" w:rsidP="00735722">
      <w:pPr>
        <w:pStyle w:val="NormalWeb"/>
        <w:rPr>
          <w:color w:val="000000"/>
        </w:rPr>
      </w:pPr>
      <w:r>
        <w:rPr>
          <w:color w:val="000000"/>
        </w:rPr>
        <w:t xml:space="preserve">People forgot to log tasks. Tickets disappeared into the abyss. Someone </w:t>
      </w:r>
      <w:r w:rsidR="0006689C">
        <w:rPr>
          <w:color w:val="000000"/>
        </w:rPr>
        <w:t>authorized</w:t>
      </w:r>
      <w:r>
        <w:rPr>
          <w:color w:val="000000"/>
        </w:rPr>
        <w:t xml:space="preserve"> a hardware order three times because nobody knew who had the sign-off. We had three pallets of routers and nowhere to put them. They sat in the hallway for a month like a monument to procedural idiocy.</w:t>
      </w:r>
    </w:p>
    <w:p w14:paraId="3092F01F" w14:textId="77777777" w:rsidR="00735722" w:rsidRDefault="00735722" w:rsidP="00735722">
      <w:pPr>
        <w:pStyle w:val="NormalWeb"/>
        <w:rPr>
          <w:color w:val="000000"/>
        </w:rPr>
      </w:pPr>
      <w:r>
        <w:rPr>
          <w:color w:val="000000"/>
        </w:rPr>
        <w:t>In the canteen, the espresso machine died. Nobody replaced it. They just put a sign that said: “</w:t>
      </w:r>
      <w:r>
        <w:rPr>
          <w:rStyle w:val="Emphasis"/>
          <w:color w:val="000000"/>
        </w:rPr>
        <w:t>Under Consideration.</w:t>
      </w:r>
      <w:r>
        <w:rPr>
          <w:color w:val="000000"/>
        </w:rPr>
        <w:t>”</w:t>
      </w:r>
    </w:p>
    <w:p w14:paraId="10129A93" w14:textId="77777777" w:rsidR="00735722" w:rsidRDefault="00735722" w:rsidP="00735722">
      <w:pPr>
        <w:pStyle w:val="NormalWeb"/>
        <w:rPr>
          <w:color w:val="000000"/>
        </w:rPr>
      </w:pPr>
      <w:r>
        <w:rPr>
          <w:color w:val="000000"/>
        </w:rPr>
        <w:t>We started drinking instant coffee again. The kind that tastes like someone melted a phone battery into brown water.</w:t>
      </w:r>
    </w:p>
    <w:p w14:paraId="34C0AD8E" w14:textId="77777777" w:rsidR="00735722" w:rsidRDefault="00735722" w:rsidP="00735722">
      <w:pPr>
        <w:pStyle w:val="NormalWeb"/>
        <w:rPr>
          <w:color w:val="000000"/>
        </w:rPr>
      </w:pPr>
      <w:r>
        <w:rPr>
          <w:color w:val="000000"/>
        </w:rPr>
        <w:t>“Maybe the machine left before it was asked,” I said.</w:t>
      </w:r>
    </w:p>
    <w:p w14:paraId="5ECEE43F" w14:textId="77777777" w:rsidR="00735722" w:rsidRDefault="00735722" w:rsidP="00735722">
      <w:pPr>
        <w:pStyle w:val="NormalWeb"/>
        <w:rPr>
          <w:color w:val="000000"/>
        </w:rPr>
      </w:pPr>
      <w:r>
        <w:rPr>
          <w:color w:val="000000"/>
        </w:rPr>
        <w:t>“Smart bastard,” Niels replied.</w:t>
      </w:r>
    </w:p>
    <w:p w14:paraId="42171F8D" w14:textId="2C80F040" w:rsidR="00735722" w:rsidRDefault="00735722" w:rsidP="00735722"/>
    <w:p w14:paraId="0C2235D3" w14:textId="77777777" w:rsidR="00735722" w:rsidRDefault="00735722" w:rsidP="00735722">
      <w:pPr>
        <w:pStyle w:val="Heading3"/>
        <w:rPr>
          <w:color w:val="000000"/>
        </w:rPr>
      </w:pPr>
      <w:r>
        <w:rPr>
          <w:rStyle w:val="Strong"/>
          <w:b/>
          <w:bCs/>
          <w:color w:val="000000"/>
        </w:rPr>
        <w:t>Hilmar’s Last Stand</w:t>
      </w:r>
    </w:p>
    <w:p w14:paraId="17778BB7" w14:textId="77777777" w:rsidR="00735722" w:rsidRDefault="00735722" w:rsidP="00735722">
      <w:pPr>
        <w:pStyle w:val="NormalWeb"/>
        <w:rPr>
          <w:color w:val="000000"/>
        </w:rPr>
      </w:pPr>
      <w:r>
        <w:rPr>
          <w:color w:val="000000"/>
        </w:rPr>
        <w:t>Ah, Hilmar. The man who thought he could navigate political tides with spreadsheets and charisma. He tried, bless him. He flew to London, gave PowerPoint presentations with animated slide transitions and too many bullet points.</w:t>
      </w:r>
    </w:p>
    <w:p w14:paraId="60379776" w14:textId="77777777" w:rsidR="00735722" w:rsidRDefault="00735722" w:rsidP="00735722">
      <w:pPr>
        <w:pStyle w:val="NormalWeb"/>
        <w:rPr>
          <w:color w:val="000000"/>
        </w:rPr>
      </w:pPr>
      <w:r>
        <w:rPr>
          <w:color w:val="000000"/>
        </w:rPr>
        <w:t>He quoted Churchill once. Bad idea.</w:t>
      </w:r>
    </w:p>
    <w:p w14:paraId="4FBA7B9C" w14:textId="77777777" w:rsidR="00735722" w:rsidRDefault="00735722" w:rsidP="00735722">
      <w:pPr>
        <w:pStyle w:val="NormalWeb"/>
        <w:rPr>
          <w:color w:val="000000"/>
        </w:rPr>
      </w:pPr>
      <w:r>
        <w:rPr>
          <w:color w:val="000000"/>
        </w:rPr>
        <w:t>“We will fight on the firewalls... we will never surrender...”</w:t>
      </w:r>
    </w:p>
    <w:p w14:paraId="4024DF2C" w14:textId="77777777" w:rsidR="00735722" w:rsidRDefault="00735722" w:rsidP="00735722">
      <w:pPr>
        <w:pStyle w:val="NormalWeb"/>
        <w:rPr>
          <w:color w:val="000000"/>
        </w:rPr>
      </w:pPr>
      <w:r>
        <w:rPr>
          <w:color w:val="000000"/>
        </w:rPr>
        <w:lastRenderedPageBreak/>
        <w:t>The Brits stared at him like he was an overexcited wedding DJ. He came back flushed and rattled.</w:t>
      </w:r>
    </w:p>
    <w:p w14:paraId="61926A1B" w14:textId="77777777" w:rsidR="00735722" w:rsidRDefault="00735722" w:rsidP="00735722">
      <w:pPr>
        <w:pStyle w:val="NormalWeb"/>
        <w:rPr>
          <w:color w:val="000000"/>
        </w:rPr>
      </w:pPr>
      <w:r>
        <w:rPr>
          <w:color w:val="000000"/>
        </w:rPr>
        <w:t>That final week, he tried to rally the Dutch team—one more Town Hall meeting, one more speech about “local strengths in a global vision.” But nobody listened. People checked their phones. Someone played Angry Birds on a company iPad.</w:t>
      </w:r>
    </w:p>
    <w:p w14:paraId="48FD86D1" w14:textId="77777777" w:rsidR="00735722" w:rsidRDefault="00735722" w:rsidP="00735722">
      <w:pPr>
        <w:pStyle w:val="NormalWeb"/>
        <w:rPr>
          <w:color w:val="000000"/>
        </w:rPr>
      </w:pPr>
      <w:r>
        <w:rPr>
          <w:color w:val="000000"/>
        </w:rPr>
        <w:t>“If we work together, we can protect what makes us unique!”</w:t>
      </w:r>
    </w:p>
    <w:p w14:paraId="4129E72D" w14:textId="77777777" w:rsidR="00735722" w:rsidRDefault="00735722" w:rsidP="00735722">
      <w:pPr>
        <w:pStyle w:val="NormalWeb"/>
        <w:rPr>
          <w:color w:val="000000"/>
        </w:rPr>
      </w:pPr>
      <w:r>
        <w:rPr>
          <w:color w:val="000000"/>
        </w:rPr>
        <w:t>“You mean like pensions?” muttered someone from Finance.</w:t>
      </w:r>
    </w:p>
    <w:p w14:paraId="7F968EB9" w14:textId="77777777" w:rsidR="00735722" w:rsidRDefault="00735722" w:rsidP="00735722">
      <w:pPr>
        <w:pStyle w:val="NormalWeb"/>
        <w:rPr>
          <w:color w:val="000000"/>
        </w:rPr>
      </w:pPr>
      <w:r>
        <w:rPr>
          <w:color w:val="000000"/>
        </w:rPr>
        <w:t>Two days later, Hilmar “stepped down.”</w:t>
      </w:r>
      <w:r>
        <w:rPr>
          <w:color w:val="000000"/>
        </w:rPr>
        <w:br/>
        <w:t>Three weeks later, his desk became a “collaboration space.”</w:t>
      </w:r>
      <w:r>
        <w:rPr>
          <w:color w:val="000000"/>
        </w:rPr>
        <w:br/>
        <w:t>We left a biscuit on the corner as an offering.</w:t>
      </w:r>
    </w:p>
    <w:p w14:paraId="4DEE4631" w14:textId="698DA429" w:rsidR="00735722" w:rsidRDefault="00735722" w:rsidP="00735722"/>
    <w:p w14:paraId="4907B0B9" w14:textId="77777777" w:rsidR="00735722" w:rsidRDefault="00735722" w:rsidP="00735722">
      <w:pPr>
        <w:pStyle w:val="Heading3"/>
        <w:rPr>
          <w:color w:val="000000"/>
        </w:rPr>
      </w:pPr>
      <w:r>
        <w:rPr>
          <w:rStyle w:val="Strong"/>
          <w:b/>
          <w:bCs/>
          <w:color w:val="000000"/>
        </w:rPr>
        <w:t>The Hum Beneath the Floor</w:t>
      </w:r>
    </w:p>
    <w:p w14:paraId="47138AC3" w14:textId="77777777" w:rsidR="00735722" w:rsidRDefault="00735722" w:rsidP="00735722">
      <w:pPr>
        <w:pStyle w:val="NormalWeb"/>
        <w:rPr>
          <w:color w:val="000000"/>
        </w:rPr>
      </w:pPr>
      <w:r>
        <w:rPr>
          <w:color w:val="000000"/>
        </w:rPr>
        <w:t xml:space="preserve">The data </w:t>
      </w:r>
      <w:proofErr w:type="spellStart"/>
      <w:r>
        <w:rPr>
          <w:color w:val="000000"/>
        </w:rPr>
        <w:t>centre</w:t>
      </w:r>
      <w:proofErr w:type="spellEnd"/>
      <w:r>
        <w:rPr>
          <w:color w:val="000000"/>
        </w:rPr>
        <w:t xml:space="preserve"> kept humming, as always. Lights blinked. Fans whispered. Systems whispered to each other in code no human could understand. It felt almost indifferent to us now. Like the machines knew we were just passing through.</w:t>
      </w:r>
    </w:p>
    <w:p w14:paraId="53BF47B6" w14:textId="77777777" w:rsidR="00735722" w:rsidRDefault="00735722" w:rsidP="00735722">
      <w:pPr>
        <w:pStyle w:val="NormalWeb"/>
        <w:rPr>
          <w:color w:val="000000"/>
        </w:rPr>
      </w:pPr>
      <w:r>
        <w:rPr>
          <w:color w:val="000000"/>
        </w:rPr>
        <w:t>Sometimes, Niels and I would stand in the cold corridor between racks and talk about everything except work. About music, about books, about whether pigeons felt lonely in the rain.</w:t>
      </w:r>
    </w:p>
    <w:p w14:paraId="6C2EE808" w14:textId="77777777" w:rsidR="00735722" w:rsidRDefault="00735722" w:rsidP="00735722">
      <w:pPr>
        <w:pStyle w:val="NormalWeb"/>
        <w:rPr>
          <w:color w:val="000000"/>
        </w:rPr>
      </w:pPr>
      <w:r>
        <w:rPr>
          <w:color w:val="000000"/>
        </w:rPr>
        <w:t>“One day,” he said, “this whole building will be a museum of mistakes.”</w:t>
      </w:r>
    </w:p>
    <w:p w14:paraId="5E886FB8" w14:textId="77777777" w:rsidR="00735722" w:rsidRDefault="00735722" w:rsidP="00735722">
      <w:pPr>
        <w:pStyle w:val="NormalWeb"/>
        <w:rPr>
          <w:color w:val="000000"/>
        </w:rPr>
      </w:pPr>
      <w:r>
        <w:rPr>
          <w:color w:val="000000"/>
        </w:rPr>
        <w:t>“Then we should write the plaques ourselves.”</w:t>
      </w:r>
    </w:p>
    <w:p w14:paraId="3332C694" w14:textId="79DF9BB9" w:rsidR="00735722" w:rsidRDefault="00735722" w:rsidP="00735722"/>
    <w:p w14:paraId="3DF8E259" w14:textId="214EE062" w:rsidR="00735722" w:rsidRDefault="00735722" w:rsidP="00735722">
      <w:pPr>
        <w:pStyle w:val="NormalWeb"/>
        <w:rPr>
          <w:color w:val="000000"/>
        </w:rPr>
      </w:pPr>
      <w:r>
        <w:rPr>
          <w:color w:val="000000"/>
        </w:rPr>
        <w:t>And so</w:t>
      </w:r>
      <w:r w:rsidR="00471F34">
        <w:rPr>
          <w:color w:val="000000"/>
        </w:rPr>
        <w:t xml:space="preserve">, </w:t>
      </w:r>
      <w:r>
        <w:rPr>
          <w:color w:val="000000"/>
        </w:rPr>
        <w:t>the cracks widened—not because anyone swung a hammer, but because nobody maintained the structure anymore. Not really.</w:t>
      </w:r>
    </w:p>
    <w:p w14:paraId="10104E38" w14:textId="77777777" w:rsidR="00735722" w:rsidRDefault="00735722" w:rsidP="00735722">
      <w:pPr>
        <w:pStyle w:val="NormalWeb"/>
        <w:rPr>
          <w:color w:val="000000"/>
        </w:rPr>
      </w:pPr>
      <w:r>
        <w:rPr>
          <w:color w:val="000000"/>
        </w:rPr>
        <w:t>It wasn’t dramatic. There was no explosion. No walkout. Just a slow unthreading of the weave.</w:t>
      </w:r>
    </w:p>
    <w:p w14:paraId="5C9584AC" w14:textId="77777777" w:rsidR="00735722" w:rsidRDefault="00735722" w:rsidP="00735722">
      <w:pPr>
        <w:pStyle w:val="NormalWeb"/>
        <w:rPr>
          <w:color w:val="000000"/>
        </w:rPr>
      </w:pPr>
      <w:r>
        <w:rPr>
          <w:color w:val="000000"/>
        </w:rPr>
        <w:t>And underneath the wallpaper—hidden by strategy documents and glossy posters—was something tender, something human, and something breaking.</w:t>
      </w:r>
    </w:p>
    <w:p w14:paraId="42954A1F" w14:textId="652F20A0" w:rsidR="00200A9E" w:rsidRDefault="00200A9E">
      <w:pPr>
        <w:spacing w:after="200" w:line="276" w:lineRule="auto"/>
      </w:pPr>
      <w:r>
        <w:br w:type="page"/>
      </w:r>
    </w:p>
    <w:p w14:paraId="2573CB7A" w14:textId="77777777" w:rsidR="003D24AF" w:rsidRDefault="003D24AF" w:rsidP="003D24AF">
      <w:pPr>
        <w:pStyle w:val="NormalWeb"/>
        <w:rPr>
          <w:color w:val="000000"/>
        </w:rPr>
      </w:pPr>
      <w:r>
        <w:rPr>
          <w:rStyle w:val="Strong"/>
          <w:color w:val="000000"/>
        </w:rPr>
        <w:lastRenderedPageBreak/>
        <w:t>Chapter: The Great British Breakdown</w:t>
      </w:r>
    </w:p>
    <w:p w14:paraId="6651C8E1" w14:textId="77777777" w:rsidR="003D24AF" w:rsidRDefault="003D24AF" w:rsidP="003D24AF">
      <w:pPr>
        <w:pStyle w:val="NormalWeb"/>
        <w:rPr>
          <w:color w:val="000000"/>
        </w:rPr>
      </w:pPr>
      <w:r>
        <w:rPr>
          <w:color w:val="000000"/>
        </w:rPr>
        <w:t>They called it a merger. But really, it was more like two blind moles tunneling from opposite ends of the continent, hoping to meet in the middle of the same maze. What they forgot to mention was: one was digging with spoons, the other with jackhammers.</w:t>
      </w:r>
    </w:p>
    <w:p w14:paraId="6A945D77" w14:textId="53240906" w:rsidR="003D24AF" w:rsidRDefault="003D24AF" w:rsidP="003D24AF">
      <w:pPr>
        <w:pStyle w:val="NormalWeb"/>
        <w:rPr>
          <w:color w:val="000000"/>
        </w:rPr>
      </w:pPr>
      <w:r>
        <w:rPr>
          <w:color w:val="000000"/>
        </w:rPr>
        <w:t xml:space="preserve">The Dutch side had the data center—a proper one. </w:t>
      </w:r>
      <w:proofErr w:type="spellStart"/>
      <w:r>
        <w:rPr>
          <w:color w:val="000000"/>
        </w:rPr>
        <w:t>Fibre</w:t>
      </w:r>
      <w:proofErr w:type="spellEnd"/>
      <w:r>
        <w:rPr>
          <w:color w:val="000000"/>
        </w:rPr>
        <w:t xml:space="preserve">-laced, humming, methodical. The English side? They had a building. A shared one. And cables—miles of the stuff, </w:t>
      </w:r>
      <w:r w:rsidR="0006689C">
        <w:rPr>
          <w:color w:val="000000"/>
        </w:rPr>
        <w:t>crisscrossing</w:t>
      </w:r>
      <w:r>
        <w:rPr>
          <w:color w:val="000000"/>
        </w:rPr>
        <w:t xml:space="preserve"> the walls like tangled veins on a drinker’s nose. The systems were ancient, the services patchy, and the only thing keeping them from being laughed out of the room was their prized client: the BBC. It gave them airs. They walked like they were hosting</w:t>
      </w:r>
      <w:r>
        <w:rPr>
          <w:rStyle w:val="apple-converted-space"/>
          <w:color w:val="000000"/>
        </w:rPr>
        <w:t> </w:t>
      </w:r>
      <w:r>
        <w:rPr>
          <w:rStyle w:val="Emphasis"/>
          <w:color w:val="000000"/>
        </w:rPr>
        <w:t>Top Gear</w:t>
      </w:r>
      <w:r>
        <w:rPr>
          <w:color w:val="000000"/>
        </w:rPr>
        <w:t>, but underneath it all, their network was more</w:t>
      </w:r>
      <w:r>
        <w:rPr>
          <w:rStyle w:val="apple-converted-space"/>
          <w:color w:val="000000"/>
        </w:rPr>
        <w:t> </w:t>
      </w:r>
      <w:r>
        <w:rPr>
          <w:rStyle w:val="Emphasis"/>
          <w:color w:val="000000"/>
        </w:rPr>
        <w:t>Fawlty Towers</w:t>
      </w:r>
      <w:r>
        <w:rPr>
          <w:color w:val="000000"/>
        </w:rPr>
        <w:t>.</w:t>
      </w:r>
    </w:p>
    <w:p w14:paraId="58D2967D" w14:textId="150BC501" w:rsidR="003D24AF" w:rsidRDefault="003D24AF" w:rsidP="003D24AF">
      <w:pPr>
        <w:pStyle w:val="NormalWeb"/>
        <w:rPr>
          <w:color w:val="000000"/>
        </w:rPr>
      </w:pPr>
      <w:r>
        <w:rPr>
          <w:color w:val="000000"/>
        </w:rPr>
        <w:t xml:space="preserve">Then came the gutting. Hilmar, in one final dramatic flourish, walked out the door—with half the bloody crew in tow. Data center engineers. Network specialists. Infrastructure minds. He didn’t just resign—he performed a Viking raid and left the rest of us in the </w:t>
      </w:r>
      <w:r w:rsidR="0006689C">
        <w:rPr>
          <w:color w:val="000000"/>
        </w:rPr>
        <w:t>shouldering</w:t>
      </w:r>
      <w:r>
        <w:rPr>
          <w:color w:val="000000"/>
        </w:rPr>
        <w:t xml:space="preserve"> wreckage.</w:t>
      </w:r>
    </w:p>
    <w:p w14:paraId="21E427B5" w14:textId="77777777" w:rsidR="003D24AF" w:rsidRDefault="003D24AF" w:rsidP="003D24AF">
      <w:pPr>
        <w:pStyle w:val="NormalWeb"/>
        <w:rPr>
          <w:color w:val="000000"/>
        </w:rPr>
      </w:pPr>
      <w:r>
        <w:rPr>
          <w:color w:val="000000"/>
        </w:rPr>
        <w:t>And who got the panicked call? Me.</w:t>
      </w:r>
    </w:p>
    <w:p w14:paraId="48D40C9E" w14:textId="77777777" w:rsidR="003D24AF" w:rsidRDefault="003D24AF" w:rsidP="003D24AF">
      <w:pPr>
        <w:pStyle w:val="NormalWeb"/>
        <w:rPr>
          <w:color w:val="000000"/>
        </w:rPr>
      </w:pPr>
      <w:r>
        <w:rPr>
          <w:color w:val="000000"/>
        </w:rPr>
        <w:t>My new English manager—flapping like a startled heron—asked if there was</w:t>
      </w:r>
      <w:r>
        <w:rPr>
          <w:rStyle w:val="apple-converted-space"/>
          <w:color w:val="000000"/>
        </w:rPr>
        <w:t> </w:t>
      </w:r>
      <w:r>
        <w:rPr>
          <w:rStyle w:val="Emphasis"/>
          <w:color w:val="000000"/>
        </w:rPr>
        <w:t>anything</w:t>
      </w:r>
      <w:r>
        <w:rPr>
          <w:rStyle w:val="apple-converted-space"/>
          <w:color w:val="000000"/>
        </w:rPr>
        <w:t> </w:t>
      </w:r>
      <w:r>
        <w:rPr>
          <w:color w:val="000000"/>
        </w:rPr>
        <w:t>I could do. I told him plain: “It’s time to get the workers in. The real ones.” And that’s exactly what I did.</w:t>
      </w:r>
    </w:p>
    <w:p w14:paraId="09F4D647" w14:textId="0B96AAEF" w:rsidR="003D24AF" w:rsidRDefault="003D24AF" w:rsidP="003D24AF">
      <w:pPr>
        <w:pStyle w:val="NormalWeb"/>
        <w:rPr>
          <w:color w:val="000000"/>
        </w:rPr>
      </w:pPr>
      <w:r>
        <w:rPr>
          <w:color w:val="000000"/>
        </w:rPr>
        <w:t xml:space="preserve">Within a week, thanks to a few </w:t>
      </w:r>
      <w:r w:rsidR="0006689C">
        <w:rPr>
          <w:color w:val="000000"/>
        </w:rPr>
        <w:t>favors</w:t>
      </w:r>
      <w:r>
        <w:rPr>
          <w:color w:val="000000"/>
        </w:rPr>
        <w:t>, old alliances, and a bit of storytelling magic, we were back on our feet. Niels rallied his contacts, and I personally brought back a network team who'd previously fled from Hilmar’s madness. I asked them why they’d return to this mess. They said, “For you. Because the way you told it, we believed in the mission.”</w:t>
      </w:r>
    </w:p>
    <w:p w14:paraId="10CD2335" w14:textId="77777777" w:rsidR="003D24AF" w:rsidRDefault="003D24AF" w:rsidP="003D24AF">
      <w:pPr>
        <w:pStyle w:val="NormalWeb"/>
        <w:rPr>
          <w:color w:val="000000"/>
        </w:rPr>
      </w:pPr>
      <w:r>
        <w:rPr>
          <w:color w:val="000000"/>
        </w:rPr>
        <w:t>And then—against all odds—we were operational again. Fully. And thriving.</w:t>
      </w:r>
    </w:p>
    <w:p w14:paraId="28CC71AF" w14:textId="77777777" w:rsidR="003D24AF" w:rsidRDefault="003D24AF" w:rsidP="003D24AF">
      <w:pPr>
        <w:pStyle w:val="NormalWeb"/>
        <w:rPr>
          <w:color w:val="000000"/>
        </w:rPr>
      </w:pPr>
      <w:r>
        <w:rPr>
          <w:color w:val="000000"/>
        </w:rPr>
        <w:t>We were a gang of misfits with calloused fingers, deep laughs, and a mutual disdain for nonsense. We worked hard, we played harder, and by God, we had</w:t>
      </w:r>
      <w:r>
        <w:rPr>
          <w:rStyle w:val="apple-converted-space"/>
          <w:color w:val="000000"/>
        </w:rPr>
        <w:t> </w:t>
      </w:r>
      <w:r>
        <w:rPr>
          <w:rStyle w:val="Emphasis"/>
          <w:color w:val="000000"/>
        </w:rPr>
        <w:t>fun</w:t>
      </w:r>
      <w:r>
        <w:rPr>
          <w:color w:val="000000"/>
        </w:rPr>
        <w:t>. The English manager was overjoyed. Not only had we saved the site—we’d saved</w:t>
      </w:r>
      <w:r>
        <w:rPr>
          <w:rStyle w:val="apple-converted-space"/>
          <w:color w:val="000000"/>
        </w:rPr>
        <w:t> </w:t>
      </w:r>
      <w:r>
        <w:rPr>
          <w:rStyle w:val="Emphasis"/>
          <w:color w:val="000000"/>
        </w:rPr>
        <w:t>him</w:t>
      </w:r>
      <w:r>
        <w:rPr>
          <w:color w:val="000000"/>
        </w:rPr>
        <w:t>.</w:t>
      </w:r>
    </w:p>
    <w:p w14:paraId="463220B7" w14:textId="77777777" w:rsidR="003D24AF" w:rsidRDefault="003D24AF" w:rsidP="003D24AF">
      <w:pPr>
        <w:pStyle w:val="NormalWeb"/>
        <w:rPr>
          <w:color w:val="000000"/>
        </w:rPr>
      </w:pPr>
      <w:r>
        <w:rPr>
          <w:color w:val="000000"/>
        </w:rPr>
        <w:t>I warned him, though: “If you ever pull a fast one on us, I’ll make sure the reckoning is biblical.” He laughed. I didn’t.</w:t>
      </w:r>
    </w:p>
    <w:p w14:paraId="0C1DD3AA" w14:textId="77777777" w:rsidR="003D24AF" w:rsidRDefault="003D24AF" w:rsidP="003D24AF">
      <w:pPr>
        <w:pStyle w:val="NormalWeb"/>
        <w:rPr>
          <w:color w:val="000000"/>
        </w:rPr>
      </w:pPr>
      <w:r>
        <w:rPr>
          <w:color w:val="000000"/>
        </w:rPr>
        <w:t>Things were golden for a while—upgrades rolled out, the Ring was completed, we streamed content from Tokyo to Texas. It was glorious.</w:t>
      </w:r>
    </w:p>
    <w:p w14:paraId="6F4DE9A9" w14:textId="77777777" w:rsidR="003D24AF" w:rsidRDefault="003D24AF" w:rsidP="003D24AF">
      <w:pPr>
        <w:pStyle w:val="NormalWeb"/>
        <w:rPr>
          <w:color w:val="000000"/>
        </w:rPr>
      </w:pPr>
      <w:r>
        <w:rPr>
          <w:color w:val="000000"/>
        </w:rPr>
        <w:t>Then the call came: Las Vegas.</w:t>
      </w:r>
    </w:p>
    <w:p w14:paraId="1B09EE7C" w14:textId="77777777" w:rsidR="003D24AF" w:rsidRDefault="003D24AF" w:rsidP="003D24AF">
      <w:pPr>
        <w:pStyle w:val="NormalWeb"/>
        <w:rPr>
          <w:color w:val="000000"/>
        </w:rPr>
      </w:pPr>
      <w:r>
        <w:rPr>
          <w:color w:val="000000"/>
        </w:rPr>
        <w:t>One of the English office lads, caught up in the glamour of tech expos and buzzwords, had signed up for the</w:t>
      </w:r>
      <w:r>
        <w:rPr>
          <w:rStyle w:val="apple-converted-space"/>
          <w:color w:val="000000"/>
        </w:rPr>
        <w:t> </w:t>
      </w:r>
      <w:r>
        <w:rPr>
          <w:rStyle w:val="Emphasis"/>
          <w:color w:val="000000"/>
        </w:rPr>
        <w:t>biggest</w:t>
      </w:r>
      <w:r>
        <w:rPr>
          <w:rStyle w:val="apple-converted-space"/>
          <w:color w:val="000000"/>
        </w:rPr>
        <w:t> </w:t>
      </w:r>
      <w:r>
        <w:rPr>
          <w:color w:val="000000"/>
        </w:rPr>
        <w:t>trade show in the world… with absolutely no idea what it required. He thought you could just “plug in the network cable and Bob’s your uncle.”</w:t>
      </w:r>
    </w:p>
    <w:p w14:paraId="670EC8B6" w14:textId="77777777" w:rsidR="003D24AF" w:rsidRDefault="003D24AF" w:rsidP="003D24AF">
      <w:pPr>
        <w:pStyle w:val="NormalWeb"/>
        <w:rPr>
          <w:color w:val="000000"/>
        </w:rPr>
      </w:pPr>
      <w:r>
        <w:rPr>
          <w:color w:val="000000"/>
        </w:rPr>
        <w:lastRenderedPageBreak/>
        <w:t>I was still out sick, barely able to sit up straight. But this was a disaster in the making. So back into the fray I went.</w:t>
      </w:r>
    </w:p>
    <w:p w14:paraId="3D36DAC4" w14:textId="77777777" w:rsidR="003D24AF" w:rsidRDefault="003D24AF" w:rsidP="003D24AF">
      <w:pPr>
        <w:pStyle w:val="NormalWeb"/>
        <w:rPr>
          <w:color w:val="000000"/>
        </w:rPr>
      </w:pPr>
      <w:r>
        <w:rPr>
          <w:color w:val="000000"/>
        </w:rPr>
        <w:t>I roped in Tom—cool-headed, sharp as a tack. “You up for a challenge?” I asked. “How does Vegas sound?”</w:t>
      </w:r>
    </w:p>
    <w:p w14:paraId="7C735336" w14:textId="5D64818D" w:rsidR="003D24AF" w:rsidRDefault="003D24AF" w:rsidP="003D24AF">
      <w:pPr>
        <w:pStyle w:val="NormalWeb"/>
        <w:rPr>
          <w:color w:val="000000"/>
        </w:rPr>
      </w:pPr>
      <w:r>
        <w:rPr>
          <w:color w:val="000000"/>
        </w:rPr>
        <w:t xml:space="preserve">He grinned. “If you </w:t>
      </w:r>
      <w:r w:rsidR="0006689C">
        <w:rPr>
          <w:color w:val="000000"/>
        </w:rPr>
        <w:t xml:space="preserve">design </w:t>
      </w:r>
      <w:r>
        <w:rPr>
          <w:color w:val="000000"/>
        </w:rPr>
        <w:t xml:space="preserve">it, I’ll </w:t>
      </w:r>
      <w:r w:rsidR="0006689C">
        <w:rPr>
          <w:color w:val="000000"/>
        </w:rPr>
        <w:t xml:space="preserve">build and </w:t>
      </w:r>
      <w:r>
        <w:rPr>
          <w:color w:val="000000"/>
        </w:rPr>
        <w:t>run it. You just get the gear there.”</w:t>
      </w:r>
    </w:p>
    <w:p w14:paraId="6F4C3FCA" w14:textId="77777777" w:rsidR="003D24AF" w:rsidRDefault="003D24AF" w:rsidP="003D24AF">
      <w:pPr>
        <w:pStyle w:val="NormalWeb"/>
        <w:rPr>
          <w:color w:val="000000"/>
        </w:rPr>
      </w:pPr>
      <w:r>
        <w:rPr>
          <w:color w:val="000000"/>
        </w:rPr>
        <w:t>I called in old contacts in the U.S.—people I’d known and trusted. They delivered. Tom flew out with a suitcase full of reserve firewalls, routers, and enough connectors to wire up Caesar’s Palace.</w:t>
      </w:r>
    </w:p>
    <w:p w14:paraId="5B382E47" w14:textId="77777777" w:rsidR="003D24AF" w:rsidRDefault="003D24AF" w:rsidP="003D24AF">
      <w:pPr>
        <w:pStyle w:val="NormalWeb"/>
        <w:rPr>
          <w:color w:val="000000"/>
        </w:rPr>
      </w:pPr>
      <w:r>
        <w:rPr>
          <w:color w:val="000000"/>
        </w:rPr>
        <w:t>Within two days, he had the whole thing humming. The rest of the week he spent on the Strip, drinking in neon and sending me videos of showgirls and slot machines, laughing like a man who’d escaped a spreadsheet fire.</w:t>
      </w:r>
    </w:p>
    <w:p w14:paraId="15544A6A" w14:textId="77777777" w:rsidR="003D24AF" w:rsidRDefault="003D24AF" w:rsidP="003D24AF">
      <w:pPr>
        <w:pStyle w:val="NormalWeb"/>
        <w:rPr>
          <w:color w:val="000000"/>
        </w:rPr>
      </w:pPr>
      <w:r>
        <w:rPr>
          <w:color w:val="000000"/>
        </w:rPr>
        <w:t>It all worked. Almost. The only snag was—of course—London. Their network setup back home caused hiccups. But we patched it, improvised, and delivered just in time.</w:t>
      </w:r>
    </w:p>
    <w:p w14:paraId="5DB77835" w14:textId="77777777" w:rsidR="003D24AF" w:rsidRDefault="003D24AF" w:rsidP="003D24AF">
      <w:pPr>
        <w:pStyle w:val="NormalWeb"/>
        <w:rPr>
          <w:color w:val="000000"/>
        </w:rPr>
      </w:pPr>
      <w:r>
        <w:rPr>
          <w:color w:val="000000"/>
        </w:rPr>
        <w:t>But Vegas had pulled back the curtain. The UK site wasn’t just old—it was</w:t>
      </w:r>
      <w:r>
        <w:rPr>
          <w:rStyle w:val="apple-converted-space"/>
          <w:color w:val="000000"/>
        </w:rPr>
        <w:t> </w:t>
      </w:r>
      <w:r>
        <w:rPr>
          <w:rStyle w:val="Emphasis"/>
          <w:color w:val="000000"/>
        </w:rPr>
        <w:t>crumbling</w:t>
      </w:r>
      <w:r>
        <w:rPr>
          <w:color w:val="000000"/>
        </w:rPr>
        <w:t>. They sent me over to assess it. What I found was a disaster: islands of isolated networks, each with its own jealous guardian. It was less a network than a feudal system. Lords and vassals. And none of them liked being told what to do by an Irishman.</w:t>
      </w:r>
    </w:p>
    <w:p w14:paraId="628B6FD4" w14:textId="77777777" w:rsidR="003D24AF" w:rsidRDefault="003D24AF" w:rsidP="003D24AF">
      <w:pPr>
        <w:pStyle w:val="NormalWeb"/>
        <w:rPr>
          <w:color w:val="000000"/>
        </w:rPr>
      </w:pPr>
      <w:r>
        <w:rPr>
          <w:color w:val="000000"/>
        </w:rPr>
        <w:t>But bit by bit, I broke through. Got a new design approved. Started implementation with the help of a few solid UK engineers. Still, it was war.</w:t>
      </w:r>
    </w:p>
    <w:p w14:paraId="1A4E0B68" w14:textId="77777777" w:rsidR="003D24AF" w:rsidRDefault="003D24AF" w:rsidP="003D24AF">
      <w:pPr>
        <w:pStyle w:val="NormalWeb"/>
        <w:rPr>
          <w:color w:val="000000"/>
        </w:rPr>
      </w:pPr>
      <w:r>
        <w:rPr>
          <w:color w:val="000000"/>
        </w:rPr>
        <w:t>And one night, lying on a lumpy hotel bed near Paddington, I looked up at the yellow ceiling and laughed to myself.</w:t>
      </w:r>
    </w:p>
    <w:p w14:paraId="3F186421" w14:textId="5B9AE654" w:rsidR="003D24AF" w:rsidRDefault="003D24AF" w:rsidP="003D24AF">
      <w:pPr>
        <w:pStyle w:val="NormalWeb"/>
        <w:rPr>
          <w:color w:val="000000"/>
        </w:rPr>
      </w:pPr>
      <w:r>
        <w:rPr>
          <w:color w:val="000000"/>
        </w:rPr>
        <w:t>“How in the</w:t>
      </w:r>
      <w:r>
        <w:rPr>
          <w:rStyle w:val="apple-converted-space"/>
          <w:color w:val="000000"/>
        </w:rPr>
        <w:t> </w:t>
      </w:r>
      <w:r>
        <w:rPr>
          <w:rStyle w:val="Emphasis"/>
          <w:color w:val="000000"/>
        </w:rPr>
        <w:t>fuck</w:t>
      </w:r>
      <w:r>
        <w:rPr>
          <w:color w:val="000000"/>
        </w:rPr>
        <w:t xml:space="preserve">,” I whispered, “did a bog-man from the </w:t>
      </w:r>
      <w:r w:rsidR="00D507E0">
        <w:rPr>
          <w:color w:val="000000"/>
        </w:rPr>
        <w:t>middle</w:t>
      </w:r>
      <w:r>
        <w:rPr>
          <w:color w:val="000000"/>
        </w:rPr>
        <w:t xml:space="preserve"> of Ireland end up designing a network for the BBC, telling the English how to wire their bloody house?”</w:t>
      </w:r>
    </w:p>
    <w:p w14:paraId="25C62D8B" w14:textId="77777777" w:rsidR="003D24AF" w:rsidRDefault="003D24AF" w:rsidP="003D24AF">
      <w:pPr>
        <w:pStyle w:val="NormalWeb"/>
        <w:rPr>
          <w:color w:val="000000"/>
        </w:rPr>
      </w:pPr>
      <w:r>
        <w:rPr>
          <w:color w:val="000000"/>
        </w:rPr>
        <w:t>I didn’t finish the deployment. I didn’t want to. All I wanted then was to get home. Back to something real. To my music. To my mates. To a pint where I didn’t have to justify a topology map to a room full of self-important sods in pinstripe shirts.</w:t>
      </w:r>
    </w:p>
    <w:p w14:paraId="3ECDE205" w14:textId="77777777" w:rsidR="003D24AF" w:rsidRDefault="003D24AF" w:rsidP="003D24AF">
      <w:pPr>
        <w:pStyle w:val="NormalWeb"/>
        <w:rPr>
          <w:color w:val="000000"/>
        </w:rPr>
      </w:pPr>
      <w:r>
        <w:rPr>
          <w:color w:val="000000"/>
        </w:rPr>
        <w:t>But that year, I must have interviewed 40 engineers. Trying to staff both sites—Netherlands and UK. The pool was shallow. The need was deep.</w:t>
      </w:r>
    </w:p>
    <w:p w14:paraId="7B64C051" w14:textId="77777777" w:rsidR="003D24AF" w:rsidRDefault="003D24AF" w:rsidP="003D24AF">
      <w:pPr>
        <w:pStyle w:val="NormalWeb"/>
        <w:rPr>
          <w:color w:val="000000"/>
        </w:rPr>
      </w:pPr>
      <w:r>
        <w:rPr>
          <w:color w:val="000000"/>
        </w:rPr>
        <w:t>And underneath it all… the cracks were spreading.</w:t>
      </w:r>
    </w:p>
    <w:p w14:paraId="5F81D5D7" w14:textId="767FDEA1" w:rsidR="00F7250D" w:rsidRDefault="00F7250D">
      <w:pPr>
        <w:spacing w:after="200" w:line="276" w:lineRule="auto"/>
      </w:pPr>
      <w:r>
        <w:br w:type="page"/>
      </w:r>
    </w:p>
    <w:p w14:paraId="0DF722BE" w14:textId="77777777" w:rsidR="00F7250D" w:rsidRDefault="00F7250D" w:rsidP="00F7250D">
      <w:pPr>
        <w:pStyle w:val="Heading3"/>
      </w:pPr>
      <w:r>
        <w:lastRenderedPageBreak/>
        <w:t>Chapter Title:</w:t>
      </w:r>
      <w:r>
        <w:rPr>
          <w:rStyle w:val="apple-converted-space"/>
        </w:rPr>
        <w:t> </w:t>
      </w:r>
      <w:r>
        <w:rPr>
          <w:rStyle w:val="Strong"/>
          <w:b/>
          <w:bCs/>
        </w:rPr>
        <w:t>The Cracks in the Wallpaper</w:t>
      </w:r>
    </w:p>
    <w:p w14:paraId="5CFC921D" w14:textId="77777777" w:rsidR="00F7250D" w:rsidRDefault="00F7250D" w:rsidP="00F7250D">
      <w:pPr>
        <w:pStyle w:val="NormalWeb"/>
      </w:pPr>
      <w:r>
        <w:t>(</w:t>
      </w:r>
      <w:r>
        <w:rPr>
          <w:rStyle w:val="Emphasis"/>
        </w:rPr>
        <w:t>a subheading: The Diagnosis</w:t>
      </w:r>
      <w:r>
        <w:t>)</w:t>
      </w:r>
    </w:p>
    <w:p w14:paraId="607E3A20" w14:textId="77777777" w:rsidR="00F7250D" w:rsidRDefault="00F7250D" w:rsidP="00F7250D">
      <w:pPr>
        <w:pStyle w:val="NormalWeb"/>
      </w:pPr>
      <w:r>
        <w:t>At first, it was just a shadow. Fatigue, perhaps. Stress. That familiar weariness from years spent chasing down collapsing networks and saving corporate backsides across borders. You think it's the job—because the job is</w:t>
      </w:r>
      <w:r>
        <w:rPr>
          <w:rStyle w:val="apple-converted-space"/>
        </w:rPr>
        <w:t> </w:t>
      </w:r>
      <w:r>
        <w:rPr>
          <w:rStyle w:val="Emphasis"/>
        </w:rPr>
        <w:t>always</w:t>
      </w:r>
      <w:r>
        <w:rPr>
          <w:rStyle w:val="apple-converted-space"/>
        </w:rPr>
        <w:t> </w:t>
      </w:r>
      <w:r>
        <w:t>the culprit, right?</w:t>
      </w:r>
    </w:p>
    <w:p w14:paraId="6588C46D" w14:textId="77777777" w:rsidR="00F7250D" w:rsidRDefault="00F7250D" w:rsidP="00F7250D">
      <w:pPr>
        <w:pStyle w:val="NormalWeb"/>
      </w:pPr>
      <w:r>
        <w:t>But then Betty makes the call. She sees what you don’t—or don’t want to. A routine check-up, a chest x-ray. The local GP frowns at the film, says you should head straight to the hospital. No fuss, no wait. You’re sent for more tests, a CT scan. Things are moving fast now. You’re carried by the momentum before your mind has time to catch up.</w:t>
      </w:r>
    </w:p>
    <w:p w14:paraId="4AE46B87" w14:textId="77777777" w:rsidR="00F7250D" w:rsidRDefault="00F7250D" w:rsidP="00F7250D">
      <w:pPr>
        <w:pStyle w:val="NormalWeb"/>
      </w:pPr>
      <w:r>
        <w:t>Then Amsterdam. The AVL. A lung specialist.</w:t>
      </w:r>
    </w:p>
    <w:p w14:paraId="37FE0365" w14:textId="77777777" w:rsidR="00F7250D" w:rsidRDefault="00F7250D" w:rsidP="00F7250D">
      <w:pPr>
        <w:pStyle w:val="NormalWeb"/>
      </w:pPr>
      <w:r>
        <w:t>You sit down. You see his mouth move. But the world dulls around the edges. You already know. That word no one wants to hear.</w:t>
      </w:r>
      <w:r>
        <w:rPr>
          <w:rStyle w:val="apple-converted-space"/>
        </w:rPr>
        <w:t> </w:t>
      </w:r>
      <w:r>
        <w:rPr>
          <w:rStyle w:val="Emphasis"/>
        </w:rPr>
        <w:t>Terminal.</w:t>
      </w:r>
    </w:p>
    <w:p w14:paraId="26D4FC01" w14:textId="77777777" w:rsidR="00F7250D" w:rsidRDefault="00F7250D" w:rsidP="00F7250D">
      <w:pPr>
        <w:pStyle w:val="NormalWeb"/>
      </w:pPr>
      <w:r>
        <w:t>He talks about the tumor. Rare. Aggressive. A carcinoid, one of the bad ones. Worse still, it’s spread to the hip bone. The countdown has started—but nobody knows what it’s set to.</w:t>
      </w:r>
    </w:p>
    <w:p w14:paraId="53D482AF" w14:textId="77777777" w:rsidR="00F7250D" w:rsidRDefault="00F7250D" w:rsidP="00F7250D">
      <w:pPr>
        <w:pStyle w:val="NormalWeb"/>
      </w:pPr>
      <w:r>
        <w:t>If you make it to Christmas, he says, that’d be something.</w:t>
      </w:r>
    </w:p>
    <w:p w14:paraId="1AA668FD" w14:textId="70F76F57" w:rsidR="00F7250D" w:rsidRDefault="00F7250D" w:rsidP="00F7250D"/>
    <w:p w14:paraId="7D167D96" w14:textId="77777777" w:rsidR="00F7250D" w:rsidRDefault="00F7250D" w:rsidP="00F7250D">
      <w:pPr>
        <w:pStyle w:val="NormalWeb"/>
      </w:pPr>
      <w:r>
        <w:t>You don’t cry. You don’t scream. You nod. You get on with it. The surgery is scheduled in a blur. One of your lung lobes goes. The tumor couldn’t be taken without it. Laser therapy is lined up for the hip. Everything happens with frightening efficiency.</w:t>
      </w:r>
    </w:p>
    <w:p w14:paraId="62DCCEDD" w14:textId="77777777" w:rsidR="00F7250D" w:rsidRDefault="00F7250D" w:rsidP="00F7250D">
      <w:pPr>
        <w:pStyle w:val="NormalWeb"/>
      </w:pPr>
      <w:r>
        <w:t>By December, you're back home, scarred and stitched, propped up in your chair while others sip wine and pass the gravy, pretending it’s just another Christmas.</w:t>
      </w:r>
    </w:p>
    <w:p w14:paraId="4BF8D95D" w14:textId="77777777" w:rsidR="00F7250D" w:rsidRDefault="00F7250D" w:rsidP="00F7250D">
      <w:pPr>
        <w:pStyle w:val="NormalWeb"/>
      </w:pPr>
      <w:r>
        <w:t>But it’s not.</w:t>
      </w:r>
    </w:p>
    <w:p w14:paraId="24B79FE6" w14:textId="77777777" w:rsidR="00F7250D" w:rsidRDefault="00F7250D" w:rsidP="00F7250D">
      <w:pPr>
        <w:pStyle w:val="NormalWeb"/>
      </w:pPr>
      <w:r>
        <w:t>It’s not even a second chance. It’s something more slippery—a temporary ceasefire.</w:t>
      </w:r>
    </w:p>
    <w:p w14:paraId="337E0F99" w14:textId="5F775490" w:rsidR="00F7250D" w:rsidRDefault="00F7250D" w:rsidP="00F7250D"/>
    <w:p w14:paraId="062940A5" w14:textId="77777777" w:rsidR="00F7250D" w:rsidRDefault="00F7250D" w:rsidP="00F7250D">
      <w:pPr>
        <w:pStyle w:val="NormalWeb"/>
      </w:pPr>
      <w:r>
        <w:t>You return to work after eighteen months, knowing it’s not</w:t>
      </w:r>
      <w:r>
        <w:rPr>
          <w:rStyle w:val="apple-converted-space"/>
        </w:rPr>
        <w:t> </w:t>
      </w:r>
      <w:r>
        <w:rPr>
          <w:rStyle w:val="Emphasis"/>
        </w:rPr>
        <w:t>really</w:t>
      </w:r>
      <w:r>
        <w:rPr>
          <w:rStyle w:val="apple-converted-space"/>
        </w:rPr>
        <w:t> </w:t>
      </w:r>
      <w:r>
        <w:t>work anymore. It’s theatre. You’re walking the halls with a clipboard, nodding at new faces who don’t know the battles fought on those cables, the ghosts that still live in the server rooms.</w:t>
      </w:r>
    </w:p>
    <w:p w14:paraId="77A1A82B" w14:textId="77777777" w:rsidR="00F7250D" w:rsidRDefault="00F7250D" w:rsidP="00F7250D">
      <w:pPr>
        <w:pStyle w:val="NormalWeb"/>
      </w:pPr>
      <w:r>
        <w:t>You clean up your contracts. You hand over projects. Tie off loose ends with the quiet dignity of a man who knows he's writing his own final act, even if the curtain hasn’t yet fallen.</w:t>
      </w:r>
    </w:p>
    <w:p w14:paraId="0FBD7C99" w14:textId="77777777" w:rsidR="00F7250D" w:rsidRDefault="00F7250D" w:rsidP="00F7250D">
      <w:pPr>
        <w:pStyle w:val="NormalWeb"/>
      </w:pPr>
      <w:r>
        <w:lastRenderedPageBreak/>
        <w:t>You're 66 now. The pension is visible on the horizon, like some mythical land you weren’t sure you’d ever reach. And yet...</w:t>
      </w:r>
    </w:p>
    <w:p w14:paraId="7361C089" w14:textId="7A42C4D2" w:rsidR="00F7250D" w:rsidRDefault="00F7250D" w:rsidP="00F7250D">
      <w:pPr>
        <w:pStyle w:val="NormalWeb"/>
      </w:pPr>
      <w:r>
        <w:t>Just before</w:t>
      </w:r>
      <w:r w:rsidR="00875B77">
        <w:t xml:space="preserve"> my</w:t>
      </w:r>
      <w:r>
        <w:t xml:space="preserve"> diagnosis, Niels—young, brilliant Niels—suffered a brain </w:t>
      </w:r>
      <w:proofErr w:type="spellStart"/>
      <w:r w:rsidR="00875B77">
        <w:t>hemorage</w:t>
      </w:r>
      <w:proofErr w:type="spellEnd"/>
      <w:r>
        <w:t>. Lost much of the right side of his body. Just 35 years old. Couldn't come back. The irony doesn't escape you. Two soldiers down. One too early, one too late.</w:t>
      </w:r>
    </w:p>
    <w:p w14:paraId="3164668A" w14:textId="472846F9" w:rsidR="00F7250D" w:rsidRDefault="00F7250D" w:rsidP="00F7250D">
      <w:pPr>
        <w:pStyle w:val="NormalWeb"/>
        <w:rPr>
          <w:rFonts w:ascii="Garamond" w:eastAsiaTheme="minorEastAsia" w:hAnsi="Garamond" w:cstheme="minorBidi"/>
          <w:szCs w:val="22"/>
        </w:rPr>
      </w:pPr>
      <w:r>
        <w:t>And you think, lying in bed, staring at the ceiling cracks that have always been there but are only now visible—</w:t>
      </w:r>
      <w:r>
        <w:rPr>
          <w:rStyle w:val="Emphasis"/>
        </w:rPr>
        <w:t>Is this how it ends? After all that?</w:t>
      </w:r>
    </w:p>
    <w:p w14:paraId="228CC891" w14:textId="3639AEAB" w:rsidR="00D23850" w:rsidRDefault="00D23850">
      <w:pPr>
        <w:spacing w:after="200" w:line="276" w:lineRule="auto"/>
      </w:pPr>
      <w:r>
        <w:br w:type="page"/>
      </w:r>
    </w:p>
    <w:p w14:paraId="5F80916A" w14:textId="77777777" w:rsidR="00D23850" w:rsidRDefault="00D23850" w:rsidP="00D23850">
      <w:pPr>
        <w:pStyle w:val="Heading2"/>
      </w:pPr>
      <w:r>
        <w:lastRenderedPageBreak/>
        <w:t>Chapter: The Cracks in the Wallpaper</w:t>
      </w:r>
    </w:p>
    <w:p w14:paraId="625769B8" w14:textId="77777777" w:rsidR="00D23850" w:rsidRDefault="00D23850" w:rsidP="00D23850">
      <w:pPr>
        <w:pStyle w:val="Heading3"/>
      </w:pPr>
      <w:r>
        <w:t>(</w:t>
      </w:r>
      <w:r>
        <w:rPr>
          <w:rStyle w:val="Emphasis"/>
        </w:rPr>
        <w:t>Subheading: The Diagnosis</w:t>
      </w:r>
      <w:r>
        <w:t>)</w:t>
      </w:r>
    </w:p>
    <w:p w14:paraId="4E7FAC5B" w14:textId="77777777" w:rsidR="00D23850" w:rsidRDefault="00D23850" w:rsidP="00D23850">
      <w:pPr>
        <w:pStyle w:val="NormalWeb"/>
      </w:pPr>
      <w:r>
        <w:t>At first, it was just a shadow.</w:t>
      </w:r>
    </w:p>
    <w:p w14:paraId="13040A36" w14:textId="77777777" w:rsidR="00D23850" w:rsidRDefault="00D23850" w:rsidP="00D23850">
      <w:pPr>
        <w:pStyle w:val="NormalWeb"/>
      </w:pPr>
      <w:r>
        <w:t>Not something you could point at. Not a moment you could name. Just a growing sense that something wasn’t quite right. A tightness behind the ribs, fatigue in places where fatigue didn’t belong. You figured it was the job—</w:t>
      </w:r>
      <w:r>
        <w:rPr>
          <w:rStyle w:val="Emphasis"/>
        </w:rPr>
        <w:t>it’s always the job</w:t>
      </w:r>
      <w:r>
        <w:t>—and tried to walk it off like a twisted ankle.</w:t>
      </w:r>
    </w:p>
    <w:p w14:paraId="1D08635B" w14:textId="77777777" w:rsidR="00D23850" w:rsidRDefault="00D23850" w:rsidP="00D23850">
      <w:pPr>
        <w:pStyle w:val="NormalWeb"/>
      </w:pPr>
      <w:r>
        <w:t>But Betty saw what you wouldn’t. She’s always had that way of cutting through your silence. She made the appointment, dragged you to the local GP. You’d barely gotten your coat off before they were pressing you into an x-ray machine and sending the results off with furrowed brows. The GP didn’t like what he saw, and suddenly you were being packed off to the hospital for more tests and a CT scan. No time for questions. Just forward motion.</w:t>
      </w:r>
    </w:p>
    <w:p w14:paraId="65D85433" w14:textId="77777777" w:rsidR="00D23850" w:rsidRDefault="00D23850" w:rsidP="00D23850">
      <w:pPr>
        <w:pStyle w:val="NormalWeb"/>
      </w:pPr>
      <w:r>
        <w:t>By the time you’re in Amsterdam at the AVL, sitting across from the lung specialist, your body already knows. Your mind is still catching up, trying to make sense of the words as they fall like pebbles down a dry well.</w:t>
      </w:r>
    </w:p>
    <w:p w14:paraId="372326EF" w14:textId="77777777" w:rsidR="00D23850" w:rsidRDefault="00D23850" w:rsidP="00D23850">
      <w:pPr>
        <w:pStyle w:val="NormalWeb"/>
      </w:pPr>
      <w:r>
        <w:t>There’s a tumor in your lung.</w:t>
      </w:r>
    </w:p>
    <w:p w14:paraId="5A9962B5" w14:textId="77777777" w:rsidR="00D23850" w:rsidRDefault="00D23850" w:rsidP="00D23850">
      <w:pPr>
        <w:pStyle w:val="NormalWeb"/>
      </w:pPr>
      <w:r>
        <w:t>It doesn’t look good.</w:t>
      </w:r>
    </w:p>
    <w:p w14:paraId="496CA952" w14:textId="77777777" w:rsidR="00D23850" w:rsidRDefault="00D23850" w:rsidP="00D23850">
      <w:pPr>
        <w:pStyle w:val="NormalWeb"/>
      </w:pPr>
      <w:r>
        <w:t>If you make it to Christmas, that’d be something.</w:t>
      </w:r>
    </w:p>
    <w:p w14:paraId="68A89A62" w14:textId="77777777" w:rsidR="00D23850" w:rsidRDefault="00D23850" w:rsidP="00D23850">
      <w:pPr>
        <w:pStyle w:val="NormalWeb"/>
      </w:pPr>
      <w:r>
        <w:t>The doctor’s mouth keeps moving, but the world grows blurry at the edges. Time seems to slow, the way it does in bad dreams or speeding cars. You catch phrases—</w:t>
      </w:r>
      <w:r>
        <w:rPr>
          <w:rStyle w:val="Emphasis"/>
        </w:rPr>
        <w:t>aggressive… rare carcinoid… metastasized to the hip bone.</w:t>
      </w:r>
      <w:r>
        <w:rPr>
          <w:rStyle w:val="apple-converted-space"/>
        </w:rPr>
        <w:t> </w:t>
      </w:r>
      <w:r>
        <w:t>They’re talking about you in third person now, even if you’re still sitting in the room.</w:t>
      </w:r>
    </w:p>
    <w:p w14:paraId="27379B83" w14:textId="77777777" w:rsidR="00D23850" w:rsidRDefault="00D23850" w:rsidP="00D23850">
      <w:pPr>
        <w:pStyle w:val="NormalWeb"/>
      </w:pPr>
      <w:r>
        <w:t>You nod.</w:t>
      </w:r>
    </w:p>
    <w:p w14:paraId="1B55B860" w14:textId="77777777" w:rsidR="00D23850" w:rsidRDefault="00D23850" w:rsidP="00D23850">
      <w:pPr>
        <w:pStyle w:val="NormalWeb"/>
      </w:pPr>
      <w:r>
        <w:t>Not because you understand, but because it’s the only thing you can do.</w:t>
      </w:r>
    </w:p>
    <w:p w14:paraId="53D5E7AF" w14:textId="77777777" w:rsidR="00D23850" w:rsidRDefault="00D23850" w:rsidP="00D23850">
      <w:pPr>
        <w:pStyle w:val="NormalWeb"/>
      </w:pPr>
      <w:r>
        <w:t>The surgery is scheduled almost immediately. One of your lung lobes is taken out. The tumor couldn’t be separated from the surrounding tissue, so the lung had to go with it. A laser therapy plan is drawn up for the hip bone, because the cancer didn’t feel like sticking to just one room in the house—it wanted the whole property.</w:t>
      </w:r>
    </w:p>
    <w:p w14:paraId="5026108C" w14:textId="77777777" w:rsidR="00D23850" w:rsidRDefault="00D23850" w:rsidP="00D23850">
      <w:pPr>
        <w:pStyle w:val="NormalWeb"/>
      </w:pPr>
      <w:r>
        <w:t>You don’t ask many questions. What’s the point? You’ve spent your whole life solving problems, fixing systems, managing chaos with spit and cable ties. Now you’re on the table. You’re the broken thing. And there’s no manual for this.</w:t>
      </w:r>
    </w:p>
    <w:p w14:paraId="5F559AE2" w14:textId="77777777" w:rsidR="00D23850" w:rsidRDefault="00D23850" w:rsidP="00D23850">
      <w:pPr>
        <w:pStyle w:val="NormalWeb"/>
      </w:pPr>
      <w:r>
        <w:lastRenderedPageBreak/>
        <w:t>By December you’re home again. Stitched and scarred, sore in ways you didn’t know the body could be sore. But still breathing. Still upright. Christmas comes and goes with a strange reverence. No one talks about the elephant in the room. Everyone’s too afraid it might talk back.</w:t>
      </w:r>
    </w:p>
    <w:p w14:paraId="7223A9A3" w14:textId="77777777" w:rsidR="00D23850" w:rsidRDefault="00D23850" w:rsidP="00D23850">
      <w:pPr>
        <w:pStyle w:val="NormalWeb"/>
      </w:pPr>
      <w:r>
        <w:t>You smile. You make tea. You pretend.</w:t>
      </w:r>
    </w:p>
    <w:p w14:paraId="5D2FD4BD" w14:textId="77777777" w:rsidR="00D23850" w:rsidRDefault="00D23850" w:rsidP="00D23850">
      <w:pPr>
        <w:pStyle w:val="NormalWeb"/>
      </w:pPr>
      <w:r>
        <w:t>But something’s shifted. You’re not out of the woods. The doctors made that clear.</w:t>
      </w:r>
      <w:r>
        <w:rPr>
          <w:rStyle w:val="apple-converted-space"/>
        </w:rPr>
        <w:t> </w:t>
      </w:r>
      <w:r>
        <w:rPr>
          <w:rStyle w:val="Emphasis"/>
        </w:rPr>
        <w:t>It’s not a question of if. It’s a question of when.</w:t>
      </w:r>
    </w:p>
    <w:p w14:paraId="7EA58204" w14:textId="77777777" w:rsidR="00D23850" w:rsidRDefault="00D23850" w:rsidP="00D23850">
      <w:pPr>
        <w:pStyle w:val="NormalWeb"/>
      </w:pPr>
      <w:r>
        <w:t>You go back to work after eighteen months. Not because you have to, but because you need to</w:t>
      </w:r>
      <w:r>
        <w:rPr>
          <w:rStyle w:val="apple-converted-space"/>
        </w:rPr>
        <w:t> </w:t>
      </w:r>
      <w:r>
        <w:rPr>
          <w:rStyle w:val="Emphasis"/>
        </w:rPr>
        <w:t>finish</w:t>
      </w:r>
      <w:r>
        <w:t>. Clean up your contracts. Tie off the open ends. There’s dignity in closure.</w:t>
      </w:r>
    </w:p>
    <w:p w14:paraId="2E79C1D3" w14:textId="77777777" w:rsidR="00D23850" w:rsidRDefault="00D23850" w:rsidP="00D23850">
      <w:pPr>
        <w:pStyle w:val="NormalWeb"/>
      </w:pPr>
      <w:r>
        <w:t>But work no longer feels like work. It feels like theatre. You walk through offices like a ghost among the living. Younger faces greet you with respectful confusion, not knowing the history buried in the network racks or in the hands that built them.</w:t>
      </w:r>
    </w:p>
    <w:p w14:paraId="100D8490" w14:textId="77777777" w:rsidR="00D23850" w:rsidRDefault="00D23850" w:rsidP="00D23850">
      <w:pPr>
        <w:pStyle w:val="NormalWeb"/>
      </w:pPr>
      <w:r>
        <w:t>You do what needs doing. You do it well. But your heart has left the building. You’re already drifting, writing the final notes of a symphony no one else hears.</w:t>
      </w:r>
    </w:p>
    <w:p w14:paraId="706BCA4F" w14:textId="77777777" w:rsidR="00D23850" w:rsidRDefault="00D23850" w:rsidP="00D23850">
      <w:pPr>
        <w:pStyle w:val="NormalWeb"/>
      </w:pPr>
      <w:r>
        <w:t>Around the same time, Niels—bright, loyal, far too young—suffers a brain bleed. He loses most of the right side of his body. Just 35 years old. A man full of promise now grounded by fate. He can’t come back to work. He doesn’t get the farewell party, the applause, the pension clock. Just silence.</w:t>
      </w:r>
    </w:p>
    <w:p w14:paraId="723D27BD" w14:textId="77777777" w:rsidR="00D23850" w:rsidRDefault="00D23850" w:rsidP="00D23850">
      <w:pPr>
        <w:pStyle w:val="NormalWeb"/>
      </w:pPr>
      <w:r>
        <w:t>And that, more than anything, breaks something in you.</w:t>
      </w:r>
    </w:p>
    <w:p w14:paraId="2F2A8535" w14:textId="77777777" w:rsidR="00D23850" w:rsidRDefault="00D23850" w:rsidP="00D23850">
      <w:pPr>
        <w:pStyle w:val="NormalWeb"/>
      </w:pPr>
      <w:r>
        <w:t>You lie in bed that night and stare at the ceiling. You notice the cracks in the wallpaper. Faint at first, hairline fractures that have always been there. But now they stretch longer, deeper. Like the ones forming in you.</w:t>
      </w:r>
    </w:p>
    <w:p w14:paraId="61263B9A" w14:textId="325BCE00" w:rsidR="00D23850" w:rsidRDefault="00D23850" w:rsidP="00294A8B">
      <w:pPr>
        <w:pStyle w:val="NormalWeb"/>
      </w:pPr>
      <w:r>
        <w:rPr>
          <w:rStyle w:val="Emphasis"/>
        </w:rPr>
        <w:t>How did it come to this?</w:t>
      </w:r>
      <w:r>
        <w:br/>
      </w:r>
    </w:p>
    <w:p w14:paraId="12C97165" w14:textId="77777777" w:rsidR="00D23850" w:rsidRDefault="00D23850" w:rsidP="00D23850">
      <w:pPr>
        <w:pStyle w:val="NormalWeb"/>
      </w:pPr>
      <w:r>
        <w:t>You watch it all from a distance. Not bitter. Just tired. The kind of tired that doesn't sleep off.</w:t>
      </w:r>
    </w:p>
    <w:p w14:paraId="550FD920" w14:textId="77777777" w:rsidR="00D23850" w:rsidRDefault="00D23850" w:rsidP="00D23850">
      <w:pPr>
        <w:pStyle w:val="NormalWeb"/>
      </w:pPr>
      <w:r>
        <w:t>But still here.</w:t>
      </w:r>
    </w:p>
    <w:p w14:paraId="5DEEAB2A" w14:textId="0B3B9873" w:rsidR="00197508" w:rsidRDefault="00197508">
      <w:pPr>
        <w:spacing w:after="200" w:line="276" w:lineRule="auto"/>
      </w:pPr>
      <w:r>
        <w:br w:type="page"/>
      </w:r>
    </w:p>
    <w:p w14:paraId="1F8F78FF" w14:textId="77777777" w:rsidR="00197508" w:rsidRDefault="00197508" w:rsidP="00197508">
      <w:pPr>
        <w:pStyle w:val="Heading2"/>
      </w:pPr>
      <w:r>
        <w:rPr>
          <w:rStyle w:val="Strong"/>
          <w:b/>
          <w:bCs/>
        </w:rPr>
        <w:lastRenderedPageBreak/>
        <w:t>Chapter: The Crossroads and the Cracks</w:t>
      </w:r>
    </w:p>
    <w:p w14:paraId="53CAFC96" w14:textId="77777777" w:rsidR="00F54D60" w:rsidRDefault="00F54D60" w:rsidP="00F54D60">
      <w:pPr>
        <w:pStyle w:val="Heading2"/>
        <w:rPr>
          <w:color w:val="000000"/>
          <w:sz w:val="36"/>
          <w:szCs w:val="36"/>
        </w:rPr>
      </w:pPr>
      <w:r>
        <w:rPr>
          <w:color w:val="000000"/>
        </w:rPr>
        <w:t>The Unwinding Road: Crossroads and Reverberations</w:t>
      </w:r>
    </w:p>
    <w:p w14:paraId="2D48F889" w14:textId="77777777" w:rsidR="00F54D60" w:rsidRDefault="00F54D60" w:rsidP="00F54D60">
      <w:pPr>
        <w:pStyle w:val="NormalWeb"/>
        <w:rPr>
          <w:color w:val="000000"/>
        </w:rPr>
      </w:pPr>
      <w:r>
        <w:rPr>
          <w:color w:val="000000"/>
        </w:rPr>
        <w:t>And now, the moment I’ve been dreading, the very crossroads I knew was coming, how do you wind it down far enough, this furious engine of memory, only to wind it up again into something else? Do you trickle out, a slow, fading whisper, or go out in a blaze of glory, a supernova of stories? I’m not too sure. As much as has already spilled onto these pages, there is still, perhaps, ten times more to tell, a roaring river of untold tales.</w:t>
      </w:r>
    </w:p>
    <w:p w14:paraId="637364C7" w14:textId="77777777" w:rsidR="00F54D60" w:rsidRDefault="00F54D60" w:rsidP="00F54D60">
      <w:pPr>
        <w:pStyle w:val="NormalWeb"/>
        <w:rPr>
          <w:color w:val="000000"/>
        </w:rPr>
      </w:pPr>
      <w:r>
        <w:rPr>
          <w:color w:val="000000"/>
        </w:rPr>
        <w:t>The music sessions, for instance. They started as humble open-mic evenings, a gentle strumming in a quiet corner, but they swelled, organic and unstoppable, into monthly gatherings, three bands filling an afternoon with vibrant sound, a communion of spirits. And the sheer, unadulterated fun of being back in Ireland, reconnecting with Redmond Flynn, that rascal, and the endless antics we cooked up. Like the time we walked into that pub in Clare, just hours before the hurling match, Offaly against Clare, home for a holiday, the air thick with anticipation. And just as we opened the door, a conspiratorial glint in his eye, Redmond leaned in, "If anyone asks," he whispered, "you played Hurling for Offaly in 1981, the year they won the All-Ireland, and played Football for Offaly in 1982 when Offaly won the All-Ireland." He was at it again, and sure enough, an hour later, the first formidable Clare woman approached. "Don't I know you?" she challenged, her gaze sharp as a hurling stick. "No," I lied, my first time ever in this pub. "Oh, I know you alright," she declared, undeterred, "you used to play Hurling and Football, didn't you?" My silence, a deer-in-headlights paralysis, was all the proof she needed. "Well," she crowed, a triumphant gleam, "you bog-men aren't going to win this time. Clare will put a stop to that." And she turned and walked away, a storm of local pride. She was just the first, of many, that afternoon. My good friend, Redmond, had convinced them all that I was the man, the envoy sent by the Offaly GAA, dispatched solely to intimidate the good people of Clare. We barely got out of there with our hides intact, still laughing.</w:t>
      </w:r>
    </w:p>
    <w:p w14:paraId="5CEE0B4B" w14:textId="77777777" w:rsidR="00F54D60" w:rsidRDefault="00F54D60" w:rsidP="00F54D60">
      <w:pPr>
        <w:pStyle w:val="NormalWeb"/>
        <w:rPr>
          <w:color w:val="000000"/>
        </w:rPr>
      </w:pPr>
      <w:r>
        <w:rPr>
          <w:color w:val="000000"/>
        </w:rPr>
        <w:t xml:space="preserve">Then there’s the Millennium story, a saga truly deserving of its own sprawling chapter. Rory Dempsey’s wild tales, his boat, a vessel of improbable adventures, and the legendary saga of losing his phone in the harbor, a digital offering to the depths. And Dempsey’s epic of Brazil, and his young Spanish protégé, Juan—Rory, ever the rogue mentor, helping the kid find his footing in that vibrant, sprawling land while simultaneously teaching him the raw facts of life. Three months after Rory returned to Ireland, Juan appeared on his doorstep, not alone, but with his pregnant Brazilian girlfriend. Rory, the reluctant godfather, had to journey to Spain with Juan, to face Juan’s parents, to untangle the knot of consequence, to somehow solve the impossible. And then, Rory, in Spain, with his new wife, caught in a wild thunderstorm, high in the mountains of Northern Spain, the sky tearing open around them. Rory, of course, knew a place where they could stay, no problem, a bed for the night, and breakfast in the morning. His new wife, a force of nature in her own right, thundered into the dining room the next morning, demanding an explanation, a furious cross-examination: how could Rory, in the middle of the night, in a blinding thunderstorm, find this place? A brothel, to boot! Too funny, too outrageous to miss. Like I said, the stories are so numerous, so </w:t>
      </w:r>
      <w:r>
        <w:rPr>
          <w:color w:val="000000"/>
        </w:rPr>
        <w:lastRenderedPageBreak/>
        <w:t>electric, so vital not to be put to paper, set free to breathe. And these are just some of the antics that can be openly mentioned; others, steeped in more delicate shades of mischief, require careful disguise.</w:t>
      </w:r>
    </w:p>
    <w:p w14:paraId="20894B8B" w14:textId="77777777" w:rsidR="00F54D60" w:rsidRDefault="00F54D60" w:rsidP="00F54D60">
      <w:pPr>
        <w:pStyle w:val="NormalWeb"/>
        <w:rPr>
          <w:color w:val="000000"/>
        </w:rPr>
      </w:pPr>
      <w:r>
        <w:rPr>
          <w:color w:val="000000"/>
        </w:rPr>
        <w:t xml:space="preserve">But I am, as I said, in two minds now. With the diagnosis, the operations, the complications, and the crushing weight of uncertainty, it has become difficult to stay focused, to keep the old machinery humming. There was the family to think of, their futures, what they would do, how they would fare without me, how the little ones, my grandchildren, would grow up, unfurling into adulthood. How would Betty manage? </w:t>
      </w:r>
    </w:p>
    <w:p w14:paraId="333436C1" w14:textId="48A5ED31" w:rsidR="00F54D60" w:rsidRDefault="00F54D60" w:rsidP="00F54D60">
      <w:pPr>
        <w:pStyle w:val="NormalWeb"/>
        <w:rPr>
          <w:color w:val="000000"/>
        </w:rPr>
      </w:pPr>
      <w:r>
        <w:rPr>
          <w:color w:val="000000"/>
        </w:rPr>
        <w:t>A lot of things that once mattered, once drove the endless chase, suddenly held no sway. It was no longer a matter of getting things done, of solving other people’s riddles, of living by external dictates. The rhyme and reason had vanished, leaving only a stark, unyielding truth. I had to face the fact that it might not be decades left to enjoy. It might be years. Or even months. Everything, every single thread, was unclear. Dark clouds, heavy and suffocating, hid the horizon. A thick, impenetrable fog swallowed the road ahead, and the medicine, a constant, dull hum, muddied my head, making thought a labored, viscous process. I had to stop it, to wind down, to stop the ceaseless turning of the cogs, and rethink the future, however long or short that future might be.</w:t>
      </w:r>
    </w:p>
    <w:p w14:paraId="4D00748F" w14:textId="77777777" w:rsidR="00197508" w:rsidRDefault="00197508" w:rsidP="00197508">
      <w:pPr>
        <w:pStyle w:val="NormalWeb"/>
      </w:pPr>
      <w:r>
        <w:t>And yet... despite all this color, all this noise, something changed after the diagnosis.</w:t>
      </w:r>
    </w:p>
    <w:p w14:paraId="25846E56" w14:textId="77777777" w:rsidR="00197508" w:rsidRDefault="00197508" w:rsidP="00197508">
      <w:pPr>
        <w:pStyle w:val="NormalWeb"/>
      </w:pPr>
      <w:r>
        <w:t>It wasn’t just the tumor—it was the way it tilted the light on everything else.</w:t>
      </w:r>
      <w:r>
        <w:br/>
        <w:t>Work lost its urgency.</w:t>
      </w:r>
      <w:r>
        <w:br/>
        <w:t>Things I once fretted about now seemed like background static.</w:t>
      </w:r>
      <w:r>
        <w:br/>
        <w:t>I began thinking less about the day-to-day, and more about the distant horizon.</w:t>
      </w:r>
      <w:r>
        <w:br/>
        <w:t>How would Betty get on? The children? The grandchildren—still growing, still learning, still rising like new music?</w:t>
      </w:r>
    </w:p>
    <w:p w14:paraId="6489B1A8" w14:textId="77777777" w:rsidR="00197508" w:rsidRDefault="00197508" w:rsidP="00197508">
      <w:pPr>
        <w:pStyle w:val="NormalWeb"/>
      </w:pPr>
      <w:r>
        <w:t>It was hard to stay focused. Fatigue, meds, appointments, waiting rooms where time ticked like a metronome counting out the rest of your days. I wasn’t crumbling—not quite—but I was shifting. Slowing. Listening more than talking.</w:t>
      </w:r>
    </w:p>
    <w:p w14:paraId="117160C3" w14:textId="77777777" w:rsidR="00197508" w:rsidRDefault="00197508" w:rsidP="00197508">
      <w:pPr>
        <w:pStyle w:val="NormalWeb"/>
      </w:pPr>
      <w:r>
        <w:t>Some days the fog was real. Not poetic fog, but a hard-edged blur. Thinking was effortful. Time felt warped. Like someone had turned down the contrast on the world.</w:t>
      </w:r>
    </w:p>
    <w:p w14:paraId="4599CD71" w14:textId="77777777" w:rsidR="00197508" w:rsidRDefault="00197508" w:rsidP="00197508">
      <w:pPr>
        <w:pStyle w:val="NormalWeb"/>
      </w:pPr>
      <w:r>
        <w:t>The road ahead was hidden, the path behind littered with echoes.</w:t>
      </w:r>
    </w:p>
    <w:p w14:paraId="386B2F29" w14:textId="77777777" w:rsidR="00197508" w:rsidRDefault="00197508" w:rsidP="00197508">
      <w:pPr>
        <w:pStyle w:val="NormalWeb"/>
      </w:pPr>
      <w:r>
        <w:t>And yet, the urge to write, to</w:t>
      </w:r>
      <w:r>
        <w:rPr>
          <w:rStyle w:val="apple-converted-space"/>
        </w:rPr>
        <w:t> </w:t>
      </w:r>
      <w:r>
        <w:rPr>
          <w:rStyle w:val="Emphasis"/>
        </w:rPr>
        <w:t>tell</w:t>
      </w:r>
      <w:r>
        <w:t>—that survived. Maybe even grew stronger.</w:t>
      </w:r>
      <w:r>
        <w:br/>
        <w:t>Because when you know the final act might be closer than you thought, you want to make sure the audience leaves with the right tune in their head.</w:t>
      </w:r>
    </w:p>
    <w:p w14:paraId="02FCF9D6" w14:textId="77777777" w:rsidR="00197508" w:rsidRDefault="00197508" w:rsidP="00197508">
      <w:pPr>
        <w:pStyle w:val="NormalWeb"/>
      </w:pPr>
      <w:r>
        <w:t>That’s why I’m writing this now.</w:t>
      </w:r>
      <w:r>
        <w:br/>
        <w:t>Not as a eulogy, but as a reckoning.</w:t>
      </w:r>
      <w:r>
        <w:br/>
        <w:t>Not as an ending, but as a</w:t>
      </w:r>
      <w:r>
        <w:rPr>
          <w:rStyle w:val="apple-converted-space"/>
        </w:rPr>
        <w:t> </w:t>
      </w:r>
      <w:r>
        <w:rPr>
          <w:rStyle w:val="Emphasis"/>
        </w:rPr>
        <w:t>pivot</w:t>
      </w:r>
      <w:r>
        <w:t>.</w:t>
      </w:r>
    </w:p>
    <w:p w14:paraId="3E093439" w14:textId="77777777" w:rsidR="00197508" w:rsidRDefault="00197508" w:rsidP="00197508">
      <w:pPr>
        <w:pStyle w:val="NormalWeb"/>
      </w:pPr>
      <w:r>
        <w:lastRenderedPageBreak/>
        <w:t>Maybe this is where the story shifts:</w:t>
      </w:r>
      <w:r>
        <w:br/>
        <w:t>From the road itself to the memories it carried.</w:t>
      </w:r>
      <w:r>
        <w:br/>
        <w:t>From motion to meaning.</w:t>
      </w:r>
      <w:r>
        <w:br/>
        <w:t>From map to legacy.</w:t>
      </w:r>
    </w:p>
    <w:p w14:paraId="0225525E" w14:textId="77777777" w:rsidR="00197508" w:rsidRDefault="00197508" w:rsidP="00197508">
      <w:pPr>
        <w:pStyle w:val="NormalWeb"/>
      </w:pPr>
      <w:r>
        <w:t>And maybe the next part—</w:t>
      </w:r>
      <w:r>
        <w:rPr>
          <w:rStyle w:val="Emphasis"/>
        </w:rPr>
        <w:t>The Cracks in the Wallpaper</w:t>
      </w:r>
      <w:r>
        <w:t>—is how it all reappears.</w:t>
      </w:r>
      <w:r>
        <w:br/>
        <w:t>Little flashes.</w:t>
      </w:r>
      <w:r>
        <w:br/>
        <w:t>Half-forgotten scenes.</w:t>
      </w:r>
      <w:r>
        <w:br/>
        <w:t>The music between the notes.</w:t>
      </w:r>
    </w:p>
    <w:p w14:paraId="6CD59A97" w14:textId="77777777" w:rsidR="00197508" w:rsidRDefault="00197508" w:rsidP="00197508">
      <w:pPr>
        <w:pStyle w:val="NormalWeb"/>
      </w:pPr>
      <w:r>
        <w:t>That’s the path I see now—not forward, but</w:t>
      </w:r>
      <w:r>
        <w:rPr>
          <w:rStyle w:val="apple-converted-space"/>
        </w:rPr>
        <w:t> </w:t>
      </w:r>
      <w:r>
        <w:rPr>
          <w:rStyle w:val="Emphasis"/>
        </w:rPr>
        <w:t>through</w:t>
      </w:r>
      <w:r>
        <w:t>.</w:t>
      </w:r>
    </w:p>
    <w:p w14:paraId="08542802" w14:textId="3D437CBD" w:rsidR="00421590" w:rsidRDefault="00421590">
      <w:pPr>
        <w:spacing w:after="200" w:line="276" w:lineRule="auto"/>
      </w:pPr>
      <w:r>
        <w:br w:type="page"/>
      </w:r>
    </w:p>
    <w:p w14:paraId="038A762E" w14:textId="77777777" w:rsidR="00421590" w:rsidRPr="00D43737" w:rsidRDefault="00421590" w:rsidP="00421590">
      <w:pPr>
        <w:spacing w:before="100" w:beforeAutospacing="1" w:after="100" w:afterAutospacing="1"/>
        <w:outlineLvl w:val="1"/>
        <w:rPr>
          <w:b/>
          <w:bCs/>
          <w:sz w:val="36"/>
          <w:szCs w:val="36"/>
        </w:rPr>
      </w:pPr>
      <w:r w:rsidRPr="00D43737">
        <w:rPr>
          <w:b/>
          <w:bCs/>
          <w:sz w:val="36"/>
          <w:szCs w:val="36"/>
        </w:rPr>
        <w:lastRenderedPageBreak/>
        <w:t>Chapter: The Cracks in the Wallpaper</w:t>
      </w:r>
    </w:p>
    <w:p w14:paraId="71E472BD" w14:textId="77777777" w:rsidR="00421590" w:rsidRPr="00D43737" w:rsidRDefault="00421590" w:rsidP="00421590">
      <w:pPr>
        <w:spacing w:before="100" w:beforeAutospacing="1" w:after="100" w:afterAutospacing="1"/>
      </w:pPr>
      <w:r w:rsidRPr="00D43737">
        <w:rPr>
          <w:i/>
          <w:iCs/>
        </w:rPr>
        <w:t>(Part I: The Man from Offaly)</w:t>
      </w:r>
    </w:p>
    <w:p w14:paraId="6412A70E" w14:textId="77777777" w:rsidR="00421590" w:rsidRPr="00D43737" w:rsidRDefault="00421590" w:rsidP="00421590">
      <w:pPr>
        <w:spacing w:before="100" w:beforeAutospacing="1" w:after="100" w:afterAutospacing="1"/>
      </w:pPr>
      <w:r w:rsidRPr="00D43737">
        <w:t>There are things you notice, sitting still long enough.</w:t>
      </w:r>
      <w:r w:rsidRPr="00D43737">
        <w:br/>
        <w:t>Cracks in the wallpaper you never saw before.</w:t>
      </w:r>
      <w:r w:rsidRPr="00D43737">
        <w:br/>
        <w:t>They curl like tiny maps, capillaries of forgotten time.</w:t>
      </w:r>
      <w:r w:rsidRPr="00D43737">
        <w:br/>
        <w:t>And if you stare too long, they begin to resemble rivers, or roads, or veins—or maybe all three.</w:t>
      </w:r>
    </w:p>
    <w:p w14:paraId="3A9FC197" w14:textId="77777777" w:rsidR="00421590" w:rsidRPr="00D43737" w:rsidRDefault="00421590" w:rsidP="00421590">
      <w:pPr>
        <w:spacing w:before="100" w:beforeAutospacing="1" w:after="100" w:afterAutospacing="1"/>
      </w:pPr>
      <w:r w:rsidRPr="00D43737">
        <w:t>I sat once in a rented house, low light bleeding in through the net curtains, and I watched a crack snake down the corner of the room, all the way from the ceiling to the skirting board. It reminded me of the river that runs past Birr, just out of town—small, patient, always flowing. Like the people from Offaly. Quiet, until they weren’t.</w:t>
      </w:r>
    </w:p>
    <w:p w14:paraId="1DD2A136" w14:textId="77777777" w:rsidR="00421590" w:rsidRPr="00D43737" w:rsidRDefault="00421590" w:rsidP="00421590">
      <w:pPr>
        <w:spacing w:before="100" w:beforeAutospacing="1" w:after="100" w:afterAutospacing="1"/>
      </w:pPr>
      <w:r w:rsidRPr="00D43737">
        <w:t>That was the year of the great Clare-Offaly hurling standoff, and the lie Redmond told for the sake of a laugh.</w:t>
      </w:r>
    </w:p>
    <w:p w14:paraId="347F68EA" w14:textId="77777777" w:rsidR="00421590" w:rsidRPr="00D43737" w:rsidRDefault="00421590" w:rsidP="00421590">
      <w:pPr>
        <w:spacing w:before="100" w:beforeAutospacing="1" w:after="100" w:afterAutospacing="1"/>
      </w:pPr>
      <w:r w:rsidRPr="00D43737">
        <w:t>We’d only been home in Ireland a few days—holiday time, a little music, a few pints, the usual reconnections. We’d barely stepped foot inside a pub in Clare when he turned to me and, with that devilish glint he always had when mischief was stirring, said:</w:t>
      </w:r>
    </w:p>
    <w:p w14:paraId="16E899C0" w14:textId="77777777" w:rsidR="00421590" w:rsidRPr="00D43737" w:rsidRDefault="00421590" w:rsidP="00421590">
      <w:pPr>
        <w:spacing w:beforeAutospacing="1" w:afterAutospacing="1"/>
      </w:pPr>
      <w:r w:rsidRPr="00D43737">
        <w:t>“If anyone asks, you played hurling for Offaly in '81 and football in '82. Just nod if they mention it.”</w:t>
      </w:r>
    </w:p>
    <w:p w14:paraId="745F0BD3" w14:textId="77777777" w:rsidR="00421590" w:rsidRPr="00D43737" w:rsidRDefault="00421590" w:rsidP="00421590">
      <w:pPr>
        <w:spacing w:before="100" w:beforeAutospacing="1" w:after="100" w:afterAutospacing="1"/>
      </w:pPr>
      <w:r w:rsidRPr="00D43737">
        <w:t>I laughed. He didn't. Which made me laugh harder.</w:t>
      </w:r>
    </w:p>
    <w:p w14:paraId="7D559CE1" w14:textId="77777777" w:rsidR="00421590" w:rsidRPr="00D43737" w:rsidRDefault="00421590" w:rsidP="00421590">
      <w:pPr>
        <w:spacing w:before="100" w:beforeAutospacing="1" w:after="100" w:afterAutospacing="1"/>
      </w:pPr>
      <w:r w:rsidRPr="00D43737">
        <w:t>A few pints later, sure enough, a woman marched across the pub floor, sturdy as a bullock in a storm.</w:t>
      </w:r>
    </w:p>
    <w:p w14:paraId="58704DE9" w14:textId="77777777" w:rsidR="00421590" w:rsidRPr="00D43737" w:rsidRDefault="00421590" w:rsidP="00421590">
      <w:pPr>
        <w:spacing w:beforeAutospacing="1" w:afterAutospacing="1"/>
      </w:pPr>
      <w:r w:rsidRPr="00D43737">
        <w:t>“Don’t I know you from somewhere?” she said.</w:t>
      </w:r>
      <w:r w:rsidRPr="00D43737">
        <w:br/>
        <w:t>“First time in Clare,” I offered, polite and vague.</w:t>
      </w:r>
      <w:r w:rsidRPr="00D43737">
        <w:br/>
        <w:t>“No, no... I know your face. You were a hurler. Offaly, wasn’t it?”</w:t>
      </w:r>
    </w:p>
    <w:p w14:paraId="6769CC51" w14:textId="77777777" w:rsidR="00421590" w:rsidRPr="00D43737" w:rsidRDefault="00421590" w:rsidP="00421590">
      <w:pPr>
        <w:spacing w:before="100" w:beforeAutospacing="1" w:after="100" w:afterAutospacing="1"/>
      </w:pPr>
      <w:r w:rsidRPr="00D43737">
        <w:t>I said nothing, but silence—ah, silence is dangerous.</w:t>
      </w:r>
      <w:r w:rsidRPr="00D43737">
        <w:br/>
        <w:t>She took it for confirmation.</w:t>
      </w:r>
    </w:p>
    <w:p w14:paraId="60D0361C" w14:textId="77777777" w:rsidR="00421590" w:rsidRPr="00D43737" w:rsidRDefault="00421590" w:rsidP="00421590">
      <w:pPr>
        <w:spacing w:beforeAutospacing="1" w:afterAutospacing="1"/>
      </w:pPr>
      <w:r w:rsidRPr="00D43737">
        <w:t xml:space="preserve">“Well, we’ll beat ye this time. Clare will stop all that fancy Offaly nonsense. You </w:t>
      </w:r>
      <w:proofErr w:type="spellStart"/>
      <w:r w:rsidRPr="00D43737">
        <w:t>bogmen</w:t>
      </w:r>
      <w:proofErr w:type="spellEnd"/>
      <w:r w:rsidRPr="00D43737">
        <w:t xml:space="preserve"> had your fun.”</w:t>
      </w:r>
    </w:p>
    <w:p w14:paraId="2EB8C596" w14:textId="77777777" w:rsidR="00421590" w:rsidRPr="00D43737" w:rsidRDefault="00421590" w:rsidP="00421590">
      <w:pPr>
        <w:spacing w:before="100" w:beforeAutospacing="1" w:after="100" w:afterAutospacing="1"/>
      </w:pPr>
      <w:r w:rsidRPr="00D43737">
        <w:t>And off she went, content in her triumph.</w:t>
      </w:r>
    </w:p>
    <w:p w14:paraId="0180D72D" w14:textId="77777777" w:rsidR="00421590" w:rsidRPr="00D43737" w:rsidRDefault="00421590" w:rsidP="00421590">
      <w:pPr>
        <w:spacing w:before="100" w:beforeAutospacing="1" w:after="100" w:afterAutospacing="1"/>
      </w:pPr>
      <w:r w:rsidRPr="00D43737">
        <w:t>Redmond raised his glass from across the room like it was a medal ceremony.</w:t>
      </w:r>
      <w:r w:rsidRPr="00D43737">
        <w:br/>
        <w:t>The game hadn’t even started, and I was already legend.</w:t>
      </w:r>
    </w:p>
    <w:p w14:paraId="46CB77FE" w14:textId="77777777" w:rsidR="00421590" w:rsidRPr="00D43737" w:rsidRDefault="00421590" w:rsidP="00421590">
      <w:pPr>
        <w:spacing w:before="100" w:beforeAutospacing="1" w:after="100" w:afterAutospacing="1"/>
      </w:pPr>
      <w:r w:rsidRPr="00D43737">
        <w:lastRenderedPageBreak/>
        <w:t xml:space="preserve">By the end of the night, half the pub was convinced I was the Offaly secret weapon sent to rattle Clare’s chances. We barely escaped with our hides intact. One man offered to fight me “for the </w:t>
      </w:r>
      <w:proofErr w:type="spellStart"/>
      <w:r w:rsidRPr="00D43737">
        <w:t>honour</w:t>
      </w:r>
      <w:proofErr w:type="spellEnd"/>
      <w:r w:rsidRPr="00D43737">
        <w:t xml:space="preserve"> of Clare.” Another asked for an autograph on a beermat. A third looked me dead in the eye and said:</w:t>
      </w:r>
    </w:p>
    <w:p w14:paraId="06C73048" w14:textId="77777777" w:rsidR="00421590" w:rsidRPr="00D43737" w:rsidRDefault="00421590" w:rsidP="00421590">
      <w:pPr>
        <w:spacing w:beforeAutospacing="1" w:afterAutospacing="1"/>
      </w:pPr>
      <w:r w:rsidRPr="00D43737">
        <w:t>“I remember that match in '82. You broke our hearts.”</w:t>
      </w:r>
    </w:p>
    <w:p w14:paraId="2293F367" w14:textId="77777777" w:rsidR="00421590" w:rsidRPr="00D43737" w:rsidRDefault="00421590" w:rsidP="00421590">
      <w:pPr>
        <w:spacing w:before="100" w:beforeAutospacing="1" w:after="100" w:afterAutospacing="1"/>
      </w:pPr>
      <w:r w:rsidRPr="00D43737">
        <w:t>What could I say? It was a masterclass in improvisation.</w:t>
      </w:r>
      <w:r w:rsidRPr="00D43737">
        <w:br/>
        <w:t>Or maybe memory itself is just a form of fiction everyone agrees on.</w:t>
      </w:r>
    </w:p>
    <w:p w14:paraId="20ED8791" w14:textId="77777777" w:rsidR="00421590" w:rsidRPr="00D43737" w:rsidRDefault="004220D6" w:rsidP="00421590">
      <w:r>
        <w:rPr>
          <w:noProof/>
        </w:rPr>
        <w:pict w14:anchorId="2F0BAD08">
          <v:rect id="_x0000_i1040" alt="" style="width:42.6pt;height:.05pt;mso-width-percent:0;mso-height-percent:0;mso-width-percent:0;mso-height-percent:0" o:hrpct="91" o:hralign="center" o:hrstd="t" o:hr="t" fillcolor="#a0a0a0" stroked="f"/>
        </w:pict>
      </w:r>
    </w:p>
    <w:p w14:paraId="537694A6" w14:textId="77777777" w:rsidR="00421590" w:rsidRPr="00D43737" w:rsidRDefault="00421590" w:rsidP="00421590">
      <w:pPr>
        <w:spacing w:before="100" w:beforeAutospacing="1" w:after="100" w:afterAutospacing="1"/>
        <w:outlineLvl w:val="1"/>
        <w:rPr>
          <w:b/>
          <w:bCs/>
          <w:sz w:val="36"/>
          <w:szCs w:val="36"/>
        </w:rPr>
      </w:pPr>
      <w:r w:rsidRPr="00D43737">
        <w:rPr>
          <w:b/>
          <w:bCs/>
          <w:i/>
          <w:iCs/>
          <w:sz w:val="36"/>
          <w:szCs w:val="36"/>
        </w:rPr>
        <w:t>(Part II: Rory Dempsey and the International Incident)</w:t>
      </w:r>
    </w:p>
    <w:p w14:paraId="07318F62" w14:textId="77777777" w:rsidR="00421590" w:rsidRPr="00D43737" w:rsidRDefault="00421590" w:rsidP="00421590">
      <w:pPr>
        <w:spacing w:before="100" w:beforeAutospacing="1" w:after="100" w:afterAutospacing="1"/>
      </w:pPr>
      <w:r w:rsidRPr="00D43737">
        <w:t>Then there’s Rory Dempsey. I’ve written about him before, but he keeps showing up in the margins like a man who refuses to leave the stage after his last bow.</w:t>
      </w:r>
    </w:p>
    <w:p w14:paraId="1356455F" w14:textId="77777777" w:rsidR="00421590" w:rsidRPr="00D43737" w:rsidRDefault="00421590" w:rsidP="00421590">
      <w:pPr>
        <w:spacing w:before="100" w:beforeAutospacing="1" w:after="100" w:afterAutospacing="1"/>
      </w:pPr>
      <w:r w:rsidRPr="00D43737">
        <w:t>The story of Rory and Juan is too wild to be true, which is why it </w:t>
      </w:r>
      <w:r w:rsidRPr="00D43737">
        <w:rPr>
          <w:i/>
          <w:iCs/>
        </w:rPr>
        <w:t>must</w:t>
      </w:r>
      <w:r w:rsidRPr="00D43737">
        <w:t> be.</w:t>
      </w:r>
    </w:p>
    <w:p w14:paraId="6FB00BC6" w14:textId="77777777" w:rsidR="00421590" w:rsidRPr="00D43737" w:rsidRDefault="00421590" w:rsidP="00421590">
      <w:pPr>
        <w:spacing w:before="100" w:beforeAutospacing="1" w:after="100" w:afterAutospacing="1"/>
      </w:pPr>
      <w:r w:rsidRPr="00D43737">
        <w:t>Back in his younger, wilder days, Rory took a shine to mentoring a young Spaniard named Juan. It happened in Brazil, naturally. Rory always found himself in countries where things were sunlit and slightly chaotic. He taught Juan the ropes—how to live, how to bluff, how to drink. And, crucially, how to handle the local women.</w:t>
      </w:r>
    </w:p>
    <w:p w14:paraId="4FC0A8F5" w14:textId="77777777" w:rsidR="00421590" w:rsidRPr="00D43737" w:rsidRDefault="00421590" w:rsidP="00421590">
      <w:pPr>
        <w:spacing w:before="100" w:beforeAutospacing="1" w:after="100" w:afterAutospacing="1"/>
      </w:pPr>
      <w:r w:rsidRPr="00D43737">
        <w:t>Three months after Rory came home to Ireland, there was a knock at his door. Juan, standing there. Grinning. With a pregnant Brazilian girl at his side.</w:t>
      </w:r>
    </w:p>
    <w:p w14:paraId="2D1EACC6" w14:textId="77777777" w:rsidR="00421590" w:rsidRPr="00D43737" w:rsidRDefault="00421590" w:rsidP="00421590">
      <w:pPr>
        <w:spacing w:before="100" w:beforeAutospacing="1" w:after="100" w:afterAutospacing="1"/>
      </w:pPr>
      <w:r w:rsidRPr="00D43737">
        <w:t>Rory blinked. “Well now,” he said, scratching his beard.</w:t>
      </w:r>
    </w:p>
    <w:p w14:paraId="0CD705BE" w14:textId="77777777" w:rsidR="00421590" w:rsidRPr="00D43737" w:rsidRDefault="00421590" w:rsidP="00421590">
      <w:pPr>
        <w:spacing w:before="100" w:beforeAutospacing="1" w:after="100" w:afterAutospacing="1"/>
      </w:pPr>
      <w:r w:rsidRPr="00D43737">
        <w:t>Turned out Juan had taken all the lessons, and none of the caution. The girl didn’t speak a word of English, and Juan’s parents were still back in Spain, entirely unaware their family tree had sprouted a new branch overseas.</w:t>
      </w:r>
    </w:p>
    <w:p w14:paraId="30040D63" w14:textId="77777777" w:rsidR="00421590" w:rsidRPr="00D43737" w:rsidRDefault="00421590" w:rsidP="00421590">
      <w:pPr>
        <w:spacing w:before="100" w:beforeAutospacing="1" w:after="100" w:afterAutospacing="1"/>
      </w:pPr>
      <w:r w:rsidRPr="00D43737">
        <w:t xml:space="preserve">And </w:t>
      </w:r>
      <w:proofErr w:type="gramStart"/>
      <w:r w:rsidRPr="00D43737">
        <w:t>so</w:t>
      </w:r>
      <w:proofErr w:type="gramEnd"/>
      <w:r w:rsidRPr="00D43737">
        <w:t xml:space="preserve"> Rory—still grinning—packed a bag and flew to Spain.</w:t>
      </w:r>
    </w:p>
    <w:p w14:paraId="26824DC2" w14:textId="77777777" w:rsidR="00421590" w:rsidRPr="00D43737" w:rsidRDefault="00421590" w:rsidP="00421590">
      <w:pPr>
        <w:spacing w:before="100" w:beforeAutospacing="1" w:after="100" w:afterAutospacing="1"/>
      </w:pPr>
      <w:r w:rsidRPr="00D43737">
        <w:t>His mission? Convince Juan’s parents that this wasn’t a catastrophe, just a character-building surprise. The way he told it, there were translators, nuns, and a flamenco guitarist involved. Whether or not the goat story is true, I’ll never ask. Some tales are too pure to spoil with fact-checking.</w:t>
      </w:r>
    </w:p>
    <w:p w14:paraId="6FEDC731" w14:textId="77777777" w:rsidR="00421590" w:rsidRPr="00D43737" w:rsidRDefault="004220D6" w:rsidP="00421590">
      <w:r>
        <w:rPr>
          <w:noProof/>
        </w:rPr>
        <w:pict w14:anchorId="6EB36C9F">
          <v:rect id="_x0000_i1039" alt="" style="width:42.6pt;height:.05pt;mso-width-percent:0;mso-height-percent:0;mso-width-percent:0;mso-height-percent:0" o:hrpct="91" o:hralign="center" o:hrstd="t" o:hr="t" fillcolor="#a0a0a0" stroked="f"/>
        </w:pict>
      </w:r>
    </w:p>
    <w:p w14:paraId="0FFF9A17" w14:textId="77777777" w:rsidR="00421590" w:rsidRPr="00D43737" w:rsidRDefault="00421590" w:rsidP="00421590">
      <w:pPr>
        <w:spacing w:before="100" w:beforeAutospacing="1" w:after="100" w:afterAutospacing="1"/>
        <w:outlineLvl w:val="1"/>
        <w:rPr>
          <w:b/>
          <w:bCs/>
          <w:sz w:val="36"/>
          <w:szCs w:val="36"/>
        </w:rPr>
      </w:pPr>
      <w:r w:rsidRPr="00D43737">
        <w:rPr>
          <w:b/>
          <w:bCs/>
          <w:i/>
          <w:iCs/>
          <w:sz w:val="36"/>
          <w:szCs w:val="36"/>
        </w:rPr>
        <w:t>(Part III: The Brothel in the Storm)</w:t>
      </w:r>
    </w:p>
    <w:p w14:paraId="5BC71E6C" w14:textId="77777777" w:rsidR="00421590" w:rsidRPr="00D43737" w:rsidRDefault="00421590" w:rsidP="00421590">
      <w:pPr>
        <w:spacing w:before="100" w:beforeAutospacing="1" w:after="100" w:afterAutospacing="1"/>
      </w:pPr>
      <w:r w:rsidRPr="00D43737">
        <w:t>Same Rory, different drama.</w:t>
      </w:r>
    </w:p>
    <w:p w14:paraId="00E70CAD" w14:textId="77777777" w:rsidR="00421590" w:rsidRPr="00D43737" w:rsidRDefault="00421590" w:rsidP="00421590">
      <w:pPr>
        <w:spacing w:before="100" w:beforeAutospacing="1" w:after="100" w:afterAutospacing="1"/>
      </w:pPr>
      <w:r w:rsidRPr="00D43737">
        <w:lastRenderedPageBreak/>
        <w:t>Honeymoon, Spain, mountains. A storm rolls in like an Old Testament warning. Rory, ever confident, says:</w:t>
      </w:r>
    </w:p>
    <w:p w14:paraId="3ADDEA7E" w14:textId="77777777" w:rsidR="00421590" w:rsidRPr="00D43737" w:rsidRDefault="00421590" w:rsidP="00421590">
      <w:pPr>
        <w:spacing w:beforeAutospacing="1" w:afterAutospacing="1"/>
      </w:pPr>
      <w:r w:rsidRPr="00D43737">
        <w:t>“I know a place. We’ll be grand.”</w:t>
      </w:r>
    </w:p>
    <w:p w14:paraId="6E79AC9A" w14:textId="77777777" w:rsidR="00421590" w:rsidRPr="00D43737" w:rsidRDefault="00421590" w:rsidP="00421590">
      <w:pPr>
        <w:spacing w:before="100" w:beforeAutospacing="1" w:after="100" w:afterAutospacing="1"/>
      </w:pPr>
      <w:r w:rsidRPr="00D43737">
        <w:t>Winds howling, lightning cleaving the sky. They drive through twisting roads and end up, soaked and exhausted, in front of a warmly lit stone building. Bed and breakfast, says the sign.</w:t>
      </w:r>
    </w:p>
    <w:p w14:paraId="4CDF8A87" w14:textId="77777777" w:rsidR="00421590" w:rsidRPr="00D43737" w:rsidRDefault="00421590" w:rsidP="00421590">
      <w:pPr>
        <w:spacing w:before="100" w:beforeAutospacing="1" w:after="100" w:afterAutospacing="1"/>
      </w:pPr>
      <w:r w:rsidRPr="00D43737">
        <w:t xml:space="preserve">The next morning, his new wife storms into the breakfast room, red in the face and eyes like </w:t>
      </w:r>
      <w:proofErr w:type="spellStart"/>
      <w:r w:rsidRPr="00D43737">
        <w:t>stormclouds</w:t>
      </w:r>
      <w:proofErr w:type="spellEnd"/>
      <w:r w:rsidRPr="00D43737">
        <w:t>.</w:t>
      </w:r>
    </w:p>
    <w:p w14:paraId="36D23D2D" w14:textId="77777777" w:rsidR="00421590" w:rsidRPr="00D43737" w:rsidRDefault="00421590" w:rsidP="00421590">
      <w:pPr>
        <w:spacing w:beforeAutospacing="1" w:afterAutospacing="1"/>
      </w:pPr>
      <w:r w:rsidRPr="00D43737">
        <w:t>“Would you </w:t>
      </w:r>
      <w:r w:rsidRPr="00D43737">
        <w:rPr>
          <w:i/>
          <w:iCs/>
        </w:rPr>
        <w:t>care</w:t>
      </w:r>
      <w:r w:rsidRPr="00D43737">
        <w:t> to explain,” she demanded, “how you knew about this place in the middle of nowhere… in the dark… during a thunderstorm?”</w:t>
      </w:r>
    </w:p>
    <w:p w14:paraId="3A81C2E9" w14:textId="77777777" w:rsidR="00421590" w:rsidRPr="00D43737" w:rsidRDefault="00421590" w:rsidP="00421590">
      <w:pPr>
        <w:spacing w:before="100" w:beforeAutospacing="1" w:after="100" w:afterAutospacing="1"/>
      </w:pPr>
      <w:r w:rsidRPr="00D43737">
        <w:t>Rory, calm as a saint:</w:t>
      </w:r>
    </w:p>
    <w:p w14:paraId="1F1F3D23" w14:textId="77777777" w:rsidR="00421590" w:rsidRPr="00D43737" w:rsidRDefault="00421590" w:rsidP="00421590">
      <w:pPr>
        <w:spacing w:beforeAutospacing="1" w:afterAutospacing="1"/>
      </w:pPr>
      <w:r w:rsidRPr="00D43737">
        <w:t>“Well, love... I’ve had an eclectic life.”</w:t>
      </w:r>
    </w:p>
    <w:p w14:paraId="0C792F0D" w14:textId="77777777" w:rsidR="00421590" w:rsidRPr="00D43737" w:rsidRDefault="00421590" w:rsidP="00421590">
      <w:pPr>
        <w:spacing w:before="100" w:beforeAutospacing="1" w:after="100" w:afterAutospacing="1"/>
      </w:pPr>
      <w:r w:rsidRPr="00D43737">
        <w:t>It was, of course, a brothel. Disguised as a country inn.</w:t>
      </w:r>
    </w:p>
    <w:p w14:paraId="200EB634" w14:textId="77777777" w:rsidR="00421590" w:rsidRPr="00D43737" w:rsidRDefault="00421590" w:rsidP="00421590">
      <w:pPr>
        <w:spacing w:before="100" w:beforeAutospacing="1" w:after="100" w:afterAutospacing="1"/>
      </w:pPr>
      <w:r w:rsidRPr="00D43737">
        <w:t>Even now, I imagine him sipping his coffee, whistling something Spanish, unconcerned. I never figured out if that was bravery or selective memory. Maybe both.</w:t>
      </w:r>
    </w:p>
    <w:p w14:paraId="6F70B05F" w14:textId="77777777" w:rsidR="00421590" w:rsidRPr="00D43737" w:rsidRDefault="004220D6" w:rsidP="00421590">
      <w:r>
        <w:rPr>
          <w:noProof/>
        </w:rPr>
        <w:pict w14:anchorId="4C33FDFE">
          <v:rect id="_x0000_i1038" alt="" style="width:42.6pt;height:.05pt;mso-width-percent:0;mso-height-percent:0;mso-width-percent:0;mso-height-percent:0" o:hrpct="91" o:hralign="center" o:hrstd="t" o:hr="t" fillcolor="#a0a0a0" stroked="f"/>
        </w:pict>
      </w:r>
    </w:p>
    <w:p w14:paraId="512B114A" w14:textId="77777777" w:rsidR="00421590" w:rsidRPr="00D43737" w:rsidRDefault="00421590" w:rsidP="00421590">
      <w:pPr>
        <w:spacing w:before="100" w:beforeAutospacing="1" w:after="100" w:afterAutospacing="1"/>
        <w:outlineLvl w:val="1"/>
        <w:rPr>
          <w:b/>
          <w:bCs/>
          <w:sz w:val="36"/>
          <w:szCs w:val="36"/>
        </w:rPr>
      </w:pPr>
      <w:r w:rsidRPr="00D43737">
        <w:rPr>
          <w:b/>
          <w:bCs/>
          <w:i/>
          <w:iCs/>
          <w:sz w:val="36"/>
          <w:szCs w:val="36"/>
        </w:rPr>
        <w:t>(Part IV: Between the Cracks)</w:t>
      </w:r>
    </w:p>
    <w:p w14:paraId="7C43298F" w14:textId="77777777" w:rsidR="00421590" w:rsidRPr="00D43737" w:rsidRDefault="00421590" w:rsidP="00421590">
      <w:pPr>
        <w:spacing w:before="100" w:beforeAutospacing="1" w:after="100" w:afterAutospacing="1"/>
      </w:pPr>
      <w:r w:rsidRPr="00D43737">
        <w:t>You start to realize, as you get older, that memory isn't a river. It's a well.</w:t>
      </w:r>
    </w:p>
    <w:p w14:paraId="379E3F72" w14:textId="77777777" w:rsidR="00421590" w:rsidRPr="00D43737" w:rsidRDefault="00421590" w:rsidP="00421590">
      <w:pPr>
        <w:spacing w:before="100" w:beforeAutospacing="1" w:after="100" w:afterAutospacing="1"/>
      </w:pPr>
      <w:r w:rsidRPr="00D43737">
        <w:t xml:space="preserve">You lower the rope, turn the crank, and some days the bucket comes back full of color—sunshine, cigarettes, someone’s laughter on a wind-blown street. Other days, all you get is a dry </w:t>
      </w:r>
      <w:proofErr w:type="spellStart"/>
      <w:r w:rsidRPr="00D43737">
        <w:t>creak</w:t>
      </w:r>
      <w:proofErr w:type="spellEnd"/>
      <w:r w:rsidRPr="00D43737">
        <w:t>, or a smell of dust.</w:t>
      </w:r>
    </w:p>
    <w:p w14:paraId="4CF4D2DA" w14:textId="77777777" w:rsidR="00421590" w:rsidRPr="00D43737" w:rsidRDefault="00421590" w:rsidP="00421590">
      <w:pPr>
        <w:spacing w:before="100" w:beforeAutospacing="1" w:after="100" w:afterAutospacing="1"/>
      </w:pPr>
      <w:r w:rsidRPr="00D43737">
        <w:t xml:space="preserve">I’ve lived a dozen lives: musician, </w:t>
      </w:r>
      <w:proofErr w:type="spellStart"/>
      <w:r w:rsidRPr="00D43737">
        <w:t>labourer</w:t>
      </w:r>
      <w:proofErr w:type="spellEnd"/>
      <w:r w:rsidRPr="00D43737">
        <w:t xml:space="preserve">, joker, lover, foreigner, local hero, and, lately, something more still. A watcher. A </w:t>
      </w:r>
      <w:proofErr w:type="spellStart"/>
      <w:r w:rsidRPr="00D43737">
        <w:t>rememberer</w:t>
      </w:r>
      <w:proofErr w:type="spellEnd"/>
      <w:r w:rsidRPr="00D43737">
        <w:t>.</w:t>
      </w:r>
    </w:p>
    <w:p w14:paraId="6749D840" w14:textId="77777777" w:rsidR="00421590" w:rsidRPr="00D43737" w:rsidRDefault="00421590" w:rsidP="00421590">
      <w:pPr>
        <w:spacing w:before="100" w:beforeAutospacing="1" w:after="100" w:afterAutospacing="1"/>
      </w:pPr>
      <w:r w:rsidRPr="00D43737">
        <w:t>There’s more to say. So much more.</w:t>
      </w:r>
      <w:r w:rsidRPr="00D43737">
        <w:br/>
        <w:t>But for now, I’m watching the cracks again.</w:t>
      </w:r>
      <w:r w:rsidRPr="00D43737">
        <w:br/>
        <w:t>They shimmer like doorways.</w:t>
      </w:r>
      <w:r w:rsidRPr="00D43737">
        <w:br/>
        <w:t>And the angels, well—they’re older too.</w:t>
      </w:r>
      <w:r w:rsidRPr="00D43737">
        <w:br/>
        <w:t>They know not to wait up for the dawn.</w:t>
      </w:r>
    </w:p>
    <w:p w14:paraId="16F9EE0A" w14:textId="77777777" w:rsidR="00421590" w:rsidRPr="00D43737" w:rsidRDefault="00421590" w:rsidP="00421590">
      <w:pPr>
        <w:spacing w:before="100" w:beforeAutospacing="1" w:after="100" w:afterAutospacing="1"/>
      </w:pPr>
      <w:r w:rsidRPr="00D43737">
        <w:t>They lay beside me by the road.</w:t>
      </w:r>
      <w:r w:rsidRPr="00D43737">
        <w:br/>
        <w:t>Where they know they’ll find me.</w:t>
      </w:r>
      <w:r w:rsidRPr="00D43737">
        <w:br/>
      </w:r>
      <w:r w:rsidRPr="00D43737">
        <w:lastRenderedPageBreak/>
        <w:t>With my faith and hope in the distance,</w:t>
      </w:r>
      <w:r w:rsidRPr="00D43737">
        <w:br/>
        <w:t>Leading… further on.</w:t>
      </w:r>
    </w:p>
    <w:p w14:paraId="63AE58AE" w14:textId="77777777" w:rsidR="00421590" w:rsidRPr="00D43737" w:rsidRDefault="00421590" w:rsidP="00421590">
      <w:pPr>
        <w:spacing w:before="100" w:beforeAutospacing="1" w:after="100" w:afterAutospacing="1"/>
        <w:outlineLvl w:val="1"/>
        <w:rPr>
          <w:b/>
          <w:bCs/>
          <w:sz w:val="36"/>
          <w:szCs w:val="36"/>
        </w:rPr>
      </w:pPr>
      <w:r w:rsidRPr="00D43737">
        <w:rPr>
          <w:b/>
          <w:bCs/>
          <w:sz w:val="36"/>
          <w:szCs w:val="36"/>
        </w:rPr>
        <w:t>Chapter: The Cracks in the Wallpaper</w:t>
      </w:r>
    </w:p>
    <w:p w14:paraId="328D02A6" w14:textId="77777777" w:rsidR="00421590" w:rsidRPr="00D43737" w:rsidRDefault="00421590" w:rsidP="00421590">
      <w:pPr>
        <w:spacing w:before="100" w:beforeAutospacing="1" w:after="100" w:afterAutospacing="1"/>
      </w:pPr>
      <w:r w:rsidRPr="00D43737">
        <w:rPr>
          <w:i/>
          <w:iCs/>
        </w:rPr>
        <w:t>(Part V: The Man Who Fooled Clare)</w:t>
      </w:r>
    </w:p>
    <w:p w14:paraId="729E4965" w14:textId="77777777" w:rsidR="008266BD" w:rsidRDefault="008266BD" w:rsidP="008266BD">
      <w:pPr>
        <w:pStyle w:val="Heading3"/>
        <w:rPr>
          <w:color w:val="000000"/>
          <w:sz w:val="27"/>
          <w:szCs w:val="27"/>
        </w:rPr>
      </w:pPr>
      <w:r>
        <w:rPr>
          <w:color w:val="000000"/>
        </w:rPr>
        <w:t>The Millennium Story: A Masterclass in Mischief</w:t>
      </w:r>
    </w:p>
    <w:p w14:paraId="3D7289C6" w14:textId="77777777" w:rsidR="008266BD" w:rsidRDefault="008266BD" w:rsidP="008266BD">
      <w:pPr>
        <w:pStyle w:val="NormalWeb"/>
        <w:rPr>
          <w:color w:val="000000"/>
        </w:rPr>
      </w:pPr>
      <w:r>
        <w:rPr>
          <w:color w:val="000000"/>
        </w:rPr>
        <w:t>This, truly, was another power play by someone whose mind operated on a million different frequencies, a quiet storm of genius and deviousness.</w:t>
      </w:r>
    </w:p>
    <w:p w14:paraId="6E1C41ED" w14:textId="77777777" w:rsidR="008266BD" w:rsidRDefault="008266BD" w:rsidP="008266BD">
      <w:pPr>
        <w:pStyle w:val="NormalWeb"/>
        <w:rPr>
          <w:color w:val="000000"/>
        </w:rPr>
      </w:pPr>
      <w:r>
        <w:rPr>
          <w:color w:val="000000"/>
        </w:rPr>
        <w:t>Redmond and Kat, two souls perfectly attuned to the wild beauty of Ireland, had built their sanctuary on the coast of Clare. From one side, the ancient, silent grandeur of the Burren stretched, a timeless landscape of limestone. From the other, the fierce, boundless expanse of the Atlantic Ocean crashed and whispered. Their home nestled in a tiny village, a haven of community: a school, a church, and, in glorious proximity, a pub. Everything a person needed to navigate the currents of life.</w:t>
      </w:r>
    </w:p>
    <w:p w14:paraId="4D1A0880" w14:textId="77777777" w:rsidR="008266BD" w:rsidRDefault="008266BD" w:rsidP="008266BD">
      <w:pPr>
        <w:pStyle w:val="NormalWeb"/>
        <w:rPr>
          <w:color w:val="000000"/>
        </w:rPr>
      </w:pPr>
      <w:r>
        <w:rPr>
          <w:color w:val="000000"/>
        </w:rPr>
        <w:t>As the new Millennium loomed, a vast, unknown horizon, the townsfolk, fueled by a collective spark of inspiration, yearned to do something, something monumental, a gesture to etch that moment in time forever. Redmond, by then, had carved a formidable name for himself – not just as a brilliant journalist, a man of newspapers who’d launched a new weekly paper in Clare, but also as the esteemed Ombudsman for Ireland. Who better, they reasoned, to consult for ideas, for a vision worthy of the Millennium? The only snag, the slight hitch in their grand plan, was that Redmond, bless his mischievous heart, hailed from Offaly, and Clare and Offaly were once again locked in the ancient, glorious struggle for the All-Ireland Championship. But the weight of the Millennium, the desire for something truly special, proved mightier than the ingrained prejudice. They swallowed their pride, their tribal loyalties momentarily suspended, and invited Redmond to help.</w:t>
      </w:r>
    </w:p>
    <w:p w14:paraId="7AC4E373" w14:textId="77777777" w:rsidR="008266BD" w:rsidRDefault="008266BD" w:rsidP="008266BD">
      <w:pPr>
        <w:pStyle w:val="NormalWeb"/>
        <w:rPr>
          <w:color w:val="000000"/>
        </w:rPr>
      </w:pPr>
      <w:r>
        <w:rPr>
          <w:color w:val="000000"/>
        </w:rPr>
        <w:t xml:space="preserve">And help he did. In true, modern fashion, he gathered them all in the village school every Thursday evening, from seven to nine, a solemn council of visionaries. Plans were </w:t>
      </w:r>
      <w:proofErr w:type="gramStart"/>
      <w:r>
        <w:rPr>
          <w:color w:val="000000"/>
        </w:rPr>
        <w:t>forged,</w:t>
      </w:r>
      <w:proofErr w:type="gramEnd"/>
      <w:r>
        <w:rPr>
          <w:color w:val="000000"/>
        </w:rPr>
        <w:t xml:space="preserve"> ideas were tossed into the air like confetti. He split them into buzzing groups, spread vast rolls of brown paper along the walls, a blank canvas for thoughts, where ideas could be pinned, sorted, debated. It was a genuinely professional approach, born of his years in the national eye. People weren’t just impressed; a palpable enthusiasm, a quiet fire, began to ignite in their hearts.</w:t>
      </w:r>
    </w:p>
    <w:p w14:paraId="6E56A185" w14:textId="77777777" w:rsidR="008266BD" w:rsidRDefault="008266BD" w:rsidP="008266BD">
      <w:pPr>
        <w:pStyle w:val="NormalWeb"/>
        <w:rPr>
          <w:color w:val="000000"/>
        </w:rPr>
      </w:pPr>
      <w:r>
        <w:rPr>
          <w:color w:val="000000"/>
        </w:rPr>
        <w:t>After three weeks of these earnest, energetic meetings, a definitive result remained elusive, lost in the democratic hum. So, Redmond, ever the strategist, the cunning bugger – it was his plan from the very start, of course, a slow-burning ember of mischief – began to gently coach them, steering their meandering thoughts. Another two weeks of deliberation passed, and still, no truly noteworthy suggestions had solidified on the brown paper walls.</w:t>
      </w:r>
    </w:p>
    <w:p w14:paraId="0C7F56FE" w14:textId="77777777" w:rsidR="008266BD" w:rsidRDefault="008266BD" w:rsidP="008266BD">
      <w:pPr>
        <w:pStyle w:val="NormalWeb"/>
        <w:rPr>
          <w:color w:val="000000"/>
        </w:rPr>
      </w:pPr>
      <w:r>
        <w:rPr>
          <w:color w:val="000000"/>
        </w:rPr>
        <w:lastRenderedPageBreak/>
        <w:t>Again, Redmond stepped in, his voice calm, laced with just the right amount of hesitant suggestion. "Perhaps," he mused, "just perhaps, a</w:t>
      </w:r>
      <w:r>
        <w:rPr>
          <w:rStyle w:val="apple-converted-space"/>
          <w:color w:val="000000"/>
        </w:rPr>
        <w:t> </w:t>
      </w:r>
      <w:r>
        <w:rPr>
          <w:rStyle w:val="Strong"/>
          <w:color w:val="000000"/>
        </w:rPr>
        <w:t>time capsule</w:t>
      </w:r>
      <w:r>
        <w:rPr>
          <w:rStyle w:val="apple-converted-space"/>
          <w:color w:val="000000"/>
        </w:rPr>
        <w:t> </w:t>
      </w:r>
      <w:r>
        <w:rPr>
          <w:color w:val="000000"/>
        </w:rPr>
        <w:t xml:space="preserve">might be something?" He needed to explain the concept, of course, to </w:t>
      </w:r>
      <w:proofErr w:type="gramStart"/>
      <w:r>
        <w:rPr>
          <w:color w:val="000000"/>
        </w:rPr>
        <w:t>these earnest</w:t>
      </w:r>
      <w:proofErr w:type="gramEnd"/>
      <w:r>
        <w:rPr>
          <w:color w:val="000000"/>
        </w:rPr>
        <w:t>, village souls. "Imagine," he painted the picture, "a box. And in this box, we place all the things of</w:t>
      </w:r>
      <w:r>
        <w:rPr>
          <w:rStyle w:val="apple-converted-space"/>
          <w:color w:val="000000"/>
        </w:rPr>
        <w:t> </w:t>
      </w:r>
      <w:r>
        <w:rPr>
          <w:rStyle w:val="Emphasis"/>
          <w:rFonts w:eastAsiaTheme="majorEastAsia"/>
          <w:color w:val="000000"/>
        </w:rPr>
        <w:t>this</w:t>
      </w:r>
      <w:r>
        <w:rPr>
          <w:rStyle w:val="apple-converted-space"/>
          <w:color w:val="000000"/>
        </w:rPr>
        <w:t> </w:t>
      </w:r>
      <w:r>
        <w:rPr>
          <w:color w:val="000000"/>
        </w:rPr>
        <w:t>time, memories, relics, trinkets. We bury it somewhere, a secret spot, and then, far, far into the distant future, generations from now, people will dig it up, unearth it, and see all the memories from 1999."</w:t>
      </w:r>
    </w:p>
    <w:p w14:paraId="0C390280" w14:textId="77777777" w:rsidR="008266BD" w:rsidRDefault="008266BD" w:rsidP="008266BD">
      <w:pPr>
        <w:pStyle w:val="NormalWeb"/>
        <w:rPr>
          <w:color w:val="000000"/>
        </w:rPr>
      </w:pPr>
      <w:r>
        <w:rPr>
          <w:color w:val="000000"/>
        </w:rPr>
        <w:t>They were over the moon! Their faces, usually etched with the quiet dignity of rural life, split into grins of pure, unadulterated joy. Even though he was an Offaly man, a rival, he could have been sainted right there and then, canonized on the spot. It was a brilliant, magnificent idea, a spark of genius that electrified the room. But Redmond, ever the master showman, wasn’t finished. He said there would need to be something truly special in that time capsule, something tangible that unequivocally showed the date, and perhaps, the very faces of the people who lived this moment.</w:t>
      </w:r>
    </w:p>
    <w:p w14:paraId="0221B322" w14:textId="77777777" w:rsidR="008266BD" w:rsidRDefault="008266BD" w:rsidP="008266BD">
      <w:pPr>
        <w:pStyle w:val="NormalWeb"/>
        <w:rPr>
          <w:color w:val="000000"/>
        </w:rPr>
      </w:pPr>
      <w:r>
        <w:rPr>
          <w:color w:val="000000"/>
        </w:rPr>
        <w:t>It was agreed, with a unanimous roar of excitement. They would gather everyone from the village and the surrounding townlands, spanning generations, young and old, and take a grand photograph, a snapshot of their present, to be carefully sealed and buried within the capsule. They were almost bursting with excitement, the air thick with anticipation, but Redmond, oh no, Redmond wasn’t finished yet. He said they needed something</w:t>
      </w:r>
      <w:r>
        <w:rPr>
          <w:rStyle w:val="apple-converted-space"/>
          <w:color w:val="000000"/>
        </w:rPr>
        <w:t> </w:t>
      </w:r>
      <w:r>
        <w:rPr>
          <w:rStyle w:val="Emphasis"/>
          <w:rFonts w:eastAsiaTheme="majorEastAsia"/>
          <w:color w:val="000000"/>
        </w:rPr>
        <w:t>very</w:t>
      </w:r>
      <w:r>
        <w:rPr>
          <w:rStyle w:val="apple-converted-space"/>
          <w:color w:val="000000"/>
        </w:rPr>
        <w:t> </w:t>
      </w:r>
      <w:r>
        <w:rPr>
          <w:color w:val="000000"/>
        </w:rPr>
        <w:t>special in that photo, something that would make it even more real, even more poignant, for future generations, a detail that would transcend time. Another two weeks of earnest deliberation followed, yet still, no truly noteworthy suggestions graced the brown paper.</w:t>
      </w:r>
    </w:p>
    <w:p w14:paraId="61E1CF87" w14:textId="77777777" w:rsidR="008266BD" w:rsidRDefault="008266BD" w:rsidP="008266BD">
      <w:pPr>
        <w:pStyle w:val="NormalWeb"/>
        <w:rPr>
          <w:color w:val="000000"/>
        </w:rPr>
      </w:pPr>
      <w:r>
        <w:rPr>
          <w:color w:val="000000"/>
        </w:rPr>
        <w:t>Once more, Redmond stepped into the void, his voice soft, almost conspiratorial. "Maybe," he proposed, drawing out the word, "just maybe... if we could get the</w:t>
      </w:r>
      <w:r>
        <w:rPr>
          <w:rStyle w:val="apple-converted-space"/>
          <w:color w:val="000000"/>
        </w:rPr>
        <w:t> </w:t>
      </w:r>
      <w:r>
        <w:rPr>
          <w:rStyle w:val="Strong"/>
          <w:color w:val="000000"/>
        </w:rPr>
        <w:t>Sam Maguire Cup</w:t>
      </w:r>
      <w:r>
        <w:rPr>
          <w:rStyle w:val="apple-converted-space"/>
          <w:color w:val="000000"/>
        </w:rPr>
        <w:t> </w:t>
      </w:r>
      <w:r>
        <w:rPr>
          <w:color w:val="000000"/>
        </w:rPr>
        <w:t>in the photo? That would be the cream on the dessert, wouldn't it? The magnificent, crowning glory."</w:t>
      </w:r>
    </w:p>
    <w:p w14:paraId="698AEF89" w14:textId="146749E2" w:rsidR="00E9175E" w:rsidRDefault="00E9175E" w:rsidP="00E9175E">
      <w:pPr>
        <w:spacing w:before="100" w:beforeAutospacing="1" w:after="100" w:afterAutospacing="1"/>
        <w:rPr>
          <w:color w:val="000000"/>
        </w:rPr>
      </w:pPr>
      <w:r>
        <w:rPr>
          <w:color w:val="000000"/>
        </w:rPr>
        <w:t xml:space="preserve">How could we get our hands on </w:t>
      </w:r>
      <w:r>
        <w:rPr>
          <w:color w:val="000000"/>
        </w:rPr>
        <w:t>it.</w:t>
      </w:r>
      <w:r>
        <w:rPr>
          <w:color w:val="000000"/>
        </w:rPr>
        <w:t xml:space="preserve"> Well, said Redmond, I personally know the captain of the Offaly side and he would be delighted to bring the cup down to Clare after the All-Ireland and stand if with the people of the village.</w:t>
      </w:r>
    </w:p>
    <w:p w14:paraId="2528D40E" w14:textId="77777777" w:rsidR="00E9175E" w:rsidRDefault="008266BD" w:rsidP="008266BD">
      <w:pPr>
        <w:pStyle w:val="NormalWeb"/>
        <w:rPr>
          <w:color w:val="000000"/>
        </w:rPr>
      </w:pPr>
      <w:r>
        <w:rPr>
          <w:color w:val="000000"/>
        </w:rPr>
        <w:t>The revelation hit them like a lightning bolt. The room, buzzing with excitement, fell silent. Then, a collective groan, a slow, dawning realization, spread through the room. They had been</w:t>
      </w:r>
      <w:r>
        <w:rPr>
          <w:rStyle w:val="apple-converted-space"/>
          <w:color w:val="000000"/>
        </w:rPr>
        <w:t> </w:t>
      </w:r>
      <w:r>
        <w:rPr>
          <w:rStyle w:val="Emphasis"/>
          <w:rFonts w:eastAsiaTheme="majorEastAsia"/>
          <w:color w:val="000000"/>
        </w:rPr>
        <w:t>had</w:t>
      </w:r>
      <w:r>
        <w:rPr>
          <w:color w:val="000000"/>
        </w:rPr>
        <w:t xml:space="preserve">. The biggest hoax they had ever experienced, a masterwork of deception. </w:t>
      </w:r>
    </w:p>
    <w:p w14:paraId="2EE36662" w14:textId="598A2E8E" w:rsidR="008266BD" w:rsidRDefault="008266BD" w:rsidP="008266BD">
      <w:pPr>
        <w:pStyle w:val="NormalWeb"/>
        <w:rPr>
          <w:color w:val="000000"/>
        </w:rPr>
      </w:pPr>
      <w:r>
        <w:rPr>
          <w:color w:val="000000"/>
        </w:rPr>
        <w:t xml:space="preserve">Sainthood? Out of the question. Tar and feathers were muttered. Lynching was whispered. Redmond had kept them busy, two whole months, weaving a spell, pulling </w:t>
      </w:r>
      <w:proofErr w:type="gramStart"/>
      <w:r>
        <w:rPr>
          <w:color w:val="000000"/>
        </w:rPr>
        <w:t>every last</w:t>
      </w:r>
      <w:proofErr w:type="gramEnd"/>
      <w:r>
        <w:rPr>
          <w:color w:val="000000"/>
        </w:rPr>
        <w:t xml:space="preserve"> bit of wool over the collective eyes of Clare.</w:t>
      </w:r>
    </w:p>
    <w:p w14:paraId="3CB4E99C" w14:textId="77777777" w:rsidR="00E9175E" w:rsidRDefault="00E9175E" w:rsidP="008266BD">
      <w:pPr>
        <w:pStyle w:val="NormalWeb"/>
        <w:rPr>
          <w:color w:val="000000"/>
        </w:rPr>
      </w:pPr>
    </w:p>
    <w:p w14:paraId="64DB7D24" w14:textId="77777777" w:rsidR="008266BD" w:rsidRDefault="008266BD" w:rsidP="008266BD">
      <w:pPr>
        <w:pStyle w:val="NormalWeb"/>
        <w:rPr>
          <w:color w:val="000000"/>
        </w:rPr>
      </w:pPr>
      <w:r>
        <w:rPr>
          <w:color w:val="000000"/>
        </w:rPr>
        <w:lastRenderedPageBreak/>
        <w:t>Magnificent. And only Redmond, with his devious charm, his razor-sharp wit, and his unparalleled cunning, could have masterminded a feat so perfectly executed.</w:t>
      </w:r>
    </w:p>
    <w:p w14:paraId="36101145" w14:textId="2A5BE817" w:rsidR="00421590" w:rsidRPr="00D43737" w:rsidRDefault="00421590" w:rsidP="00421590">
      <w:pPr>
        <w:spacing w:before="100" w:beforeAutospacing="1" w:after="100" w:afterAutospacing="1"/>
      </w:pPr>
      <w:r w:rsidRPr="00D43737">
        <w:br/>
        <w:t>Because deep down, everyone knew they’d been part of something better than just a time capsule.</w:t>
      </w:r>
      <w:r w:rsidRPr="00D43737">
        <w:br/>
        <w:t>They’d lived inside a great story.</w:t>
      </w:r>
      <w:r w:rsidRPr="00D43737">
        <w:br/>
        <w:t>And Redmond Flynn was the only man they knew who could have written it.</w:t>
      </w:r>
    </w:p>
    <w:p w14:paraId="21735E82" w14:textId="46B2262F" w:rsidR="00421590" w:rsidRPr="00D43737" w:rsidRDefault="00421590" w:rsidP="00421590"/>
    <w:p w14:paraId="61FD5DEB" w14:textId="77777777" w:rsidR="00421590" w:rsidRPr="00D43737" w:rsidRDefault="00421590" w:rsidP="00421590">
      <w:pPr>
        <w:spacing w:before="100" w:beforeAutospacing="1" w:after="100" w:afterAutospacing="1"/>
        <w:outlineLvl w:val="1"/>
        <w:rPr>
          <w:b/>
          <w:bCs/>
          <w:sz w:val="36"/>
          <w:szCs w:val="36"/>
        </w:rPr>
      </w:pPr>
      <w:r w:rsidRPr="00D43737">
        <w:rPr>
          <w:b/>
          <w:bCs/>
          <w:i/>
          <w:iCs/>
          <w:sz w:val="36"/>
          <w:szCs w:val="36"/>
        </w:rPr>
        <w:t>(Part VI: The Kindness of a Scoundrel)</w:t>
      </w:r>
    </w:p>
    <w:p w14:paraId="5008DF28" w14:textId="77777777" w:rsidR="00421590" w:rsidRPr="00D43737" w:rsidRDefault="00421590" w:rsidP="00421590">
      <w:pPr>
        <w:spacing w:before="100" w:beforeAutospacing="1" w:after="100" w:afterAutospacing="1"/>
      </w:pPr>
      <w:r w:rsidRPr="00D43737">
        <w:t>You see, it wasn’t cruelty. Not with Redmond.</w:t>
      </w:r>
      <w:r w:rsidRPr="00D43737">
        <w:br/>
        <w:t>There was never malice in it. Just a gleeful understanding that stories were stronger than fences—and that sometimes the best way to unite people was to fool them into finding the joy themselves.</w:t>
      </w:r>
    </w:p>
    <w:p w14:paraId="7F65D2C0" w14:textId="77777777" w:rsidR="00421590" w:rsidRPr="00D43737" w:rsidRDefault="00421590" w:rsidP="00421590">
      <w:pPr>
        <w:spacing w:before="100" w:beforeAutospacing="1" w:after="100" w:afterAutospacing="1"/>
      </w:pPr>
      <w:r w:rsidRPr="00D43737">
        <w:t>He was one of those rare spirits who could make mischief feel like grace.</w:t>
      </w:r>
    </w:p>
    <w:p w14:paraId="00530C0F" w14:textId="77777777" w:rsidR="00421590" w:rsidRPr="00D43737" w:rsidRDefault="00421590" w:rsidP="00421590">
      <w:pPr>
        <w:spacing w:before="100" w:beforeAutospacing="1" w:after="100" w:afterAutospacing="1"/>
      </w:pPr>
      <w:r w:rsidRPr="00D43737">
        <w:t>People speak of saints, politicians, holy men, poets. Redmond wore a bit of each, but he was none of them entirely.</w:t>
      </w:r>
      <w:r w:rsidRPr="00D43737">
        <w:br/>
        <w:t>He was a conjuror with paper and pen, a dealer in truths disguised as jokes.</w:t>
      </w:r>
      <w:r w:rsidRPr="00D43737">
        <w:br/>
        <w:t>And like the best tricksters, he got away with it because he gave more than he took.</w:t>
      </w:r>
    </w:p>
    <w:p w14:paraId="0D025C1E" w14:textId="77777777" w:rsidR="00421590" w:rsidRPr="00D43737" w:rsidRDefault="00421590" w:rsidP="00421590">
      <w:pPr>
        <w:spacing w:before="100" w:beforeAutospacing="1" w:after="100" w:afterAutospacing="1"/>
      </w:pPr>
      <w:r w:rsidRPr="00D43737">
        <w:t xml:space="preserve">A journalist with the instincts of a </w:t>
      </w:r>
      <w:proofErr w:type="gramStart"/>
      <w:r w:rsidRPr="00D43737">
        <w:t>myth-maker</w:t>
      </w:r>
      <w:proofErr w:type="gramEnd"/>
      <w:r w:rsidRPr="00D43737">
        <w:t>.</w:t>
      </w:r>
      <w:r w:rsidRPr="00D43737">
        <w:br/>
        <w:t>A public servant with a private stash of chaos.</w:t>
      </w:r>
      <w:r w:rsidRPr="00D43737">
        <w:br/>
        <w:t>A friend who never let sincerity get in the way of a good punchline—but always remembered your father’s name, your child’s birthday, and how you took your tea.</w:t>
      </w:r>
    </w:p>
    <w:p w14:paraId="2E949503" w14:textId="77777777" w:rsidR="00421590" w:rsidRPr="00D43737" w:rsidRDefault="00421590" w:rsidP="00421590">
      <w:pPr>
        <w:spacing w:before="100" w:beforeAutospacing="1" w:after="100" w:afterAutospacing="1"/>
      </w:pPr>
      <w:r w:rsidRPr="00D43737">
        <w:t>He had one foot in the Republic and one in the realm of tall tales.</w:t>
      </w:r>
    </w:p>
    <w:p w14:paraId="15255918" w14:textId="77777777" w:rsidR="00421590" w:rsidRPr="00D43737" w:rsidRDefault="00421590" w:rsidP="00421590">
      <w:pPr>
        <w:spacing w:before="100" w:beforeAutospacing="1" w:after="100" w:afterAutospacing="1"/>
      </w:pPr>
      <w:r w:rsidRPr="00D43737">
        <w:t>And I can still see him—leaning against a pub counter, one eyebrow raised, half a grin on his face—as if to say:</w:t>
      </w:r>
    </w:p>
    <w:p w14:paraId="54D79D1C" w14:textId="77777777" w:rsidR="00421590" w:rsidRPr="00D43737" w:rsidRDefault="00421590" w:rsidP="00421590">
      <w:pPr>
        <w:spacing w:beforeAutospacing="1" w:afterAutospacing="1"/>
      </w:pPr>
      <w:r w:rsidRPr="00D43737">
        <w:t>“I might have fooled you, but didn’t we have a great time being fooled?”</w:t>
      </w:r>
    </w:p>
    <w:p w14:paraId="0805DBAB" w14:textId="709607B2" w:rsidR="00EB7295" w:rsidRDefault="00EB7295" w:rsidP="00EB7295"/>
    <w:p w14:paraId="63C8F0D5" w14:textId="77777777" w:rsidR="00EB7295" w:rsidRDefault="00EB7295" w:rsidP="00EB7295">
      <w:pPr>
        <w:pStyle w:val="Heading3"/>
        <w:rPr>
          <w:color w:val="000000"/>
        </w:rPr>
      </w:pPr>
      <w:r>
        <w:rPr>
          <w:rStyle w:val="Emphasis"/>
          <w:color w:val="000000"/>
        </w:rPr>
        <w:t>Cracks in the Wallpaper: The In-Between Chapter</w:t>
      </w:r>
    </w:p>
    <w:p w14:paraId="2ECC00AF" w14:textId="77777777" w:rsidR="00EB7295" w:rsidRDefault="00EB7295" w:rsidP="00EB7295">
      <w:pPr>
        <w:pStyle w:val="NormalWeb"/>
        <w:rPr>
          <w:color w:val="000000"/>
        </w:rPr>
      </w:pPr>
      <w:r>
        <w:rPr>
          <w:color w:val="000000"/>
        </w:rPr>
        <w:t xml:space="preserve">There were years that didn’t shout for attention, didn’t blaze like fireworks or burn down barns, but they mattered just as much—maybe more. Years of stitching things together behind the scenes, building bridges not just across countries or languages, but between people. Between moments. Between </w:t>
      </w:r>
      <w:proofErr w:type="gramStart"/>
      <w:r>
        <w:rPr>
          <w:color w:val="000000"/>
        </w:rPr>
        <w:t>who</w:t>
      </w:r>
      <w:proofErr w:type="gramEnd"/>
      <w:r>
        <w:rPr>
          <w:color w:val="000000"/>
        </w:rPr>
        <w:t xml:space="preserve"> I was, and who I was slowly becoming.</w:t>
      </w:r>
    </w:p>
    <w:p w14:paraId="6343033A" w14:textId="77777777" w:rsidR="00EB7295" w:rsidRDefault="00EB7295" w:rsidP="00EB7295">
      <w:pPr>
        <w:pStyle w:val="NormalWeb"/>
        <w:rPr>
          <w:color w:val="000000"/>
        </w:rPr>
      </w:pPr>
      <w:r>
        <w:rPr>
          <w:color w:val="000000"/>
        </w:rPr>
        <w:lastRenderedPageBreak/>
        <w:t>Looking back, I think I learned more from those invisible seasons than from all the wild chapters combined. They taught me a peculiar kind of patience. They taught me how people worked—how they bloomed, how they broke, how sometimes the right word could move a mountain, and sometimes you had to let the mountain sit where it was and go round it instead.</w:t>
      </w:r>
    </w:p>
    <w:p w14:paraId="1CDFB71E" w14:textId="77777777" w:rsidR="00EB7295" w:rsidRDefault="00EB7295" w:rsidP="00EB7295">
      <w:pPr>
        <w:pStyle w:val="NormalWeb"/>
        <w:rPr>
          <w:color w:val="000000"/>
        </w:rPr>
      </w:pPr>
      <w:r>
        <w:rPr>
          <w:color w:val="000000"/>
        </w:rPr>
        <w:t>One of those lessons came from the years I spent on the Works Council. A bureaucratic jungle, sure—but one filled with its own kinds of heroes, and a fair share of pantomime. There was a woman on the council—bright, articulate, passionate—but whenever things got heated, she’d cry. Not loudly, not theatrically, just quiet tears, steady as rain. Some saw that as weakness. I didn’t.</w:t>
      </w:r>
    </w:p>
    <w:p w14:paraId="4D80B4B7" w14:textId="77777777" w:rsidR="00EB7295" w:rsidRDefault="00EB7295" w:rsidP="00EB7295">
      <w:pPr>
        <w:pStyle w:val="NormalWeb"/>
        <w:rPr>
          <w:color w:val="000000"/>
        </w:rPr>
      </w:pPr>
      <w:r>
        <w:rPr>
          <w:color w:val="000000"/>
        </w:rPr>
        <w:t>See, everyone’s got a strong point—even if they don’t know it yet. And sometimes, with a little nudge, you can help them see how even the thing they’re ashamed of might just be their secret weapon. In her case, it was. I’d heard, through the grapevine—and a few honest chats with the CEO’s wife and daughter—that the man at the top couldn’t handle tears. Absolutely hated them. They made him queasy. Emotional quicksand.</w:t>
      </w:r>
    </w:p>
    <w:p w14:paraId="5DA1C0DF" w14:textId="77777777" w:rsidR="00EB7295" w:rsidRDefault="00EB7295" w:rsidP="00EB7295">
      <w:pPr>
        <w:pStyle w:val="NormalWeb"/>
        <w:rPr>
          <w:color w:val="000000"/>
        </w:rPr>
      </w:pPr>
      <w:proofErr w:type="gramStart"/>
      <w:r>
        <w:rPr>
          <w:color w:val="000000"/>
        </w:rPr>
        <w:t>So</w:t>
      </w:r>
      <w:proofErr w:type="gramEnd"/>
      <w:r>
        <w:rPr>
          <w:color w:val="000000"/>
        </w:rPr>
        <w:t xml:space="preserve"> one day, during a particularly grim negotiation, I leaned over during a break and said, “If the tide turns against us, you know what to do.” She nodded. When we returned to the table and the conversation began to skew against our case, she let the tears come—graceful, almost choreographed. Three times she did it in three weeks. The CEO folded like an accordion. Our position was upheld. She became the quiet heroine of the hour. And to this day, only she and I know the truth. Or maybe she told someone. It doesn’t matter. What matters is: she found a way to own it.</w:t>
      </w:r>
    </w:p>
    <w:p w14:paraId="21711689" w14:textId="77777777" w:rsidR="00EB7295" w:rsidRDefault="00EB7295" w:rsidP="00EB7295">
      <w:pPr>
        <w:pStyle w:val="NormalWeb"/>
        <w:rPr>
          <w:color w:val="000000"/>
        </w:rPr>
      </w:pPr>
      <w:r>
        <w:rPr>
          <w:color w:val="000000"/>
        </w:rPr>
        <w:t>Of course, there’s a dark side to helping people find their strength. Some, like those with delicate minds and fragile balances, get cocky. They start feeling good—too good—and think they no longer need help. Like someone on medication for a chronic illness who suddenly decides they’re cured. You know what comes next. They crash. Lose faith. Lose ground. Some find their way back. Others drift into the shadows again, pride too wounded to ask for another hand.</w:t>
      </w:r>
    </w:p>
    <w:p w14:paraId="0A7A525A" w14:textId="44BEA7FE" w:rsidR="00EB7295" w:rsidRDefault="00EB7295" w:rsidP="00EB7295">
      <w:pPr>
        <w:pStyle w:val="NormalWeb"/>
        <w:rPr>
          <w:color w:val="000000"/>
        </w:rPr>
      </w:pPr>
      <w:r>
        <w:rPr>
          <w:color w:val="000000"/>
        </w:rPr>
        <w:t xml:space="preserve">But you keep offering it anyway. That was something we tried to build into the bones of our home Betty and </w:t>
      </w:r>
      <w:proofErr w:type="gramStart"/>
      <w:r>
        <w:rPr>
          <w:color w:val="000000"/>
        </w:rPr>
        <w:t>I.</w:t>
      </w:r>
      <w:proofErr w:type="gramEnd"/>
      <w:r>
        <w:rPr>
          <w:color w:val="000000"/>
        </w:rPr>
        <w:t xml:space="preserve"> A kind of open-door sanctuary, not just for our own children, but for the wanderers, the stragglers, the kids with nowhere else to go. Some were friends of our children. Others just… ended up there, drawn to the warm lights and the scent of soup and safety.</w:t>
      </w:r>
    </w:p>
    <w:p w14:paraId="11B5EC3D" w14:textId="77777777" w:rsidR="00EB7295" w:rsidRDefault="00EB7295" w:rsidP="00EB7295">
      <w:pPr>
        <w:pStyle w:val="NormalWeb"/>
        <w:rPr>
          <w:color w:val="000000"/>
        </w:rPr>
      </w:pPr>
      <w:r>
        <w:rPr>
          <w:color w:val="000000"/>
        </w:rPr>
        <w:t>They’d sit at our kitchen table, like pilgrims in search of something they couldn’t name. They didn’t need lectures—they needed a fire to stare into, a meal that didn’t come with strings, and a chance to ask the kind of questions no one else was answering. We didn’t fix them. But we listened. And when they were ready, they’d go again. A little straighter, a little stronger.</w:t>
      </w:r>
    </w:p>
    <w:p w14:paraId="0B3493B7" w14:textId="77777777" w:rsidR="00EB7295" w:rsidRDefault="00EB7295" w:rsidP="00EB7295">
      <w:pPr>
        <w:pStyle w:val="NormalWeb"/>
        <w:rPr>
          <w:color w:val="000000"/>
        </w:rPr>
      </w:pPr>
      <w:r>
        <w:rPr>
          <w:color w:val="000000"/>
        </w:rPr>
        <w:lastRenderedPageBreak/>
        <w:t>What we always told our own children we tried to pass on to them too:</w:t>
      </w:r>
      <w:r>
        <w:rPr>
          <w:rStyle w:val="apple-converted-space"/>
          <w:color w:val="000000"/>
        </w:rPr>
        <w:t> </w:t>
      </w:r>
      <w:r>
        <w:rPr>
          <w:rStyle w:val="Emphasis"/>
          <w:color w:val="000000"/>
        </w:rPr>
        <w:t>The door is always open. No matter what. There is no shame in coming home. You haven’t failed. You’re just finding your way.</w:t>
      </w:r>
    </w:p>
    <w:p w14:paraId="7B1385C1" w14:textId="4D8BF797" w:rsidR="00EB7295" w:rsidRDefault="006C4008" w:rsidP="00EB7295">
      <w:pPr>
        <w:pStyle w:val="NormalWeb"/>
        <w:rPr>
          <w:color w:val="000000"/>
        </w:rPr>
      </w:pPr>
      <w:r>
        <w:rPr>
          <w:color w:val="000000"/>
        </w:rPr>
        <w:t>Carlos</w:t>
      </w:r>
      <w:r w:rsidR="00EB7295">
        <w:rPr>
          <w:color w:val="000000"/>
        </w:rPr>
        <w:t xml:space="preserve"> said it best once, long ago, when we stood looking out at a Spanish morning and he told me, “Pass it forward.” That simple. That sacred.</w:t>
      </w:r>
    </w:p>
    <w:p w14:paraId="36FF38BF" w14:textId="77777777" w:rsidR="00EB7295" w:rsidRDefault="00EB7295" w:rsidP="00EB7295">
      <w:pPr>
        <w:pStyle w:val="NormalWeb"/>
        <w:rPr>
          <w:color w:val="000000"/>
        </w:rPr>
      </w:pPr>
      <w:proofErr w:type="gramStart"/>
      <w:r>
        <w:rPr>
          <w:color w:val="000000"/>
        </w:rPr>
        <w:t>So</w:t>
      </w:r>
      <w:proofErr w:type="gramEnd"/>
      <w:r>
        <w:rPr>
          <w:color w:val="000000"/>
        </w:rPr>
        <w:t xml:space="preserve"> we did. Whenever we could.</w:t>
      </w:r>
    </w:p>
    <w:p w14:paraId="6115271D" w14:textId="15D92D0B" w:rsidR="00F570B6" w:rsidRDefault="00F570B6">
      <w:pPr>
        <w:spacing w:after="200" w:line="276" w:lineRule="auto"/>
      </w:pPr>
    </w:p>
    <w:p w14:paraId="32D4E9F1" w14:textId="788ED90D" w:rsidR="00F570B6" w:rsidRDefault="00F570B6" w:rsidP="00F570B6">
      <w:pPr>
        <w:pStyle w:val="NormalWeb"/>
      </w:pPr>
      <w:r>
        <w:rPr>
          <w:rStyle w:val="Strong"/>
        </w:rPr>
        <w:t>“If You’re Crying, You’re Winning” — Tales from the Cracks, the Corridors, and the Quiet Kindnesses</w:t>
      </w:r>
    </w:p>
    <w:p w14:paraId="509B5D13" w14:textId="20D552C4" w:rsidR="00F570B6" w:rsidRDefault="00F570B6" w:rsidP="00F570B6">
      <w:pPr>
        <w:pStyle w:val="NormalWeb"/>
      </w:pPr>
      <w:r>
        <w:t>I had learned over the years, in all the wheeling and dealing of life and work, that everyone has their strengths—even if those strengths are hidden under layers of nerves or doubt. What some might see as weakness, I often saw as a hidden tool, a spark waiting to be struck.</w:t>
      </w:r>
    </w:p>
    <w:p w14:paraId="734E8DB9" w14:textId="77777777" w:rsidR="00F570B6" w:rsidRDefault="00F570B6" w:rsidP="00F570B6">
      <w:pPr>
        <w:pStyle w:val="NormalWeb"/>
      </w:pPr>
      <w:r>
        <w:t>Take the Works Council years.</w:t>
      </w:r>
    </w:p>
    <w:p w14:paraId="279FDAA9" w14:textId="77777777" w:rsidR="00F570B6" w:rsidRDefault="00F570B6" w:rsidP="00F570B6">
      <w:pPr>
        <w:pStyle w:val="NormalWeb"/>
      </w:pPr>
      <w:r>
        <w:t>There was one woman on the council who, whenever flustered or under pressure, would start to cry. It might’ve been frustration, or just the weight of too many eyes watching, but the tears came sure as clockwork. We'd take a break, get her a coffee, give her time to recover—and then carry on.</w:t>
      </w:r>
    </w:p>
    <w:p w14:paraId="3A9440D0" w14:textId="77777777" w:rsidR="00F570B6" w:rsidRDefault="00F570B6" w:rsidP="00F570B6">
      <w:pPr>
        <w:pStyle w:val="NormalWeb"/>
      </w:pPr>
      <w:r>
        <w:t>Now, I had a quiet connection to the CEO’s family—his wife and daughter were lovely women, down-to-earth and friendly—and at some event or other, it slipped out that the CEO</w:t>
      </w:r>
      <w:r>
        <w:rPr>
          <w:rStyle w:val="apple-converted-space"/>
          <w:rFonts w:eastAsiaTheme="majorEastAsia"/>
        </w:rPr>
        <w:t> </w:t>
      </w:r>
      <w:r>
        <w:rPr>
          <w:rStyle w:val="Emphasis"/>
        </w:rPr>
        <w:t>hated</w:t>
      </w:r>
      <w:r>
        <w:rPr>
          <w:rStyle w:val="apple-converted-space"/>
          <w:rFonts w:eastAsiaTheme="majorEastAsia"/>
        </w:rPr>
        <w:t> </w:t>
      </w:r>
      <w:r>
        <w:t>seeing women cry. Couldn’t deal with it. It unsettled him to the core.</w:t>
      </w:r>
    </w:p>
    <w:p w14:paraId="648746F9" w14:textId="77777777" w:rsidR="00F570B6" w:rsidRDefault="00F570B6" w:rsidP="00F570B6">
      <w:pPr>
        <w:pStyle w:val="NormalWeb"/>
      </w:pPr>
      <w:r>
        <w:t>So, during one particularly tricky negotiation, I pulled our crying colleague aside during a break and whispered, “If things start slipping away from us in there—turn on the waterworks.” And sure enough, she did. Not once, but three times. The CEO caved like a soufflé. We won the appeal. She was the hero of the day—and nobody but the two of us were any the wiser.</w:t>
      </w:r>
    </w:p>
    <w:p w14:paraId="34BAAF60" w14:textId="77777777" w:rsidR="00F570B6" w:rsidRDefault="00F570B6" w:rsidP="00F570B6">
      <w:pPr>
        <w:pStyle w:val="NormalWeb"/>
      </w:pPr>
      <w:r>
        <w:t>But there’s a flip side to helping people find their strengths.</w:t>
      </w:r>
    </w:p>
    <w:p w14:paraId="78E6C572" w14:textId="77777777" w:rsidR="00F570B6" w:rsidRDefault="00F570B6" w:rsidP="00F570B6">
      <w:pPr>
        <w:pStyle w:val="NormalWeb"/>
      </w:pPr>
      <w:r>
        <w:t>Sometimes, like someone on medication for a chronic illness, once they feel better, they think they no longer need the support that helped them get there. They push forward, full of fresh confidence—until they hit the ground again. Some retreat and disappear. Others limp back, ask for help, and get back in the saddle. And that’s life.</w:t>
      </w:r>
    </w:p>
    <w:p w14:paraId="4831A2DF" w14:textId="77777777" w:rsidR="00F570B6" w:rsidRDefault="00F570B6" w:rsidP="00F570B6">
      <w:pPr>
        <w:pStyle w:val="NormalWeb"/>
      </w:pPr>
      <w:r>
        <w:t>At home, we were a bit of a refuge.</w:t>
      </w:r>
    </w:p>
    <w:p w14:paraId="3342139D" w14:textId="77777777" w:rsidR="00F570B6" w:rsidRDefault="00F570B6" w:rsidP="00F570B6">
      <w:pPr>
        <w:pStyle w:val="NormalWeb"/>
      </w:pPr>
      <w:r>
        <w:lastRenderedPageBreak/>
        <w:t>There were always a few stragglers at our table. Kids who were lost or losing, with nowhere to go. They came to eat, to sit, to talk. Sometimes they just needed to be near a place that felt warm. Maybe they asked questions. Maybe they didn’t. But we tried to send them back out into the world just a little stronger than they’d arrived.</w:t>
      </w:r>
    </w:p>
    <w:p w14:paraId="08F73645" w14:textId="77777777" w:rsidR="00F570B6" w:rsidRDefault="00F570B6" w:rsidP="00F570B6">
      <w:pPr>
        <w:pStyle w:val="NormalWeb"/>
      </w:pPr>
      <w:r>
        <w:t>We always told our own children:</w:t>
      </w:r>
      <w:r>
        <w:rPr>
          <w:rStyle w:val="apple-converted-space"/>
          <w:rFonts w:eastAsiaTheme="majorEastAsia"/>
        </w:rPr>
        <w:t> </w:t>
      </w:r>
      <w:r>
        <w:rPr>
          <w:rStyle w:val="Emphasis"/>
        </w:rPr>
        <w:t>The door is always open. Always. No matter what. No matter how long you’ve been away, or how badly it’s gone, you are never unwelcome. Walk in, sit down, and carry on forward.</w:t>
      </w:r>
      <w:r>
        <w:rPr>
          <w:rStyle w:val="apple-converted-space"/>
          <w:rFonts w:eastAsiaTheme="majorEastAsia"/>
        </w:rPr>
        <w:t> </w:t>
      </w:r>
      <w:r>
        <w:t>We told the others the same.</w:t>
      </w:r>
    </w:p>
    <w:p w14:paraId="0EE9AC71" w14:textId="70262F7C" w:rsidR="00F570B6" w:rsidRDefault="00F570B6" w:rsidP="00F570B6">
      <w:pPr>
        <w:pStyle w:val="NormalWeb"/>
      </w:pPr>
      <w:r>
        <w:t xml:space="preserve">It was like </w:t>
      </w:r>
      <w:r w:rsidR="0086224D">
        <w:t xml:space="preserve">Carlos </w:t>
      </w:r>
      <w:r>
        <w:t>said, years ago:</w:t>
      </w:r>
      <w:r>
        <w:rPr>
          <w:rStyle w:val="apple-converted-space"/>
          <w:rFonts w:eastAsiaTheme="majorEastAsia"/>
        </w:rPr>
        <w:t> </w:t>
      </w:r>
      <w:r>
        <w:rPr>
          <w:rStyle w:val="Emphasis"/>
        </w:rPr>
        <w:t>Pass it forward.</w:t>
      </w:r>
      <w:r>
        <w:rPr>
          <w:rStyle w:val="apple-converted-space"/>
          <w:rFonts w:eastAsiaTheme="majorEastAsia"/>
        </w:rPr>
        <w:t> </w:t>
      </w:r>
      <w:r>
        <w:t>And we did, whenever we could.</w:t>
      </w:r>
    </w:p>
    <w:p w14:paraId="20D00BED" w14:textId="77777777" w:rsidR="00F570B6" w:rsidRDefault="00F570B6" w:rsidP="00F570B6">
      <w:pPr>
        <w:pStyle w:val="NormalWeb"/>
      </w:pPr>
    </w:p>
    <w:p w14:paraId="53755A4D" w14:textId="77777777" w:rsidR="00BA7993" w:rsidRDefault="00BA7993" w:rsidP="00BA7993">
      <w:pPr>
        <w:pStyle w:val="Heading2"/>
        <w:rPr>
          <w:color w:val="000000"/>
          <w:sz w:val="36"/>
          <w:szCs w:val="36"/>
        </w:rPr>
      </w:pPr>
      <w:r>
        <w:rPr>
          <w:color w:val="000000"/>
        </w:rPr>
        <w:t>Echoes and Antics: The Newspaper Days</w:t>
      </w:r>
    </w:p>
    <w:p w14:paraId="58161968" w14:textId="77777777" w:rsidR="00BA7993" w:rsidRDefault="00BA7993" w:rsidP="00BA7993">
      <w:pPr>
        <w:pStyle w:val="NormalWeb"/>
        <w:rPr>
          <w:color w:val="000000"/>
        </w:rPr>
      </w:pPr>
      <w:r>
        <w:rPr>
          <w:color w:val="000000"/>
        </w:rPr>
        <w:t>Another grand story, a testament to the devious brilliance of a mind that truly operated in a million different gears, unfolded within the bustling chaos of Redmond’s newspaper office. It began when one of the graphic designers, a quiet lad, found himself a small house in Ennis. A typical Irish dwelling, compact and charming, with a front lawn so miniature you could almost trim it with a pair of scissors. It was neatly walled off by a low stone barrier, a modest gateway leading to the front door, the gate itself held on two small, unassuming pillars.</w:t>
      </w:r>
    </w:p>
    <w:p w14:paraId="62D99806" w14:textId="77777777" w:rsidR="00BA7993" w:rsidRDefault="00BA7993" w:rsidP="00BA7993">
      <w:pPr>
        <w:pStyle w:val="NormalWeb"/>
        <w:rPr>
          <w:color w:val="000000"/>
        </w:rPr>
      </w:pPr>
      <w:r>
        <w:rPr>
          <w:color w:val="000000"/>
        </w:rPr>
        <w:t>One of the lads at the paper, his head buzzing with a mischievous notion, pondered aloud if anyone in the county might just happen to possess two statues grand enough to crown those humble pillars, giving the place a touch of, say, Tuscan grandeur. So, unknown to the unsuspecting owner, they slyly placed an advertisement in the paper. Within no time, responses flooded in, a torrent of offers culminating in a hulking Range Rover, pulling a monstrous trailer, rumbling to a stop outside the house on the owner's day off. Out stepped a man, not just with two statues, but two colossal stone eagles, their wingspan a terrifying meter and a half, creatures that truly belonged perched on a Bavarian castle from the Hitler era. He wanted to know, simply, where he could leave these stone abominations. Vinnie, the owner, struck dumb with pure, unadulterated panic at the sight of these gargantuan monstrosities, couldn't utter a single word. The entire newsroom, of course, was silently observing the unfolding charade from the safety of their office windows, just across from the house, stifling their glee.</w:t>
      </w:r>
    </w:p>
    <w:p w14:paraId="50AA17F0" w14:textId="77777777" w:rsidR="00BA7993" w:rsidRDefault="00BA7993" w:rsidP="00BA7993">
      <w:pPr>
        <w:pStyle w:val="NormalWeb"/>
        <w:rPr>
          <w:color w:val="000000"/>
        </w:rPr>
      </w:pPr>
      <w:r>
        <w:rPr>
          <w:color w:val="000000"/>
        </w:rPr>
        <w:t>The sheer, riotous fun they had at poor Vinnie’s expense lasted for months after that day. "Him and his F***</w:t>
      </w:r>
      <w:proofErr w:type="spellStart"/>
      <w:r>
        <w:rPr>
          <w:color w:val="000000"/>
        </w:rPr>
        <w:t>ing</w:t>
      </w:r>
      <w:proofErr w:type="spellEnd"/>
      <w:r>
        <w:rPr>
          <w:color w:val="000000"/>
        </w:rPr>
        <w:t xml:space="preserve"> Stone Eagles," they'd bellow, "you shower of c***s! I couldn’t even get in the gate, had to climb over the wall to get in and out! Bastards, </w:t>
      </w:r>
      <w:proofErr w:type="gramStart"/>
      <w:r>
        <w:rPr>
          <w:color w:val="000000"/>
        </w:rPr>
        <w:t>all of</w:t>
      </w:r>
      <w:proofErr w:type="gramEnd"/>
      <w:r>
        <w:rPr>
          <w:color w:val="000000"/>
        </w:rPr>
        <w:t xml:space="preserve"> ye!" </w:t>
      </w:r>
      <w:proofErr w:type="gramStart"/>
      <w:r>
        <w:rPr>
          <w:color w:val="000000"/>
        </w:rPr>
        <w:t>Needless to say, Vinnie</w:t>
      </w:r>
      <w:proofErr w:type="gramEnd"/>
      <w:r>
        <w:rPr>
          <w:color w:val="000000"/>
        </w:rPr>
        <w:t xml:space="preserve">, a man of quiet, patient revenge, eventually got his own back on </w:t>
      </w:r>
      <w:proofErr w:type="gramStart"/>
      <w:r>
        <w:rPr>
          <w:color w:val="000000"/>
        </w:rPr>
        <w:t>each and every</w:t>
      </w:r>
      <w:proofErr w:type="gramEnd"/>
      <w:r>
        <w:rPr>
          <w:color w:val="000000"/>
        </w:rPr>
        <w:t xml:space="preserve"> one of them.</w:t>
      </w:r>
    </w:p>
    <w:p w14:paraId="28653266" w14:textId="7EBD9B5E" w:rsidR="00BA7993" w:rsidRDefault="00BA7993" w:rsidP="00BA7993"/>
    <w:p w14:paraId="4D4B2F39" w14:textId="77777777" w:rsidR="00BA7993" w:rsidRDefault="00BA7993" w:rsidP="00BA7993">
      <w:pPr>
        <w:pStyle w:val="NormalWeb"/>
        <w:rPr>
          <w:color w:val="000000"/>
        </w:rPr>
      </w:pPr>
      <w:r>
        <w:rPr>
          <w:color w:val="000000"/>
        </w:rPr>
        <w:lastRenderedPageBreak/>
        <w:t>And then came Redmond’s 50th birthday party, a celebration as momentous as the man himself. Born on the Fourth of July, a fact we delighted in reminding him of, annoying him to no end with fireworks and declarations of independence. He had absolutely no idea. Kat, his wife, a silent conspirator with a genius for surprises, arranged everything without a whisper of his knowledge—it was the best-kept secret in Ennis, a fortress of anticipation.</w:t>
      </w:r>
    </w:p>
    <w:p w14:paraId="585F7213" w14:textId="77777777" w:rsidR="00BA7993" w:rsidRDefault="00BA7993" w:rsidP="00BA7993">
      <w:pPr>
        <w:pStyle w:val="NormalWeb"/>
        <w:rPr>
          <w:color w:val="000000"/>
        </w:rPr>
      </w:pPr>
      <w:r>
        <w:rPr>
          <w:color w:val="000000"/>
        </w:rPr>
        <w:t>Everyone was there. Old friends, new friends, the full tapestry of his life: mothers and fathers, brothers and sisters, aunts and uncles, a joyful reunion. Only invited guests, mind you, no uninvited "bees dancing around the sweet cask" of celebration. When he walked into the room, expecting a quiet evening dinner, and saw us all there, a collective roar erupting around him, it was the very first time I saw a tear in his eye. Perhaps not purely from surprise and elation, but perhaps also from the sheer, unsettling fact that he had no idea, that he wasn’t involved, that the master planner had been so masterfully outmaneuvered. But it was mighty, truly mighty.</w:t>
      </w:r>
    </w:p>
    <w:p w14:paraId="60A830F8" w14:textId="77777777" w:rsidR="00BA7993" w:rsidRDefault="00BA7993" w:rsidP="00BA7993">
      <w:pPr>
        <w:pStyle w:val="NormalWeb"/>
        <w:rPr>
          <w:color w:val="000000"/>
        </w:rPr>
      </w:pPr>
      <w:r>
        <w:rPr>
          <w:color w:val="000000"/>
        </w:rPr>
        <w:t>All the old gang from the next town over were there, their voices lifting in song, shouts, and laughter. A meeting of minds ensued, catching up on lost time, spinning tall tales taller than the Clare cliffs. But the best, the absolute best, was still to come. As was customary in Ireland, given the prodigious amounts of drink consumed, guests stayed in the hotel above the party center—a sensible arrangement, not only keeping them safe from themselves and the watchful eye of the Gardaí, but also keeping the good people of Ireland safe from them. One notorious prankster, a virtuoso of mischief, had meticulously pranked everyone at the party that evening, leaving a trail of escalating hilarity. So, when closing time chimed, and everyone was ready to retire, the others laid a cunning ambush for him upstairs. They armed themselves with water balloons, their faces alight with anticipation, waiting for him to ascend the stairs to the landing where they would plaster him, drench him in a triumphant cascade of water.</w:t>
      </w:r>
    </w:p>
    <w:p w14:paraId="4D111288" w14:textId="4608E5B7" w:rsidR="00BA7993" w:rsidRPr="00BA7993" w:rsidRDefault="00BA7993" w:rsidP="00BA7993">
      <w:pPr>
        <w:pStyle w:val="NormalWeb"/>
        <w:rPr>
          <w:color w:val="000000"/>
        </w:rPr>
      </w:pPr>
      <w:r>
        <w:rPr>
          <w:color w:val="000000"/>
        </w:rPr>
        <w:t xml:space="preserve">However, the prankster, a fox in human form, got wind of their plan. Feigning sudden, profound sight problems, he kindly, oh-so-kindly, asked the night porter if he could help him navigate the darkened corridor and the stairs to his room. The night porter, a loyal soul unaware of the elaborate conspiracy, dutifully walked ahead. Our cunning victim, a step behind, held back. And sure enough, the ambushers, thinking their moment had arrived, unleashed their volley, plastering the unsuspecting night porter with water balloons, drenching him completely. The intended victim, meanwhile, slipped away, scot-free, a ghost in the shadows. </w:t>
      </w:r>
      <w:proofErr w:type="gramStart"/>
      <w:r>
        <w:rPr>
          <w:color w:val="000000"/>
        </w:rPr>
        <w:t>Needless to say, the</w:t>
      </w:r>
      <w:proofErr w:type="gramEnd"/>
      <w:r>
        <w:rPr>
          <w:color w:val="000000"/>
        </w:rPr>
        <w:t xml:space="preserve"> poor night porter was not pleased about being the scapegoat, but a few crisp pounds, quietly exchanged, quickly solved that </w:t>
      </w:r>
      <w:proofErr w:type="gramStart"/>
      <w:r>
        <w:rPr>
          <w:color w:val="000000"/>
        </w:rPr>
        <w:t>particular problem</w:t>
      </w:r>
      <w:proofErr w:type="gramEnd"/>
      <w:r>
        <w:rPr>
          <w:color w:val="000000"/>
        </w:rPr>
        <w:t>.</w:t>
      </w:r>
    </w:p>
    <w:p w14:paraId="2300D20F" w14:textId="0980F5C7" w:rsidR="00BA7993" w:rsidRDefault="00BA7993" w:rsidP="00BA7993">
      <w:pPr>
        <w:pStyle w:val="NormalWeb"/>
        <w:rPr>
          <w:color w:val="000000"/>
        </w:rPr>
      </w:pPr>
      <w:r>
        <w:rPr>
          <w:color w:val="000000"/>
        </w:rPr>
        <w:t>The next day, if you can believe it, was even worse, as we all gathered in the restaurant for breakfast, a shared ritual of hangover and hilarity. The "Fairy," our resident maestro of the absurd, deliberately planted himself in a raised rocking chair in the dining room—a decorative showpiece, now converted into his magical, improvised throne. He then proceeded to read the morning’s newspaper aloud</w:t>
      </w:r>
      <w:r>
        <w:rPr>
          <w:color w:val="000000"/>
        </w:rPr>
        <w:t xml:space="preserve">, </w:t>
      </w:r>
      <w:r>
        <w:rPr>
          <w:color w:val="000000"/>
        </w:rPr>
        <w:t>making it all up as he went along</w:t>
      </w:r>
      <w:r>
        <w:rPr>
          <w:color w:val="000000"/>
        </w:rPr>
        <w:t xml:space="preserve"> </w:t>
      </w:r>
      <w:r>
        <w:rPr>
          <w:color w:val="000000"/>
        </w:rPr>
        <w:lastRenderedPageBreak/>
        <w:t>naturally</w:t>
      </w:r>
      <w:r>
        <w:rPr>
          <w:color w:val="000000"/>
        </w:rPr>
        <w:t>, a spontaneous symphony of fake news, and most of the people, caught in his spell, truly believed it was really printed in the paper.</w:t>
      </w:r>
    </w:p>
    <w:p w14:paraId="71875D71" w14:textId="6FCE1B7E" w:rsidR="00BA7993" w:rsidRDefault="00BA7993" w:rsidP="00BA7993">
      <w:pPr>
        <w:pStyle w:val="NormalWeb"/>
        <w:rPr>
          <w:color w:val="000000"/>
        </w:rPr>
      </w:pPr>
      <w:r>
        <w:rPr>
          <w:color w:val="000000"/>
        </w:rPr>
        <w:t xml:space="preserve">He began, with a man who had supposedly written into the paper for advice—a showpiece column they ran in the town. This poor soul, the Fairy explained, had a problem with severely chapped lips and was asking if the public had a solution. The Fairy continued, his voice perfectly serious, a response from "Michael." "What you need to do," Michael advised, "is go to the stables where the horses are kept. If you don’t have horses, go to a field where the horses are, and find a brood mare." The dining room, utterly fascinated by this bizarre spectacle, hung on every word, a mouse could have scurried across the floor unheard. "Now," the Fairy’s voice dropped to a conspiratorial whisper, "you approach the mare very carefully, so as not to startle her. Go to the back of the horse, lift up the tail, and plant a </w:t>
      </w:r>
      <w:r>
        <w:rPr>
          <w:color w:val="000000"/>
        </w:rPr>
        <w:t xml:space="preserve">kiss </w:t>
      </w:r>
      <w:r>
        <w:rPr>
          <w:color w:val="000000"/>
        </w:rPr>
        <w:t xml:space="preserve">right between the cheeks of her </w:t>
      </w:r>
      <w:proofErr w:type="spellStart"/>
      <w:r>
        <w:rPr>
          <w:color w:val="000000"/>
        </w:rPr>
        <w:t>arse</w:t>
      </w:r>
      <w:proofErr w:type="spellEnd"/>
      <w:r>
        <w:rPr>
          <w:color w:val="000000"/>
        </w:rPr>
        <w:t>." A beat of silence. Then, his voice rising, "I bet you won’t be licking your lips for the rest of the day!" And all this, delivered with an utterly straight face. The place erupted in roaring, uncontrollable laughter, tables shaking with mirth.</w:t>
      </w:r>
    </w:p>
    <w:p w14:paraId="7118A9A4" w14:textId="77777777" w:rsidR="00BA7993" w:rsidRDefault="00BA7993" w:rsidP="00BA7993">
      <w:pPr>
        <w:pStyle w:val="NormalWeb"/>
        <w:rPr>
          <w:color w:val="000000"/>
        </w:rPr>
      </w:pPr>
      <w:r>
        <w:rPr>
          <w:color w:val="000000"/>
        </w:rPr>
        <w:t>But he wasn't finished. He continued, "Latest news!"—two men from Roscrea had stayed at a bed and breakfast up the road. One of them, prone to talking and walking in his sleep, the infamous Harry McCarthy, had, in the middle of the night, begun a grand sleepwalk. The woman of the house, startled, noticed Harry, took him gently by the arm, led him from the middle of the road in his underwear, and tucked him safely back into bed. After being safely tucked in, and just as the woman was leaving the room, Harry, in his half-stupor, called out, "Thank you, Ma!" Again, the laughs were enormous, shaking the very foundations of the restaurant.</w:t>
      </w:r>
    </w:p>
    <w:p w14:paraId="5A30E081" w14:textId="77777777" w:rsidR="00BA7993" w:rsidRDefault="00BA7993" w:rsidP="00BA7993">
      <w:pPr>
        <w:pStyle w:val="NormalWeb"/>
        <w:rPr>
          <w:color w:val="000000"/>
        </w:rPr>
      </w:pPr>
      <w:r>
        <w:rPr>
          <w:color w:val="000000"/>
        </w:rPr>
        <w:t>And who should walk into the restaurant at that very moment but the man himself, Harry McCarthy! Everyone greeted him with a loud, joyful "</w:t>
      </w:r>
      <w:proofErr w:type="spellStart"/>
      <w:r>
        <w:rPr>
          <w:color w:val="000000"/>
        </w:rPr>
        <w:t>Hooraaay</w:t>
      </w:r>
      <w:proofErr w:type="spellEnd"/>
      <w:r>
        <w:rPr>
          <w:color w:val="000000"/>
        </w:rPr>
        <w:t xml:space="preserve">, Harry!" He, blissfully unaware of the reason for the recognition but overjoyed by the attention, headed straight for the bar and asked if he could have a table for breakfast. This played out in front of a full dining room, eyes fixed on the spectacle. The young girl behind the bar, her face firm, said she was sorry, but the breakfast kitchen was closed, no more breakfasts being served. Harry immediately got on his high horse, puffing himself up. "Do you know who I am?" he demanded, trying to intimidate the young girl. But she held her ground, her gaze unwavering. "I know right well who you are, Sir," she said, a mischievous glint in her eye, "as I just heard the story the Fairy </w:t>
      </w:r>
      <w:proofErr w:type="gramStart"/>
      <w:r>
        <w:rPr>
          <w:color w:val="000000"/>
        </w:rPr>
        <w:t>told</w:t>
      </w:r>
      <w:proofErr w:type="gramEnd"/>
      <w:r>
        <w:rPr>
          <w:color w:val="000000"/>
        </w:rPr>
        <w:t xml:space="preserve"> about you." She paused, then added, "And, Sir,</w:t>
      </w:r>
      <w:r>
        <w:rPr>
          <w:rStyle w:val="apple-converted-space"/>
          <w:color w:val="000000"/>
        </w:rPr>
        <w:t> </w:t>
      </w:r>
      <w:r>
        <w:rPr>
          <w:rStyle w:val="Emphasis"/>
          <w:color w:val="000000"/>
        </w:rPr>
        <w:t>you</w:t>
      </w:r>
      <w:r>
        <w:rPr>
          <w:rStyle w:val="apple-converted-space"/>
          <w:color w:val="000000"/>
        </w:rPr>
        <w:t> </w:t>
      </w:r>
      <w:r>
        <w:rPr>
          <w:color w:val="000000"/>
        </w:rPr>
        <w:t>don't know who</w:t>
      </w:r>
      <w:r>
        <w:rPr>
          <w:rStyle w:val="apple-converted-space"/>
          <w:color w:val="000000"/>
        </w:rPr>
        <w:t> </w:t>
      </w:r>
      <w:r>
        <w:rPr>
          <w:rStyle w:val="Emphasis"/>
          <w:color w:val="000000"/>
        </w:rPr>
        <w:t>I</w:t>
      </w:r>
      <w:r>
        <w:rPr>
          <w:rStyle w:val="apple-converted-space"/>
          <w:color w:val="000000"/>
        </w:rPr>
        <w:t> </w:t>
      </w:r>
      <w:r>
        <w:rPr>
          <w:color w:val="000000"/>
        </w:rPr>
        <w:t>am. And the kitchen is closed, and there is no more breakfast for you!" Harry, beaten, knew it. With a kindly bow, a rare public concession, he accepted his defeat, kissed her hand, and acknowledged that she was, indeed, the lord and master of the situation. Everyone laughed again and again, the sound echoing through the room.</w:t>
      </w:r>
    </w:p>
    <w:p w14:paraId="20218C4F" w14:textId="77777777" w:rsidR="00BA7993" w:rsidRDefault="00BA7993" w:rsidP="00BA7993">
      <w:pPr>
        <w:pStyle w:val="NormalWeb"/>
        <w:rPr>
          <w:color w:val="000000"/>
        </w:rPr>
      </w:pPr>
      <w:r>
        <w:rPr>
          <w:color w:val="000000"/>
        </w:rPr>
        <w:t>Later, of course, she did bring him a full Irish breakfast in the bar, and thanked Harry for the bit of banter, the spontaneous theater. These, then, were just some of the glorious antics we got up to in Ireland in those days.</w:t>
      </w:r>
    </w:p>
    <w:p w14:paraId="0F6D2A80" w14:textId="77777777" w:rsidR="006C4008" w:rsidRDefault="006C4008" w:rsidP="006C4008">
      <w:pPr>
        <w:pStyle w:val="Heading3"/>
        <w:rPr>
          <w:color w:val="000000"/>
        </w:rPr>
      </w:pPr>
      <w:r>
        <w:rPr>
          <w:rStyle w:val="Strong"/>
          <w:b/>
          <w:bCs/>
          <w:color w:val="000000"/>
        </w:rPr>
        <w:lastRenderedPageBreak/>
        <w:t>Part VII – Ink, Fire, and Footnotes</w:t>
      </w:r>
    </w:p>
    <w:p w14:paraId="6A042D1D" w14:textId="77777777" w:rsidR="006C4008" w:rsidRDefault="006C4008" w:rsidP="006C4008">
      <w:pPr>
        <w:pStyle w:val="NormalWeb"/>
        <w:rPr>
          <w:color w:val="000000"/>
        </w:rPr>
      </w:pPr>
      <w:r>
        <w:rPr>
          <w:rStyle w:val="Strong"/>
          <w:color w:val="000000"/>
        </w:rPr>
        <w:t>(Newsroom Tales and the Ombudsman Years)</w:t>
      </w:r>
    </w:p>
    <w:p w14:paraId="3D43AFB7" w14:textId="77777777" w:rsidR="006C4008" w:rsidRDefault="006C4008" w:rsidP="006C4008">
      <w:pPr>
        <w:pStyle w:val="NormalWeb"/>
        <w:rPr>
          <w:color w:val="000000"/>
        </w:rPr>
      </w:pPr>
      <w:r>
        <w:rPr>
          <w:color w:val="000000"/>
        </w:rPr>
        <w:t>These are the "anchored" years, or so people thought — but your story shows how the ruckus never really stops. The newspaper years bring a new cast, new hijinks, new ideals — from stone eagles to the prank war at Redmond’s 50th, from the tragicomic letterbox to the Newsroom Choir, to grappling with the paper’s collapse and the ghost of truth in modern journalism. Then, into the more sober work of the Ombudsman’s office — truth-seeking of another kind. Quieter battles. Public service with personal cost. Moments of disillusion, moments of grace.</w:t>
      </w:r>
    </w:p>
    <w:p w14:paraId="68B8D4D2" w14:textId="77777777" w:rsidR="006C4008" w:rsidRDefault="006C4008" w:rsidP="006C4008">
      <w:pPr>
        <w:pStyle w:val="NormalWeb"/>
        <w:rPr>
          <w:color w:val="000000"/>
        </w:rPr>
      </w:pPr>
      <w:r>
        <w:rPr>
          <w:color w:val="000000"/>
        </w:rPr>
        <w:t>Tone: Comic realism, absurdity, reflection, with sudden turns into moral clarity.</w:t>
      </w:r>
      <w:r>
        <w:rPr>
          <w:color w:val="000000"/>
        </w:rPr>
        <w:br/>
        <w:t>Theme: Legacy, accountability, and the many ways people try to be heard.</w:t>
      </w:r>
      <w:r>
        <w:rPr>
          <w:color w:val="000000"/>
        </w:rPr>
        <w:br/>
        <w:t>Purpose: To show that the wildness doesn’t vanish, it just finds new disguises.</w:t>
      </w:r>
    </w:p>
    <w:p w14:paraId="15C97839" w14:textId="77777777" w:rsidR="006C4008" w:rsidRDefault="004220D6" w:rsidP="006C4008">
      <w:r w:rsidRPr="00EB5699">
        <w:rPr>
          <w:noProof/>
        </w:rPr>
        <w:pict w14:anchorId="5E7A5D8E">
          <v:rect id="_x0000_i1037" alt="" style="width:431.95pt;height:.05pt;mso-width-percent:0;mso-height-percent:0;mso-width-percent:0;mso-height-percent:0" o:hrpct="923" o:hralign="center" o:hrstd="t" o:hr="t" fillcolor="#a0a0a0" stroked="f"/>
        </w:pict>
      </w:r>
    </w:p>
    <w:p w14:paraId="6D15E6D0" w14:textId="77777777" w:rsidR="006C4008" w:rsidRDefault="006C4008" w:rsidP="006C4008">
      <w:pPr>
        <w:pStyle w:val="Heading3"/>
        <w:rPr>
          <w:color w:val="000000"/>
        </w:rPr>
      </w:pPr>
      <w:r>
        <w:rPr>
          <w:rFonts w:ascii="Apple Color Emoji" w:hAnsi="Apple Color Emoji" w:cs="Apple Color Emoji"/>
          <w:color w:val="000000"/>
        </w:rPr>
        <w:t>🔸</w:t>
      </w:r>
      <w:r>
        <w:rPr>
          <w:rStyle w:val="apple-converted-space"/>
          <w:color w:val="000000"/>
        </w:rPr>
        <w:t> </w:t>
      </w:r>
      <w:r>
        <w:rPr>
          <w:rStyle w:val="Strong"/>
          <w:b/>
          <w:bCs/>
          <w:color w:val="000000"/>
        </w:rPr>
        <w:t>Part VIII – Borderlands of the Self</w:t>
      </w:r>
    </w:p>
    <w:p w14:paraId="7C44BE08" w14:textId="77777777" w:rsidR="006C4008" w:rsidRDefault="006C4008" w:rsidP="006C4008">
      <w:pPr>
        <w:pStyle w:val="NormalWeb"/>
        <w:rPr>
          <w:color w:val="000000"/>
        </w:rPr>
      </w:pPr>
      <w:r>
        <w:rPr>
          <w:rStyle w:val="Strong"/>
          <w:color w:val="000000"/>
        </w:rPr>
        <w:t>(The Unwritten Years, the Long Walk Home)</w:t>
      </w:r>
    </w:p>
    <w:p w14:paraId="743B3E80" w14:textId="77777777" w:rsidR="006C4008" w:rsidRDefault="006C4008" w:rsidP="006C4008">
      <w:pPr>
        <w:pStyle w:val="NormalWeb"/>
        <w:rPr>
          <w:color w:val="000000"/>
        </w:rPr>
      </w:pPr>
      <w:r>
        <w:rPr>
          <w:color w:val="000000"/>
        </w:rPr>
        <w:t>This is where the tempo changes. You return to those notebooks — some fading, some torn, some never opened again. You’re in the “murky in-between,” no longer chasing stories, just living inside them. Maybe you walk the old roads again. Maybe you revisit places in dreams. Maybe you realize that not every chapter needs to be written to be remembered.</w:t>
      </w:r>
    </w:p>
    <w:p w14:paraId="1FD9AF9C" w14:textId="77777777" w:rsidR="006C4008" w:rsidRDefault="006C4008" w:rsidP="006C4008">
      <w:pPr>
        <w:pStyle w:val="NormalWeb"/>
        <w:rPr>
          <w:color w:val="000000"/>
        </w:rPr>
      </w:pPr>
      <w:r>
        <w:rPr>
          <w:color w:val="000000"/>
        </w:rPr>
        <w:t>Tone: Poetic, unhurried, mournful in places, but full of peace.</w:t>
      </w:r>
      <w:r>
        <w:rPr>
          <w:color w:val="000000"/>
        </w:rPr>
        <w:br/>
        <w:t>Theme: Letting go of control, finding dignity in the pause.</w:t>
      </w:r>
      <w:r>
        <w:rPr>
          <w:color w:val="000000"/>
        </w:rPr>
        <w:br/>
        <w:t>Purpose: To begin the act of closure, not by ending, but by arriving.</w:t>
      </w:r>
    </w:p>
    <w:p w14:paraId="7D32B7EE" w14:textId="77777777" w:rsidR="006C4008" w:rsidRDefault="004220D6" w:rsidP="006C4008">
      <w:r w:rsidRPr="00EB5699">
        <w:rPr>
          <w:noProof/>
        </w:rPr>
        <w:pict w14:anchorId="6F6D0609">
          <v:rect id="_x0000_i1036" alt="" style="width:431.95pt;height:.05pt;mso-width-percent:0;mso-height-percent:0;mso-width-percent:0;mso-height-percent:0" o:hrpct="923" o:hralign="center" o:hrstd="t" o:hr="t" fillcolor="#a0a0a0" stroked="f"/>
        </w:pict>
      </w:r>
    </w:p>
    <w:p w14:paraId="1DC71183" w14:textId="77777777" w:rsidR="006C4008" w:rsidRDefault="006C4008" w:rsidP="006C4008">
      <w:pPr>
        <w:pStyle w:val="Heading3"/>
        <w:rPr>
          <w:color w:val="000000"/>
        </w:rPr>
      </w:pPr>
      <w:r>
        <w:rPr>
          <w:rFonts w:ascii="Apple Color Emoji" w:hAnsi="Apple Color Emoji" w:cs="Apple Color Emoji"/>
          <w:color w:val="000000"/>
        </w:rPr>
        <w:t>🔸</w:t>
      </w:r>
      <w:r>
        <w:rPr>
          <w:rStyle w:val="apple-converted-space"/>
          <w:color w:val="000000"/>
        </w:rPr>
        <w:t> </w:t>
      </w:r>
      <w:r>
        <w:rPr>
          <w:rStyle w:val="Strong"/>
          <w:b/>
          <w:bCs/>
          <w:color w:val="000000"/>
        </w:rPr>
        <w:t>Epilogue – “The Flames That Couldn’t Get Any Higher”</w:t>
      </w:r>
    </w:p>
    <w:p w14:paraId="78F77F37" w14:textId="77777777" w:rsidR="006C4008" w:rsidRDefault="006C4008" w:rsidP="006C4008">
      <w:pPr>
        <w:pStyle w:val="NormalWeb"/>
        <w:rPr>
          <w:color w:val="000000"/>
        </w:rPr>
      </w:pPr>
      <w:r>
        <w:rPr>
          <w:rStyle w:val="Strong"/>
          <w:color w:val="000000"/>
        </w:rPr>
        <w:t>(The Disappearing Trick)</w:t>
      </w:r>
    </w:p>
    <w:p w14:paraId="49D85CC3" w14:textId="77777777" w:rsidR="006C4008" w:rsidRDefault="006C4008" w:rsidP="006C4008">
      <w:pPr>
        <w:pStyle w:val="NormalWeb"/>
        <w:rPr>
          <w:color w:val="000000"/>
        </w:rPr>
      </w:pPr>
      <w:r>
        <w:rPr>
          <w:color w:val="000000"/>
        </w:rPr>
        <w:t>This is where you</w:t>
      </w:r>
      <w:r>
        <w:rPr>
          <w:rStyle w:val="apple-converted-space"/>
          <w:color w:val="000000"/>
        </w:rPr>
        <w:t> </w:t>
      </w:r>
      <w:r>
        <w:rPr>
          <w:rStyle w:val="Emphasis"/>
          <w:rFonts w:eastAsiaTheme="majorEastAsia"/>
          <w:color w:val="000000"/>
        </w:rPr>
        <w:t>sit before the fire</w:t>
      </w:r>
      <w:r>
        <w:rPr>
          <w:rStyle w:val="apple-converted-space"/>
          <w:color w:val="000000"/>
        </w:rPr>
        <w:t> </w:t>
      </w:r>
      <w:r>
        <w:rPr>
          <w:color w:val="000000"/>
        </w:rPr>
        <w:t>— metaphorically or literally — and let the story close like a door gently pulled to. A return to stillness. You don’t need a thunderclap. You just need that last quiet breath before the final exhale.</w:t>
      </w:r>
    </w:p>
    <w:p w14:paraId="0C6B8161" w14:textId="77777777" w:rsidR="006C4008" w:rsidRDefault="006C4008" w:rsidP="006C4008">
      <w:pPr>
        <w:pStyle w:val="NormalWeb"/>
        <w:rPr>
          <w:color w:val="000000"/>
        </w:rPr>
      </w:pPr>
      <w:r>
        <w:rPr>
          <w:color w:val="000000"/>
        </w:rPr>
        <w:t>Include a final walk, a final meeting, a final laugh — or perhaps just the act of slipping away unseen. You disappear not with finality, but with grace.</w:t>
      </w:r>
    </w:p>
    <w:p w14:paraId="134F263B" w14:textId="77777777" w:rsidR="006C4008" w:rsidRDefault="006C4008" w:rsidP="006C4008">
      <w:pPr>
        <w:pStyle w:val="NormalWeb"/>
        <w:rPr>
          <w:color w:val="000000"/>
        </w:rPr>
      </w:pPr>
      <w:r>
        <w:rPr>
          <w:color w:val="000000"/>
        </w:rPr>
        <w:t>Quote that final verse in full. Then a blank space. Then nothing. Let silence do the rest.</w:t>
      </w:r>
    </w:p>
    <w:p w14:paraId="751115E8" w14:textId="77777777" w:rsidR="006C4008" w:rsidRDefault="006C4008" w:rsidP="006C4008">
      <w:pPr>
        <w:pStyle w:val="Heading3"/>
        <w:rPr>
          <w:color w:val="000000"/>
        </w:rPr>
      </w:pPr>
      <w:r>
        <w:rPr>
          <w:rStyle w:val="Strong"/>
          <w:b/>
          <w:bCs/>
          <w:color w:val="000000"/>
        </w:rPr>
        <w:lastRenderedPageBreak/>
        <w:t>Chapter Title: The Eye in the Paper, and Other Civic Complaints</w:t>
      </w:r>
    </w:p>
    <w:p w14:paraId="2B826017" w14:textId="77777777" w:rsidR="006C4008" w:rsidRDefault="006C4008" w:rsidP="006C4008">
      <w:pPr>
        <w:pStyle w:val="NormalWeb"/>
        <w:rPr>
          <w:color w:val="000000"/>
        </w:rPr>
      </w:pPr>
      <w:r>
        <w:rPr>
          <w:color w:val="000000"/>
        </w:rPr>
        <w:t>There is a special drawer in the Ombudsman’s office. Not the one with the Constitution, not the one with the staff guidelines, and not even the one where we kept emergency chocolate for long meetings with regulators.</w:t>
      </w:r>
      <w:r>
        <w:rPr>
          <w:color w:val="000000"/>
        </w:rPr>
        <w:br/>
        <w:t>No —</w:t>
      </w:r>
      <w:r>
        <w:rPr>
          <w:rStyle w:val="apple-converted-space"/>
          <w:color w:val="000000"/>
        </w:rPr>
        <w:t> </w:t>
      </w:r>
      <w:r>
        <w:rPr>
          <w:rStyle w:val="Strong"/>
          <w:color w:val="000000"/>
        </w:rPr>
        <w:t>the drawer</w:t>
      </w:r>
      <w:r>
        <w:rPr>
          <w:rStyle w:val="apple-converted-space"/>
          <w:color w:val="000000"/>
        </w:rPr>
        <w:t> </w:t>
      </w:r>
      <w:r>
        <w:rPr>
          <w:color w:val="000000"/>
        </w:rPr>
        <w:t>I’m referring to was labelled, in blue biro and fading patience:</w:t>
      </w:r>
      <w:r>
        <w:rPr>
          <w:color w:val="000000"/>
        </w:rPr>
        <w:br/>
      </w:r>
      <w:r>
        <w:rPr>
          <w:rStyle w:val="Strong"/>
          <w:color w:val="000000"/>
        </w:rPr>
        <w:t>“The Unfiled Files.”</w:t>
      </w:r>
    </w:p>
    <w:p w14:paraId="43AD211B" w14:textId="77777777" w:rsidR="006C4008" w:rsidRDefault="006C4008" w:rsidP="006C4008">
      <w:pPr>
        <w:pStyle w:val="NormalWeb"/>
        <w:rPr>
          <w:color w:val="000000"/>
        </w:rPr>
      </w:pPr>
      <w:r>
        <w:rPr>
          <w:color w:val="000000"/>
        </w:rPr>
        <w:t>This was where the outliers went. The strange, the poetic, the fevered. Where every letter that didn’t quite fit the democratic process — but demanded to be read — ended up, carefully documented in case the day ever came when we were asked to explain ourselves in court, or by God.</w:t>
      </w:r>
    </w:p>
    <w:p w14:paraId="63DBDEF9" w14:textId="77777777" w:rsidR="006C4008" w:rsidRDefault="006C4008" w:rsidP="006C4008">
      <w:pPr>
        <w:pStyle w:val="NormalWeb"/>
        <w:rPr>
          <w:color w:val="000000"/>
        </w:rPr>
      </w:pPr>
      <w:r>
        <w:rPr>
          <w:color w:val="000000"/>
        </w:rPr>
        <w:t>One of the most persistent correspondents to that drawer was a man convinced that a certain well-known politician — let's call him “the Staring Man” — was watching him from every television screen, every newsstand, every photo in the Sunday supplements.</w:t>
      </w:r>
    </w:p>
    <w:p w14:paraId="0505F251" w14:textId="77777777" w:rsidR="006C4008" w:rsidRDefault="006C4008" w:rsidP="006C4008">
      <w:pPr>
        <w:pStyle w:val="NormalWeb"/>
        <w:rPr>
          <w:color w:val="000000"/>
        </w:rPr>
      </w:pPr>
      <w:r>
        <w:rPr>
          <w:color w:val="000000"/>
        </w:rPr>
        <w:t>“His eyes follow me,” the man wrote. “From the six o’clock bulletin to the cereal box. I open</w:t>
      </w:r>
      <w:r>
        <w:rPr>
          <w:rStyle w:val="apple-converted-space"/>
          <w:color w:val="000000"/>
        </w:rPr>
        <w:t> </w:t>
      </w:r>
      <w:r>
        <w:rPr>
          <w:rStyle w:val="Emphasis"/>
          <w:rFonts w:eastAsiaTheme="majorEastAsia"/>
          <w:color w:val="000000"/>
        </w:rPr>
        <w:t>The Independent</w:t>
      </w:r>
      <w:r>
        <w:rPr>
          <w:rStyle w:val="apple-converted-space"/>
          <w:color w:val="000000"/>
        </w:rPr>
        <w:t> </w:t>
      </w:r>
      <w:r>
        <w:rPr>
          <w:color w:val="000000"/>
        </w:rPr>
        <w:t xml:space="preserve">and he’s there again, watching, silent, judging. I </w:t>
      </w:r>
      <w:proofErr w:type="gramStart"/>
      <w:r>
        <w:rPr>
          <w:color w:val="000000"/>
        </w:rPr>
        <w:t>have to</w:t>
      </w:r>
      <w:proofErr w:type="gramEnd"/>
      <w:r>
        <w:rPr>
          <w:color w:val="000000"/>
        </w:rPr>
        <w:t xml:space="preserve"> cover the pages with towels to make breakfast. I can’t live like this. You must intervene.”</w:t>
      </w:r>
    </w:p>
    <w:p w14:paraId="502DCA91" w14:textId="77777777" w:rsidR="006C4008" w:rsidRDefault="006C4008" w:rsidP="006C4008">
      <w:pPr>
        <w:pStyle w:val="NormalWeb"/>
        <w:rPr>
          <w:color w:val="000000"/>
        </w:rPr>
      </w:pPr>
      <w:r>
        <w:rPr>
          <w:color w:val="000000"/>
        </w:rPr>
        <w:t>The letters came</w:t>
      </w:r>
      <w:r>
        <w:rPr>
          <w:rStyle w:val="apple-converted-space"/>
          <w:color w:val="000000"/>
        </w:rPr>
        <w:t> </w:t>
      </w:r>
      <w:r>
        <w:rPr>
          <w:rStyle w:val="Strong"/>
          <w:color w:val="000000"/>
        </w:rPr>
        <w:t>weekly</w:t>
      </w:r>
      <w:r>
        <w:rPr>
          <w:color w:val="000000"/>
        </w:rPr>
        <w:t>, sometimes daily, with hand-drawn diagrams of the living room setup, complete with the TV's line of sight. He had arrows showing where the gaze landed depending on which chair he sat in. At one point, he included a grainy photocopy of the politician’s face, annotated in red ink:</w:t>
      </w:r>
      <w:r>
        <w:rPr>
          <w:color w:val="000000"/>
        </w:rPr>
        <w:br/>
      </w:r>
      <w:r>
        <w:rPr>
          <w:rStyle w:val="Strong"/>
          <w:color w:val="000000"/>
        </w:rPr>
        <w:t>“RIGHT EYE: TRACKING. LEFT EYE: FIXED.”</w:t>
      </w:r>
    </w:p>
    <w:p w14:paraId="07C0FEE9" w14:textId="77777777" w:rsidR="006C4008" w:rsidRDefault="006C4008" w:rsidP="006C4008">
      <w:pPr>
        <w:pStyle w:val="NormalWeb"/>
        <w:rPr>
          <w:color w:val="000000"/>
        </w:rPr>
      </w:pPr>
      <w:r>
        <w:rPr>
          <w:color w:val="000000"/>
        </w:rPr>
        <w:t>It would be funny if it weren’t so achingly sad.</w:t>
      </w:r>
    </w:p>
    <w:p w14:paraId="11FFE925" w14:textId="77777777" w:rsidR="006C4008" w:rsidRDefault="006C4008" w:rsidP="006C4008">
      <w:pPr>
        <w:pStyle w:val="NormalWeb"/>
        <w:rPr>
          <w:color w:val="000000"/>
        </w:rPr>
      </w:pPr>
      <w:r>
        <w:rPr>
          <w:color w:val="000000"/>
        </w:rPr>
        <w:t>We didn’t laugh. Well — maybe once, when someone left the annotated photo in the staff kitchen with googly eyes stuck to it. But mostly, we approached these letters as we did all the others: with care. Because behind the paranoia was a person unravelling, and sometimes delusion is just desperation in a different accent.</w:t>
      </w:r>
    </w:p>
    <w:p w14:paraId="219FE245" w14:textId="77777777" w:rsidR="006C4008" w:rsidRDefault="006C4008" w:rsidP="006C4008">
      <w:pPr>
        <w:pStyle w:val="NormalWeb"/>
        <w:rPr>
          <w:color w:val="000000"/>
        </w:rPr>
      </w:pPr>
      <w:r>
        <w:rPr>
          <w:color w:val="000000"/>
        </w:rPr>
        <w:t>When the letters tipped from obsession into something more alarming — “I will write until someone listens, or until he stops looking at me, even from beyond the grave” — we quietly alerted the appropriate health services. Not because he was dangerous, but because he was alone. Completely, cosmically alone.</w:t>
      </w:r>
    </w:p>
    <w:p w14:paraId="0DB842E4" w14:textId="77777777" w:rsidR="006C4008" w:rsidRDefault="006C4008" w:rsidP="006C4008">
      <w:pPr>
        <w:pStyle w:val="NormalWeb"/>
        <w:rPr>
          <w:color w:val="000000"/>
        </w:rPr>
      </w:pPr>
      <w:r>
        <w:rPr>
          <w:color w:val="000000"/>
        </w:rPr>
        <w:t>That, in the end, was the deeper ruckus: not the shouting, but the silence underneath it.</w:t>
      </w:r>
    </w:p>
    <w:p w14:paraId="70EAE5CA" w14:textId="77777777" w:rsidR="006C4008" w:rsidRDefault="004220D6" w:rsidP="006C4008">
      <w:r w:rsidRPr="00EB5699">
        <w:rPr>
          <w:noProof/>
        </w:rPr>
        <w:pict w14:anchorId="22BB56AB">
          <v:rect id="_x0000_i1035" alt="" style="width:431.95pt;height:.05pt;mso-width-percent:0;mso-height-percent:0;mso-width-percent:0;mso-height-percent:0" o:hrpct="923" o:hralign="center" o:hrstd="t" o:hr="t" fillcolor="#a0a0a0" stroked="f"/>
        </w:pict>
      </w:r>
    </w:p>
    <w:p w14:paraId="7E7E62BA" w14:textId="77777777" w:rsidR="006C4008" w:rsidRDefault="006C4008" w:rsidP="006C4008">
      <w:pPr>
        <w:pStyle w:val="Heading3"/>
        <w:rPr>
          <w:color w:val="000000"/>
        </w:rPr>
      </w:pPr>
      <w:r>
        <w:rPr>
          <w:rStyle w:val="Strong"/>
          <w:b/>
          <w:bCs/>
          <w:color w:val="000000"/>
        </w:rPr>
        <w:t>Other Letters from the Edge</w:t>
      </w:r>
    </w:p>
    <w:p w14:paraId="519E6C6F" w14:textId="77777777" w:rsidR="006C4008" w:rsidRDefault="006C4008" w:rsidP="006C4008">
      <w:pPr>
        <w:pStyle w:val="NormalWeb"/>
        <w:rPr>
          <w:color w:val="000000"/>
        </w:rPr>
      </w:pPr>
      <w:r>
        <w:rPr>
          <w:color w:val="000000"/>
        </w:rPr>
        <w:t>Not every complaint was so surreal. Most were earnest, incisive, and heartfelt.</w:t>
      </w:r>
    </w:p>
    <w:p w14:paraId="45B2C9B2" w14:textId="77777777" w:rsidR="006C4008" w:rsidRDefault="006C4008" w:rsidP="006C4008">
      <w:pPr>
        <w:pStyle w:val="NormalWeb"/>
        <w:rPr>
          <w:color w:val="000000"/>
        </w:rPr>
      </w:pPr>
      <w:r>
        <w:rPr>
          <w:color w:val="000000"/>
        </w:rPr>
        <w:lastRenderedPageBreak/>
        <w:t>There were letters about</w:t>
      </w:r>
      <w:r>
        <w:rPr>
          <w:rStyle w:val="apple-converted-space"/>
          <w:color w:val="000000"/>
        </w:rPr>
        <w:t> </w:t>
      </w:r>
      <w:r>
        <w:rPr>
          <w:rStyle w:val="Strong"/>
          <w:color w:val="000000"/>
        </w:rPr>
        <w:t>polluted rivers</w:t>
      </w:r>
      <w:r>
        <w:rPr>
          <w:color w:val="000000"/>
        </w:rPr>
        <w:t>,</w:t>
      </w:r>
      <w:r>
        <w:rPr>
          <w:rStyle w:val="apple-converted-space"/>
          <w:color w:val="000000"/>
        </w:rPr>
        <w:t> </w:t>
      </w:r>
      <w:r>
        <w:rPr>
          <w:rStyle w:val="Strong"/>
          <w:color w:val="000000"/>
        </w:rPr>
        <w:t>bribery in planning departments</w:t>
      </w:r>
      <w:r>
        <w:rPr>
          <w:color w:val="000000"/>
        </w:rPr>
        <w:t>,</w:t>
      </w:r>
      <w:r>
        <w:rPr>
          <w:rStyle w:val="apple-converted-space"/>
          <w:color w:val="000000"/>
        </w:rPr>
        <w:t> </w:t>
      </w:r>
      <w:r>
        <w:rPr>
          <w:rStyle w:val="Strong"/>
          <w:color w:val="000000"/>
        </w:rPr>
        <w:t>abandoned post offices</w:t>
      </w:r>
      <w:r>
        <w:rPr>
          <w:color w:val="000000"/>
        </w:rPr>
        <w:t>, and the</w:t>
      </w:r>
      <w:r>
        <w:rPr>
          <w:rStyle w:val="apple-converted-space"/>
          <w:color w:val="000000"/>
        </w:rPr>
        <w:t> </w:t>
      </w:r>
      <w:r>
        <w:rPr>
          <w:rStyle w:val="Strong"/>
          <w:color w:val="000000"/>
        </w:rPr>
        <w:t>price of funerals in Donegal</w:t>
      </w:r>
      <w:r>
        <w:rPr>
          <w:color w:val="000000"/>
        </w:rPr>
        <w:t xml:space="preserve">. There were complaints about crumbling housing, corrupt </w:t>
      </w:r>
      <w:proofErr w:type="spellStart"/>
      <w:r>
        <w:rPr>
          <w:color w:val="000000"/>
        </w:rPr>
        <w:t>councillors</w:t>
      </w:r>
      <w:proofErr w:type="spellEnd"/>
      <w:r>
        <w:rPr>
          <w:color w:val="000000"/>
        </w:rPr>
        <w:t>, and distant ministers who hadn’t visited the village since the last election.</w:t>
      </w:r>
    </w:p>
    <w:p w14:paraId="76F096AA" w14:textId="77777777" w:rsidR="006C4008" w:rsidRDefault="006C4008" w:rsidP="006C4008">
      <w:pPr>
        <w:pStyle w:val="NormalWeb"/>
        <w:rPr>
          <w:color w:val="000000"/>
        </w:rPr>
      </w:pPr>
      <w:r>
        <w:rPr>
          <w:color w:val="000000"/>
        </w:rPr>
        <w:t>One woman wrote with painstaking detail about the lack of wheelchair access in the local garda station. Another sent us the full transcript of her attempt to pay her TV license, which read like a tragic Beckett play featuring a phone, a computer, and eternal hold music.</w:t>
      </w:r>
    </w:p>
    <w:p w14:paraId="06D0F245" w14:textId="77777777" w:rsidR="006C4008" w:rsidRDefault="006C4008" w:rsidP="006C4008">
      <w:pPr>
        <w:pStyle w:val="NormalWeb"/>
        <w:rPr>
          <w:color w:val="000000"/>
        </w:rPr>
      </w:pPr>
      <w:r>
        <w:rPr>
          <w:color w:val="000000"/>
        </w:rPr>
        <w:t>They weren’t all winnable cases, but they were all worth reading. And sometimes that was the point — not to win, but to be heard by someone who didn’t automatically hang up.</w:t>
      </w:r>
    </w:p>
    <w:p w14:paraId="18EAF3F2" w14:textId="77777777" w:rsidR="006C4008" w:rsidRDefault="004220D6" w:rsidP="006C4008">
      <w:r w:rsidRPr="00EB5699">
        <w:rPr>
          <w:noProof/>
        </w:rPr>
        <w:pict w14:anchorId="6821334B">
          <v:rect id="_x0000_i1034" alt="" style="width:431.95pt;height:.05pt;mso-width-percent:0;mso-height-percent:0;mso-width-percent:0;mso-height-percent:0" o:hrpct="923" o:hralign="center" o:hrstd="t" o:hr="t" fillcolor="#a0a0a0" stroked="f"/>
        </w:pict>
      </w:r>
    </w:p>
    <w:p w14:paraId="089D4B35" w14:textId="77777777" w:rsidR="006C4008" w:rsidRDefault="006C4008" w:rsidP="006C4008">
      <w:pPr>
        <w:pStyle w:val="Heading3"/>
        <w:rPr>
          <w:color w:val="000000"/>
        </w:rPr>
      </w:pPr>
      <w:r>
        <w:rPr>
          <w:rStyle w:val="Strong"/>
          <w:b/>
          <w:bCs/>
          <w:color w:val="000000"/>
        </w:rPr>
        <w:t>The Great Ombudsman Balancing Act</w:t>
      </w:r>
    </w:p>
    <w:p w14:paraId="155ADDE3" w14:textId="77777777" w:rsidR="006C4008" w:rsidRDefault="006C4008" w:rsidP="006C4008">
      <w:pPr>
        <w:pStyle w:val="NormalWeb"/>
        <w:rPr>
          <w:color w:val="000000"/>
        </w:rPr>
      </w:pPr>
      <w:r>
        <w:rPr>
          <w:color w:val="000000"/>
        </w:rPr>
        <w:t>Working there was like trying to juggle eggs and hand grenades. One moment you’re drafting a reply to a farmer whose sheep were mistakenly impounded by a new EU directive, and the next you’re fielding calls about the scandal of</w:t>
      </w:r>
      <w:r>
        <w:rPr>
          <w:rStyle w:val="apple-converted-space"/>
          <w:color w:val="000000"/>
        </w:rPr>
        <w:t> </w:t>
      </w:r>
      <w:r>
        <w:rPr>
          <w:rStyle w:val="Emphasis"/>
          <w:rFonts w:eastAsiaTheme="majorEastAsia"/>
          <w:color w:val="000000"/>
        </w:rPr>
        <w:t>"those politicians and their parking spots.”</w:t>
      </w:r>
    </w:p>
    <w:p w14:paraId="59FF18B1" w14:textId="77777777" w:rsidR="006C4008" w:rsidRDefault="006C4008" w:rsidP="006C4008">
      <w:pPr>
        <w:pStyle w:val="NormalWeb"/>
        <w:rPr>
          <w:color w:val="000000"/>
        </w:rPr>
      </w:pPr>
      <w:r>
        <w:rPr>
          <w:color w:val="000000"/>
        </w:rPr>
        <w:t xml:space="preserve">The staff was a motley crew — ex-civil servants, social workers, a few burnt-out journalists like </w:t>
      </w:r>
      <w:proofErr w:type="gramStart"/>
      <w:r>
        <w:rPr>
          <w:color w:val="000000"/>
        </w:rPr>
        <w:t>myself</w:t>
      </w:r>
      <w:proofErr w:type="gramEnd"/>
      <w:r>
        <w:rPr>
          <w:color w:val="000000"/>
        </w:rPr>
        <w:t>, and one former nun who could write a perfect letter of reply while demolishing a packet of fig rolls.</w:t>
      </w:r>
      <w:r>
        <w:rPr>
          <w:color w:val="000000"/>
        </w:rPr>
        <w:br/>
        <w:t>The walls bore no slogans, no lofty declarations. Just a whiteboard with this scrawled on it:</w:t>
      </w:r>
    </w:p>
    <w:p w14:paraId="2A63263A" w14:textId="77777777" w:rsidR="006C4008" w:rsidRDefault="006C4008" w:rsidP="006C4008">
      <w:pPr>
        <w:pStyle w:val="NormalWeb"/>
        <w:rPr>
          <w:color w:val="000000"/>
        </w:rPr>
      </w:pPr>
      <w:r>
        <w:rPr>
          <w:rStyle w:val="Strong"/>
          <w:color w:val="000000"/>
        </w:rPr>
        <w:t>“EVERYONE’S RIGHT. EVEN WHEN THEY’RE WRONG.”</w:t>
      </w:r>
    </w:p>
    <w:p w14:paraId="38BE5670" w14:textId="77777777" w:rsidR="006C4008" w:rsidRDefault="006C4008" w:rsidP="006C4008">
      <w:pPr>
        <w:pStyle w:val="NormalWeb"/>
        <w:rPr>
          <w:color w:val="000000"/>
        </w:rPr>
      </w:pPr>
      <w:r>
        <w:rPr>
          <w:color w:val="000000"/>
        </w:rPr>
        <w:t xml:space="preserve">We weren’t saints. We made mistakes. But we listened. And in a country full of systems and subcommittees and form letters, that counted for more than most people </w:t>
      </w:r>
      <w:proofErr w:type="spellStart"/>
      <w:r>
        <w:rPr>
          <w:color w:val="000000"/>
        </w:rPr>
        <w:t>realised</w:t>
      </w:r>
      <w:proofErr w:type="spellEnd"/>
      <w:r>
        <w:rPr>
          <w:color w:val="000000"/>
        </w:rPr>
        <w:t>.</w:t>
      </w:r>
    </w:p>
    <w:p w14:paraId="7906D895" w14:textId="77777777" w:rsidR="006C4008" w:rsidRDefault="004220D6" w:rsidP="006C4008">
      <w:r w:rsidRPr="00EB5699">
        <w:rPr>
          <w:noProof/>
        </w:rPr>
        <w:pict w14:anchorId="596B12B9">
          <v:rect id="_x0000_i1033" alt="" style="width:431.95pt;height:.05pt;mso-width-percent:0;mso-height-percent:0;mso-width-percent:0;mso-height-percent:0" o:hrpct="923" o:hralign="center" o:hrstd="t" o:hr="t" fillcolor="#a0a0a0" stroked="f"/>
        </w:pict>
      </w:r>
    </w:p>
    <w:p w14:paraId="16AFBA6D" w14:textId="77777777" w:rsidR="006C4008" w:rsidRDefault="006C4008" w:rsidP="006C4008">
      <w:pPr>
        <w:pStyle w:val="NormalWeb"/>
        <w:rPr>
          <w:color w:val="000000"/>
        </w:rPr>
      </w:pPr>
      <w:r>
        <w:rPr>
          <w:color w:val="000000"/>
        </w:rPr>
        <w:t>Would you like me to continue this thread next with:</w:t>
      </w:r>
    </w:p>
    <w:p w14:paraId="6E8FA975" w14:textId="77777777" w:rsidR="006C4008" w:rsidRDefault="006C4008" w:rsidP="006C4008">
      <w:pPr>
        <w:pStyle w:val="NormalWeb"/>
        <w:numPr>
          <w:ilvl w:val="0"/>
          <w:numId w:val="14"/>
        </w:numPr>
        <w:rPr>
          <w:color w:val="000000"/>
        </w:rPr>
      </w:pPr>
      <w:r>
        <w:rPr>
          <w:color w:val="000000"/>
        </w:rPr>
        <w:t>More real/</w:t>
      </w:r>
      <w:proofErr w:type="spellStart"/>
      <w:r>
        <w:rPr>
          <w:color w:val="000000"/>
        </w:rPr>
        <w:t>fictionalised</w:t>
      </w:r>
      <w:proofErr w:type="spellEnd"/>
      <w:r>
        <w:rPr>
          <w:color w:val="000000"/>
        </w:rPr>
        <w:t xml:space="preserve"> letters from “the drawer,”</w:t>
      </w:r>
    </w:p>
    <w:p w14:paraId="1864E0BF" w14:textId="77777777" w:rsidR="006C4008" w:rsidRDefault="006C4008" w:rsidP="006C4008">
      <w:pPr>
        <w:pStyle w:val="NormalWeb"/>
        <w:numPr>
          <w:ilvl w:val="0"/>
          <w:numId w:val="14"/>
        </w:numPr>
        <w:rPr>
          <w:color w:val="000000"/>
        </w:rPr>
      </w:pPr>
      <w:r>
        <w:rPr>
          <w:color w:val="000000"/>
        </w:rPr>
        <w:t>A portrait of the Ombudsman team itself (perhaps with a character sketch of the ex-nun and the civil servant who believed in dragons),</w:t>
      </w:r>
    </w:p>
    <w:p w14:paraId="710EC0CC" w14:textId="77777777" w:rsidR="006C4008" w:rsidRDefault="006C4008" w:rsidP="006C4008">
      <w:pPr>
        <w:pStyle w:val="NormalWeb"/>
        <w:numPr>
          <w:ilvl w:val="0"/>
          <w:numId w:val="14"/>
        </w:numPr>
        <w:rPr>
          <w:color w:val="000000"/>
        </w:rPr>
      </w:pPr>
      <w:r>
        <w:rPr>
          <w:color w:val="000000"/>
        </w:rPr>
        <w:t>Or the eventual burnout — the toll of trying to listen to a country on fire?</w:t>
      </w:r>
    </w:p>
    <w:p w14:paraId="5E0741E7" w14:textId="77777777" w:rsidR="006C4008" w:rsidRDefault="006C4008" w:rsidP="006C4008">
      <w:pPr>
        <w:pStyle w:val="NormalWeb"/>
        <w:rPr>
          <w:color w:val="000000"/>
        </w:rPr>
      </w:pPr>
      <w:r>
        <w:rPr>
          <w:color w:val="000000"/>
        </w:rPr>
        <w:t>Let’s keep this rhythm rolling until the flames truly settle.</w:t>
      </w:r>
    </w:p>
    <w:p w14:paraId="5778150E" w14:textId="77777777" w:rsidR="006C4008" w:rsidRDefault="006C4008" w:rsidP="006C4008">
      <w:pPr>
        <w:pStyle w:val="Heading3"/>
      </w:pPr>
      <w:r>
        <w:rPr>
          <w:rStyle w:val="Strong"/>
          <w:b/>
          <w:bCs/>
        </w:rPr>
        <w:lastRenderedPageBreak/>
        <w:t>Chapter Title: The Eye in the Paper, and Other Civic Complaints</w:t>
      </w:r>
    </w:p>
    <w:p w14:paraId="34CCA7A2" w14:textId="77777777" w:rsidR="006C4008" w:rsidRDefault="006C4008" w:rsidP="006C4008">
      <w:pPr>
        <w:pStyle w:val="NormalWeb"/>
      </w:pPr>
      <w:r>
        <w:t>There is a special drawer in the Ombudsman’s office. Not the one with the Constitution, not the one with the staff guidelines, and not even the one where we kept emergency chocolate for long meetings with regulators.</w:t>
      </w:r>
      <w:r>
        <w:br/>
        <w:t>No —</w:t>
      </w:r>
      <w:r>
        <w:rPr>
          <w:rStyle w:val="apple-converted-space"/>
        </w:rPr>
        <w:t> </w:t>
      </w:r>
      <w:r>
        <w:rPr>
          <w:rStyle w:val="Strong"/>
        </w:rPr>
        <w:t>the drawer</w:t>
      </w:r>
      <w:r>
        <w:rPr>
          <w:rStyle w:val="apple-converted-space"/>
        </w:rPr>
        <w:t> </w:t>
      </w:r>
      <w:r>
        <w:t>I’m referring to was labelled, in blue biro and fading patience:</w:t>
      </w:r>
      <w:r>
        <w:br/>
      </w:r>
      <w:r>
        <w:rPr>
          <w:rStyle w:val="Strong"/>
        </w:rPr>
        <w:t>“The Unfiled Files.”</w:t>
      </w:r>
    </w:p>
    <w:p w14:paraId="2A47BAC2" w14:textId="77777777" w:rsidR="006C4008" w:rsidRDefault="006C4008" w:rsidP="006C4008">
      <w:pPr>
        <w:pStyle w:val="NormalWeb"/>
      </w:pPr>
      <w:r>
        <w:t>This was where the outliers went. The strange, the poetic, the fevered. Where every letter that didn’t quite fit the democratic process — but demanded to be read — ended up, carefully documented in case the day ever came when we were asked to explain ourselves in court, or by God.</w:t>
      </w:r>
    </w:p>
    <w:p w14:paraId="1CD47434" w14:textId="77777777" w:rsidR="006C4008" w:rsidRDefault="006C4008" w:rsidP="006C4008">
      <w:pPr>
        <w:pStyle w:val="NormalWeb"/>
      </w:pPr>
      <w:r>
        <w:t>One of the most persistent correspondents to that drawer was a man convinced that a certain well-known politician — let's call him “the Staring Man” — was watching him from every television screen, every newsstand, every photo in the Sunday supplements.</w:t>
      </w:r>
    </w:p>
    <w:p w14:paraId="1D7AAC8F" w14:textId="77777777" w:rsidR="006C4008" w:rsidRDefault="006C4008" w:rsidP="006C4008">
      <w:pPr>
        <w:pStyle w:val="NormalWeb"/>
      </w:pPr>
      <w:r>
        <w:t>“His eyes follow me,” the man wrote. “From the six o’clock bulletin to the cereal box. I open</w:t>
      </w:r>
      <w:r>
        <w:rPr>
          <w:rStyle w:val="apple-converted-space"/>
        </w:rPr>
        <w:t> </w:t>
      </w:r>
      <w:r>
        <w:rPr>
          <w:rStyle w:val="Emphasis"/>
          <w:rFonts w:eastAsiaTheme="majorEastAsia"/>
        </w:rPr>
        <w:t>The Independent</w:t>
      </w:r>
      <w:r>
        <w:rPr>
          <w:rStyle w:val="apple-converted-space"/>
        </w:rPr>
        <w:t> </w:t>
      </w:r>
      <w:r>
        <w:t xml:space="preserve">and he’s there again, watching, silent, judging. I </w:t>
      </w:r>
      <w:proofErr w:type="gramStart"/>
      <w:r>
        <w:t>have to</w:t>
      </w:r>
      <w:proofErr w:type="gramEnd"/>
      <w:r>
        <w:t xml:space="preserve"> cover the pages with towels to make breakfast. I can’t live like this. You must intervene.”</w:t>
      </w:r>
    </w:p>
    <w:p w14:paraId="063AB03C" w14:textId="77777777" w:rsidR="006C4008" w:rsidRDefault="006C4008" w:rsidP="006C4008">
      <w:pPr>
        <w:pStyle w:val="NormalWeb"/>
      </w:pPr>
      <w:r>
        <w:t>The letters came</w:t>
      </w:r>
      <w:r>
        <w:rPr>
          <w:rStyle w:val="apple-converted-space"/>
        </w:rPr>
        <w:t> </w:t>
      </w:r>
      <w:r>
        <w:rPr>
          <w:rStyle w:val="Strong"/>
        </w:rPr>
        <w:t>weekly</w:t>
      </w:r>
      <w:r>
        <w:t>, sometimes daily, with hand-drawn diagrams of the living room setup, complete with the TV's line of sight. He had arrows showing where the gaze landed depending on which chair he sat in. At one point, he included a grainy photocopy of the politician’s face, annotated in red ink:</w:t>
      </w:r>
      <w:r>
        <w:br/>
      </w:r>
      <w:r>
        <w:rPr>
          <w:rStyle w:val="Strong"/>
        </w:rPr>
        <w:t>“RIGHT EYE: TRACKING. LEFT EYE: FIXED.”</w:t>
      </w:r>
    </w:p>
    <w:p w14:paraId="1487AFD0" w14:textId="77777777" w:rsidR="006C4008" w:rsidRDefault="006C4008" w:rsidP="006C4008">
      <w:pPr>
        <w:pStyle w:val="NormalWeb"/>
      </w:pPr>
      <w:r>
        <w:t>It would be funny if it weren’t so achingly sad.</w:t>
      </w:r>
    </w:p>
    <w:p w14:paraId="34707303" w14:textId="77777777" w:rsidR="006C4008" w:rsidRDefault="006C4008" w:rsidP="006C4008">
      <w:pPr>
        <w:pStyle w:val="NormalWeb"/>
      </w:pPr>
      <w:r>
        <w:t>We didn’t laugh. Well — maybe once, when someone left the annotated photo in the staff kitchen with googly eyes stuck to it. But mostly, we approached these letters as we did all the others: with care. Because behind the paranoia was a person unravelling, and sometimes delusion is just desperation in a different accent.</w:t>
      </w:r>
    </w:p>
    <w:p w14:paraId="58F9199F" w14:textId="77777777" w:rsidR="006C4008" w:rsidRDefault="006C4008" w:rsidP="006C4008">
      <w:pPr>
        <w:pStyle w:val="NormalWeb"/>
      </w:pPr>
      <w:r>
        <w:t>When the letters tipped from obsession into something more alarming — “I will write until someone listens, or until he stops looking at me, even from beyond the grave” — we quietly alerted the appropriate health services. Not because he was dangerous, but because he was alone. Completely, cosmically alone.</w:t>
      </w:r>
    </w:p>
    <w:p w14:paraId="6758D94D" w14:textId="77777777" w:rsidR="006C4008" w:rsidRDefault="006C4008" w:rsidP="006C4008">
      <w:pPr>
        <w:pStyle w:val="NormalWeb"/>
      </w:pPr>
      <w:r>
        <w:t>That, in the end, was the deeper ruckus: not the shouting, but the silence underneath it.</w:t>
      </w:r>
    </w:p>
    <w:p w14:paraId="5695586E" w14:textId="77777777" w:rsidR="006C4008" w:rsidRDefault="004220D6" w:rsidP="006C4008">
      <w:r w:rsidRPr="00EB5699">
        <w:rPr>
          <w:noProof/>
        </w:rPr>
        <w:pict w14:anchorId="2D7D8C98">
          <v:rect id="_x0000_i1032" alt="" style="width:431.95pt;height:.05pt;mso-width-percent:0;mso-height-percent:0;mso-width-percent:0;mso-height-percent:0" o:hrpct="923" o:hralign="center" o:hrstd="t" o:hr="t" fillcolor="#a0a0a0" stroked="f"/>
        </w:pict>
      </w:r>
    </w:p>
    <w:p w14:paraId="3A6E5EA9" w14:textId="77777777" w:rsidR="006C4008" w:rsidRDefault="006C4008" w:rsidP="006C4008">
      <w:pPr>
        <w:pStyle w:val="Heading3"/>
      </w:pPr>
      <w:r>
        <w:rPr>
          <w:rStyle w:val="Strong"/>
          <w:b/>
          <w:bCs/>
        </w:rPr>
        <w:t>Other Letters from the Edge</w:t>
      </w:r>
    </w:p>
    <w:p w14:paraId="3732460C" w14:textId="77777777" w:rsidR="006C4008" w:rsidRDefault="006C4008" w:rsidP="006C4008">
      <w:pPr>
        <w:pStyle w:val="NormalWeb"/>
      </w:pPr>
      <w:r>
        <w:t>Not every complaint was so surreal. Most were earnest, incisive, and heartfelt.</w:t>
      </w:r>
    </w:p>
    <w:p w14:paraId="1EB60D3C" w14:textId="77777777" w:rsidR="006C4008" w:rsidRDefault="006C4008" w:rsidP="006C4008">
      <w:pPr>
        <w:pStyle w:val="NormalWeb"/>
      </w:pPr>
      <w:r>
        <w:lastRenderedPageBreak/>
        <w:t>There were letters about</w:t>
      </w:r>
      <w:r>
        <w:rPr>
          <w:rStyle w:val="apple-converted-space"/>
        </w:rPr>
        <w:t> </w:t>
      </w:r>
      <w:r>
        <w:rPr>
          <w:rStyle w:val="Strong"/>
        </w:rPr>
        <w:t>polluted rivers</w:t>
      </w:r>
      <w:r>
        <w:t>,</w:t>
      </w:r>
      <w:r>
        <w:rPr>
          <w:rStyle w:val="apple-converted-space"/>
        </w:rPr>
        <w:t> </w:t>
      </w:r>
      <w:r>
        <w:rPr>
          <w:rStyle w:val="Strong"/>
        </w:rPr>
        <w:t>bribery in planning departments</w:t>
      </w:r>
      <w:r>
        <w:t>,</w:t>
      </w:r>
      <w:r>
        <w:rPr>
          <w:rStyle w:val="apple-converted-space"/>
        </w:rPr>
        <w:t> </w:t>
      </w:r>
      <w:r>
        <w:rPr>
          <w:rStyle w:val="Strong"/>
        </w:rPr>
        <w:t>abandoned post offices</w:t>
      </w:r>
      <w:r>
        <w:t>, and the</w:t>
      </w:r>
      <w:r>
        <w:rPr>
          <w:rStyle w:val="apple-converted-space"/>
        </w:rPr>
        <w:t> </w:t>
      </w:r>
      <w:r>
        <w:rPr>
          <w:rStyle w:val="Strong"/>
        </w:rPr>
        <w:t>price of funerals in Donegal</w:t>
      </w:r>
      <w:r>
        <w:t xml:space="preserve">. There were complaints about crumbling housing, corrupt </w:t>
      </w:r>
      <w:proofErr w:type="spellStart"/>
      <w:r>
        <w:t>councillors</w:t>
      </w:r>
      <w:proofErr w:type="spellEnd"/>
      <w:r>
        <w:t>, and distant ministers who hadn’t visited the village since the last election.</w:t>
      </w:r>
    </w:p>
    <w:p w14:paraId="4926663A" w14:textId="77777777" w:rsidR="006C4008" w:rsidRDefault="006C4008" w:rsidP="006C4008">
      <w:pPr>
        <w:pStyle w:val="NormalWeb"/>
      </w:pPr>
      <w:r>
        <w:t>One woman wrote with painstaking detail about the lack of wheelchair access in the local garda station. Another sent us the full transcript of her attempt to pay her TV license, which read like a tragic Beckett play featuring a phone, a computer, and eternal hold music.</w:t>
      </w:r>
    </w:p>
    <w:p w14:paraId="612C9815" w14:textId="77777777" w:rsidR="006C4008" w:rsidRDefault="006C4008" w:rsidP="006C4008">
      <w:pPr>
        <w:pStyle w:val="NormalWeb"/>
      </w:pPr>
      <w:r>
        <w:t>They weren’t all winnable cases, but they were all worth reading. And sometimes that was the point — not to win, but to be heard by someone who didn’t automatically hang up.</w:t>
      </w:r>
    </w:p>
    <w:p w14:paraId="06D355BE" w14:textId="77777777" w:rsidR="006C4008" w:rsidRDefault="004220D6" w:rsidP="006C4008">
      <w:r w:rsidRPr="00EB5699">
        <w:rPr>
          <w:noProof/>
        </w:rPr>
        <w:pict w14:anchorId="1A9693FD">
          <v:rect id="_x0000_i1031" alt="" style="width:431.95pt;height:.05pt;mso-width-percent:0;mso-height-percent:0;mso-width-percent:0;mso-height-percent:0" o:hrpct="923" o:hralign="center" o:hrstd="t" o:hr="t" fillcolor="#a0a0a0" stroked="f"/>
        </w:pict>
      </w:r>
    </w:p>
    <w:p w14:paraId="748D1404" w14:textId="77777777" w:rsidR="006C4008" w:rsidRDefault="006C4008" w:rsidP="006C4008">
      <w:pPr>
        <w:pStyle w:val="Heading3"/>
      </w:pPr>
      <w:r>
        <w:rPr>
          <w:rStyle w:val="Strong"/>
          <w:b/>
          <w:bCs/>
        </w:rPr>
        <w:t>The Great Ombudsman Balancing Act</w:t>
      </w:r>
    </w:p>
    <w:p w14:paraId="6345CDEB" w14:textId="77777777" w:rsidR="006C4008" w:rsidRDefault="006C4008" w:rsidP="006C4008">
      <w:pPr>
        <w:pStyle w:val="NormalWeb"/>
      </w:pPr>
      <w:r>
        <w:t>Working there was like trying to juggle eggs and hand grenades. One moment you’re drafting a reply to a farmer whose sheep were mistakenly impounded by a new EU directive, and the next you’re fielding calls about the scandal of</w:t>
      </w:r>
      <w:r>
        <w:rPr>
          <w:rStyle w:val="apple-converted-space"/>
        </w:rPr>
        <w:t> </w:t>
      </w:r>
      <w:r>
        <w:rPr>
          <w:rStyle w:val="Emphasis"/>
          <w:rFonts w:eastAsiaTheme="majorEastAsia"/>
        </w:rPr>
        <w:t>"those politicians and their parking spots.”</w:t>
      </w:r>
    </w:p>
    <w:p w14:paraId="07F9A2F1" w14:textId="77777777" w:rsidR="006C4008" w:rsidRDefault="006C4008" w:rsidP="006C4008">
      <w:pPr>
        <w:pStyle w:val="NormalWeb"/>
      </w:pPr>
      <w:r>
        <w:t xml:space="preserve">The staff was a motley crew — ex-civil servants, social workers, a few burnt-out journalists like </w:t>
      </w:r>
      <w:proofErr w:type="gramStart"/>
      <w:r>
        <w:t>myself</w:t>
      </w:r>
      <w:proofErr w:type="gramEnd"/>
      <w:r>
        <w:t>, and one former nun who could write a perfect letter of reply while demolishing a packet of fig rolls.</w:t>
      </w:r>
      <w:r>
        <w:br/>
        <w:t>The walls bore no slogans, no lofty declarations. Just a whiteboard with this scrawled on it:</w:t>
      </w:r>
    </w:p>
    <w:p w14:paraId="0EECA09D" w14:textId="77777777" w:rsidR="006C4008" w:rsidRDefault="006C4008" w:rsidP="006C4008">
      <w:pPr>
        <w:pStyle w:val="NormalWeb"/>
      </w:pPr>
      <w:r>
        <w:rPr>
          <w:rStyle w:val="Strong"/>
        </w:rPr>
        <w:t>“EVERYONE’S RIGHT. EVEN WHEN THEY’RE WRONG.”</w:t>
      </w:r>
    </w:p>
    <w:p w14:paraId="26DA6F31" w14:textId="77777777" w:rsidR="006C4008" w:rsidRDefault="006C4008" w:rsidP="006C4008">
      <w:pPr>
        <w:pStyle w:val="NormalWeb"/>
      </w:pPr>
      <w:r>
        <w:t xml:space="preserve">We weren’t saints. We made mistakes. But we listened. And in a country full of systems and subcommittees and form letters, that counted for more than most people </w:t>
      </w:r>
      <w:proofErr w:type="spellStart"/>
      <w:r>
        <w:t>realised</w:t>
      </w:r>
      <w:proofErr w:type="spellEnd"/>
      <w:r>
        <w:t>.</w:t>
      </w:r>
    </w:p>
    <w:p w14:paraId="24E88192" w14:textId="77777777" w:rsidR="006C4008" w:rsidRDefault="004220D6" w:rsidP="006C4008">
      <w:r w:rsidRPr="00EB5699">
        <w:rPr>
          <w:noProof/>
        </w:rPr>
        <w:pict w14:anchorId="3A44BC57">
          <v:rect id="_x0000_i1030" alt="" style="width:431.95pt;height:.05pt;mso-width-percent:0;mso-height-percent:0;mso-width-percent:0;mso-height-percent:0" o:hrpct="923" o:hralign="center" o:hrstd="t" o:hr="t" fillcolor="#a0a0a0" stroked="f"/>
        </w:pict>
      </w:r>
    </w:p>
    <w:p w14:paraId="06BF7E8E" w14:textId="77777777" w:rsidR="006C4008" w:rsidRDefault="006C4008" w:rsidP="006C4008">
      <w:pPr>
        <w:pStyle w:val="NormalWeb"/>
      </w:pPr>
      <w:r>
        <w:t>Would you like me to continue this thread next with:</w:t>
      </w:r>
    </w:p>
    <w:p w14:paraId="7B66D01E" w14:textId="77777777" w:rsidR="006C4008" w:rsidRDefault="006C4008" w:rsidP="006C4008">
      <w:pPr>
        <w:pStyle w:val="NormalWeb"/>
        <w:numPr>
          <w:ilvl w:val="0"/>
          <w:numId w:val="15"/>
        </w:numPr>
      </w:pPr>
      <w:r>
        <w:t>More real/</w:t>
      </w:r>
      <w:proofErr w:type="spellStart"/>
      <w:r>
        <w:t>fictionalised</w:t>
      </w:r>
      <w:proofErr w:type="spellEnd"/>
      <w:r>
        <w:t xml:space="preserve"> letters from “the drawer,”</w:t>
      </w:r>
    </w:p>
    <w:p w14:paraId="324B1A7E" w14:textId="77777777" w:rsidR="006C4008" w:rsidRDefault="006C4008" w:rsidP="006C4008">
      <w:pPr>
        <w:pStyle w:val="NormalWeb"/>
        <w:numPr>
          <w:ilvl w:val="0"/>
          <w:numId w:val="15"/>
        </w:numPr>
      </w:pPr>
      <w:r>
        <w:t>A portrait of the Ombudsman team itself (perhaps with a character sketch of the ex-nun and the civil servant who believed in dragons),</w:t>
      </w:r>
    </w:p>
    <w:p w14:paraId="0644168A" w14:textId="77777777" w:rsidR="006C4008" w:rsidRDefault="006C4008" w:rsidP="006C4008">
      <w:pPr>
        <w:pStyle w:val="NormalWeb"/>
        <w:numPr>
          <w:ilvl w:val="0"/>
          <w:numId w:val="15"/>
        </w:numPr>
      </w:pPr>
      <w:r>
        <w:t>Or the eventual burnout — the toll of trying to listen to a country on fire?</w:t>
      </w:r>
    </w:p>
    <w:p w14:paraId="7D215989" w14:textId="77777777" w:rsidR="006C4008" w:rsidRDefault="006C4008" w:rsidP="006C4008">
      <w:pPr>
        <w:pStyle w:val="NormalWeb"/>
      </w:pPr>
      <w:r>
        <w:t>Let’s keep this rhythm rolling until the flames truly settle.</w:t>
      </w:r>
    </w:p>
    <w:p w14:paraId="0374DFD3" w14:textId="77777777" w:rsidR="006C4008" w:rsidRDefault="006C4008" w:rsidP="006C4008">
      <w:pPr>
        <w:pStyle w:val="Heading5"/>
      </w:pPr>
      <w:r>
        <w:lastRenderedPageBreak/>
        <w:t>You said:</w:t>
      </w:r>
    </w:p>
    <w:p w14:paraId="35BB494A" w14:textId="77777777" w:rsidR="006C4008" w:rsidRDefault="006C4008" w:rsidP="006C4008">
      <w:r>
        <w:t>Oh yes please, please continue, I like where this is going!</w:t>
      </w:r>
    </w:p>
    <w:p w14:paraId="6CF77917" w14:textId="77777777" w:rsidR="006C4008" w:rsidRDefault="006C4008" w:rsidP="006C4008">
      <w:pPr>
        <w:pStyle w:val="Heading6"/>
      </w:pPr>
      <w:r>
        <w:t>ChatGPT said:</w:t>
      </w:r>
    </w:p>
    <w:p w14:paraId="6CED660F" w14:textId="77777777" w:rsidR="006C4008" w:rsidRDefault="006C4008" w:rsidP="006C4008">
      <w:pPr>
        <w:pStyle w:val="NormalWeb"/>
      </w:pPr>
      <w:r>
        <w:t>Splendid! Let’s push onward then — deeper into the strange bureaucracy of care and chaos — and give shape to the people behind the letters, the ghosts in the margins, and the quiet warriors who manned the Ombudsman’s ship through storm and shoal.</w:t>
      </w:r>
    </w:p>
    <w:p w14:paraId="6A712D48" w14:textId="77777777" w:rsidR="006C4008" w:rsidRDefault="004220D6" w:rsidP="006C4008">
      <w:r w:rsidRPr="00EB5699">
        <w:rPr>
          <w:noProof/>
        </w:rPr>
        <w:pict w14:anchorId="0DEF7A9B">
          <v:rect id="_x0000_i1029" alt="" style="width:431.95pt;height:.05pt;mso-width-percent:0;mso-height-percent:0;mso-width-percent:0;mso-height-percent:0" o:hrpct="923" o:hralign="center" o:hrstd="t" o:hr="t" fillcolor="#a0a0a0" stroked="f"/>
        </w:pict>
      </w:r>
    </w:p>
    <w:p w14:paraId="12E30949" w14:textId="77777777" w:rsidR="006C4008" w:rsidRDefault="006C4008" w:rsidP="006C4008">
      <w:pPr>
        <w:pStyle w:val="Heading3"/>
      </w:pPr>
      <w:r>
        <w:rPr>
          <w:rStyle w:val="Strong"/>
          <w:b/>
          <w:bCs/>
        </w:rPr>
        <w:t>Chapter Continued: The Drawer, the Nun, and the Half-Dragon Civil Servant</w:t>
      </w:r>
    </w:p>
    <w:p w14:paraId="2AE7FF1A" w14:textId="77777777" w:rsidR="006C4008" w:rsidRDefault="006C4008" w:rsidP="006C4008">
      <w:pPr>
        <w:pStyle w:val="NormalWeb"/>
      </w:pPr>
      <w:r>
        <w:t>Behind every reply issued from the Ombudsman’s office — whether to the Department of Agriculture, a grief-stricken pensioner, or a man haunted by the eyes of a backbench TD — there was</w:t>
      </w:r>
      <w:r>
        <w:rPr>
          <w:rStyle w:val="apple-converted-space"/>
        </w:rPr>
        <w:t> </w:t>
      </w:r>
      <w:r>
        <w:rPr>
          <w:rStyle w:val="Strong"/>
        </w:rPr>
        <w:t>someone real</w:t>
      </w:r>
      <w:r>
        <w:t>, someone sipping weak coffee, squinting at a monitor, muttering, “Ah now, what fresh madness is this?”</w:t>
      </w:r>
    </w:p>
    <w:p w14:paraId="21324A29" w14:textId="77777777" w:rsidR="006C4008" w:rsidRDefault="006C4008" w:rsidP="006C4008">
      <w:pPr>
        <w:pStyle w:val="NormalWeb"/>
      </w:pPr>
      <w:r>
        <w:t>We were a mixed bag.</w:t>
      </w:r>
    </w:p>
    <w:p w14:paraId="2153C5D6" w14:textId="77777777" w:rsidR="006C4008" w:rsidRDefault="006C4008" w:rsidP="006C4008">
      <w:pPr>
        <w:pStyle w:val="NormalWeb"/>
      </w:pPr>
      <w:r>
        <w:t>There was</w:t>
      </w:r>
      <w:r>
        <w:rPr>
          <w:rStyle w:val="apple-converted-space"/>
        </w:rPr>
        <w:t> </w:t>
      </w:r>
      <w:r>
        <w:rPr>
          <w:rStyle w:val="Strong"/>
        </w:rPr>
        <w:t>Eithne</w:t>
      </w:r>
      <w:r>
        <w:t xml:space="preserve">, the </w:t>
      </w:r>
      <w:proofErr w:type="gramStart"/>
      <w:r>
        <w:t>aforementioned nun</w:t>
      </w:r>
      <w:proofErr w:type="gramEnd"/>
      <w:r>
        <w:t>, who had left the convent after 25 years because she said God had become “too much of a manager and not enough of a shepherd.” She still wore grey, drank scalding tea, and had a voice like a Galway drizzle — soft, persistent, and impossible to ignore. Eithne wrote letters like small prayers — composed, kind, but with the veiled sharpness of a knitting needle.</w:t>
      </w:r>
    </w:p>
    <w:p w14:paraId="25D96C66" w14:textId="77777777" w:rsidR="006C4008" w:rsidRDefault="006C4008" w:rsidP="006C4008">
      <w:pPr>
        <w:pStyle w:val="NormalWeb"/>
      </w:pPr>
      <w:r>
        <w:t>She believed in process, but also in mercy.</w:t>
      </w:r>
    </w:p>
    <w:p w14:paraId="21204DBD" w14:textId="77777777" w:rsidR="006C4008" w:rsidRDefault="006C4008" w:rsidP="006C4008">
      <w:pPr>
        <w:pStyle w:val="NormalWeb"/>
      </w:pPr>
      <w:r>
        <w:t>“Every case,” she’d say, “is someone’s last straw.”</w:t>
      </w:r>
    </w:p>
    <w:p w14:paraId="6F53067A" w14:textId="77777777" w:rsidR="006C4008" w:rsidRDefault="006C4008" w:rsidP="006C4008">
      <w:pPr>
        <w:pStyle w:val="NormalWeb"/>
      </w:pPr>
      <w:r>
        <w:t>Then there was</w:t>
      </w:r>
      <w:r>
        <w:rPr>
          <w:rStyle w:val="apple-converted-space"/>
        </w:rPr>
        <w:t> </w:t>
      </w:r>
      <w:r>
        <w:rPr>
          <w:rStyle w:val="Strong"/>
        </w:rPr>
        <w:t>Mick</w:t>
      </w:r>
      <w:r>
        <w:t>, a Dublin-born, Limerick-reared former local authority worker with an encyclopedic knowledge of townland feuds, speed bump regulations, and who paid off who in 1987. Mick claimed he had distant Welsh ancestry and was “one-sixteenth dragon,” which he said explained his dislike of bureaucracy and his fondness for hoarding old case files “just in case they ever come back into play.”</w:t>
      </w:r>
    </w:p>
    <w:p w14:paraId="5F2C66B6" w14:textId="77777777" w:rsidR="006C4008" w:rsidRDefault="006C4008" w:rsidP="006C4008">
      <w:pPr>
        <w:pStyle w:val="NormalWeb"/>
      </w:pPr>
      <w:r>
        <w:t>“People think the Ombudsman is a priest in a grey suit,” he once said. “But we’re not here to absolve. We’re here to</w:t>
      </w:r>
      <w:r>
        <w:rPr>
          <w:rStyle w:val="apple-converted-space"/>
        </w:rPr>
        <w:t> </w:t>
      </w:r>
      <w:r>
        <w:rPr>
          <w:rStyle w:val="Emphasis"/>
          <w:rFonts w:eastAsiaTheme="majorEastAsia"/>
        </w:rPr>
        <w:t>notice</w:t>
      </w:r>
      <w:r>
        <w:t>.”</w:t>
      </w:r>
    </w:p>
    <w:p w14:paraId="456D3FA4" w14:textId="77777777" w:rsidR="006C4008" w:rsidRDefault="006C4008" w:rsidP="006C4008">
      <w:pPr>
        <w:pStyle w:val="NormalWeb"/>
      </w:pPr>
      <w:r>
        <w:t>Mick once replied to a four-page complaint about potholes by quoting WB Yeats and enclosing a miniature photo of a repaired road taken on his lunch break. The complainant later phoned the office to say he’d wept when he received the letter.</w:t>
      </w:r>
    </w:p>
    <w:p w14:paraId="0B2F4329" w14:textId="77777777" w:rsidR="006C4008" w:rsidRDefault="006C4008" w:rsidP="006C4008">
      <w:pPr>
        <w:pStyle w:val="NormalWeb"/>
      </w:pPr>
      <w:r>
        <w:t>“It wasn’t the pothole. It was the fact that someone answered.”</w:t>
      </w:r>
    </w:p>
    <w:p w14:paraId="2F30216F" w14:textId="77777777" w:rsidR="006C4008" w:rsidRDefault="006C4008" w:rsidP="006C4008">
      <w:pPr>
        <w:pStyle w:val="NormalWeb"/>
      </w:pPr>
      <w:r>
        <w:lastRenderedPageBreak/>
        <w:t>There were others, of course. A former social worker who swore like a docker but could coax calm out of the angriest widower. A temp who left one Friday and never came back, having apparently discovered she was allergic to “excessive empathy.” A young man who only lasted six months, but claimed the experience felt like “doing a doctorate in Irish frustration.”</w:t>
      </w:r>
    </w:p>
    <w:p w14:paraId="647F793C" w14:textId="77777777" w:rsidR="006C4008" w:rsidRDefault="006C4008" w:rsidP="006C4008">
      <w:pPr>
        <w:pStyle w:val="NormalWeb"/>
      </w:pPr>
      <w:r>
        <w:t>And there was me — somewhere between journalist and janitor of the national conscience, typing my way through the twilight of a strange little republic built on peat, promises, and polite rebellion.</w:t>
      </w:r>
    </w:p>
    <w:p w14:paraId="095AF1CE" w14:textId="77777777" w:rsidR="006C4008" w:rsidRDefault="004220D6" w:rsidP="006C4008">
      <w:r w:rsidRPr="00EB5699">
        <w:rPr>
          <w:noProof/>
        </w:rPr>
        <w:pict w14:anchorId="12E5F805">
          <v:rect id="_x0000_i1028" alt="" style="width:431.95pt;height:.05pt;mso-width-percent:0;mso-height-percent:0;mso-width-percent:0;mso-height-percent:0" o:hrpct="923" o:hralign="center" o:hrstd="t" o:hr="t" fillcolor="#a0a0a0" stroked="f"/>
        </w:pict>
      </w:r>
    </w:p>
    <w:p w14:paraId="00FB1ABF" w14:textId="77777777" w:rsidR="006C4008" w:rsidRDefault="006C4008" w:rsidP="006C4008">
      <w:pPr>
        <w:pStyle w:val="Heading3"/>
      </w:pPr>
      <w:r>
        <w:rPr>
          <w:rStyle w:val="Strong"/>
          <w:b/>
          <w:bCs/>
        </w:rPr>
        <w:t>From the Drawer: Other Correspondences of Note</w:t>
      </w:r>
    </w:p>
    <w:p w14:paraId="3C3DB9A0" w14:textId="77777777" w:rsidR="006C4008" w:rsidRDefault="006C4008" w:rsidP="006C4008">
      <w:pPr>
        <w:pStyle w:val="NormalWeb"/>
      </w:pPr>
      <w:r>
        <w:t>Some entries from</w:t>
      </w:r>
      <w:r>
        <w:rPr>
          <w:rStyle w:val="apple-converted-space"/>
        </w:rPr>
        <w:t> </w:t>
      </w:r>
      <w:r>
        <w:rPr>
          <w:rStyle w:val="Emphasis"/>
          <w:rFonts w:eastAsiaTheme="majorEastAsia"/>
        </w:rPr>
        <w:t>The Unfiled Files</w:t>
      </w:r>
      <w:r>
        <w:rPr>
          <w:rStyle w:val="apple-converted-space"/>
        </w:rPr>
        <w:t> </w:t>
      </w:r>
      <w:r>
        <w:t>still echo. A few examples:</w:t>
      </w:r>
    </w:p>
    <w:p w14:paraId="2706F75C" w14:textId="77777777" w:rsidR="006C4008" w:rsidRDefault="006C4008" w:rsidP="006C4008">
      <w:pPr>
        <w:pStyle w:val="NormalWeb"/>
        <w:numPr>
          <w:ilvl w:val="0"/>
          <w:numId w:val="16"/>
        </w:numPr>
      </w:pPr>
      <w:r>
        <w:t>A man wrote to complain that the</w:t>
      </w:r>
      <w:r>
        <w:rPr>
          <w:rStyle w:val="apple-converted-space"/>
        </w:rPr>
        <w:t> </w:t>
      </w:r>
      <w:r>
        <w:rPr>
          <w:rStyle w:val="Strong"/>
        </w:rPr>
        <w:t>road signs were in league with the government</w:t>
      </w:r>
      <w:r>
        <w:t>, directing tourists to scenic places while locals had to “find their own way home.”</w:t>
      </w:r>
    </w:p>
    <w:p w14:paraId="514C4742" w14:textId="77777777" w:rsidR="006C4008" w:rsidRDefault="006C4008" w:rsidP="006C4008">
      <w:pPr>
        <w:pStyle w:val="NormalWeb"/>
        <w:numPr>
          <w:ilvl w:val="0"/>
          <w:numId w:val="16"/>
        </w:numPr>
      </w:pPr>
      <w:r>
        <w:t>A woman demanded the Ombudsman investigate</w:t>
      </w:r>
      <w:r>
        <w:rPr>
          <w:rStyle w:val="apple-converted-space"/>
        </w:rPr>
        <w:t> </w:t>
      </w:r>
      <w:r>
        <w:rPr>
          <w:rStyle w:val="Strong"/>
        </w:rPr>
        <w:t>God</w:t>
      </w:r>
      <w:r>
        <w:t>, as she had sent years of prayers for a child and received “not even a letter of acknowledgment.”</w:t>
      </w:r>
    </w:p>
    <w:p w14:paraId="765689B6" w14:textId="77777777" w:rsidR="006C4008" w:rsidRDefault="006C4008" w:rsidP="006C4008">
      <w:pPr>
        <w:pStyle w:val="NormalWeb"/>
        <w:numPr>
          <w:ilvl w:val="0"/>
          <w:numId w:val="16"/>
        </w:numPr>
      </w:pPr>
      <w:r>
        <w:t>One man sent a diagram of</w:t>
      </w:r>
      <w:r>
        <w:rPr>
          <w:rStyle w:val="apple-converted-space"/>
        </w:rPr>
        <w:t> </w:t>
      </w:r>
      <w:r>
        <w:rPr>
          <w:rStyle w:val="Strong"/>
        </w:rPr>
        <w:t>a new national flag</w:t>
      </w:r>
      <w:r>
        <w:t>, which featured a harp, a cow, and two boxing gloves, with the caption:</w:t>
      </w:r>
    </w:p>
    <w:p w14:paraId="70EE0A0B" w14:textId="77777777" w:rsidR="006C4008" w:rsidRDefault="006C4008" w:rsidP="006C4008">
      <w:pPr>
        <w:pStyle w:val="NormalWeb"/>
        <w:ind w:left="720"/>
      </w:pPr>
      <w:r>
        <w:rPr>
          <w:rStyle w:val="Emphasis"/>
          <w:rFonts w:eastAsiaTheme="majorEastAsia"/>
        </w:rPr>
        <w:t>"To reflect both our heritage and our conflict resolution methods."</w:t>
      </w:r>
    </w:p>
    <w:p w14:paraId="77043CA8" w14:textId="77777777" w:rsidR="006C4008" w:rsidRDefault="006C4008" w:rsidP="006C4008">
      <w:pPr>
        <w:pStyle w:val="NormalWeb"/>
        <w:numPr>
          <w:ilvl w:val="0"/>
          <w:numId w:val="16"/>
        </w:numPr>
      </w:pPr>
      <w:r>
        <w:t>And then, a deeply moving set of notes from a nurse in a provincial hospital who had been</w:t>
      </w:r>
      <w:r>
        <w:rPr>
          <w:rStyle w:val="apple-converted-space"/>
        </w:rPr>
        <w:t> </w:t>
      </w:r>
      <w:r>
        <w:rPr>
          <w:rStyle w:val="Strong"/>
        </w:rPr>
        <w:t>reporting mistreatment of elderly patients for years</w:t>
      </w:r>
      <w:r>
        <w:t>, only to be ignored by managers.</w:t>
      </w:r>
      <w:r>
        <w:br/>
        <w:t>Her file was thick, her tone urgent but never bitter.</w:t>
      </w:r>
      <w:r>
        <w:br/>
        <w:t>In that case, our intervention</w:t>
      </w:r>
      <w:r>
        <w:rPr>
          <w:rStyle w:val="apple-converted-space"/>
        </w:rPr>
        <w:t> </w:t>
      </w:r>
      <w:r>
        <w:rPr>
          <w:rStyle w:val="Emphasis"/>
          <w:rFonts w:eastAsiaTheme="majorEastAsia"/>
        </w:rPr>
        <w:t>did</w:t>
      </w:r>
      <w:r>
        <w:rPr>
          <w:rStyle w:val="apple-converted-space"/>
        </w:rPr>
        <w:t> </w:t>
      </w:r>
      <w:r>
        <w:t>help.</w:t>
      </w:r>
      <w:r>
        <w:br/>
        <w:t>And I remember Eithne placing a hand over the folder after we sent our findings out, saying softly:</w:t>
      </w:r>
    </w:p>
    <w:p w14:paraId="7897F230" w14:textId="77777777" w:rsidR="006C4008" w:rsidRDefault="006C4008" w:rsidP="006C4008">
      <w:pPr>
        <w:pStyle w:val="NormalWeb"/>
      </w:pPr>
      <w:r>
        <w:t>“One letter can become a shield if it’s written right.”</w:t>
      </w:r>
    </w:p>
    <w:p w14:paraId="783310B2" w14:textId="77777777" w:rsidR="006C4008" w:rsidRDefault="004220D6" w:rsidP="006C4008">
      <w:r w:rsidRPr="00EB5699">
        <w:rPr>
          <w:noProof/>
        </w:rPr>
        <w:pict w14:anchorId="14B48DEC">
          <v:rect id="_x0000_i1027" alt="" style="width:431.95pt;height:.05pt;mso-width-percent:0;mso-height-percent:0;mso-width-percent:0;mso-height-percent:0" o:hrpct="923" o:hralign="center" o:hrstd="t" o:hr="t" fillcolor="#a0a0a0" stroked="f"/>
        </w:pict>
      </w:r>
    </w:p>
    <w:p w14:paraId="5A148735" w14:textId="77777777" w:rsidR="006C4008" w:rsidRDefault="006C4008" w:rsidP="006C4008">
      <w:pPr>
        <w:pStyle w:val="Heading3"/>
      </w:pPr>
      <w:r>
        <w:rPr>
          <w:rStyle w:val="Strong"/>
          <w:b/>
          <w:bCs/>
        </w:rPr>
        <w:t>The Burnout Behind the Mission</w:t>
      </w:r>
    </w:p>
    <w:p w14:paraId="6093D08C" w14:textId="77777777" w:rsidR="006C4008" w:rsidRDefault="006C4008" w:rsidP="006C4008">
      <w:pPr>
        <w:pStyle w:val="NormalWeb"/>
      </w:pPr>
      <w:r>
        <w:t>But of course, you can’t stare into the civic soul every day without it leaving a mark.</w:t>
      </w:r>
    </w:p>
    <w:p w14:paraId="21B471F6" w14:textId="77777777" w:rsidR="006C4008" w:rsidRDefault="006C4008" w:rsidP="006C4008">
      <w:pPr>
        <w:pStyle w:val="NormalWeb"/>
      </w:pPr>
      <w:r>
        <w:t>There were weeks when the complaints felt like confessions, and we were the unwilling priests — absorbing sorrow without absolution. Staff would take extended lunches, smoke on the roof, or read Kafka aloud just to feel normal.</w:t>
      </w:r>
      <w:r>
        <w:br/>
        <w:t xml:space="preserve">One Christmas, someone hung mistletoe over the complaint intake box. A joke, of course </w:t>
      </w:r>
      <w:r>
        <w:lastRenderedPageBreak/>
        <w:t>— but also a strange kind of hope: that someone, somewhere, might be kissed with kindness by the act of being</w:t>
      </w:r>
      <w:r>
        <w:rPr>
          <w:rStyle w:val="apple-converted-space"/>
        </w:rPr>
        <w:t> </w:t>
      </w:r>
      <w:r>
        <w:rPr>
          <w:rStyle w:val="Emphasis"/>
          <w:rFonts w:eastAsiaTheme="majorEastAsia"/>
        </w:rPr>
        <w:t>heard</w:t>
      </w:r>
      <w:r>
        <w:t>.</w:t>
      </w:r>
    </w:p>
    <w:p w14:paraId="2284C1D0" w14:textId="77777777" w:rsidR="006C4008" w:rsidRDefault="006C4008" w:rsidP="006C4008">
      <w:pPr>
        <w:pStyle w:val="NormalWeb"/>
      </w:pPr>
      <w:r>
        <w:t>And yet — despite the stress, the sadness, the stories that stuck in your ribs — we stayed.</w:t>
      </w:r>
      <w:r>
        <w:br/>
        <w:t>Because sometimes, once in a blue moon, a letter would arrive months later:</w:t>
      </w:r>
    </w:p>
    <w:p w14:paraId="5A0BFB10" w14:textId="77777777" w:rsidR="006C4008" w:rsidRDefault="006C4008" w:rsidP="006C4008">
      <w:pPr>
        <w:pStyle w:val="NormalWeb"/>
      </w:pPr>
      <w:r>
        <w:t>“I don’t know if anything changed, but I feel better. Thank you for writing back.”</w:t>
      </w:r>
    </w:p>
    <w:p w14:paraId="18AB7EFD" w14:textId="77777777" w:rsidR="006C4008" w:rsidRDefault="006C4008" w:rsidP="006C4008">
      <w:pPr>
        <w:pStyle w:val="NormalWeb"/>
      </w:pPr>
      <w:r>
        <w:t>Those were the days you knew the fire was worth it.</w:t>
      </w:r>
    </w:p>
    <w:p w14:paraId="06337227" w14:textId="77777777" w:rsidR="006C4008" w:rsidRDefault="004220D6" w:rsidP="006C4008">
      <w:r w:rsidRPr="00EB5699">
        <w:rPr>
          <w:noProof/>
        </w:rPr>
        <w:pict w14:anchorId="5EDB8C10">
          <v:rect id="_x0000_i1026" alt="" style="width:431.95pt;height:.05pt;mso-width-percent:0;mso-height-percent:0;mso-width-percent:0;mso-height-percent:0" o:hrpct="923" o:hralign="center" o:hrstd="t" o:hr="t" fillcolor="#a0a0a0" stroked="f"/>
        </w:pict>
      </w:r>
    </w:p>
    <w:p w14:paraId="7EAEE528" w14:textId="77777777" w:rsidR="006C4008" w:rsidRDefault="006C4008" w:rsidP="006C4008">
      <w:pPr>
        <w:pStyle w:val="NormalWeb"/>
        <w:rPr>
          <w:color w:val="000000"/>
        </w:rPr>
      </w:pPr>
      <w:r>
        <w:rPr>
          <w:color w:val="000000"/>
        </w:rPr>
        <w:t xml:space="preserve">Ah, a fine choice — and a fitting tempo change as the </w:t>
      </w:r>
      <w:proofErr w:type="spellStart"/>
      <w:r>
        <w:rPr>
          <w:color w:val="000000"/>
        </w:rPr>
        <w:t>dusk</w:t>
      </w:r>
      <w:proofErr w:type="spellEnd"/>
      <w:r>
        <w:rPr>
          <w:color w:val="000000"/>
        </w:rPr>
        <w:t xml:space="preserve"> settles. Let us step gently now, away from the bustle of complaints, newsroom banter, and the cracked teacups of bureaucracy, toward something quieter, more luminous. This is the hush before the end — a space where memories settle like dust on a windowsill, glowing softly in the late light.</w:t>
      </w:r>
    </w:p>
    <w:p w14:paraId="169A2911" w14:textId="77777777" w:rsidR="006C4008" w:rsidRDefault="006C4008" w:rsidP="006C4008">
      <w:pPr>
        <w:pStyle w:val="NormalWeb"/>
        <w:rPr>
          <w:color w:val="000000"/>
        </w:rPr>
      </w:pPr>
      <w:r>
        <w:rPr>
          <w:color w:val="000000"/>
        </w:rPr>
        <w:t>Let us begin.</w:t>
      </w:r>
    </w:p>
    <w:p w14:paraId="33263C7B" w14:textId="77777777" w:rsidR="006C4008" w:rsidRDefault="004220D6" w:rsidP="006C4008">
      <w:r w:rsidRPr="00EB5699">
        <w:rPr>
          <w:noProof/>
        </w:rPr>
        <w:pict w14:anchorId="3B69FD70">
          <v:rect id="_x0000_i1025" alt="" style="width:431.95pt;height:.05pt;mso-width-percent:0;mso-height-percent:0;mso-width-percent:0;mso-height-percent:0" o:hrpct="923" o:hralign="center" o:hrstd="t" o:hr="t" fillcolor="#a0a0a0" stroked="f"/>
        </w:pict>
      </w:r>
    </w:p>
    <w:p w14:paraId="5CEB0336" w14:textId="77777777" w:rsidR="006C4008" w:rsidRDefault="006C4008" w:rsidP="006C4008">
      <w:pPr>
        <w:pStyle w:val="Heading3"/>
        <w:rPr>
          <w:color w:val="000000"/>
        </w:rPr>
      </w:pPr>
      <w:r>
        <w:rPr>
          <w:rStyle w:val="Strong"/>
          <w:b/>
          <w:bCs/>
          <w:color w:val="000000"/>
        </w:rPr>
        <w:t>Part VII – Ink, Fire, and Footnotes</w:t>
      </w:r>
    </w:p>
    <w:p w14:paraId="3EE7283A" w14:textId="77777777" w:rsidR="006C4008" w:rsidRDefault="006C4008" w:rsidP="006C4008">
      <w:pPr>
        <w:pStyle w:val="Heading4"/>
        <w:rPr>
          <w:color w:val="000000"/>
        </w:rPr>
      </w:pPr>
      <w:r>
        <w:rPr>
          <w:rStyle w:val="Strong"/>
          <w:b/>
          <w:bCs/>
          <w:color w:val="000000"/>
        </w:rPr>
        <w:t>The Last Fire</w:t>
      </w:r>
    </w:p>
    <w:p w14:paraId="44FF0B57" w14:textId="77777777" w:rsidR="006C4008" w:rsidRDefault="006C4008" w:rsidP="006C4008">
      <w:pPr>
        <w:pStyle w:val="NormalWeb"/>
        <w:rPr>
          <w:color w:val="000000"/>
        </w:rPr>
      </w:pPr>
      <w:r>
        <w:rPr>
          <w:color w:val="000000"/>
        </w:rPr>
        <w:t>It came slowly, this stillness.</w:t>
      </w:r>
    </w:p>
    <w:p w14:paraId="0762F362" w14:textId="77777777" w:rsidR="006C4008" w:rsidRDefault="006C4008" w:rsidP="006C4008">
      <w:pPr>
        <w:pStyle w:val="NormalWeb"/>
        <w:rPr>
          <w:color w:val="000000"/>
        </w:rPr>
      </w:pPr>
      <w:r>
        <w:rPr>
          <w:color w:val="000000"/>
        </w:rPr>
        <w:t xml:space="preserve">Not as a dramatic turning point or cinematic fade to black, but like dusk creeping over the back garden — unnoticed at first, until you glance up and </w:t>
      </w:r>
      <w:proofErr w:type="spellStart"/>
      <w:r>
        <w:rPr>
          <w:color w:val="000000"/>
        </w:rPr>
        <w:t>realise</w:t>
      </w:r>
      <w:proofErr w:type="spellEnd"/>
      <w:r>
        <w:rPr>
          <w:color w:val="000000"/>
        </w:rPr>
        <w:t xml:space="preserve"> the world has changed </w:t>
      </w:r>
      <w:proofErr w:type="spellStart"/>
      <w:r>
        <w:rPr>
          <w:color w:val="000000"/>
        </w:rPr>
        <w:t>colour</w:t>
      </w:r>
      <w:proofErr w:type="spellEnd"/>
      <w:r>
        <w:rPr>
          <w:color w:val="000000"/>
        </w:rPr>
        <w:t>. The long road behind had been noisy, full of crossings and collisions: laughter, revolution, heartbreak, and uninvited reckonings. But now? Now came the slow warmth of something simpler, and perhaps stranger.</w:t>
      </w:r>
    </w:p>
    <w:p w14:paraId="7A1FA3DB" w14:textId="77777777" w:rsidR="006C4008" w:rsidRDefault="006C4008" w:rsidP="006C4008">
      <w:pPr>
        <w:pStyle w:val="NormalWeb"/>
        <w:rPr>
          <w:color w:val="000000"/>
        </w:rPr>
      </w:pPr>
      <w:r>
        <w:rPr>
          <w:color w:val="000000"/>
        </w:rPr>
        <w:t>I no longer wrote things down with the same urgency.</w:t>
      </w:r>
    </w:p>
    <w:p w14:paraId="2ADDFDAC" w14:textId="77777777" w:rsidR="006C4008" w:rsidRDefault="006C4008" w:rsidP="006C4008">
      <w:pPr>
        <w:pStyle w:val="NormalWeb"/>
        <w:rPr>
          <w:color w:val="000000"/>
        </w:rPr>
      </w:pPr>
      <w:r>
        <w:rPr>
          <w:color w:val="000000"/>
        </w:rPr>
        <w:t>My notebooks, once fierce and overstuffed with stories, lay dormant in drawers like sleeping dogs. There had been a time I’d scramble for a pen in cafés, on buses, in ferry queues and kitchens, desperate to catch a phrase before it fled. But the stories had slowed their chase. Not because there were fewer of them — but because I had stopped trying to pin them down. The urge to</w:t>
      </w:r>
      <w:r>
        <w:rPr>
          <w:rStyle w:val="apple-converted-space"/>
          <w:rFonts w:eastAsiaTheme="majorEastAsia"/>
          <w:color w:val="000000"/>
        </w:rPr>
        <w:t> </w:t>
      </w:r>
      <w:r>
        <w:rPr>
          <w:rStyle w:val="Emphasis"/>
          <w:rFonts w:eastAsiaTheme="majorEastAsia"/>
          <w:color w:val="000000"/>
        </w:rPr>
        <w:t>possess</w:t>
      </w:r>
      <w:r>
        <w:rPr>
          <w:rStyle w:val="apple-converted-space"/>
          <w:rFonts w:eastAsiaTheme="majorEastAsia"/>
          <w:color w:val="000000"/>
        </w:rPr>
        <w:t> </w:t>
      </w:r>
      <w:r>
        <w:rPr>
          <w:color w:val="000000"/>
        </w:rPr>
        <w:t>the moment had softened into a willingness to</w:t>
      </w:r>
      <w:r>
        <w:rPr>
          <w:rStyle w:val="apple-converted-space"/>
          <w:rFonts w:eastAsiaTheme="majorEastAsia"/>
          <w:color w:val="000000"/>
        </w:rPr>
        <w:t> </w:t>
      </w:r>
      <w:r>
        <w:rPr>
          <w:rStyle w:val="Emphasis"/>
          <w:rFonts w:eastAsiaTheme="majorEastAsia"/>
          <w:color w:val="000000"/>
        </w:rPr>
        <w:t>sit with it</w:t>
      </w:r>
      <w:r>
        <w:rPr>
          <w:color w:val="000000"/>
        </w:rPr>
        <w:t>.</w:t>
      </w:r>
    </w:p>
    <w:p w14:paraId="215985BB" w14:textId="77777777" w:rsidR="006C4008" w:rsidRDefault="006C4008" w:rsidP="006C4008">
      <w:pPr>
        <w:pStyle w:val="NormalWeb"/>
        <w:rPr>
          <w:color w:val="000000"/>
        </w:rPr>
      </w:pPr>
      <w:r>
        <w:rPr>
          <w:color w:val="000000"/>
        </w:rPr>
        <w:t>As I mentioned before, in that murky in-between — where nothing is certain, but everything matters — I stopped making plans.</w:t>
      </w:r>
    </w:p>
    <w:p w14:paraId="026C0D09" w14:textId="77777777" w:rsidR="006C4008" w:rsidRDefault="006C4008" w:rsidP="006C4008">
      <w:pPr>
        <w:pStyle w:val="NormalWeb"/>
        <w:rPr>
          <w:color w:val="000000"/>
        </w:rPr>
      </w:pPr>
      <w:r>
        <w:rPr>
          <w:color w:val="000000"/>
        </w:rPr>
        <w:lastRenderedPageBreak/>
        <w:t>I started making peace.</w:t>
      </w:r>
    </w:p>
    <w:p w14:paraId="063CCB4B" w14:textId="77777777" w:rsidR="006C4008" w:rsidRDefault="006C4008" w:rsidP="006C4008">
      <w:pPr>
        <w:pStyle w:val="NormalWeb"/>
        <w:rPr>
          <w:color w:val="000000"/>
        </w:rPr>
      </w:pPr>
      <w:r>
        <w:rPr>
          <w:color w:val="000000"/>
        </w:rPr>
        <w:t>With the lives I could not live.</w:t>
      </w:r>
      <w:r>
        <w:rPr>
          <w:color w:val="000000"/>
        </w:rPr>
        <w:br/>
        <w:t>With the people I could not save.</w:t>
      </w:r>
      <w:r>
        <w:rPr>
          <w:color w:val="000000"/>
        </w:rPr>
        <w:br/>
        <w:t>With the stories I could not finish, or could only finish by walking away from them.</w:t>
      </w:r>
    </w:p>
    <w:p w14:paraId="654FB87D" w14:textId="77777777" w:rsidR="006C4008" w:rsidRDefault="006C4008" w:rsidP="006C4008">
      <w:pPr>
        <w:pStyle w:val="NormalWeb"/>
        <w:rPr>
          <w:color w:val="000000"/>
        </w:rPr>
      </w:pPr>
      <w:r>
        <w:rPr>
          <w:color w:val="000000"/>
        </w:rPr>
        <w:t>Peace, I’ve learned, isn’t the absence of noise. It’s the willingness to stop turning every noise into meaning. To let the music fade. To allow the stage to dim.</w:t>
      </w:r>
    </w:p>
    <w:p w14:paraId="57C8C9A0" w14:textId="16AC95CD" w:rsidR="006C4008" w:rsidRPr="006C4008" w:rsidRDefault="006C4008" w:rsidP="006C4008">
      <w:pPr>
        <w:pStyle w:val="NormalWeb"/>
        <w:rPr>
          <w:color w:val="000000"/>
        </w:rPr>
      </w:pPr>
      <w:r>
        <w:rPr>
          <w:color w:val="000000"/>
        </w:rPr>
        <w:t>And yet, I do not speak of resignation.</w:t>
      </w:r>
      <w:r>
        <w:rPr>
          <w:color w:val="000000"/>
        </w:rPr>
        <w:br/>
        <w:t>I speak of return.</w:t>
      </w:r>
    </w:p>
    <w:p w14:paraId="4CEBE5C7" w14:textId="77777777" w:rsidR="006C4008" w:rsidRDefault="006C4008" w:rsidP="006C4008">
      <w:pPr>
        <w:pStyle w:val="Heading4"/>
        <w:rPr>
          <w:color w:val="000000"/>
        </w:rPr>
      </w:pPr>
      <w:r>
        <w:rPr>
          <w:rStyle w:val="Strong"/>
          <w:b/>
          <w:bCs/>
          <w:color w:val="000000"/>
        </w:rPr>
        <w:t>Ghost Light</w:t>
      </w:r>
    </w:p>
    <w:p w14:paraId="10DAD74A" w14:textId="77777777" w:rsidR="006C4008" w:rsidRDefault="006C4008" w:rsidP="006C4008">
      <w:pPr>
        <w:pStyle w:val="NormalWeb"/>
        <w:rPr>
          <w:color w:val="000000"/>
        </w:rPr>
      </w:pPr>
      <w:r>
        <w:rPr>
          <w:color w:val="000000"/>
        </w:rPr>
        <w:t>In old theatres, there’s a tradition.</w:t>
      </w:r>
      <w:r>
        <w:rPr>
          <w:color w:val="000000"/>
        </w:rPr>
        <w:br/>
        <w:t>After the final curtain falls, and the audience has gone, a single bulb is left burning onstage overnight — called the</w:t>
      </w:r>
      <w:r>
        <w:rPr>
          <w:rStyle w:val="apple-converted-space"/>
          <w:rFonts w:eastAsiaTheme="majorEastAsia"/>
          <w:color w:val="000000"/>
        </w:rPr>
        <w:t> </w:t>
      </w:r>
      <w:r>
        <w:rPr>
          <w:rStyle w:val="Emphasis"/>
          <w:rFonts w:eastAsiaTheme="majorEastAsia"/>
          <w:color w:val="000000"/>
        </w:rPr>
        <w:t>ghost light</w:t>
      </w:r>
      <w:r>
        <w:rPr>
          <w:color w:val="000000"/>
        </w:rPr>
        <w:t>. A promise to the spirits of performance, and a gesture to whatever remains after the story ends.</w:t>
      </w:r>
    </w:p>
    <w:p w14:paraId="3681FD1D" w14:textId="77777777" w:rsidR="006C4008" w:rsidRDefault="006C4008" w:rsidP="006C4008">
      <w:pPr>
        <w:pStyle w:val="NormalWeb"/>
        <w:rPr>
          <w:color w:val="000000"/>
        </w:rPr>
      </w:pPr>
      <w:r>
        <w:rPr>
          <w:color w:val="000000"/>
        </w:rPr>
        <w:t>This book, this patchwork of road and memory, laughter and ruckus — this is my ghost light.</w:t>
      </w:r>
      <w:r>
        <w:rPr>
          <w:color w:val="000000"/>
        </w:rPr>
        <w:br/>
        <w:t>Left burning not for attention, or applause, but for presence. For whatever ghost might still be listening.</w:t>
      </w:r>
    </w:p>
    <w:p w14:paraId="33D80319" w14:textId="77777777" w:rsidR="006C4008" w:rsidRDefault="006C4008" w:rsidP="006C4008">
      <w:pPr>
        <w:pStyle w:val="NormalWeb"/>
        <w:rPr>
          <w:color w:val="000000"/>
        </w:rPr>
      </w:pPr>
      <w:r>
        <w:rPr>
          <w:color w:val="000000"/>
        </w:rPr>
        <w:t>For</w:t>
      </w:r>
      <w:r>
        <w:rPr>
          <w:rStyle w:val="apple-converted-space"/>
          <w:rFonts w:eastAsiaTheme="majorEastAsia"/>
          <w:color w:val="000000"/>
        </w:rPr>
        <w:t> </w:t>
      </w:r>
      <w:r>
        <w:rPr>
          <w:rStyle w:val="Emphasis"/>
          <w:rFonts w:eastAsiaTheme="majorEastAsia"/>
          <w:color w:val="000000"/>
        </w:rPr>
        <w:t>you</w:t>
      </w:r>
      <w:r>
        <w:rPr>
          <w:rStyle w:val="apple-converted-space"/>
          <w:rFonts w:eastAsiaTheme="majorEastAsia"/>
          <w:color w:val="000000"/>
        </w:rPr>
        <w:t> </w:t>
      </w:r>
      <w:r>
        <w:rPr>
          <w:color w:val="000000"/>
        </w:rPr>
        <w:t>— who followed me this far.</w:t>
      </w:r>
    </w:p>
    <w:p w14:paraId="00FBAD74" w14:textId="77777777" w:rsidR="006C4008" w:rsidRDefault="006C4008" w:rsidP="006C4008">
      <w:pPr>
        <w:pStyle w:val="NormalWeb"/>
        <w:rPr>
          <w:color w:val="000000"/>
        </w:rPr>
      </w:pPr>
      <w:r>
        <w:rPr>
          <w:color w:val="000000"/>
        </w:rPr>
        <w:t>There are no great conclusions here, no manifestos.</w:t>
      </w:r>
      <w:r>
        <w:rPr>
          <w:color w:val="000000"/>
        </w:rPr>
        <w:br/>
        <w:t>No TED talk summary with bullet points on how to live.</w:t>
      </w:r>
      <w:r>
        <w:rPr>
          <w:color w:val="000000"/>
        </w:rPr>
        <w:br/>
        <w:t>Only this:</w:t>
      </w:r>
    </w:p>
    <w:p w14:paraId="5239E6AC" w14:textId="77777777" w:rsidR="006C4008" w:rsidRDefault="006C4008" w:rsidP="006C4008">
      <w:pPr>
        <w:pStyle w:val="NormalWeb"/>
        <w:rPr>
          <w:color w:val="000000"/>
        </w:rPr>
      </w:pPr>
      <w:r>
        <w:rPr>
          <w:color w:val="000000"/>
        </w:rPr>
        <w:t>I am still here.</w:t>
      </w:r>
    </w:p>
    <w:p w14:paraId="125342C8" w14:textId="77777777" w:rsidR="006C4008" w:rsidRDefault="006C4008" w:rsidP="006C4008">
      <w:pPr>
        <w:pStyle w:val="NormalWeb"/>
        <w:rPr>
          <w:color w:val="000000"/>
        </w:rPr>
      </w:pPr>
      <w:r>
        <w:rPr>
          <w:color w:val="000000"/>
        </w:rPr>
        <w:t>Older, quieter, but not quite tamed.</w:t>
      </w:r>
      <w:r>
        <w:rPr>
          <w:color w:val="000000"/>
        </w:rPr>
        <w:br/>
        <w:t xml:space="preserve">Sitting now before the fire — not the blaze of early days, but </w:t>
      </w:r>
      <w:proofErr w:type="spellStart"/>
      <w:r>
        <w:rPr>
          <w:color w:val="000000"/>
        </w:rPr>
        <w:t>its</w:t>
      </w:r>
      <w:proofErr w:type="spellEnd"/>
      <w:r>
        <w:rPr>
          <w:color w:val="000000"/>
        </w:rPr>
        <w:t xml:space="preserve"> warm echo in coals. The kind of fire you lean toward not for heat, but for memory. The kind of fire that doesn’t roar, but listens.</w:t>
      </w:r>
    </w:p>
    <w:p w14:paraId="1F35BFFC" w14:textId="75FB909E" w:rsidR="006C4008" w:rsidRDefault="006C4008" w:rsidP="006C4008"/>
    <w:p w14:paraId="6C12EB67" w14:textId="77777777" w:rsidR="006C4008" w:rsidRDefault="006C4008" w:rsidP="006C4008">
      <w:pPr>
        <w:pStyle w:val="Heading4"/>
        <w:rPr>
          <w:color w:val="000000"/>
        </w:rPr>
      </w:pPr>
      <w:r>
        <w:rPr>
          <w:rStyle w:val="Strong"/>
          <w:b/>
          <w:bCs/>
          <w:color w:val="000000"/>
        </w:rPr>
        <w:t>Steady Thinking</w:t>
      </w:r>
    </w:p>
    <w:p w14:paraId="2CDDCBD9" w14:textId="77777777" w:rsidR="006C4008" w:rsidRDefault="006C4008" w:rsidP="006C4008">
      <w:pPr>
        <w:pStyle w:val="NormalWeb"/>
        <w:rPr>
          <w:color w:val="000000"/>
        </w:rPr>
      </w:pPr>
      <w:r>
        <w:rPr>
          <w:color w:val="000000"/>
        </w:rPr>
        <w:t>And so, I find myself looking not forward, but inward.</w:t>
      </w:r>
    </w:p>
    <w:p w14:paraId="53E22038" w14:textId="77777777" w:rsidR="006C4008" w:rsidRDefault="006C4008" w:rsidP="006C4008">
      <w:pPr>
        <w:pStyle w:val="NormalWeb"/>
        <w:rPr>
          <w:color w:val="000000"/>
        </w:rPr>
      </w:pPr>
      <w:r>
        <w:rPr>
          <w:color w:val="000000"/>
        </w:rPr>
        <w:t>Steady thinking.</w:t>
      </w:r>
      <w:r>
        <w:rPr>
          <w:color w:val="000000"/>
        </w:rPr>
        <w:br/>
        <w:t>That’s what I call it now.</w:t>
      </w:r>
      <w:r>
        <w:rPr>
          <w:color w:val="000000"/>
        </w:rPr>
        <w:br/>
        <w:t xml:space="preserve">The opposite of panic, of scramble, of youthful urgency. It’s the space in which things </w:t>
      </w:r>
      <w:r>
        <w:rPr>
          <w:color w:val="000000"/>
        </w:rPr>
        <w:lastRenderedPageBreak/>
        <w:t>rise unbidden — old songs, dead friends, unfinished jokes. Even regrets feel manageable here, less like wounds and more like old scars I can trace without pain.</w:t>
      </w:r>
    </w:p>
    <w:p w14:paraId="24FADCC3" w14:textId="77777777" w:rsidR="006C4008" w:rsidRDefault="006C4008" w:rsidP="006C4008">
      <w:pPr>
        <w:pStyle w:val="NormalWeb"/>
        <w:rPr>
          <w:color w:val="000000"/>
        </w:rPr>
      </w:pPr>
      <w:r>
        <w:rPr>
          <w:color w:val="000000"/>
        </w:rPr>
        <w:t>Sometimes I picture the many selves I’ve been — the long-haired kid with the guitar case and nervous dreams; the slightly arrogant young man marching down foreign roads with a head full of plans; the tired soul scribbling under the flickering lights of public service offices; and the man now, who sits mostly still, but hears everything.</w:t>
      </w:r>
    </w:p>
    <w:p w14:paraId="46F3E534" w14:textId="77777777" w:rsidR="006C4008" w:rsidRDefault="006C4008" w:rsidP="006C4008">
      <w:pPr>
        <w:pStyle w:val="NormalWeb"/>
        <w:rPr>
          <w:color w:val="000000"/>
        </w:rPr>
      </w:pPr>
      <w:r>
        <w:rPr>
          <w:color w:val="000000"/>
        </w:rPr>
        <w:t>I do not mourn the past. I’ve lived it too richly to reduce it to nostalgia.</w:t>
      </w:r>
      <w:r>
        <w:rPr>
          <w:color w:val="000000"/>
        </w:rPr>
        <w:br/>
        <w:t>But I tend it now, like a garden.</w:t>
      </w:r>
    </w:p>
    <w:p w14:paraId="15ACD6DB" w14:textId="77777777" w:rsidR="006C4008" w:rsidRDefault="006C4008" w:rsidP="006C4008">
      <w:pPr>
        <w:pStyle w:val="NormalWeb"/>
        <w:rPr>
          <w:color w:val="000000"/>
        </w:rPr>
      </w:pPr>
      <w:r>
        <w:rPr>
          <w:color w:val="000000"/>
        </w:rPr>
        <w:t>And soon, when the time is right, I will let the gate swing open and walk away from it.</w:t>
      </w:r>
    </w:p>
    <w:p w14:paraId="691FA956" w14:textId="4890B4D9" w:rsidR="00F570B6" w:rsidRDefault="00F570B6" w:rsidP="00F570B6">
      <w:pPr>
        <w:spacing w:after="200" w:line="276" w:lineRule="auto"/>
      </w:pPr>
    </w:p>
    <w:p w14:paraId="0286C88B" w14:textId="77777777" w:rsidR="00D61D3D" w:rsidRPr="00E246CC" w:rsidRDefault="00D61D3D"/>
    <w:sectPr w:rsidR="00D61D3D" w:rsidRPr="00E246C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pitch w:val="fixed"/>
    <w:sig w:usb0="E0002AFF" w:usb1="C0007843" w:usb2="00000009" w:usb3="00000000" w:csb0="000001FF" w:csb1="00000000"/>
  </w:font>
  <w:font w:name="-webkit-standard">
    <w:altName w:val="Cambria"/>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F0701D"/>
    <w:multiLevelType w:val="multilevel"/>
    <w:tmpl w:val="BEA8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D40156"/>
    <w:multiLevelType w:val="multilevel"/>
    <w:tmpl w:val="F3A6D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680130"/>
    <w:multiLevelType w:val="multilevel"/>
    <w:tmpl w:val="845C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4529B"/>
    <w:multiLevelType w:val="multilevel"/>
    <w:tmpl w:val="B0E4B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FF6B81"/>
    <w:multiLevelType w:val="multilevel"/>
    <w:tmpl w:val="19C4C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4F491F"/>
    <w:multiLevelType w:val="multilevel"/>
    <w:tmpl w:val="C822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993854"/>
    <w:multiLevelType w:val="multilevel"/>
    <w:tmpl w:val="46CA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579600">
    <w:abstractNumId w:val="8"/>
  </w:num>
  <w:num w:numId="2" w16cid:durableId="1804957413">
    <w:abstractNumId w:val="6"/>
  </w:num>
  <w:num w:numId="3" w16cid:durableId="210698387">
    <w:abstractNumId w:val="5"/>
  </w:num>
  <w:num w:numId="4" w16cid:durableId="1554345871">
    <w:abstractNumId w:val="4"/>
  </w:num>
  <w:num w:numId="5" w16cid:durableId="1282571239">
    <w:abstractNumId w:val="7"/>
  </w:num>
  <w:num w:numId="6" w16cid:durableId="1585147370">
    <w:abstractNumId w:val="3"/>
  </w:num>
  <w:num w:numId="7" w16cid:durableId="808130533">
    <w:abstractNumId w:val="2"/>
  </w:num>
  <w:num w:numId="8" w16cid:durableId="972834730">
    <w:abstractNumId w:val="1"/>
  </w:num>
  <w:num w:numId="9" w16cid:durableId="592739784">
    <w:abstractNumId w:val="0"/>
  </w:num>
  <w:num w:numId="10" w16cid:durableId="1952664536">
    <w:abstractNumId w:val="13"/>
  </w:num>
  <w:num w:numId="11" w16cid:durableId="629089208">
    <w:abstractNumId w:val="15"/>
  </w:num>
  <w:num w:numId="12" w16cid:durableId="1411077242">
    <w:abstractNumId w:val="10"/>
  </w:num>
  <w:num w:numId="13" w16cid:durableId="763114178">
    <w:abstractNumId w:val="12"/>
  </w:num>
  <w:num w:numId="14" w16cid:durableId="315375109">
    <w:abstractNumId w:val="11"/>
  </w:num>
  <w:num w:numId="15" w16cid:durableId="231431628">
    <w:abstractNumId w:val="9"/>
  </w:num>
  <w:num w:numId="16" w16cid:durableId="7207858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B1C"/>
    <w:rsid w:val="00034616"/>
    <w:rsid w:val="0006063C"/>
    <w:rsid w:val="0006689C"/>
    <w:rsid w:val="000A5D8F"/>
    <w:rsid w:val="000B3DE3"/>
    <w:rsid w:val="000C4095"/>
    <w:rsid w:val="000E7268"/>
    <w:rsid w:val="000F0C23"/>
    <w:rsid w:val="00131E75"/>
    <w:rsid w:val="0015074B"/>
    <w:rsid w:val="001616D1"/>
    <w:rsid w:val="00162A26"/>
    <w:rsid w:val="00180AB4"/>
    <w:rsid w:val="00194FB1"/>
    <w:rsid w:val="001972E7"/>
    <w:rsid w:val="00197508"/>
    <w:rsid w:val="001A177D"/>
    <w:rsid w:val="001E2778"/>
    <w:rsid w:val="00200A16"/>
    <w:rsid w:val="00200A9E"/>
    <w:rsid w:val="0022136F"/>
    <w:rsid w:val="00235CE6"/>
    <w:rsid w:val="00272133"/>
    <w:rsid w:val="002823B4"/>
    <w:rsid w:val="00283A55"/>
    <w:rsid w:val="00284B9E"/>
    <w:rsid w:val="00294A8B"/>
    <w:rsid w:val="0029639D"/>
    <w:rsid w:val="0029788B"/>
    <w:rsid w:val="002A1387"/>
    <w:rsid w:val="002A21C1"/>
    <w:rsid w:val="002B1EF9"/>
    <w:rsid w:val="00326F90"/>
    <w:rsid w:val="0033080F"/>
    <w:rsid w:val="00333E71"/>
    <w:rsid w:val="003815EB"/>
    <w:rsid w:val="003A1014"/>
    <w:rsid w:val="003B7F44"/>
    <w:rsid w:val="003C2341"/>
    <w:rsid w:val="003D24AF"/>
    <w:rsid w:val="003D2D59"/>
    <w:rsid w:val="00421590"/>
    <w:rsid w:val="004220D6"/>
    <w:rsid w:val="004403B6"/>
    <w:rsid w:val="004475B1"/>
    <w:rsid w:val="0046435F"/>
    <w:rsid w:val="00471F34"/>
    <w:rsid w:val="00476F04"/>
    <w:rsid w:val="00482700"/>
    <w:rsid w:val="004908A0"/>
    <w:rsid w:val="00494B4A"/>
    <w:rsid w:val="004A2520"/>
    <w:rsid w:val="004C4AB2"/>
    <w:rsid w:val="004C7307"/>
    <w:rsid w:val="004D296A"/>
    <w:rsid w:val="004F7EB2"/>
    <w:rsid w:val="005018DB"/>
    <w:rsid w:val="00512A41"/>
    <w:rsid w:val="005324DA"/>
    <w:rsid w:val="00533A07"/>
    <w:rsid w:val="00553F37"/>
    <w:rsid w:val="005677A9"/>
    <w:rsid w:val="005836D0"/>
    <w:rsid w:val="00586FCE"/>
    <w:rsid w:val="00587DB4"/>
    <w:rsid w:val="005C1A60"/>
    <w:rsid w:val="00602D83"/>
    <w:rsid w:val="006217C0"/>
    <w:rsid w:val="00627874"/>
    <w:rsid w:val="00642385"/>
    <w:rsid w:val="006563C8"/>
    <w:rsid w:val="00662C86"/>
    <w:rsid w:val="006805E5"/>
    <w:rsid w:val="006A4F73"/>
    <w:rsid w:val="006B1A22"/>
    <w:rsid w:val="006C4008"/>
    <w:rsid w:val="006C55F0"/>
    <w:rsid w:val="006E3074"/>
    <w:rsid w:val="006E584E"/>
    <w:rsid w:val="006F10A7"/>
    <w:rsid w:val="00703941"/>
    <w:rsid w:val="00715974"/>
    <w:rsid w:val="00715C1C"/>
    <w:rsid w:val="00720921"/>
    <w:rsid w:val="00722FDE"/>
    <w:rsid w:val="0072537E"/>
    <w:rsid w:val="00727EF9"/>
    <w:rsid w:val="00735722"/>
    <w:rsid w:val="00771470"/>
    <w:rsid w:val="00781E7C"/>
    <w:rsid w:val="007845D9"/>
    <w:rsid w:val="0078504A"/>
    <w:rsid w:val="007B2E0B"/>
    <w:rsid w:val="007D19DD"/>
    <w:rsid w:val="00804746"/>
    <w:rsid w:val="00815340"/>
    <w:rsid w:val="008266BD"/>
    <w:rsid w:val="008408D6"/>
    <w:rsid w:val="00844369"/>
    <w:rsid w:val="0085544A"/>
    <w:rsid w:val="0085603D"/>
    <w:rsid w:val="008621BA"/>
    <w:rsid w:val="0086224D"/>
    <w:rsid w:val="00866C25"/>
    <w:rsid w:val="0087120C"/>
    <w:rsid w:val="00875B77"/>
    <w:rsid w:val="00897DB2"/>
    <w:rsid w:val="008B3C2E"/>
    <w:rsid w:val="008F32A3"/>
    <w:rsid w:val="00914561"/>
    <w:rsid w:val="00953C54"/>
    <w:rsid w:val="00967739"/>
    <w:rsid w:val="00980846"/>
    <w:rsid w:val="0098299B"/>
    <w:rsid w:val="00983D58"/>
    <w:rsid w:val="0098633C"/>
    <w:rsid w:val="00991EAB"/>
    <w:rsid w:val="0099430C"/>
    <w:rsid w:val="009A5B31"/>
    <w:rsid w:val="009A727C"/>
    <w:rsid w:val="009C3006"/>
    <w:rsid w:val="009F5AB2"/>
    <w:rsid w:val="00A3715F"/>
    <w:rsid w:val="00A60DFB"/>
    <w:rsid w:val="00A9196C"/>
    <w:rsid w:val="00A92AE1"/>
    <w:rsid w:val="00AA1D8D"/>
    <w:rsid w:val="00AA38B2"/>
    <w:rsid w:val="00AA7769"/>
    <w:rsid w:val="00AB790B"/>
    <w:rsid w:val="00AD0A41"/>
    <w:rsid w:val="00AD5A9B"/>
    <w:rsid w:val="00AE4A72"/>
    <w:rsid w:val="00AF6A0E"/>
    <w:rsid w:val="00AF6BD1"/>
    <w:rsid w:val="00B35793"/>
    <w:rsid w:val="00B47730"/>
    <w:rsid w:val="00B5023C"/>
    <w:rsid w:val="00B86B31"/>
    <w:rsid w:val="00BA7993"/>
    <w:rsid w:val="00BC5B6C"/>
    <w:rsid w:val="00BD4061"/>
    <w:rsid w:val="00C05AE2"/>
    <w:rsid w:val="00C12E35"/>
    <w:rsid w:val="00C249DA"/>
    <w:rsid w:val="00C32329"/>
    <w:rsid w:val="00C62D6B"/>
    <w:rsid w:val="00C744AA"/>
    <w:rsid w:val="00C87F63"/>
    <w:rsid w:val="00CB0664"/>
    <w:rsid w:val="00CC5C40"/>
    <w:rsid w:val="00CF2605"/>
    <w:rsid w:val="00D10BF3"/>
    <w:rsid w:val="00D23850"/>
    <w:rsid w:val="00D507E0"/>
    <w:rsid w:val="00D52064"/>
    <w:rsid w:val="00D61D3D"/>
    <w:rsid w:val="00D66A40"/>
    <w:rsid w:val="00D708AD"/>
    <w:rsid w:val="00DA37F2"/>
    <w:rsid w:val="00DB3EFC"/>
    <w:rsid w:val="00DD1BC5"/>
    <w:rsid w:val="00DE7467"/>
    <w:rsid w:val="00E079E9"/>
    <w:rsid w:val="00E21F9C"/>
    <w:rsid w:val="00E246CC"/>
    <w:rsid w:val="00E624FF"/>
    <w:rsid w:val="00E647C8"/>
    <w:rsid w:val="00E64D07"/>
    <w:rsid w:val="00E80997"/>
    <w:rsid w:val="00E9175E"/>
    <w:rsid w:val="00E94986"/>
    <w:rsid w:val="00EB7295"/>
    <w:rsid w:val="00EC602B"/>
    <w:rsid w:val="00EE42DA"/>
    <w:rsid w:val="00F05D13"/>
    <w:rsid w:val="00F5023B"/>
    <w:rsid w:val="00F508A5"/>
    <w:rsid w:val="00F54D60"/>
    <w:rsid w:val="00F570B6"/>
    <w:rsid w:val="00F7250D"/>
    <w:rsid w:val="00F85CEF"/>
    <w:rsid w:val="00F93EF5"/>
    <w:rsid w:val="00F96672"/>
    <w:rsid w:val="00FA7586"/>
    <w:rsid w:val="00FB6CDF"/>
    <w:rsid w:val="00FC693F"/>
    <w:rsid w:val="00FD0C8D"/>
    <w:rsid w:val="00FF2AB9"/>
    <w:rsid w:val="00FF31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B23859"/>
  <w14:defaultImageDpi w14:val="300"/>
  <w15:docId w15:val="{439FB3FD-95AD-3E4C-AF6A-9C841AA12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B9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C693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4F81BD" w:themeColor="accent1"/>
      <w:szCs w:val="22"/>
    </w:rPr>
  </w:style>
  <w:style w:type="paragraph" w:styleId="Heading4">
    <w:name w:val="heading 4"/>
    <w:basedOn w:val="Normal"/>
    <w:next w:val="Normal"/>
    <w:link w:val="Heading4Char"/>
    <w:uiPriority w:val="9"/>
    <w:semiHidden/>
    <w:unhideWhenUsed/>
    <w:qFormat/>
    <w:rsid w:val="00FC693F"/>
    <w:pPr>
      <w:keepNext/>
      <w:keepLines/>
      <w:spacing w:before="200" w:line="276" w:lineRule="auto"/>
      <w:outlineLvl w:val="3"/>
    </w:pPr>
    <w:rPr>
      <w:rFonts w:asciiTheme="majorHAnsi" w:eastAsiaTheme="majorEastAsia" w:hAnsiTheme="majorHAnsi" w:cstheme="majorBidi"/>
      <w:b/>
      <w:bCs/>
      <w:i/>
      <w:iCs/>
      <w:color w:val="4F81BD" w:themeColor="accent1"/>
      <w:szCs w:val="22"/>
    </w:rPr>
  </w:style>
  <w:style w:type="paragraph" w:styleId="Heading5">
    <w:name w:val="heading 5"/>
    <w:basedOn w:val="Normal"/>
    <w:next w:val="Normal"/>
    <w:link w:val="Heading5Char"/>
    <w:uiPriority w:val="9"/>
    <w:semiHidden/>
    <w:unhideWhenUsed/>
    <w:qFormat/>
    <w:rsid w:val="00FC693F"/>
    <w:pPr>
      <w:keepNext/>
      <w:keepLines/>
      <w:spacing w:before="200" w:line="276" w:lineRule="auto"/>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iPriority w:val="9"/>
    <w:semiHidden/>
    <w:unhideWhenUsed/>
    <w:qFormat/>
    <w:rsid w:val="00FC693F"/>
    <w:pPr>
      <w:keepNext/>
      <w:keepLines/>
      <w:spacing w:before="200" w:line="276" w:lineRule="auto"/>
      <w:outlineLvl w:val="5"/>
    </w:pPr>
    <w:rPr>
      <w:rFonts w:asciiTheme="majorHAnsi" w:eastAsiaTheme="majorEastAsia" w:hAnsiTheme="majorHAnsi" w:cstheme="majorBidi"/>
      <w:i/>
      <w:iCs/>
      <w:color w:val="243F60" w:themeColor="accent1" w:themeShade="7F"/>
      <w:szCs w:val="22"/>
    </w:rPr>
  </w:style>
  <w:style w:type="paragraph" w:styleId="Heading7">
    <w:name w:val="heading 7"/>
    <w:basedOn w:val="Normal"/>
    <w:next w:val="Normal"/>
    <w:link w:val="Heading7Char"/>
    <w:uiPriority w:val="9"/>
    <w:semiHidden/>
    <w:unhideWhenUsed/>
    <w:qFormat/>
    <w:rsid w:val="00FC693F"/>
    <w:pPr>
      <w:keepNext/>
      <w:keepLines/>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uiPriority w:val="9"/>
    <w:semiHidden/>
    <w:unhideWhenUsed/>
    <w:qFormat/>
    <w:rsid w:val="00FC693F"/>
    <w:pPr>
      <w:keepNext/>
      <w:keepLines/>
      <w:spacing w:before="200" w:line="276" w:lineRule="auto"/>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rPr>
      <w:rFonts w:ascii="Garamond" w:eastAsiaTheme="minorEastAsia" w:hAnsi="Garamond" w:cstheme="minorBidi"/>
      <w:szCs w:val="22"/>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rPr>
      <w:rFonts w:ascii="Garamond" w:eastAsiaTheme="minorEastAsia" w:hAnsi="Garamond" w:cstheme="minorBidi"/>
      <w:szCs w:val="22"/>
    </w:r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200" w:line="276" w:lineRule="auto"/>
      <w:ind w:left="720"/>
      <w:contextualSpacing/>
    </w:pPr>
    <w:rPr>
      <w:rFonts w:ascii="Garamond" w:eastAsiaTheme="minorEastAsia" w:hAnsi="Garamond" w:cstheme="minorBidi"/>
      <w:szCs w:val="22"/>
    </w:rPr>
  </w:style>
  <w:style w:type="paragraph" w:styleId="BodyText">
    <w:name w:val="Body Text"/>
    <w:basedOn w:val="Normal"/>
    <w:link w:val="BodyTextChar"/>
    <w:uiPriority w:val="99"/>
    <w:unhideWhenUsed/>
    <w:rsid w:val="00AA1D8D"/>
    <w:pPr>
      <w:spacing w:after="120" w:line="276" w:lineRule="auto"/>
    </w:pPr>
    <w:rPr>
      <w:rFonts w:ascii="Garamond" w:eastAsiaTheme="minorEastAsia" w:hAnsi="Garamond" w:cstheme="minorBidi"/>
      <w:szCs w:val="22"/>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Garamond" w:eastAsiaTheme="minorEastAsia" w:hAnsi="Garamond" w:cstheme="minorBidi"/>
      <w:szCs w:val="22"/>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line="276" w:lineRule="auto"/>
    </w:pPr>
    <w:rPr>
      <w:rFonts w:ascii="Garamond" w:eastAsiaTheme="minorEastAsia" w:hAnsi="Garamond" w:cstheme="minorBidi"/>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200" w:line="276" w:lineRule="auto"/>
      <w:ind w:left="360" w:hanging="360"/>
      <w:contextualSpacing/>
    </w:pPr>
    <w:rPr>
      <w:rFonts w:ascii="Garamond" w:eastAsiaTheme="minorEastAsia" w:hAnsi="Garamond" w:cstheme="minorBidi"/>
      <w:szCs w:val="22"/>
    </w:rPr>
  </w:style>
  <w:style w:type="paragraph" w:styleId="List2">
    <w:name w:val="List 2"/>
    <w:basedOn w:val="Normal"/>
    <w:uiPriority w:val="99"/>
    <w:unhideWhenUsed/>
    <w:rsid w:val="00326F90"/>
    <w:pPr>
      <w:spacing w:after="200" w:line="276" w:lineRule="auto"/>
      <w:ind w:left="720" w:hanging="360"/>
      <w:contextualSpacing/>
    </w:pPr>
    <w:rPr>
      <w:rFonts w:ascii="Garamond" w:eastAsiaTheme="minorEastAsia" w:hAnsi="Garamond" w:cstheme="minorBidi"/>
      <w:szCs w:val="22"/>
    </w:rPr>
  </w:style>
  <w:style w:type="paragraph" w:styleId="List3">
    <w:name w:val="List 3"/>
    <w:basedOn w:val="Normal"/>
    <w:uiPriority w:val="99"/>
    <w:unhideWhenUsed/>
    <w:rsid w:val="00326F90"/>
    <w:pPr>
      <w:spacing w:after="200" w:line="276" w:lineRule="auto"/>
      <w:ind w:left="1080" w:hanging="360"/>
      <w:contextualSpacing/>
    </w:pPr>
    <w:rPr>
      <w:rFonts w:ascii="Garamond" w:eastAsiaTheme="minorEastAsia" w:hAnsi="Garamond" w:cstheme="minorBidi"/>
      <w:szCs w:val="22"/>
    </w:rPr>
  </w:style>
  <w:style w:type="paragraph" w:styleId="ListBullet">
    <w:name w:val="List Bullet"/>
    <w:basedOn w:val="Normal"/>
    <w:uiPriority w:val="99"/>
    <w:unhideWhenUsed/>
    <w:rsid w:val="00326F90"/>
    <w:pPr>
      <w:numPr>
        <w:numId w:val="1"/>
      </w:numPr>
      <w:spacing w:after="200" w:line="276" w:lineRule="auto"/>
      <w:contextualSpacing/>
    </w:pPr>
    <w:rPr>
      <w:rFonts w:ascii="Garamond" w:eastAsiaTheme="minorEastAsia" w:hAnsi="Garamond" w:cstheme="minorBidi"/>
      <w:szCs w:val="22"/>
    </w:rPr>
  </w:style>
  <w:style w:type="paragraph" w:styleId="ListBullet2">
    <w:name w:val="List Bullet 2"/>
    <w:basedOn w:val="Normal"/>
    <w:uiPriority w:val="99"/>
    <w:unhideWhenUsed/>
    <w:rsid w:val="00326F90"/>
    <w:pPr>
      <w:numPr>
        <w:numId w:val="2"/>
      </w:numPr>
      <w:spacing w:after="200" w:line="276" w:lineRule="auto"/>
      <w:contextualSpacing/>
    </w:pPr>
    <w:rPr>
      <w:rFonts w:ascii="Garamond" w:eastAsiaTheme="minorEastAsia" w:hAnsi="Garamond" w:cstheme="minorBidi"/>
      <w:szCs w:val="22"/>
    </w:rPr>
  </w:style>
  <w:style w:type="paragraph" w:styleId="ListBullet3">
    <w:name w:val="List Bullet 3"/>
    <w:basedOn w:val="Normal"/>
    <w:uiPriority w:val="99"/>
    <w:unhideWhenUsed/>
    <w:rsid w:val="00326F90"/>
    <w:pPr>
      <w:numPr>
        <w:numId w:val="3"/>
      </w:numPr>
      <w:spacing w:after="200" w:line="276" w:lineRule="auto"/>
      <w:contextualSpacing/>
    </w:pPr>
    <w:rPr>
      <w:rFonts w:ascii="Garamond" w:eastAsiaTheme="minorEastAsia" w:hAnsi="Garamond" w:cstheme="minorBidi"/>
      <w:szCs w:val="22"/>
    </w:rPr>
  </w:style>
  <w:style w:type="paragraph" w:styleId="ListNumber">
    <w:name w:val="List Number"/>
    <w:basedOn w:val="Normal"/>
    <w:uiPriority w:val="99"/>
    <w:unhideWhenUsed/>
    <w:rsid w:val="00326F90"/>
    <w:pPr>
      <w:numPr>
        <w:numId w:val="5"/>
      </w:numPr>
      <w:spacing w:after="200" w:line="276" w:lineRule="auto"/>
      <w:contextualSpacing/>
    </w:pPr>
    <w:rPr>
      <w:rFonts w:ascii="Garamond" w:eastAsiaTheme="minorEastAsia" w:hAnsi="Garamond" w:cstheme="minorBidi"/>
      <w:szCs w:val="22"/>
    </w:rPr>
  </w:style>
  <w:style w:type="paragraph" w:styleId="ListNumber2">
    <w:name w:val="List Number 2"/>
    <w:basedOn w:val="Normal"/>
    <w:uiPriority w:val="99"/>
    <w:unhideWhenUsed/>
    <w:rsid w:val="0029639D"/>
    <w:pPr>
      <w:numPr>
        <w:numId w:val="6"/>
      </w:numPr>
      <w:spacing w:after="200" w:line="276" w:lineRule="auto"/>
      <w:contextualSpacing/>
    </w:pPr>
    <w:rPr>
      <w:rFonts w:ascii="Garamond" w:eastAsiaTheme="minorEastAsia" w:hAnsi="Garamond" w:cstheme="minorBidi"/>
      <w:szCs w:val="22"/>
    </w:rPr>
  </w:style>
  <w:style w:type="paragraph" w:styleId="ListNumber3">
    <w:name w:val="List Number 3"/>
    <w:basedOn w:val="Normal"/>
    <w:uiPriority w:val="99"/>
    <w:unhideWhenUsed/>
    <w:rsid w:val="0029639D"/>
    <w:pPr>
      <w:numPr>
        <w:numId w:val="7"/>
      </w:numPr>
      <w:spacing w:after="200" w:line="276" w:lineRule="auto"/>
      <w:contextualSpacing/>
    </w:pPr>
    <w:rPr>
      <w:rFonts w:ascii="Garamond" w:eastAsiaTheme="minorEastAsia" w:hAnsi="Garamond" w:cstheme="minorBidi"/>
      <w:szCs w:val="22"/>
    </w:rPr>
  </w:style>
  <w:style w:type="paragraph" w:styleId="ListContinue">
    <w:name w:val="List Continue"/>
    <w:basedOn w:val="Normal"/>
    <w:uiPriority w:val="99"/>
    <w:unhideWhenUsed/>
    <w:rsid w:val="0029639D"/>
    <w:pPr>
      <w:spacing w:after="120" w:line="276" w:lineRule="auto"/>
      <w:ind w:left="360"/>
      <w:contextualSpacing/>
    </w:pPr>
    <w:rPr>
      <w:rFonts w:ascii="Garamond" w:eastAsiaTheme="minorEastAsia" w:hAnsi="Garamond" w:cstheme="minorBidi"/>
      <w:szCs w:val="22"/>
    </w:rPr>
  </w:style>
  <w:style w:type="paragraph" w:styleId="ListContinue2">
    <w:name w:val="List Continue 2"/>
    <w:basedOn w:val="Normal"/>
    <w:uiPriority w:val="99"/>
    <w:unhideWhenUsed/>
    <w:rsid w:val="0029639D"/>
    <w:pPr>
      <w:spacing w:after="120" w:line="276" w:lineRule="auto"/>
      <w:ind w:left="720"/>
      <w:contextualSpacing/>
    </w:pPr>
    <w:rPr>
      <w:rFonts w:ascii="Garamond" w:eastAsiaTheme="minorEastAsia" w:hAnsi="Garamond" w:cstheme="minorBidi"/>
      <w:szCs w:val="22"/>
    </w:rPr>
  </w:style>
  <w:style w:type="paragraph" w:styleId="ListContinue3">
    <w:name w:val="List Continue 3"/>
    <w:basedOn w:val="Normal"/>
    <w:uiPriority w:val="99"/>
    <w:unhideWhenUsed/>
    <w:rsid w:val="0029639D"/>
    <w:pPr>
      <w:spacing w:after="120" w:line="276" w:lineRule="auto"/>
      <w:ind w:left="1080"/>
      <w:contextualSpacing/>
    </w:pPr>
    <w:rPr>
      <w:rFonts w:ascii="Garamond" w:eastAsiaTheme="minorEastAsia" w:hAnsi="Garamond" w:cstheme="minorBidi"/>
      <w:szCs w:val="22"/>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200" w:line="276" w:lineRule="auto"/>
    </w:pPr>
    <w:rPr>
      <w:rFonts w:ascii="Garamond" w:eastAsiaTheme="minorEastAsia" w:hAnsi="Garamond" w:cstheme="minorBidi"/>
      <w:i/>
      <w:iCs/>
      <w:color w:val="000000" w:themeColor="text1"/>
      <w:szCs w:val="22"/>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200"/>
    </w:pPr>
    <w:rPr>
      <w:rFonts w:ascii="Garamond" w:eastAsiaTheme="minorEastAsia" w:hAnsi="Garamond" w:cstheme="minorBidi"/>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line="276" w:lineRule="auto"/>
      <w:ind w:left="936" w:right="936"/>
    </w:pPr>
    <w:rPr>
      <w:rFonts w:ascii="Garamond" w:eastAsiaTheme="minorEastAsia" w:hAnsi="Garamond" w:cstheme="minorBidi"/>
      <w:b/>
      <w:bCs/>
      <w:i/>
      <w:iCs/>
      <w:color w:val="4F81BD" w:themeColor="accent1"/>
      <w:szCs w:val="22"/>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DefaultParagraphFont"/>
    <w:rsid w:val="00FD0C8D"/>
  </w:style>
  <w:style w:type="paragraph" w:styleId="NormalWeb">
    <w:name w:val="Normal (Web)"/>
    <w:basedOn w:val="Normal"/>
    <w:uiPriority w:val="99"/>
    <w:unhideWhenUsed/>
    <w:rsid w:val="00FD0C8D"/>
    <w:pPr>
      <w:spacing w:before="100" w:beforeAutospacing="1" w:after="100" w:afterAutospacing="1"/>
    </w:pPr>
  </w:style>
  <w:style w:type="character" w:styleId="Hyperlink">
    <w:name w:val="Hyperlink"/>
    <w:basedOn w:val="DefaultParagraphFont"/>
    <w:uiPriority w:val="99"/>
    <w:unhideWhenUsed/>
    <w:rsid w:val="006805E5"/>
    <w:rPr>
      <w:color w:val="0000FF" w:themeColor="hyperlink"/>
      <w:u w:val="single"/>
    </w:rPr>
  </w:style>
  <w:style w:type="character" w:styleId="UnresolvedMention">
    <w:name w:val="Unresolved Mention"/>
    <w:basedOn w:val="DefaultParagraphFont"/>
    <w:uiPriority w:val="99"/>
    <w:semiHidden/>
    <w:unhideWhenUsed/>
    <w:rsid w:val="006805E5"/>
    <w:rPr>
      <w:color w:val="605E5C"/>
      <w:shd w:val="clear" w:color="auto" w:fill="E1DFDD"/>
    </w:rPr>
  </w:style>
  <w:style w:type="character" w:styleId="FollowedHyperlink">
    <w:name w:val="FollowedHyperlink"/>
    <w:basedOn w:val="DefaultParagraphFont"/>
    <w:uiPriority w:val="99"/>
    <w:semiHidden/>
    <w:unhideWhenUsed/>
    <w:rsid w:val="00680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44450">
      <w:bodyDiv w:val="1"/>
      <w:marLeft w:val="0"/>
      <w:marRight w:val="0"/>
      <w:marTop w:val="0"/>
      <w:marBottom w:val="0"/>
      <w:divBdr>
        <w:top w:val="none" w:sz="0" w:space="0" w:color="auto"/>
        <w:left w:val="none" w:sz="0" w:space="0" w:color="auto"/>
        <w:bottom w:val="none" w:sz="0" w:space="0" w:color="auto"/>
        <w:right w:val="none" w:sz="0" w:space="0" w:color="auto"/>
      </w:divBdr>
      <w:divsChild>
        <w:div w:id="1078361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39437">
      <w:bodyDiv w:val="1"/>
      <w:marLeft w:val="0"/>
      <w:marRight w:val="0"/>
      <w:marTop w:val="0"/>
      <w:marBottom w:val="0"/>
      <w:divBdr>
        <w:top w:val="none" w:sz="0" w:space="0" w:color="auto"/>
        <w:left w:val="none" w:sz="0" w:space="0" w:color="auto"/>
        <w:bottom w:val="none" w:sz="0" w:space="0" w:color="auto"/>
        <w:right w:val="none" w:sz="0" w:space="0" w:color="auto"/>
      </w:divBdr>
    </w:div>
    <w:div w:id="217859702">
      <w:bodyDiv w:val="1"/>
      <w:marLeft w:val="0"/>
      <w:marRight w:val="0"/>
      <w:marTop w:val="0"/>
      <w:marBottom w:val="0"/>
      <w:divBdr>
        <w:top w:val="none" w:sz="0" w:space="0" w:color="auto"/>
        <w:left w:val="none" w:sz="0" w:space="0" w:color="auto"/>
        <w:bottom w:val="none" w:sz="0" w:space="0" w:color="auto"/>
        <w:right w:val="none" w:sz="0" w:space="0" w:color="auto"/>
      </w:divBdr>
    </w:div>
    <w:div w:id="267665671">
      <w:bodyDiv w:val="1"/>
      <w:marLeft w:val="0"/>
      <w:marRight w:val="0"/>
      <w:marTop w:val="0"/>
      <w:marBottom w:val="0"/>
      <w:divBdr>
        <w:top w:val="none" w:sz="0" w:space="0" w:color="auto"/>
        <w:left w:val="none" w:sz="0" w:space="0" w:color="auto"/>
        <w:bottom w:val="none" w:sz="0" w:space="0" w:color="auto"/>
        <w:right w:val="none" w:sz="0" w:space="0" w:color="auto"/>
      </w:divBdr>
    </w:div>
    <w:div w:id="280501023">
      <w:bodyDiv w:val="1"/>
      <w:marLeft w:val="0"/>
      <w:marRight w:val="0"/>
      <w:marTop w:val="0"/>
      <w:marBottom w:val="0"/>
      <w:divBdr>
        <w:top w:val="none" w:sz="0" w:space="0" w:color="auto"/>
        <w:left w:val="none" w:sz="0" w:space="0" w:color="auto"/>
        <w:bottom w:val="none" w:sz="0" w:space="0" w:color="auto"/>
        <w:right w:val="none" w:sz="0" w:space="0" w:color="auto"/>
      </w:divBdr>
    </w:div>
    <w:div w:id="308292542">
      <w:bodyDiv w:val="1"/>
      <w:marLeft w:val="0"/>
      <w:marRight w:val="0"/>
      <w:marTop w:val="0"/>
      <w:marBottom w:val="0"/>
      <w:divBdr>
        <w:top w:val="none" w:sz="0" w:space="0" w:color="auto"/>
        <w:left w:val="none" w:sz="0" w:space="0" w:color="auto"/>
        <w:bottom w:val="none" w:sz="0" w:space="0" w:color="auto"/>
        <w:right w:val="none" w:sz="0" w:space="0" w:color="auto"/>
      </w:divBdr>
    </w:div>
    <w:div w:id="337731505">
      <w:bodyDiv w:val="1"/>
      <w:marLeft w:val="0"/>
      <w:marRight w:val="0"/>
      <w:marTop w:val="0"/>
      <w:marBottom w:val="0"/>
      <w:divBdr>
        <w:top w:val="none" w:sz="0" w:space="0" w:color="auto"/>
        <w:left w:val="none" w:sz="0" w:space="0" w:color="auto"/>
        <w:bottom w:val="none" w:sz="0" w:space="0" w:color="auto"/>
        <w:right w:val="none" w:sz="0" w:space="0" w:color="auto"/>
      </w:divBdr>
    </w:div>
    <w:div w:id="519393657">
      <w:bodyDiv w:val="1"/>
      <w:marLeft w:val="0"/>
      <w:marRight w:val="0"/>
      <w:marTop w:val="0"/>
      <w:marBottom w:val="0"/>
      <w:divBdr>
        <w:top w:val="none" w:sz="0" w:space="0" w:color="auto"/>
        <w:left w:val="none" w:sz="0" w:space="0" w:color="auto"/>
        <w:bottom w:val="none" w:sz="0" w:space="0" w:color="auto"/>
        <w:right w:val="none" w:sz="0" w:space="0" w:color="auto"/>
      </w:divBdr>
    </w:div>
    <w:div w:id="879825151">
      <w:bodyDiv w:val="1"/>
      <w:marLeft w:val="0"/>
      <w:marRight w:val="0"/>
      <w:marTop w:val="0"/>
      <w:marBottom w:val="0"/>
      <w:divBdr>
        <w:top w:val="none" w:sz="0" w:space="0" w:color="auto"/>
        <w:left w:val="none" w:sz="0" w:space="0" w:color="auto"/>
        <w:bottom w:val="none" w:sz="0" w:space="0" w:color="auto"/>
        <w:right w:val="none" w:sz="0" w:space="0" w:color="auto"/>
      </w:divBdr>
    </w:div>
    <w:div w:id="904333888">
      <w:bodyDiv w:val="1"/>
      <w:marLeft w:val="0"/>
      <w:marRight w:val="0"/>
      <w:marTop w:val="0"/>
      <w:marBottom w:val="0"/>
      <w:divBdr>
        <w:top w:val="none" w:sz="0" w:space="0" w:color="auto"/>
        <w:left w:val="none" w:sz="0" w:space="0" w:color="auto"/>
        <w:bottom w:val="none" w:sz="0" w:space="0" w:color="auto"/>
        <w:right w:val="none" w:sz="0" w:space="0" w:color="auto"/>
      </w:divBdr>
    </w:div>
    <w:div w:id="912424272">
      <w:bodyDiv w:val="1"/>
      <w:marLeft w:val="0"/>
      <w:marRight w:val="0"/>
      <w:marTop w:val="0"/>
      <w:marBottom w:val="0"/>
      <w:divBdr>
        <w:top w:val="none" w:sz="0" w:space="0" w:color="auto"/>
        <w:left w:val="none" w:sz="0" w:space="0" w:color="auto"/>
        <w:bottom w:val="none" w:sz="0" w:space="0" w:color="auto"/>
        <w:right w:val="none" w:sz="0" w:space="0" w:color="auto"/>
      </w:divBdr>
    </w:div>
    <w:div w:id="958537393">
      <w:bodyDiv w:val="1"/>
      <w:marLeft w:val="0"/>
      <w:marRight w:val="0"/>
      <w:marTop w:val="0"/>
      <w:marBottom w:val="0"/>
      <w:divBdr>
        <w:top w:val="none" w:sz="0" w:space="0" w:color="auto"/>
        <w:left w:val="none" w:sz="0" w:space="0" w:color="auto"/>
        <w:bottom w:val="none" w:sz="0" w:space="0" w:color="auto"/>
        <w:right w:val="none" w:sz="0" w:space="0" w:color="auto"/>
      </w:divBdr>
      <w:divsChild>
        <w:div w:id="165942685">
          <w:marLeft w:val="0"/>
          <w:marRight w:val="0"/>
          <w:marTop w:val="0"/>
          <w:marBottom w:val="0"/>
          <w:divBdr>
            <w:top w:val="single" w:sz="6" w:space="2" w:color="D2E3FC"/>
            <w:left w:val="single" w:sz="6" w:space="2" w:color="D2E3FC"/>
            <w:bottom w:val="single" w:sz="6" w:space="2" w:color="D2E3FC"/>
            <w:right w:val="single" w:sz="6" w:space="2" w:color="D2E3FC"/>
          </w:divBdr>
          <w:divsChild>
            <w:div w:id="2091199011">
              <w:marLeft w:val="0"/>
              <w:marRight w:val="0"/>
              <w:marTop w:val="0"/>
              <w:marBottom w:val="0"/>
              <w:divBdr>
                <w:top w:val="none" w:sz="0" w:space="0" w:color="auto"/>
                <w:left w:val="none" w:sz="0" w:space="0" w:color="auto"/>
                <w:bottom w:val="none" w:sz="0" w:space="0" w:color="auto"/>
                <w:right w:val="none" w:sz="0" w:space="0" w:color="auto"/>
              </w:divBdr>
              <w:divsChild>
                <w:div w:id="206144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86511">
          <w:marLeft w:val="600"/>
          <w:marRight w:val="600"/>
          <w:marTop w:val="0"/>
          <w:marBottom w:val="285"/>
          <w:divBdr>
            <w:top w:val="none" w:sz="0" w:space="0" w:color="auto"/>
            <w:left w:val="none" w:sz="0" w:space="0" w:color="auto"/>
            <w:bottom w:val="single" w:sz="6" w:space="18" w:color="DADCE0"/>
            <w:right w:val="none" w:sz="0" w:space="0" w:color="auto"/>
          </w:divBdr>
          <w:divsChild>
            <w:div w:id="82590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59026">
      <w:bodyDiv w:val="1"/>
      <w:marLeft w:val="0"/>
      <w:marRight w:val="0"/>
      <w:marTop w:val="0"/>
      <w:marBottom w:val="0"/>
      <w:divBdr>
        <w:top w:val="none" w:sz="0" w:space="0" w:color="auto"/>
        <w:left w:val="none" w:sz="0" w:space="0" w:color="auto"/>
        <w:bottom w:val="none" w:sz="0" w:space="0" w:color="auto"/>
        <w:right w:val="none" w:sz="0" w:space="0" w:color="auto"/>
      </w:divBdr>
    </w:div>
    <w:div w:id="990910934">
      <w:bodyDiv w:val="1"/>
      <w:marLeft w:val="0"/>
      <w:marRight w:val="0"/>
      <w:marTop w:val="0"/>
      <w:marBottom w:val="0"/>
      <w:divBdr>
        <w:top w:val="none" w:sz="0" w:space="0" w:color="auto"/>
        <w:left w:val="none" w:sz="0" w:space="0" w:color="auto"/>
        <w:bottom w:val="none" w:sz="0" w:space="0" w:color="auto"/>
        <w:right w:val="none" w:sz="0" w:space="0" w:color="auto"/>
      </w:divBdr>
      <w:divsChild>
        <w:div w:id="432551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2518954">
      <w:bodyDiv w:val="1"/>
      <w:marLeft w:val="0"/>
      <w:marRight w:val="0"/>
      <w:marTop w:val="0"/>
      <w:marBottom w:val="0"/>
      <w:divBdr>
        <w:top w:val="none" w:sz="0" w:space="0" w:color="auto"/>
        <w:left w:val="none" w:sz="0" w:space="0" w:color="auto"/>
        <w:bottom w:val="none" w:sz="0" w:space="0" w:color="auto"/>
        <w:right w:val="none" w:sz="0" w:space="0" w:color="auto"/>
      </w:divBdr>
    </w:div>
    <w:div w:id="1257439279">
      <w:bodyDiv w:val="1"/>
      <w:marLeft w:val="0"/>
      <w:marRight w:val="0"/>
      <w:marTop w:val="0"/>
      <w:marBottom w:val="0"/>
      <w:divBdr>
        <w:top w:val="none" w:sz="0" w:space="0" w:color="auto"/>
        <w:left w:val="none" w:sz="0" w:space="0" w:color="auto"/>
        <w:bottom w:val="none" w:sz="0" w:space="0" w:color="auto"/>
        <w:right w:val="none" w:sz="0" w:space="0" w:color="auto"/>
      </w:divBdr>
    </w:div>
    <w:div w:id="1353341938">
      <w:bodyDiv w:val="1"/>
      <w:marLeft w:val="0"/>
      <w:marRight w:val="0"/>
      <w:marTop w:val="0"/>
      <w:marBottom w:val="0"/>
      <w:divBdr>
        <w:top w:val="none" w:sz="0" w:space="0" w:color="auto"/>
        <w:left w:val="none" w:sz="0" w:space="0" w:color="auto"/>
        <w:bottom w:val="none" w:sz="0" w:space="0" w:color="auto"/>
        <w:right w:val="none" w:sz="0" w:space="0" w:color="auto"/>
      </w:divBdr>
    </w:div>
    <w:div w:id="1363559129">
      <w:bodyDiv w:val="1"/>
      <w:marLeft w:val="0"/>
      <w:marRight w:val="0"/>
      <w:marTop w:val="0"/>
      <w:marBottom w:val="0"/>
      <w:divBdr>
        <w:top w:val="none" w:sz="0" w:space="0" w:color="auto"/>
        <w:left w:val="none" w:sz="0" w:space="0" w:color="auto"/>
        <w:bottom w:val="none" w:sz="0" w:space="0" w:color="auto"/>
        <w:right w:val="none" w:sz="0" w:space="0" w:color="auto"/>
      </w:divBdr>
    </w:div>
    <w:div w:id="1425220941">
      <w:bodyDiv w:val="1"/>
      <w:marLeft w:val="0"/>
      <w:marRight w:val="0"/>
      <w:marTop w:val="0"/>
      <w:marBottom w:val="0"/>
      <w:divBdr>
        <w:top w:val="none" w:sz="0" w:space="0" w:color="auto"/>
        <w:left w:val="none" w:sz="0" w:space="0" w:color="auto"/>
        <w:bottom w:val="none" w:sz="0" w:space="0" w:color="auto"/>
        <w:right w:val="none" w:sz="0" w:space="0" w:color="auto"/>
      </w:divBdr>
    </w:div>
    <w:div w:id="1466192714">
      <w:bodyDiv w:val="1"/>
      <w:marLeft w:val="0"/>
      <w:marRight w:val="0"/>
      <w:marTop w:val="0"/>
      <w:marBottom w:val="0"/>
      <w:divBdr>
        <w:top w:val="none" w:sz="0" w:space="0" w:color="auto"/>
        <w:left w:val="none" w:sz="0" w:space="0" w:color="auto"/>
        <w:bottom w:val="none" w:sz="0" w:space="0" w:color="auto"/>
        <w:right w:val="none" w:sz="0" w:space="0" w:color="auto"/>
      </w:divBdr>
    </w:div>
    <w:div w:id="1671450504">
      <w:bodyDiv w:val="1"/>
      <w:marLeft w:val="0"/>
      <w:marRight w:val="0"/>
      <w:marTop w:val="0"/>
      <w:marBottom w:val="0"/>
      <w:divBdr>
        <w:top w:val="none" w:sz="0" w:space="0" w:color="auto"/>
        <w:left w:val="none" w:sz="0" w:space="0" w:color="auto"/>
        <w:bottom w:val="none" w:sz="0" w:space="0" w:color="auto"/>
        <w:right w:val="none" w:sz="0" w:space="0" w:color="auto"/>
      </w:divBdr>
    </w:div>
    <w:div w:id="1685551907">
      <w:bodyDiv w:val="1"/>
      <w:marLeft w:val="0"/>
      <w:marRight w:val="0"/>
      <w:marTop w:val="0"/>
      <w:marBottom w:val="0"/>
      <w:divBdr>
        <w:top w:val="none" w:sz="0" w:space="0" w:color="auto"/>
        <w:left w:val="none" w:sz="0" w:space="0" w:color="auto"/>
        <w:bottom w:val="none" w:sz="0" w:space="0" w:color="auto"/>
        <w:right w:val="none" w:sz="0" w:space="0" w:color="auto"/>
      </w:divBdr>
      <w:divsChild>
        <w:div w:id="1195998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5836732">
      <w:bodyDiv w:val="1"/>
      <w:marLeft w:val="0"/>
      <w:marRight w:val="0"/>
      <w:marTop w:val="0"/>
      <w:marBottom w:val="0"/>
      <w:divBdr>
        <w:top w:val="none" w:sz="0" w:space="0" w:color="auto"/>
        <w:left w:val="none" w:sz="0" w:space="0" w:color="auto"/>
        <w:bottom w:val="none" w:sz="0" w:space="0" w:color="auto"/>
        <w:right w:val="none" w:sz="0" w:space="0" w:color="auto"/>
      </w:divBdr>
    </w:div>
    <w:div w:id="1702970987">
      <w:bodyDiv w:val="1"/>
      <w:marLeft w:val="0"/>
      <w:marRight w:val="0"/>
      <w:marTop w:val="0"/>
      <w:marBottom w:val="0"/>
      <w:divBdr>
        <w:top w:val="none" w:sz="0" w:space="0" w:color="auto"/>
        <w:left w:val="none" w:sz="0" w:space="0" w:color="auto"/>
        <w:bottom w:val="none" w:sz="0" w:space="0" w:color="auto"/>
        <w:right w:val="none" w:sz="0" w:space="0" w:color="auto"/>
      </w:divBdr>
    </w:div>
    <w:div w:id="1729258876">
      <w:bodyDiv w:val="1"/>
      <w:marLeft w:val="0"/>
      <w:marRight w:val="0"/>
      <w:marTop w:val="0"/>
      <w:marBottom w:val="0"/>
      <w:divBdr>
        <w:top w:val="none" w:sz="0" w:space="0" w:color="auto"/>
        <w:left w:val="none" w:sz="0" w:space="0" w:color="auto"/>
        <w:bottom w:val="none" w:sz="0" w:space="0" w:color="auto"/>
        <w:right w:val="none" w:sz="0" w:space="0" w:color="auto"/>
      </w:divBdr>
    </w:div>
    <w:div w:id="1828469652">
      <w:bodyDiv w:val="1"/>
      <w:marLeft w:val="0"/>
      <w:marRight w:val="0"/>
      <w:marTop w:val="0"/>
      <w:marBottom w:val="0"/>
      <w:divBdr>
        <w:top w:val="none" w:sz="0" w:space="0" w:color="auto"/>
        <w:left w:val="none" w:sz="0" w:space="0" w:color="auto"/>
        <w:bottom w:val="none" w:sz="0" w:space="0" w:color="auto"/>
        <w:right w:val="none" w:sz="0" w:space="0" w:color="auto"/>
      </w:divBdr>
      <w:divsChild>
        <w:div w:id="1404719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9785023">
      <w:bodyDiv w:val="1"/>
      <w:marLeft w:val="0"/>
      <w:marRight w:val="0"/>
      <w:marTop w:val="0"/>
      <w:marBottom w:val="0"/>
      <w:divBdr>
        <w:top w:val="none" w:sz="0" w:space="0" w:color="auto"/>
        <w:left w:val="none" w:sz="0" w:space="0" w:color="auto"/>
        <w:bottom w:val="none" w:sz="0" w:space="0" w:color="auto"/>
        <w:right w:val="none" w:sz="0" w:space="0" w:color="auto"/>
      </w:divBdr>
    </w:div>
    <w:div w:id="1900553139">
      <w:bodyDiv w:val="1"/>
      <w:marLeft w:val="0"/>
      <w:marRight w:val="0"/>
      <w:marTop w:val="0"/>
      <w:marBottom w:val="0"/>
      <w:divBdr>
        <w:top w:val="none" w:sz="0" w:space="0" w:color="auto"/>
        <w:left w:val="none" w:sz="0" w:space="0" w:color="auto"/>
        <w:bottom w:val="none" w:sz="0" w:space="0" w:color="auto"/>
        <w:right w:val="none" w:sz="0" w:space="0" w:color="auto"/>
      </w:divBdr>
    </w:div>
    <w:div w:id="1909412171">
      <w:bodyDiv w:val="1"/>
      <w:marLeft w:val="0"/>
      <w:marRight w:val="0"/>
      <w:marTop w:val="0"/>
      <w:marBottom w:val="0"/>
      <w:divBdr>
        <w:top w:val="none" w:sz="0" w:space="0" w:color="auto"/>
        <w:left w:val="none" w:sz="0" w:space="0" w:color="auto"/>
        <w:bottom w:val="none" w:sz="0" w:space="0" w:color="auto"/>
        <w:right w:val="none" w:sz="0" w:space="0" w:color="auto"/>
      </w:divBdr>
    </w:div>
    <w:div w:id="1958487997">
      <w:bodyDiv w:val="1"/>
      <w:marLeft w:val="0"/>
      <w:marRight w:val="0"/>
      <w:marTop w:val="0"/>
      <w:marBottom w:val="0"/>
      <w:divBdr>
        <w:top w:val="none" w:sz="0" w:space="0" w:color="auto"/>
        <w:left w:val="none" w:sz="0" w:space="0" w:color="auto"/>
        <w:bottom w:val="none" w:sz="0" w:space="0" w:color="auto"/>
        <w:right w:val="none" w:sz="0" w:space="0" w:color="auto"/>
      </w:divBdr>
    </w:div>
    <w:div w:id="1966737564">
      <w:bodyDiv w:val="1"/>
      <w:marLeft w:val="0"/>
      <w:marRight w:val="0"/>
      <w:marTop w:val="0"/>
      <w:marBottom w:val="0"/>
      <w:divBdr>
        <w:top w:val="none" w:sz="0" w:space="0" w:color="auto"/>
        <w:left w:val="none" w:sz="0" w:space="0" w:color="auto"/>
        <w:bottom w:val="none" w:sz="0" w:space="0" w:color="auto"/>
        <w:right w:val="none" w:sz="0" w:space="0" w:color="auto"/>
      </w:divBdr>
    </w:div>
    <w:div w:id="1970428345">
      <w:bodyDiv w:val="1"/>
      <w:marLeft w:val="0"/>
      <w:marRight w:val="0"/>
      <w:marTop w:val="0"/>
      <w:marBottom w:val="0"/>
      <w:divBdr>
        <w:top w:val="none" w:sz="0" w:space="0" w:color="auto"/>
        <w:left w:val="none" w:sz="0" w:space="0" w:color="auto"/>
        <w:bottom w:val="none" w:sz="0" w:space="0" w:color="auto"/>
        <w:right w:val="none" w:sz="0" w:space="0" w:color="auto"/>
      </w:divBdr>
      <w:divsChild>
        <w:div w:id="662468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681333">
      <w:bodyDiv w:val="1"/>
      <w:marLeft w:val="0"/>
      <w:marRight w:val="0"/>
      <w:marTop w:val="0"/>
      <w:marBottom w:val="0"/>
      <w:divBdr>
        <w:top w:val="none" w:sz="0" w:space="0" w:color="auto"/>
        <w:left w:val="none" w:sz="0" w:space="0" w:color="auto"/>
        <w:bottom w:val="none" w:sz="0" w:space="0" w:color="auto"/>
        <w:right w:val="none" w:sz="0" w:space="0" w:color="auto"/>
      </w:divBdr>
    </w:div>
    <w:div w:id="2033066243">
      <w:bodyDiv w:val="1"/>
      <w:marLeft w:val="0"/>
      <w:marRight w:val="0"/>
      <w:marTop w:val="0"/>
      <w:marBottom w:val="0"/>
      <w:divBdr>
        <w:top w:val="none" w:sz="0" w:space="0" w:color="auto"/>
        <w:left w:val="none" w:sz="0" w:space="0" w:color="auto"/>
        <w:bottom w:val="none" w:sz="0" w:space="0" w:color="auto"/>
        <w:right w:val="none" w:sz="0" w:space="0" w:color="auto"/>
      </w:divBdr>
    </w:div>
    <w:div w:id="2043942824">
      <w:bodyDiv w:val="1"/>
      <w:marLeft w:val="0"/>
      <w:marRight w:val="0"/>
      <w:marTop w:val="0"/>
      <w:marBottom w:val="0"/>
      <w:divBdr>
        <w:top w:val="none" w:sz="0" w:space="0" w:color="auto"/>
        <w:left w:val="none" w:sz="0" w:space="0" w:color="auto"/>
        <w:bottom w:val="none" w:sz="0" w:space="0" w:color="auto"/>
        <w:right w:val="none" w:sz="0" w:space="0" w:color="auto"/>
      </w:divBdr>
    </w:div>
    <w:div w:id="2072264620">
      <w:bodyDiv w:val="1"/>
      <w:marLeft w:val="0"/>
      <w:marRight w:val="0"/>
      <w:marTop w:val="0"/>
      <w:marBottom w:val="0"/>
      <w:divBdr>
        <w:top w:val="none" w:sz="0" w:space="0" w:color="auto"/>
        <w:left w:val="none" w:sz="0" w:space="0" w:color="auto"/>
        <w:bottom w:val="none" w:sz="0" w:space="0" w:color="auto"/>
        <w:right w:val="none" w:sz="0" w:space="0" w:color="auto"/>
      </w:divBdr>
    </w:div>
    <w:div w:id="2078353485">
      <w:bodyDiv w:val="1"/>
      <w:marLeft w:val="0"/>
      <w:marRight w:val="0"/>
      <w:marTop w:val="0"/>
      <w:marBottom w:val="0"/>
      <w:divBdr>
        <w:top w:val="none" w:sz="0" w:space="0" w:color="auto"/>
        <w:left w:val="none" w:sz="0" w:space="0" w:color="auto"/>
        <w:bottom w:val="none" w:sz="0" w:space="0" w:color="auto"/>
        <w:right w:val="none" w:sz="0" w:space="0" w:color="auto"/>
      </w:divBdr>
    </w:div>
    <w:div w:id="2089498024">
      <w:bodyDiv w:val="1"/>
      <w:marLeft w:val="0"/>
      <w:marRight w:val="0"/>
      <w:marTop w:val="0"/>
      <w:marBottom w:val="0"/>
      <w:divBdr>
        <w:top w:val="none" w:sz="0" w:space="0" w:color="auto"/>
        <w:left w:val="none" w:sz="0" w:space="0" w:color="auto"/>
        <w:bottom w:val="none" w:sz="0" w:space="0" w:color="auto"/>
        <w:right w:val="none" w:sz="0" w:space="0" w:color="auto"/>
      </w:divBdr>
    </w:div>
    <w:div w:id="2107067046">
      <w:bodyDiv w:val="1"/>
      <w:marLeft w:val="0"/>
      <w:marRight w:val="0"/>
      <w:marTop w:val="0"/>
      <w:marBottom w:val="0"/>
      <w:divBdr>
        <w:top w:val="none" w:sz="0" w:space="0" w:color="auto"/>
        <w:left w:val="none" w:sz="0" w:space="0" w:color="auto"/>
        <w:bottom w:val="none" w:sz="0" w:space="0" w:color="auto"/>
        <w:right w:val="none" w:sz="0" w:space="0" w:color="auto"/>
      </w:divBdr>
    </w:div>
    <w:div w:id="21381358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147</Pages>
  <Words>47096</Words>
  <Characters>268450</Characters>
  <Application>Microsoft Office Word</Application>
  <DocSecurity>0</DocSecurity>
  <Lines>2237</Lines>
  <Paragraphs>629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 T. Egan</cp:lastModifiedBy>
  <cp:revision>18</cp:revision>
  <dcterms:created xsi:type="dcterms:W3CDTF">2025-05-28T16:26:00Z</dcterms:created>
  <dcterms:modified xsi:type="dcterms:W3CDTF">2025-05-30T13:26:00Z</dcterms:modified>
  <cp:category/>
</cp:coreProperties>
</file>