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Wind of Belonging – Batch 1 (Chapters 1–7)</w:t>
      </w:r>
    </w:p>
    <w:p>
      <w:r>
        <w:t>LOCKED CHAPTERS BY BUTCHES</w:t>
      </w:r>
    </w:p>
    <w:p>
      <w:r>
        <w:t>1-7Wind of Belonging – Chapters 1 &amp; 2 (Final Lock)</w:t>
      </w:r>
    </w:p>
    <w:p>
      <w:r>
        <w:t>By Margaret Vamborg</w:t>
      </w:r>
    </w:p>
    <w:p>
      <w:r>
        <w:br w:type="page"/>
      </w:r>
    </w:p>
    <w:p>
      <w:pPr>
        <w:pStyle w:val="Heading2"/>
      </w:pPr>
      <w:r>
        <w:t>Chapter 1</w:t>
      </w:r>
    </w:p>
    <w:p>
      <w:r>
        <w:t>Almost four years old. Dagoretti, where everything began.</w:t>
      </w:r>
    </w:p>
    <w:p>
      <w:r>
        <w:t>I was born in Dagoretti, where the wind carried two stories at once.</w:t>
      </w:r>
    </w:p>
    <w:p>
      <w:r>
        <w:t>It began in Westlands, gliding through quiet glass windows and perfumed gardens of big houses. There, it smelled like roses and warm vanilla pastries, like the lemony floor polish that made tiles shine bright as mirrors. But by the time it reached our mabati house—our corrugated iron home—it had changed. Heavy now with charcoal smoke and roasted maize from roadside jikos, with sweat-soaked laundry hanging limp on drooping lines. Sometimes, when it passed through the open sewer, it brought the sour bite of forgotten things.</w:t>
      </w:r>
    </w:p>
    <w:p>
      <w:r>
        <w:t>On hot days—and when you're small, every day feels hot—our mabati walls glowed like fire. I'd squint at the brightness, afraid to look directly at the metal that burned when you touched it. The walls held heat like a fever, too hot to touch, too bright to look at for long.</w:t>
      </w:r>
    </w:p>
    <w:p>
      <w:r>
        <w:t>When it rained, the roof didn't whisper—it roared like a sky with a stomach ache.</w:t>
      </w:r>
    </w:p>
    <w:p>
      <w:r>
        <w:t>"Zima hiyo redio! Siwezi jisikia!" Mama would shout over the din.</w:t>
      </w:r>
    </w:p>
    <w:p>
      <w:r>
        <w:t>Turn off that radio! I can't even hear myself think!</w:t>
      </w:r>
    </w:p>
    <w:p>
      <w:r>
        <w:t>The floor was cement, rough underfoot and cold in the mornings. Not tiled or polished like the houses in Westlands, but Mama scrubbed it like it was the floor of State House. She washed it with Omo or Jik when we had any, moving her rag in long, angry strokes across the gray surface.</w:t>
      </w:r>
    </w:p>
    <w:p>
      <w:r>
        <w:t>"Kuna mtu alipita hapa!" she'd shout, pointing at faint footprints like a crime scene detective.</w:t>
      </w:r>
    </w:p>
    <w:p>
      <w:r>
        <w:t>Someone walked here!</w:t>
      </w:r>
    </w:p>
    <w:p>
      <w:r>
        <w:t>Her finger would hang mid-air, trembling with fury just under the skin. Then came the red Bata slippers—flying missiles aimed at whichever foot had betrayed the clean floor.</w:t>
      </w:r>
    </w:p>
    <w:p>
      <w:r>
        <w:t>Mama had powers. She could sniff out guilt, follow muddy tracks like a police dog tracking a thief through the compound.</w:t>
      </w:r>
    </w:p>
    <w:p>
      <w:r>
        <w:t>I learned to read her finger like a weather vane. It told me which way her mood was blowing.</w:t>
      </w:r>
    </w:p>
    <w:p>
      <w:r>
        <w:t>Our furniture was sacred. Crocheted vitambaa—delicate doilies made from Mama's fast-moving hands—lay over the armrests like lace shields. They were not for us.</w:t>
      </w:r>
    </w:p>
    <w:p>
      <w:r>
        <w:t>"Hapa ni kwa wageni na kwa Yesu," she'd say, adjusting a doily that had shifted half an inch.</w:t>
      </w:r>
    </w:p>
    <w:p>
      <w:r>
        <w:t>This is for guests and for Jesus.</w:t>
      </w:r>
    </w:p>
    <w:p>
      <w:r>
        <w:t>I used to wonder: If Jesus came, would he wipe his feet first?</w:t>
      </w:r>
    </w:p>
    <w:p>
      <w:r>
        <w:t>Our walls were papered with magazine cutouts—Lady Gay lotion models and Blueband margarine ads. Women with smooth curls, light skin, and smiles like promises they might never keep. I stared at them, trying to figure out what they knew that I didn't.</w:t>
      </w:r>
    </w:p>
    <w:p>
      <w:r>
        <w:t>The Family</w:t>
      </w:r>
    </w:p>
    <w:p>
      <w:r>
        <w:t>Inside our one-room house lived six of us: Mama, Baba, Tabitha, Richard, baby Lucy, and me.</w:t>
      </w:r>
    </w:p>
    <w:p>
      <w:r>
        <w:t>I was almost four. I know because Lucy was just learning to sit up, wobbling like a small drunk person before toppling over. She laughed at my funny faces and gurgled when I bounced on the mattress we all shared.</w:t>
      </w:r>
    </w:p>
    <w:p>
      <w:r>
        <w:t>Tabitha, my big sister, sat in the corner doing her schoolwork with the concentration of a scholar. Her exercise book was always neat, her handwriting careful as embroidery. Baba would lean over her shoulder and place one thick finger on her book.</w:t>
      </w:r>
    </w:p>
    <w:p>
      <w:r>
        <w:t>"Tumia rubber, hapo umekosea kidogo," he'd say gently.</w:t>
      </w:r>
    </w:p>
    <w:p>
      <w:r>
        <w:t>Use your eraser—there, you've made a small mistake.</w:t>
      </w:r>
    </w:p>
    <w:p>
      <w:r>
        <w:t>Tabitha's face would tense, then soften as she corrected her work. She never argued with Baba, never rolled her eyes or sighed. She just fixed what needed fixing.</w:t>
      </w:r>
    </w:p>
    <w:p>
      <w:r>
        <w:t>Richard usually played outside, barefoot, with a football he'd made from old plastic bags twisted tight with sisal rope. His kicks were strong, his laughter louder than most boys on the block. When he scored against the makeshift goalpost, he'd raise his arms like he'd won the World Cup.</w:t>
      </w:r>
    </w:p>
    <w:p>
      <w:r>
        <w:t>Mama crocheted her vitambaa or stood over the jiko—our charcoal stove—cooking meals that filled the air with cumin and frying onions. Her hands moved quickly, chopping, stirring, tasting, adjusting. She cooked like she was conducting an orchestra.</w:t>
      </w:r>
    </w:p>
    <w:p>
      <w:r>
        <w:t>On weekends, Baba played his favorite records—zilizopendwa, the golden oldies of Swahili music. The voices of Daudi Kabaka and Maroon Commandos filled our small room, their lyrics floating like slow smoke. A few men would crowd into our house to talk and laugh with him. Some sat on the edge of the bed, others balanced on overturned buckets, all of them nodding to the music.</w:t>
      </w:r>
    </w:p>
    <w:p>
      <w:r>
        <w:t>Baba was respected. Tall and lean, he wore his afro like a crown. His skin was bronze-dark, and his teeth were brown from the hard Naivasha water where he'd grown up. But when he smiled, everyone smiled back. Even strangers.</w:t>
      </w:r>
    </w:p>
    <w:p>
      <w:r>
        <w:t>He made me feel safe. Like nothing bad could happen while he was nearby, while his large hands could reach me.</w:t>
      </w:r>
    </w:p>
    <w:p>
      <w:r>
        <w:t>Whenever he wanted me to sing, he'd call out: "Inera!"</w:t>
      </w:r>
    </w:p>
    <w:p>
      <w:r>
        <w:t>Sing, little one.</w:t>
      </w:r>
    </w:p>
    <w:p>
      <w:r>
        <w:t>It wasn't my name—my name was Njeri—but inera was Kikuyu, his special word when he wanted me to entertain his friends. He'd lift me onto a wooden stool, nod encouragingly, and I'd sing while they clapped and laughed and made me feel like I was the most important person in the world.</w:t>
      </w:r>
    </w:p>
    <w:p>
      <w:r>
        <w:t>The Man with One Shoe</w:t>
      </w:r>
    </w:p>
    <w:p>
      <w:r>
        <w:t>Even with Baba around, there was one person I feared more than anything: the man with one shoe.</w:t>
      </w:r>
    </w:p>
    <w:p>
      <w:r>
        <w:t>Not barefoot—one foot wore a massive black orthopedic shoe that looked like it had swallowed two normal feet. The other foot had a regular black shoe, worn and dusty. His legs were uneven—one shorter than the other—and he walked with a wooden stick, his body tilted like a house built on a slope.</w:t>
      </w:r>
    </w:p>
    <w:p>
      <w:r>
        <w:t>He terrified me. I thought maybe he wasn't real, wasn't human. Maybe he was something else entirely—a creature from the stories older children told to scare the younger ones.</w:t>
      </w:r>
    </w:p>
    <w:p>
      <w:r>
        <w:t>Until the day Baba walked with me to the duka at the corner—the small shop that sold sugar twisted in newspaper cones and kerosene in old Coca-Cola bottles. That's when we saw him.</w:t>
      </w:r>
    </w:p>
    <w:p>
      <w:r>
        <w:t>My hand froze inside Baba's larger one. My whole body locked up like a broken clock. I stared, wanting to disappear, to become invisible, to melt into the ground.</w:t>
      </w:r>
    </w:p>
    <w:p>
      <w:r>
        <w:t>The man limped past us, his stick making soft thumping sounds on the packed earth. He didn't look at me, didn't seem to care about my fear or my staring. He just continued on his way, going wherever he was going.</w:t>
      </w:r>
    </w:p>
    <w:p>
      <w:r>
        <w:t>Baba burst out laughing. A big, deep laugh that echoed from his belly and made other people turn to look.</w:t>
      </w:r>
    </w:p>
    <w:p>
      <w:r>
        <w:t>When the man disappeared around the corner, Baba leaned down to me and said gently: "Ni Ngai alimwumba hivo."</w:t>
      </w:r>
    </w:p>
    <w:p>
      <w:r>
        <w:t>It is God who made him that way.</w:t>
      </w:r>
    </w:p>
    <w:p>
      <w:r>
        <w:t>"He's not a monster, mwaitu. He's just a man who walks differently."</w:t>
      </w:r>
    </w:p>
    <w:p>
      <w:r>
        <w:t>I still feared the man with one shoe after that, but I feared him less. Not because he had changed, but because Baba had explained him to me. Had made him human instead of horrible.</w:t>
      </w:r>
    </w:p>
    <w:p>
      <w:r>
        <w:t>Because when Baba said something was okay, it usually was.</w:t>
      </w:r>
    </w:p>
    <w:p>
      <w:r>
        <w:t>The Day Everything Changed</w:t>
      </w:r>
    </w:p>
    <w:p>
      <w:r>
        <w:t>The click came on a Tuesday morning.</w:t>
      </w:r>
    </w:p>
    <w:p>
      <w:r>
        <w:t>I was sitting on the cement floor, playing with Lucy's toes and making her giggle, when I heard Baba and Mama talking in the corner. Their voices were low but sharp, like knives trying to cut quietly.</w:t>
      </w:r>
    </w:p>
    <w:p>
      <w:r>
        <w:t>"Hii story yako haiwezi continue," Baba was saying.</w:t>
      </w:r>
    </w:p>
    <w:p>
      <w:r>
        <w:t>This story of yours cannot continue.</w:t>
      </w:r>
    </w:p>
    <w:p>
      <w:r>
        <w:t>"Ni story gani? Wewe ndio una story." Mama's voice was tight.</w:t>
      </w:r>
    </w:p>
    <w:p>
      <w:r>
        <w:t>What story? You're the one with stories.</w:t>
      </w:r>
    </w:p>
    <w:p>
      <w:r>
        <w:t>Their words got faster, angrier, until they weren't speaking Swahili anymore but mixing it with Kikuyu and English, the way people do when they're too angry to choose just one language.</w:t>
      </w:r>
    </w:p>
    <w:p>
      <w:r>
        <w:t>I didn't understand all the words, but I understood the feeling underneath them. The way the air got thick and dangerous, like before a storm.</w:t>
      </w:r>
    </w:p>
    <w:p>
      <w:r>
        <w:t>Then I heard a word I knew: "Umalaya."</w:t>
      </w:r>
    </w:p>
    <w:p>
      <w:r>
        <w:t>Prostitute.</w:t>
      </w:r>
    </w:p>
    <w:p>
      <w:r>
        <w:t>The word hit the air like a slap. Lucy stopped giggling and looked at me with her big, curious eyes.</w:t>
      </w:r>
    </w:p>
    <w:p>
      <w:r>
        <w:t>Mama's voice went quiet. Not soft quiet—deadly quiet.</w:t>
      </w:r>
    </w:p>
    <w:p>
      <w:r>
        <w:t>"Sema hivo tena," she said.</w:t>
      </w:r>
    </w:p>
    <w:p>
      <w:r>
        <w:t>Say that again.</w:t>
      </w:r>
    </w:p>
    <w:p>
      <w:r>
        <w:t>But Baba didn't say it again. Instead, he walked to the corner where we kept our few belongings and started pulling out clothes, papers, the small radio he loved so much.</w:t>
      </w:r>
    </w:p>
    <w:p>
      <w:r>
        <w:t>"Baba," Tabitha said from her corner, looking up from her homework. "Where are you going?"</w:t>
      </w:r>
    </w:p>
    <w:p>
      <w:r>
        <w:t>He didn't answer her. He just kept packing, his movements quick and final.</w:t>
      </w:r>
    </w:p>
    <w:p>
      <w:r>
        <w:t>Lucy started crying—not the hungry cry or the tired cry, but the scared cry that meant something was wrong in the world.</w:t>
      </w:r>
    </w:p>
    <w:p>
      <w:r>
        <w:t>I picked her up and held her close, feeling her small heart beating fast against my chest.</w:t>
      </w:r>
    </w:p>
    <w:p>
      <w:r>
        <w:t>Mama stood by the door, her arms crossed, watching Baba pack like she was watching a stranger.</w:t>
      </w:r>
    </w:p>
    <w:p>
      <w:r>
        <w:t>"Haya basi," she said finally.</w:t>
      </w:r>
    </w:p>
    <w:p>
      <w:r>
        <w:t>Fine then.</w:t>
      </w:r>
    </w:p>
    <w:p>
      <w:r>
        <w:t>"Enda. Ona kama utapata mahali pengine pa kulala."</w:t>
      </w:r>
    </w:p>
    <w:p>
      <w:r>
        <w:t>Go. See if you can find another place to sleep.</w:t>
      </w:r>
    </w:p>
    <w:p>
      <w:r>
        <w:t>Baba stopped packing and looked at her. For a moment, I thought he might change his mind, might unpack his things and sit down and explain what had happened.</w:t>
      </w:r>
    </w:p>
    <w:p>
      <w:r>
        <w:t>Instead, he picked up his bag and walked to the door.</w:t>
      </w:r>
    </w:p>
    <w:p>
      <w:r>
        <w:t>He stopped beside me and Lucy. His hand touched my head, heavy and warm.</w:t>
      </w:r>
    </w:p>
    <w:p>
      <w:r>
        <w:t>"Uwe mzuri, mwaitu," he said.</w:t>
      </w:r>
    </w:p>
    <w:p>
      <w:r>
        <w:t>Be good, little one.</w:t>
      </w:r>
    </w:p>
    <w:p>
      <w:r>
        <w:t>Then he looked at Tabitha and Richard, who had come inside when they heard the shouting.</w:t>
      </w:r>
    </w:p>
    <w:p>
      <w:r>
        <w:t>"Msimamie mama yenu," he told them.</w:t>
      </w:r>
    </w:p>
    <w:p>
      <w:r>
        <w:t>Take care of your mother.</w:t>
      </w:r>
    </w:p>
    <w:p>
      <w:r>
        <w:t>His hand reached for the door handle.</w:t>
      </w:r>
    </w:p>
    <w:p>
      <w:r>
        <w:t>Click.</w:t>
      </w:r>
    </w:p>
    <w:p>
      <w:r>
        <w:t>The sound was small but final. Like a period at the end of a sentence you didn't want to finish.</w:t>
      </w:r>
    </w:p>
    <w:p>
      <w:r>
        <w:t>That click rang across the mabati walls, echoed in the empty corners, sank into the mattress where we slept.</w:t>
      </w:r>
    </w:p>
    <w:p>
      <w:r>
        <w:t>It was the loudest sound in the world.</w:t>
      </w:r>
    </w:p>
    <w:p>
      <w:r>
        <w:t>And the quietest.</w:t>
      </w:r>
    </w:p>
    <w:p>
      <w:r>
        <w:t>I didn't cry. I just stared at the door, holding Lucy, who had stopped crying and was now looking at the space where Baba had been.</w:t>
      </w:r>
    </w:p>
    <w:p>
      <w:r>
        <w:t>I thought about bread and Blueband margarine, about how the tallest girl I knew—Tabitha—had tears running down her face. About the man with one shoe and how Baba had made him less frightening just by explaining him.</w:t>
      </w:r>
    </w:p>
    <w:p>
      <w:r>
        <w:t>I didn't understand everything that had happened.</w:t>
      </w:r>
    </w:p>
    <w:p>
      <w:r>
        <w:t>But something inside me did.</w:t>
      </w:r>
    </w:p>
    <w:p>
      <w:r>
        <w:t>The door was closed now, and Baba was on the other side of it. The wind outside was still carrying its two stories—sweet smells from the big houses, sharp scents from the slums.</w:t>
      </w:r>
    </w:p>
    <w:p>
      <w:r>
        <w:t>But I was no longer standing between those two worlds, trying to figure out which one I belonged to.</w:t>
      </w:r>
    </w:p>
    <w:p>
      <w:r>
        <w:t>I was standing in the doorway, almost four years old, breathing air that tasted like endings and beginnings I couldn't name.</w:t>
      </w:r>
    </w:p>
    <w:p>
      <w:r>
        <w:br w:type="page"/>
      </w:r>
    </w:p>
    <w:p>
      <w:pPr>
        <w:pStyle w:val="Heading2"/>
      </w:pPr>
      <w:r>
        <w:t>Chapter 2</w:t>
      </w:r>
    </w:p>
    <w:p>
      <w:r>
        <w:t>Four years old. The weeks after the click.</w:t>
      </w:r>
    </w:p>
    <w:p>
      <w:r>
        <w:t>Smell reached me before sight—sour milk and something rotting that made me breathe through my mouth.</w:t>
      </w:r>
    </w:p>
    <w:p>
      <w:r>
        <w:t>In the days after Baba left, the room began to fold in on itself. The walls hadn't moved, but they felt closer, pressing like when somebody hugged too tight. The magazine pictures curled at the corners, yellowing and brittle. The happy families with their bread and Blueband were peeling away like they didn't want to stay with us anymore.</w:t>
      </w:r>
    </w:p>
    <w:p>
      <w:r>
        <w:t>I remembered different smells. Githeri bubbling in the pot, making my stomach make happy sounds. Sukuma wiki jumping in the pan—pop-pop-pop—telling me food was coming. Those smells used to make me run toward home because Mama was cooking and home meant full bellies and all of us together.</w:t>
      </w:r>
    </w:p>
    <w:p>
      <w:r>
        <w:t>Now the air felt heavy and sad, like trying to breathe under a wet blanket.</w:t>
      </w:r>
    </w:p>
    <w:p>
      <w:r>
        <w:t>Lucy cried all the time now. Sharp cries that cut through everything—the silence, the heat, the thick air that tasted like despair. She was the lightest one of us, with eyes so pale they looked like glass, and when I looked at her I saw Mama's face looking back. But tinier. More breakable.</w:t>
      </w:r>
    </w:p>
    <w:p>
      <w:r>
        <w:t>I held her tight and felt her small chest going up-down-up-down fast like a frightened bird. Her hands were so tiny they could barely grip my finger.</w:t>
      </w:r>
    </w:p>
    <w:p>
      <w:r>
        <w:t>I tried to sing the way Mama used to: "Lala toto lala... mama anakuja..."</w:t>
      </w:r>
    </w:p>
    <w:p>
      <w:r>
        <w:t>Sleep baby sleep... mama is coming...</w:t>
      </w:r>
    </w:p>
    <w:p>
      <w:r>
        <w:t>But my voice sounded small and scared. Even I knew I was lying. Lucy cried harder when I sang, like she could hear the lie underneath the melody.</w:t>
      </w:r>
    </w:p>
    <w:p>
      <w:r>
        <w:t>The words got stuck in my throat and hurt.</w:t>
      </w:r>
    </w:p>
    <w:p>
      <w:r>
        <w:t>Nobody had asked me if I wanted to be the mama. But there was no one else.</w:t>
      </w:r>
    </w:p>
    <w:p>
      <w:r>
        <w:t>When Tabitha Went Away</w:t>
      </w:r>
    </w:p>
    <w:p>
      <w:r>
        <w:t>Two weeks after the click.</w:t>
      </w:r>
    </w:p>
    <w:p>
      <w:r>
        <w:t>Tabitha was the tallest of us children. Taller than me, taller than Richard, almost as tall as Mama when she stood straight. Her skin was smooth and dark, her hair always braided in neat lines that never got messy even when she slept. Mama never hit Tabitha with the cooking stick. Never. I didn't know why, but I knew it was important.</w:t>
      </w:r>
    </w:p>
    <w:p>
      <w:r>
        <w:t>The morning she left, Tabitha wore her school uniform. The blue dress had wrinkles even though she'd tried to press them out with the hot iron. She sat close to me, her hands shaking slightly.</w:t>
      </w:r>
    </w:p>
    <w:p>
      <w:r>
        <w:t>"Njeri," she said. "I have to go stay with Auntie Mary. For school."</w:t>
      </w:r>
    </w:p>
    <w:p>
      <w:r>
        <w:t>I didn't understand. School happened during the day, then you came home for supper and homework and stories. School wasn't something that took you away forever.</w:t>
      </w:r>
    </w:p>
    <w:p>
      <w:r>
        <w:t>"But you live here," I said. "With us."</w:t>
      </w:r>
    </w:p>
    <w:p>
      <w:r>
        <w:t>She tried to keep her voice soft so I wouldn't cry, but I cried anyway. Big, loud sobs that made Lucy wake up and start crying too.</w:t>
      </w:r>
    </w:p>
    <w:p>
      <w:r>
        <w:t>"Don't you understand?" Her voice rose. "I cannot stay here. I need bus fare and Baba is gone. I need somewhere quiet to do homework. We don't even have kerosene for the lamp."</w:t>
      </w:r>
    </w:p>
    <w:p>
      <w:r>
        <w:t>I didn't know about bus fare or quiet places for homework. I only knew my tall sister was putting her few things in a black plastic bag that went crinkle-crinkle-crinkle with each movement.</w:t>
      </w:r>
    </w:p>
    <w:p>
      <w:r>
        <w:t>"But who will—" I started.</w:t>
      </w:r>
    </w:p>
    <w:p>
      <w:r>
        <w:t>She hugged me before I could finish, cutting off my words. She smelled like washing soap and something else—something that smelled like going away.</w:t>
      </w:r>
    </w:p>
    <w:p>
      <w:r>
        <w:t>"You're smart, Njeri. You'll figure it out," she said, but her voice cracked like a stick breaking.</w:t>
      </w:r>
    </w:p>
    <w:p>
      <w:r>
        <w:t>The plastic bag looked heavy when she lifted it. I watched her straight, tall back walk to the door. Even leaving, Tabitha looked neat and clean and important.</w:t>
      </w:r>
    </w:p>
    <w:p>
      <w:r>
        <w:t>The door went click. Not sharp like when Baba left. More like a small crack in something that was already breaking.</w:t>
      </w:r>
    </w:p>
    <w:p>
      <w:r>
        <w:t>Now there were three of us: me, Lucy, and Richard.</w:t>
      </w:r>
    </w:p>
    <w:p>
      <w:r>
        <w:t>When Richard Went Away</w:t>
      </w:r>
    </w:p>
    <w:p>
      <w:r>
        <w:t>One month after Tabitha left.</w:t>
      </w:r>
    </w:p>
    <w:p>
      <w:r>
        <w:t>Richard's skin was darker than all of us. So dark that Mama used to tease him: "Richard, twende tuoge hiyo rangi. Labda itatoka."</w:t>
      </w:r>
    </w:p>
    <w:p>
      <w:r>
        <w:t>Richard, let's go wash that color. Maybe it will come off.</w:t>
      </w:r>
    </w:p>
    <w:p>
      <w:r>
        <w:t>But I loved Richard's dark skin because it was smooth like river stones, and when he smiled his teeth were bright white like stars against the night sky.</w:t>
      </w:r>
    </w:p>
    <w:p>
      <w:r>
        <w:t>One of his front teeth was broken, snapped like sugarcane. I remembered the night it happened—Mama had lifted him high and dropped him hard, like a sack of maize she was tired of carrying. There was blood and crying and that terrible quiet that came after violence. When Baba asked about the tooth, Mama said Richard had broken it playing football with the older boys.</w:t>
      </w:r>
    </w:p>
    <w:p>
      <w:r>
        <w:t>Baba didn't ask more questions. Richard didn't say anything.</w:t>
      </w:r>
    </w:p>
    <w:p>
      <w:r>
        <w:t>Richard didn't talk much, not like me. But his hands were always busy, building things. Cars from cardboard boxes and bottle tops. Houses from sticks and mud. A football from plastic bags tied tight with sisal rope. He could turn rubbish into treasure just by touching it.</w:t>
      </w:r>
    </w:p>
    <w:p>
      <w:r>
        <w:t>He was closest to me, even though we never said it out loud. Sometimes he took my blame when Mama was looking for someone to hit. He'd step forward and say he'd done whatever I'd actually done, then take the cooking stick for me.</w:t>
      </w:r>
    </w:p>
    <w:p>
      <w:r>
        <w:t>I never understood why. Maybe because he knew I was smaller. Maybe because he understood what it felt like to be the one who got hit most often.</w:t>
      </w:r>
    </w:p>
    <w:p>
      <w:r>
        <w:t>The day Mama broke my arm—the day blood came out of my nose and mouth all at once—it was Richard who found me curled behind the pit latrines, trying not to cry too loud. He didn't say anything, just sat beside me in the smell and the flies and the heat. I leaned against him, and he was warm and solid and kind.</w:t>
      </w:r>
    </w:p>
    <w:p>
      <w:r>
        <w:t>He didn't smell like soap or starch like Tabitha, but he smelled like safety.</w:t>
      </w:r>
    </w:p>
    <w:p>
      <w:r>
        <w:t>Richard tried to stay longer than Tabitha. Maybe because he was a boy and felt responsible. Maybe because he knew I needed him. His dark skin would shine with sweat when he carried Lucy around, singing little songs to make her laugh.</w:t>
      </w:r>
    </w:p>
    <w:p>
      <w:r>
        <w:t>But his stomach was empty like mine, and empty stomachs made you think desperate thoughts.</w:t>
      </w:r>
    </w:p>
    <w:p>
      <w:r>
        <w:t>He started going out during the day, looking in bins, following bigger boys who knew where to find food. His face would disappear in the shadows, and I couldn't see him until he smiled and his white teeth showed me where he was.</w:t>
      </w:r>
    </w:p>
    <w:p>
      <w:r>
        <w:t>He came back at sunset with treasures—half a mango that was soft but still sweet, a piece of mandazi wrapped in newspaper, sometimes samosa that tasted like celebration.</w:t>
      </w:r>
    </w:p>
    <w:p>
      <w:r>
        <w:t>"Nimepatia nyinyi chakula," he would say, placing food on our floor like gifts.</w:t>
      </w:r>
    </w:p>
    <w:p>
      <w:r>
        <w:t>I found you food.</w:t>
      </w:r>
    </w:p>
    <w:p>
      <w:r>
        <w:t>When Richard said he "found" food, I didn't ask where. Some questions were too dangerous to know the answers to.</w:t>
      </w:r>
    </w:p>
    <w:p>
      <w:r>
        <w:t>But he brought stories too. His eyes would get bright when he talked about the street, about other children who lived there like a family. Children who knew how to get food when they were hungry, who knew where to hide when the police came looking.</w:t>
      </w:r>
    </w:p>
    <w:p>
      <w:r>
        <w:t>"Kuna watoto wengi hapo nje," he said, moving his hands to show me how many.</w:t>
      </w:r>
    </w:p>
    <w:p>
      <w:r>
        <w:t>There are many children out there.</w:t>
      </w:r>
    </w:p>
    <w:p>
      <w:r>
        <w:t>"They know things we don't know. They know how to survive."</w:t>
      </w:r>
    </w:p>
    <w:p>
      <w:r>
        <w:t>Richard made the street sound like a different world where children could be grown-ups and nobody told them they were too small. Where being dark like charcoal was good because you could hide in shadows and no one would find you unless you wanted them to.</w:t>
      </w:r>
    </w:p>
    <w:p>
      <w:r>
        <w:t>Sometimes he came home and wrinkled his nose. "Nyumba inanuka mavi. Throw away the potty after Lucy uses it."</w:t>
      </w:r>
    </w:p>
    <w:p>
      <w:r>
        <w:t>The house smells like shit.</w:t>
      </w:r>
    </w:p>
    <w:p>
      <w:r>
        <w:t>Then he'd laugh, but his laugh sounded different. Sharp at the edges, like the big boys on the street had taught him a new way to find things funny.</w:t>
      </w:r>
    </w:p>
    <w:p>
      <w:r>
        <w:t>"I do clean it," I said, but my voice was small and defensive. I tried to clean everything, but Lucy made messes faster than I could clean them, and sometimes the mess went places I couldn't reach.</w:t>
      </w:r>
    </w:p>
    <w:p>
      <w:r>
        <w:t>Then one night Richard didn't come home.</w:t>
      </w:r>
    </w:p>
    <w:p>
      <w:r>
        <w:t>I waited by the door until our lamp ran out of kerosene. I waited until Lucy cried herself to sleep. I pressed my ear to the wall, listening for his footsteps, but I only heard other families—cooking, talking, laughing. The normal sounds of people who still had all their pieces.</w:t>
      </w:r>
    </w:p>
    <w:p>
      <w:r>
        <w:t>When someone didn't come home, you kept waiting until the waiting hurt more than the knowing.</w:t>
      </w:r>
    </w:p>
    <w:p>
      <w:r>
        <w:t>The next morning, I looked for his sleeping place, but there was just empty space where his thin blanket used to be. No goodbye note, no explanation. Just nothing where Richard's dark face used to smile at me.</w:t>
      </w:r>
    </w:p>
    <w:p>
      <w:r>
        <w:t>Just Me and Lucy</w:t>
      </w:r>
    </w:p>
    <w:p>
      <w:r>
        <w:t>Six weeks after Baba left.</w:t>
      </w:r>
    </w:p>
    <w:p>
      <w:r>
        <w:t>Now it was just me and Lucy.</w:t>
      </w:r>
    </w:p>
    <w:p>
      <w:r>
        <w:t>Me and Lucy and the smell that wouldn't go away and the crying that happened every day and the impossible job of keeping us both alive when I still needed someone to keep me alive.</w:t>
      </w:r>
    </w:p>
    <w:p>
      <w:r>
        <w:t>I found work with the women who washed clothes around the big metal basins. They let me watch their babies while they scrubbed, and I learned to change diapers and wipe noses and make funny faces that turned crying into laughing.</w:t>
      </w:r>
    </w:p>
    <w:p>
      <w:r>
        <w:t>"Njeri!" Mama Grace would call. "Njia baby Mercy."</w:t>
      </w:r>
    </w:p>
    <w:p>
      <w:r>
        <w:t>Come take baby Mercy.</w:t>
      </w:r>
    </w:p>
    <w:p>
      <w:r>
        <w:t>Lucy would watch my face when I sang to other babies, studying my mouth like she was learning the songs. When she wasn't crying—when her belly had enough food to let happiness visit—she was my best friend. She giggled at my faces and clapped her hands when I danced, and the sound was so sweet it made everything else disappear for a moment.</w:t>
      </w:r>
    </w:p>
    <w:p>
      <w:r>
        <w:t>She had four teeth when everyone left. Now she had six, tiny white points that she used to chew on her fingers when she was thinking.</w:t>
      </w:r>
    </w:p>
    <w:p>
      <w:r>
        <w:t>When I helped the women all day, sometimes they gave me more than scraps. A spoon of githeri still warm from the pot. A piece of chapati soft and oily. Once Mama Sarah gave me a whole mandazi, round and golden and sweet. I broke it into tiny pieces for Lucy and saved the biggest piece for myself.</w:t>
      </w:r>
    </w:p>
    <w:p>
      <w:r>
        <w:t>But weekends were different. The women stayed home with their own children, and I could hear them through the thin walls—mothers braiding hair, fathers telling stories, children laughing at jokes I couldn't hear.</w:t>
      </w:r>
    </w:p>
    <w:p>
      <w:r>
        <w:t>I sat in our doorway with Lucy on my lap, watching other families through their windows. Normal families who still had all their people.</w:t>
      </w:r>
    </w:p>
    <w:p>
      <w:r>
        <w:t>"Lucy," I whispered, "njaa inakuuma?"</w:t>
      </w:r>
    </w:p>
    <w:p>
      <w:r>
        <w:t>Lucy, is hunger hurting you?</w:t>
      </w:r>
    </w:p>
    <w:p>
      <w:r>
        <w:t>She would look up at me with her big eyes and make sounds that were almost words. When she tried to say "mama," my chest felt tight and sad.</w:t>
      </w:r>
    </w:p>
    <w:p>
      <w:r>
        <w:t>Sometimes butterflies came to visit our compound. Lucy would point with one small finger, eyes wide with wonder, clapping her hands like she was greeting old friends.</w:t>
      </w:r>
    </w:p>
    <w:p>
      <w:r>
        <w:t>"Once upon a time," I told her, "there was a butterfly who could fly anywhere she wanted..."</w:t>
      </w:r>
    </w:p>
    <w:p>
      <w:r>
        <w:t>Lucy would settle against me, watching the butterfly dance in the air, and for a little while we forgot about being hungry and alone and too small for all the things we had to carry.</w:t>
      </w:r>
    </w:p>
    <w:p>
      <w:r>
        <w:t>When the Smiles Got Smaller</w:t>
      </w:r>
    </w:p>
    <w:p>
      <w:r>
        <w:t>Two months after Baba left.</w:t>
      </w:r>
    </w:p>
    <w:p>
      <w:r>
        <w:t>After many weeks, the women's smiles got smaller. Their food portions got smaller. Their patience got shorter.</w:t>
      </w:r>
    </w:p>
    <w:p>
      <w:r>
        <w:t>One morning I came to the washing place and found the women had started without me. Baby Mercy was sitting with her big sister instead of waiting for me.</w:t>
      </w:r>
    </w:p>
    <w:p>
      <w:r>
        <w:t>"Mama Grace?" I called.</w:t>
      </w:r>
    </w:p>
    <w:p>
      <w:r>
        <w:t>She looked up, soap suds covering her dark arms. "Oh, Njeri. Leo binti yangu amesaidia."</w:t>
      </w:r>
    </w:p>
    <w:p>
      <w:r>
        <w:t>Oh, Njeri. Today my daughter is helping me.</w:t>
      </w:r>
    </w:p>
    <w:p>
      <w:r>
        <w:t>I didn't understand what had changed, but I nodded because that's what you did when grown-ups used that tone of voice—the one that meant the conversation was over before it started.</w:t>
      </w:r>
    </w:p>
    <w:p>
      <w:r>
        <w:t>Lucy began fussing, reaching toward Baby Mercy like she was asking why we weren't sitting in our usual spot.</w:t>
      </w:r>
    </w:p>
    <w:p>
      <w:r>
        <w:t>"Lucy wants to see Mercy," I said hopefully.</w:t>
      </w:r>
    </w:p>
    <w:p>
      <w:r>
        <w:t>"Sio leo, mtoto."</w:t>
      </w:r>
    </w:p>
    <w:p>
      <w:r>
        <w:t>Not today, child.</w:t>
      </w:r>
    </w:p>
    <w:p>
      <w:r>
        <w:t>We walked back to our room. Lucy kept turning to look back at Baby Mercy, then at my face, like she was trying to understand what we had lost.</w:t>
      </w:r>
    </w:p>
    <w:p>
      <w:r>
        <w:t>That night, when hunger made my hands shake and my stomach feel like it was eating itself, I went behind the vegetable stalls in the market. I found cabbage leaves that vendors had thrown away, tomatoes that were soft but still sweet. I squeezed the juice onto my fingers and let Lucy suck it, watching her face brighten with the taste.</w:t>
      </w:r>
    </w:p>
    <w:p>
      <w:r>
        <w:t>The Woman Who Knew</w:t>
      </w:r>
    </w:p>
    <w:p>
      <w:r>
        <w:t>Three months after Baba left.</w:t>
      </w:r>
    </w:p>
    <w:p>
      <w:r>
        <w:t>Mama Sarah came to our door on a Tuesday evening when the sun was painting the sky orange and pink. Lucy was sleeping in my arms after crying most of the day—not sick crying, just the tired, hungry crying that had become our daily music.</w:t>
      </w:r>
    </w:p>
    <w:p>
      <w:r>
        <w:t>"Njeri," she said, sitting down so her face was level with mine. "Nina kitu cha kukuambia."</w:t>
      </w:r>
    </w:p>
    <w:p>
      <w:r>
        <w:t>I have something to tell you.</w:t>
      </w:r>
    </w:p>
    <w:p>
      <w:r>
        <w:t>Her voice sounded different. Not tired or impatient, but careful, like she was carrying something fragile.</w:t>
      </w:r>
    </w:p>
    <w:p>
      <w:r>
        <w:t>"I was at the market in Kawangware yesterday. A woman there—selling vegetables—she knows your mother's people."</w:t>
      </w:r>
    </w:p>
    <w:p>
      <w:r>
        <w:t>I stared at her. "Anawajua?"</w:t>
      </w:r>
    </w:p>
    <w:p>
      <w:r>
        <w:t>She knows them?</w:t>
      </w:r>
    </w:p>
    <w:p>
      <w:r>
        <w:t>"Your grandmother. Your mother's mother. She lives near the railway past Kibera."</w:t>
      </w:r>
    </w:p>
    <w:p>
      <w:r>
        <w:t>Lucy stirred in my arms, making small sounds in her sleep. I looked at her face that looked so much like Mama's face, then back at Mama Sarah.</w:t>
      </w:r>
    </w:p>
    <w:p>
      <w:r>
        <w:t>"Nyawira?" I whispered the word like it was something precious.</w:t>
      </w:r>
    </w:p>
    <w:p>
      <w:r>
        <w:t>Grandmother.</w:t>
      </w:r>
    </w:p>
    <w:p>
      <w:r>
        <w:t>"Ndio. The woman remembered your mother when Jane was young, before she came to Dagoretti. Your grandmother still lives there, near the railway line."</w:t>
      </w:r>
    </w:p>
    <w:p>
      <w:r>
        <w:t>"Anajua kutuhusu?"</w:t>
      </w:r>
    </w:p>
    <w:p>
      <w:r>
        <w:t>Does she know about us?</w:t>
      </w:r>
    </w:p>
    <w:p>
      <w:r>
        <w:t>Mama Sarah's face was gentle, but I could tell she didn't know the answer. "Mtu anapaswa kumwambia. Mtu anapaswa kumjuulisha vile muko."</w:t>
      </w:r>
    </w:p>
    <w:p>
      <w:r>
        <w:t>Someone should tell her. Someone should let her know where you are.</w:t>
      </w:r>
    </w:p>
    <w:p>
      <w:r>
        <w:t>Lucy's eyes opened like she could feel something changing in the air. She looked at me, then at Mama Sarah, and when Mama Sarah touched her small hand, Lucy held her finger tight.</w:t>
      </w:r>
    </w:p>
    <w:p>
      <w:r>
        <w:t>"Ona? Lucy anajua hii ni habari nzuri."</w:t>
      </w:r>
    </w:p>
    <w:p>
      <w:r>
        <w:t>See? Lucy knows this is good news.</w:t>
      </w:r>
    </w:p>
    <w:p>
      <w:r>
        <w:t>My chest felt warm and scared at the same time. "Atataka?"</w:t>
      </w:r>
    </w:p>
    <w:p>
      <w:r>
        <w:t>Will she want us?</w:t>
      </w:r>
    </w:p>
    <w:p>
      <w:r>
        <w:t>"Kwa nini asingependa watoto wa damu yake?"</w:t>
      </w:r>
    </w:p>
    <w:p>
      <w:r>
        <w:t>Why wouldn't she want her own blood?</w:t>
      </w:r>
    </w:p>
    <w:p>
      <w:r>
        <w:t>Lucy made one of her almost-words, looking at Mama Sarah like she was trying to join the conversation.</w:t>
      </w:r>
    </w:p>
    <w:p>
      <w:r>
        <w:t>"Tutafanya nini?"</w:t>
      </w:r>
    </w:p>
    <w:p>
      <w:r>
        <w:t>What do we do?</w:t>
      </w:r>
    </w:p>
    <w:p>
      <w:r>
        <w:t>"Kesho nitamuuliza mama huyo njia. Halafu tutaona jinsi ya kuwapeleka kwa nyawira wenu."</w:t>
      </w:r>
    </w:p>
    <w:p>
      <w:r>
        <w:t>Tomorrow I'll ask that woman for directions. Then we'll see about getting you to your grandmother.</w:t>
      </w:r>
    </w:p>
    <w:p>
      <w:r>
        <w:t>After Mama Sarah left, I held Lucy close in the darkness and whispered: "Nyawira. Gogo."</w:t>
      </w:r>
    </w:p>
    <w:p>
      <w:r>
        <w:t>Grandmother. Granny.</w:t>
      </w:r>
    </w:p>
    <w:p>
      <w:r>
        <w:t>Maybe she would want us. Maybe she would remember that we belonged to someone, that we had a place in the world.</w:t>
      </w:r>
    </w:p>
    <w:p>
      <w:r>
        <w:t>Lucy looked up at me and smiled—not one of her small, tired smiles, but something brighter. Something that looked like hope.</w:t>
      </w:r>
    </w:p>
    <w:p>
      <w:r>
        <w:t>In the dark, with Lucy's breath warm against my chest, I felt something new. Not happiness exactly, but something stronger. We were still alive. We were still together. And somewhere past the railway lived someone who might remember we belonged to her.</w:t>
      </w:r>
    </w:p>
    <w:p>
      <w:r>
        <w:t>The grown-ups around us had watched me carrying Lucy, heard her crying through the walls, smelled what came from our room. But nobody had asked why a four-year-old was taking care of a baby. They had just decided it was my job now.</w:t>
      </w:r>
    </w:p>
    <w:p>
      <w:r>
        <w:t>"Mtoto anajua kufanya kazi," I heard one woman say to another, watching me hang Lucy's wet clothes.</w:t>
      </w:r>
    </w:p>
    <w:p>
      <w:r>
        <w:t>The child knows how to work.</w:t>
      </w:r>
    </w:p>
    <w:p>
      <w:r>
        <w:t>When grown-ups said a child knew how to work, it meant they had decided not to help.</w:t>
      </w:r>
    </w:p>
    <w:p>
      <w:r>
        <w:t>My arms ached from carrying Lucy. She got heavier while I stayed the same size. My back hurt from rocking her at night, telling her stories about butterflies and stars and magical places where children never went hungry.</w:t>
      </w:r>
    </w:p>
    <w:p>
      <w:r>
        <w:t>I told stories not because I believed them, but because I couldn't stand the quiet when Lucy stopped crying. Quiet made me think about Tabitha's empty sleeping place and Richard's missing smile and the way other families' dinner smells floated past our door.</w:t>
      </w:r>
    </w:p>
    <w:p>
      <w:r>
        <w:t>Stories were easier than remembering. Stories were something I could make when everything else was being taken away.</w:t>
      </w:r>
    </w:p>
    <w:p>
      <w:r>
        <w:t>Tomorrow would bring more of Lucy crying and me trying to make her stop, more hunger and not knowing how to fix it, more waiting for people who weren't coming back.</w:t>
      </w:r>
    </w:p>
    <w:p>
      <w:r>
        <w:t>But maybe tomorrow would also bring news about the woman near the railway who might know our names.</w:t>
      </w:r>
    </w:p>
    <w:p>
      <w:r>
        <w:t>Past the railway lived someone who might remember we belonged to her.</w:t>
      </w:r>
    </w:p>
    <w:p>
      <w:r>
        <w:t>Wind of Belonging – Chapter 3 (Final Lock)</w:t>
      </w:r>
    </w:p>
    <w:p>
      <w:r>
        <w:t>By Margaret Vamborg</w:t>
      </w:r>
    </w:p>
    <w:p>
      <w:r>
        <w:br w:type="page"/>
      </w:r>
    </w:p>
    <w:p>
      <w:pPr>
        <w:pStyle w:val="Heading2"/>
      </w:pPr>
      <w:r>
        <w:t>Chapter 3</w:t>
      </w:r>
    </w:p>
    <w:p>
      <w:r>
        <w:t>Four and a half years old. The day we left Dagoretti.</w:t>
      </w:r>
    </w:p>
    <w:p>
      <w:r>
        <w:t>The woman's name escaped me, but her smell lingered: Lifebuoy soap layered over sweat, ripe bananas turning soft in the sun. Her hands were rough but gentle—the kind that could carry bananas and babies without dropping either.</w:t>
      </w:r>
    </w:p>
    <w:p>
      <w:r>
        <w:t>My feet ached. Lucy felt heavier with every step, her small body damp with sweat against my chest. The bread we'd shared that morning was gone now, leaving only the memory of sweetness and the hollow ache that came after.</w:t>
      </w:r>
    </w:p>
    <w:p>
      <w:r>
        <w:t>But I didn't complain. I held Lucy tighter and kept walking.</w:t>
      </w:r>
    </w:p>
    <w:p>
      <w:r>
        <w:t>As we moved along the dusty path, the woman glanced down at me and said something that lodged in my chest like a seed:</w:t>
      </w:r>
    </w:p>
    <w:p>
      <w:r>
        <w:t>"Majina yenu ni sawa. Wewe na cucu yako, wote ni Njeri."</w:t>
      </w:r>
    </w:p>
    <w:p>
      <w:r>
        <w:t>Your names are the same. You and your grandmother, both Njeri.</w:t>
      </w:r>
    </w:p>
    <w:p>
      <w:r>
        <w:t>She said it like it was a blessing, but the words felt strange and heavy. When Mama called my name, it sounded sharp—like a slap across the air. When neighbors said it, it sounded tired, like they were too weary to say anything else.</w:t>
      </w:r>
    </w:p>
    <w:p>
      <w:r>
        <w:t>But the way this woman said "Njeri" made it feel warm, like a coat you didn't know you were allowed to wear.</w:t>
      </w:r>
    </w:p>
    <w:p>
      <w:r>
        <w:t>I didn't understand why having the same name as my grandmother mattered. Names were just sounds people made to get your attention. But the woman's voice told me this name meant something—something I might grow into, something that might grow into me.</w:t>
      </w:r>
    </w:p>
    <w:p>
      <w:r>
        <w:t>The road stretched endlessly ahead. My legs moved without thinking, one after the other, following the sway of the woman's wide hips. Lucy made soft sounds near my neck—not crying, just the gentle murmur she made when tired but trying to be good.</w:t>
      </w:r>
    </w:p>
    <w:p>
      <w:r>
        <w:t>The sun pressed down like a heavy blanket. Dust floated into my mouth and made everything taste like sand and walking and the long journey between one life and another.</w:t>
      </w:r>
    </w:p>
    <w:p>
      <w:r>
        <w:t>Grandmother's Compound</w:t>
      </w:r>
    </w:p>
    <w:p>
      <w:r>
        <w:t>When we finally reached the compound, my legs felt like water and my back burned from Lucy's weight.</w:t>
      </w:r>
    </w:p>
    <w:p>
      <w:r>
        <w:t>The first thing I noticed was the floor—red earth, packed smooth and hard. Not cement like the house we'd left behind. Something inside me relaxed. Earth could swallow footprints. If Mama ever came looking, she wouldn't see our small prints leading here.</w:t>
      </w:r>
    </w:p>
    <w:p>
      <w:r>
        <w:t>Grandmother sat by the doorway, peeling sweet potatoes. Her kitambaa—headscarf—was sliding off her gray hair, and her hands moved quick and sharp, like she was fighting the vegetables. Potato skins dropped into a basin like curled-up tears.</w:t>
      </w:r>
    </w:p>
    <w:p>
      <w:r>
        <w:t>I had seen her before, in fragments of memory: a tall, thin woman who spoke Kikuyu like music. But I didn't remember her hands being so angry, or her mouth being so tight.</w:t>
      </w:r>
    </w:p>
    <w:p>
      <w:r>
        <w:t>When she looked up and saw us, her knife went still. Her face went still too—like water before a storm.</w:t>
      </w:r>
    </w:p>
    <w:p>
      <w:r>
        <w:t>No smile. No words of welcome.</w:t>
      </w:r>
    </w:p>
    <w:p>
      <w:r>
        <w:t>Just her eyes, moving from me to Lucy to the woman beside us. Counting burdens she didn't want to count.</w:t>
      </w:r>
    </w:p>
    <w:p>
      <w:r>
        <w:t>Her whole body stiffened. She didn't stand up to greet us. She didn't open her arms.</w:t>
      </w:r>
    </w:p>
    <w:p>
      <w:r>
        <w:t>Instead, she placed the knife down carefully and spoke in Kikuyu, her voice slicing the air sharper than the blade:</w:t>
      </w:r>
    </w:p>
    <w:p>
      <w:r>
        <w:t>"Aka nĩ mũndũ wa kũhũra—nyina arĩa ndũgũ na atongoria nĩ mũmalaya. Aũruu wĩhĩtĩirie mwana wa mũirĩtu na mwana wa mwĩhĩtĩirie?"</w:t>
      </w:r>
    </w:p>
    <w:p>
      <w:r>
        <w:t>That woman has gone to parade herself for men. She lost her husband to prostitution. And now you bring me her child and the child of the man she paraded for?</w:t>
      </w:r>
    </w:p>
    <w:p>
      <w:r>
        <w:t>The word—umalaya—hit my stomach like rotten food. I knew that word. I'd heard it whispered in compound corners, spat like poison in arguments. It was one of those words that got you beaten just for knowing it.</w:t>
      </w:r>
    </w:p>
    <w:p>
      <w:r>
        <w:t>But Grandmother said it loud and clear, as if shame was something you could hand to someone like a sack of maize and tell them to carry it.</w:t>
      </w:r>
    </w:p>
    <w:p>
      <w:r>
        <w:t>The woman who had brought us didn't argue. She just stood quietly, her shoulders dipping slightly, but her hand stayed gentle on my back.</w:t>
      </w:r>
    </w:p>
    <w:p>
      <w:r>
        <w:t>Then, finally, Grandmother's voice softened—just a little.</w:t>
      </w:r>
    </w:p>
    <w:p>
      <w:r>
        <w:t>"Mumekula leo?"</w:t>
      </w:r>
    </w:p>
    <w:p>
      <w:r>
        <w:t>Have you eaten today?</w:t>
      </w:r>
    </w:p>
    <w:p>
      <w:r>
        <w:t>The woman answered for me. We'd had bread and milk, but that felt like yesterday now, dissolved into the hunger that lived in my belly.</w:t>
      </w:r>
    </w:p>
    <w:p>
      <w:r>
        <w:t>"Ingieni," Grandmother said at last, rising to her feet.</w:t>
      </w:r>
    </w:p>
    <w:p>
      <w:r>
        <w:t>Come in.</w:t>
      </w:r>
    </w:p>
    <w:p>
      <w:r>
        <w:t>The First Meal</w:t>
      </w:r>
    </w:p>
    <w:p>
      <w:r>
        <w:t>The smell hit me before my eyes adjusted to the dim interior—githeri. Maize and beans, warm and rich, floating through the air like something kind and expected.</w:t>
      </w:r>
    </w:p>
    <w:p>
      <w:r>
        <w:t>My mouth watered so fast it hurt. This wasn't leftover food from someone else's plate or scraps given out of pity. This was real food, cooked on purpose. For us.</w:t>
      </w:r>
    </w:p>
    <w:p>
      <w:r>
        <w:t>Inside, the house looked like ours had once tried to be. Two beds with faded but clean covers. Four wooden stools around a small table. A tall cupboard stood in the middle, guarding the space between the beds like a sentry.</w:t>
      </w:r>
    </w:p>
    <w:p>
      <w:r>
        <w:t>Everything was neat and purposeful. Like someone cared about how things looked.</w:t>
      </w:r>
    </w:p>
    <w:p>
      <w:r>
        <w:t>The cupboard caught my attention. Through its glass doors, I could see glasses lined up like soldiers—tall, shiny, grown-up glasses. Not the plastic cups we'd used at home, the ones that didn't break even when you threw them. I wondered if I'd ever be allowed to use the smallest glass, the one that might fit my hands. Or maybe, if I was very good, the tall one that adults used.</w:t>
      </w:r>
    </w:p>
    <w:p>
      <w:r>
        <w:t>Grandmother scooped githeri into two enamel plates—one for me, one for Lucy to grow into.</w:t>
      </w:r>
    </w:p>
    <w:p>
      <w:r>
        <w:t>It wasn't fancy, just boiled simply. That's how I liked it. Mama used to add potatoes and carrots that made it sweet in a way that confused my mouth. But this githeri was honest—just beans and maize, soft and straightforward, like it had been cooked slowly, without anger.</w:t>
      </w:r>
    </w:p>
    <w:p>
      <w:r>
        <w:t>I ate in silence, my spoon scraping against the plate. Grandmother chewed slowly, her few teeth working carefully.</w:t>
      </w:r>
    </w:p>
    <w:p>
      <w:r>
        <w:t>I stared at her while I ate. Had she ever been beautiful? Did her teeth fall out from age, or did she lose them the way I had lost Richard and Tabitha—suddenly, without warning?</w:t>
      </w:r>
    </w:p>
    <w:p>
      <w:r>
        <w:t>Maybe, I thought, they would grow back. Maybe lost things returned if you waited long enough.</w:t>
      </w:r>
    </w:p>
    <w:p>
      <w:r>
        <w:t>"Njeri, wewe na dada yako mtalala pale," she said, pointing to the bed with the brown blanket.</w:t>
      </w:r>
    </w:p>
    <w:p>
      <w:r>
        <w:t>You and your sister will sleep there.</w:t>
      </w:r>
    </w:p>
    <w:p>
      <w:r>
        <w:t>The sound of my name from her lips made my ears feel warm. She said it without anger, without exhaustion. Just said it, like it belonged in her mouth.</w:t>
      </w:r>
    </w:p>
    <w:p>
      <w:r>
        <w:t>Lucy gurgled in my lap, reaching for the bowl with her small hands. I dipped my finger into the broth and let her taste it, watching her eyes widen as she learned that food could come without crying, that hands could feed instead of just slap.</w:t>
      </w:r>
    </w:p>
    <w:p>
      <w:r>
        <w:t>As Grandmother wiped the table with slow, careful strokes, I watched her movements. There was no music playing, no voices laughing from other rooms. But there was something steady in the way she moved, something that made the room feel less hollow.</w:t>
      </w:r>
    </w:p>
    <w:p>
      <w:r>
        <w:t>It wasn't happiness exactly.</w:t>
      </w:r>
    </w:p>
    <w:p>
      <w:r>
        <w:t>It was something quieter. Something like breath coming back into your chest after you'd forgotten it was there.</w:t>
      </w:r>
    </w:p>
    <w:p>
      <w:r>
        <w:t>Maybe we belonged here. Maybe "Njeri" could mean something more than trouble. Maybe sharing a name meant sharing other things too—a roof, a bed, a plate of food served without conditions.</w:t>
      </w:r>
    </w:p>
    <w:p>
      <w:r>
        <w:t>I didn't yet understand what names cost, or what belonging required. But as the sun dipped low and golden light spilled across the red earth floor, I closed my eyes and listened.</w:t>
      </w:r>
    </w:p>
    <w:p>
      <w:r>
        <w:t>To Grandmother's feet shuffling across the room.</w:t>
        <w:br/>
        <w:t>To Lucy's slow, peaceful breathing.</w:t>
        <w:br/>
        <w:t>To the distant voices of other families, settling into the rhythm of evening.</w:t>
      </w:r>
    </w:p>
    <w:p>
      <w:r>
        <w:t>For the first time in months, I felt like maybe—just maybe—I was allowed to be small again.</w:t>
      </w:r>
    </w:p>
    <w:p>
      <w:r>
        <w:t>And tomorrow, maybe, I would begin to understand what it meant to carry a name that had once belonged to someone else.</w:t>
      </w:r>
    </w:p>
    <w:p>
      <w:r>
        <w:t>The Story Behind the Name</w:t>
      </w:r>
    </w:p>
    <w:p>
      <w:r>
        <w:t>Two years later. Six years old, helping Grandmother shell maize.</w:t>
      </w:r>
    </w:p>
    <w:p>
      <w:r>
        <w:t>"Wee nĩ mũndũ wa kũũria mĩgũgũ," Grandmother said, laughing as I pestered her with questions.</w:t>
      </w:r>
    </w:p>
    <w:p>
      <w:r>
        <w:t>You're someone who asks difficult questions.</w:t>
      </w:r>
    </w:p>
    <w:p>
      <w:r>
        <w:t>Then she set down her work and looked at me seriously.</w:t>
      </w:r>
    </w:p>
    <w:p>
      <w:r>
        <w:t>"I'll tell you what happened the day you got your name. But you must understand—nothing was done the way it should have been done."</w:t>
      </w:r>
    </w:p>
    <w:p>
      <w:r>
        <w:t>She told me about the room that had smelled like kerosene and expectation, about banana leaves spread on the floor and morning light coming through gaps in the mabati walls like golden fingers.</w:t>
      </w:r>
    </w:p>
    <w:p>
      <w:r>
        <w:t>"I was holding you," she said, "and you were so small I could feel your heart beating through your chest. Your mother had struggled to bring you into the world."</w:t>
      </w:r>
    </w:p>
    <w:p>
      <w:r>
        <w:t>She described how she'd whispered "Njeri" into my ear, soft as wind through grass.</w:t>
      </w:r>
    </w:p>
    <w:p>
      <w:r>
        <w:t>"I didn't know then about the proper order of things. I didn't know your cousin already carried that name, whispered into her ear when she was born and her mother died."</w:t>
      </w:r>
    </w:p>
    <w:p>
      <w:r>
        <w:t>She told me about the compound women who came later, talking in corners about ceremonies that weren't held, traditions that weren't followed, time that hadn't been taken.</w:t>
      </w:r>
    </w:p>
    <w:p>
      <w:r>
        <w:t>"It wasn't a gift," she said, repeating something she'd heard. "It was a rope thrown to someone drowning."</w:t>
      </w:r>
    </w:p>
    <w:p>
      <w:r>
        <w:t>I didn't understand drowning then, but I knew it was something that happened to people who couldn't hold on.</w:t>
      </w:r>
    </w:p>
    <w:p>
      <w:r>
        <w:t>"I gave your cousin the name so she wouldn't disappear," Grandmother explained. "Her mother had died, and she needed something to anchor her. Something to tell her who she was."</w:t>
      </w:r>
    </w:p>
    <w:p>
      <w:r>
        <w:t>I asked why I got the same name if it was already taken.</w:t>
      </w:r>
    </w:p>
    <w:p>
      <w:r>
        <w:t>Grandmother was quiet for a long time, rolling a kernel of maize between her fingers.</w:t>
      </w:r>
    </w:p>
    <w:p>
      <w:r>
        <w:t>"Names aren't like food," she said finally. "They don't get finished when you share them. But they do get... stretched. Made to hold more than they were meant to."</w:t>
      </w:r>
    </w:p>
    <w:p>
      <w:r>
        <w:t>She told me about the coin she'd pressed to my heel that day, how it had left a mark.</w:t>
      </w:r>
    </w:p>
    <w:p>
      <w:r>
        <w:t>"This one will carry it differently," she'd told my mother. "But she will carry it."</w:t>
      </w:r>
    </w:p>
    <w:p>
      <w:r>
        <w:t>I touched the hard place on my heel where the coin had pressed. It was still there, a small permanent reminder of the morning I got my name.</w:t>
      </w:r>
    </w:p>
    <w:p>
      <w:r>
        <w:t>"Will it always be there?" I asked.</w:t>
      </w:r>
    </w:p>
    <w:p>
      <w:r>
        <w:t>"Some marks stay forever," Grandmother said. "Some help you remember who you are when everything else changes."</w:t>
      </w:r>
    </w:p>
    <w:p>
      <w:r>
        <w:t>I understood then why the name felt heavy sometimes, why I had to listen carefully when someone called "Njeri" to know if they meant me or my cousin.</w:t>
      </w:r>
    </w:p>
    <w:p>
      <w:r>
        <w:t>The name held both of us, and sometimes it felt too small for so much carrying.</w:t>
      </w:r>
    </w:p>
    <w:p>
      <w:r>
        <w:t>But it also meant I belonged to something bigger than myself. To the woman who had given me the name. To the history that came with it. To the family that had decided I was worth naming, even if they had to stretch the name to fit me.</w:t>
      </w:r>
    </w:p>
    <w:p>
      <w:r>
        <w:t>Sitting in the compound, shelling maize with Grandmother, I finally understood what the market woman had meant when she said our names were the same.</w:t>
      </w:r>
    </w:p>
    <w:p>
      <w:r>
        <w:t>It wasn't just that we were both called Njeri.</w:t>
      </w:r>
    </w:p>
    <w:p>
      <w:r>
        <w:t>It was that we were both carrying something that had been passed down, something that would outlive us and be passed on again.</w:t>
      </w:r>
    </w:p>
    <w:p>
      <w:r>
        <w:t>The name wasn't just mine. It was borrowed, shared, held in trust.</w:t>
      </w:r>
    </w:p>
    <w:p>
      <w:r>
        <w:t>I pressed my heel where the coin had marked me, feeling the hard place that proved I belonged somewhere, to someone, somehow.</w:t>
      </w:r>
    </w:p>
    <w:p>
      <w:r>
        <w:t>Maybe that's what names were for—not just to call you home, but to remind you that you had one.</w:t>
      </w:r>
    </w:p>
    <w:p>
      <w:r>
        <w:br w:type="page"/>
      </w:r>
    </w:p>
    <w:p>
      <w:pPr>
        <w:pStyle w:val="Heading2"/>
      </w:pPr>
      <w:r>
        <w:t>Chapter 4</w:t>
      </w:r>
    </w:p>
    <w:p>
      <w:r>
        <w:t>Gogo's house didn’t smile. It creaked, coughed, and clung to heat like a grudge. The curtains were always drawn, the daylight allowed in only when it was useful. Her footsteps announced themselves in hard-soled shoes, sharp against the cement floor. Her voice could cut cassava in half. And yet—she always made sure there was cassava.</w:t>
      </w:r>
    </w:p>
    <w:p>
      <w:r>
        <w:t>Before the housework, before the sufuria and the sweeping, there was chang’aa. Each morning before the sky turned fully blue, I was already squatting beside metal drums, stirring mash with a splintered stick. The stench of fermenting grain clung to my skin like old shame. My palms burned from the heat of the boiling, but I didn’t flinch. When the last drop hissed out, they handed me a dented kettle of hot water and a tin of charcoal — payment. I carried it home like treasure. I used it to make breakfast. A pot of porridge thick as paste, enough to coat the stomach but not enough to fill it.</w:t>
      </w:r>
    </w:p>
    <w:p>
      <w:r>
        <w:t>By the time the compound was swept and the sufuria scrubbed with ash until my fingers ached, the school-going children were already on their way. The scent of Kiwi shoe polish hung in the morning air — sharp, oily, familiar. Shoes were cracked but gleamed with effort. Girls wore cornrows, nothing more — the schools allowed no frills. Their bags sagged at the seams, stitched and re-stitched, straps frayed from years of carrying books that weren’t always theirs. Their faces didn’t glow; they wore the look of duty, of rehearsed obedience. No one skipped. No one smiled too loudly. And yet, they walked. I watched them from behind the mabati wall, pretending not to care. But the silence in my chest stretched. I did not go to school. I stayed.. Their uniforms crisp, socks folded perfectly above dusty shoes, satchels bouncing against small backs. I watched them from behind the mabati wall, pretending not to care. But the silence in my chest stretched. I did not go to school. I stayed.</w:t>
      </w:r>
    </w:p>
    <w:p>
      <w:r>
        <w:t>My grandmother, my cousin, and my little sister Lucy needed food. Lucy's belly growled in her sleep. My cousin coughed through the nights. And Gogo... Gogo never asked. But her eyes counted everything — how many spoons left in the tin, how many embers still alive in the stove.</w:t>
      </w:r>
    </w:p>
    <w:p>
      <w:r>
        <w:t>She was the kind of woman who boiled herbs before dawn and wiped sweat off your neck with the corner of her leso. Who could silence drunk men with a look, yet never once told me I love you.</w:t>
      </w:r>
    </w:p>
    <w:p>
      <w:r>
        <w:t>Still, she noticed when my cough turned wet. She rubbed eucalyptus on my chest and made me drink honey stirred with ash. Her hands were rough, but her touch was precise. She scolded the virus like it had stolen from her personally.</w:t>
      </w:r>
    </w:p>
    <w:p>
      <w:r>
        <w:t>Gogo believed in order. In silence. In discipline. I was to rinse the sufuria until they shone, peel potatoes without wasting skin. There was no praise, only corrections. No hugs — just instructions. Her love built itself like a thorn fence — it protected, but it also drew blood.</w:t>
      </w:r>
    </w:p>
    <w:p>
      <w:r>
        <w:t>She didn’t coo or cradle, but she fed me. She didn’t smile much, but she never let me go hungry. She once walked through three muddy plots in slippers just to borrow a pinch of Royco when I had begged her to make meat taste like “real stew.” She refused, of course. Said I had dreams above my age. But she went. Quietly.</w:t>
      </w:r>
    </w:p>
    <w:p>
      <w:r>
        <w:t>At school, I began to see different kinds of children. Ones with ribbons in their hair and mothers who waited by the gate. Children who were never slapped in public. Children who had lunch that smelled of sausages, not boiled pumpkin. They were taught with songs and stickers. When they fell, they were lifted gently. My teacher lifted me too — but only to place me on the punishment bench so she could hit the backs of my legs evenly.</w:t>
      </w:r>
    </w:p>
    <w:p>
      <w:r>
        <w:t>That’s when I began to understand: love had layers. Some people got sugar. Some got firewood. Some got lullabies. I got silence. But not the kind that meant I was unloved — just the kind that didn’t know how to say it.</w:t>
      </w:r>
    </w:p>
    <w:p>
      <w:r>
        <w:t>There was a woman two plots down who beat her son while crying harder than him. She’d shout, “I’m doing this because I care!” That confused me. Because Gogo never cried. She beat quietly, then wiped her hands on her apron like it was just another chore. But sometimes, at night, I’d hear her praying. Not to God, but to the dead. Whispering Kikuyu names under her breath — names I didn’t know, but could feel pressing against the thin air. She would sit by the charcoal stove long after it burned out, her fingers stained with soot, staring into the red embers like they were answering her.</w:t>
      </w:r>
    </w:p>
    <w:p>
      <w:r>
        <w:t>She never told me my drawings were good, but she cleaned the ink off my fingers with soap and lemon. Once, when I came home with a fever, she didn’t say a word. She poured water into a basin, unbuttoned my school uniform with fingers that had peeled cassava all morning, and wiped me down like I was something worth keeping.</w:t>
      </w:r>
    </w:p>
    <w:p>
      <w:r>
        <w:t>She called me Wacera — the wanderer — not because she didn’t want me, but because she knew I came from stories bigger than both of us. She didn’t have lullabies, but she had routines, rules, remedies. I wasn’t cradled. I was constructed.</w:t>
      </w:r>
    </w:p>
    <w:p>
      <w:r>
        <w:t>Once, I caught her humming a Kikuyu lullaby. It was barely audible, like a ghost had passed through her throat. I froze. I didn’t want her to know I was listening. It was the first time I heard something that sounded like softness.</w:t>
      </w:r>
    </w:p>
    <w:p>
      <w:r>
        <w:t>That night, I dreamed she wrapped me in her leso. Not to scold. Not to punish. Just to carry me. The cloth was scratchy against my cheek, warm from her body, and it smelled of sweat and firewood. I leaned into her chest and didn’t speak. Afraid it would end.</w:t>
      </w:r>
    </w:p>
    <w:p>
      <w:r>
        <w:t>When I woke up, the room was still dark. But there was porridge on the stool beside my mat. It wasn’t sweet — just maize flour and water with a pinch of salt — but it was still warm. And in our house, warmth was not a mistake. It was a decision.</w:t>
      </w:r>
    </w:p>
    <w:p>
      <w:r>
        <w:t>Her love was not the kind I glimpsed through the cracked windows of the video shop — those dusty screens showing dubbed-over love stories and fight scenes where someone always got saved. Her love didn’t clap for me. It didn’t call me princess. But it endured.</w:t>
      </w:r>
    </w:p>
    <w:p>
      <w:r>
        <w:t>And somehow, that endurance — hard and heavy — taught me to survive.</w:t>
      </w:r>
    </w:p>
    <w:p>
      <w:r>
        <w:t>Maybe love isn’t always gentle. Maybe it’s sometimes the only lullaby that knows your name.</w:t>
      </w:r>
    </w:p>
    <w:p>
      <w:r>
        <w:br w:type="page"/>
      </w:r>
    </w:p>
    <w:p>
      <w:pPr>
        <w:pStyle w:val="Heading2"/>
      </w:pPr>
      <w:r>
        <w:t>Chapter 5</w:t>
      </w:r>
    </w:p>
    <w:p>
      <w:r>
        <w:t>Six years old. Learning what it meant to be seen.</w:t>
      </w:r>
    </w:p>
    <w:p>
      <w:r>
        <w:t>Gogo called me with sharp edges in her voice — “Njeri Kanini!” — and I always knew what followed. I had been too much again. Too loud. Too curious. Too quick with my hands when stillness was expected.</w:t>
      </w:r>
    </w:p>
    <w:p>
      <w:r>
        <w:t>Behind closed mouths and sideways glances, the women in the compound whispered names I wasn’t supposed to hear:</w:t>
      </w:r>
    </w:p>
    <w:p>
      <w:r>
        <w:t>“Njamũhahe,” when my words spilled past the adult conversations. “Muchene,” when I echoed secrets that had slipped through thin walls. “Njakanga,” when I couldn’t resist touching what wasn’t mine.</w:t>
      </w:r>
    </w:p>
    <w:p>
      <w:r>
        <w:t>I didn’t understand all their meanings, but I knew their weight. They meant I was too much. Too noisy. Too alive. Inside Gogo’s house, I was a disturbance.</w:t>
      </w:r>
    </w:p>
    <w:p>
      <w:r>
        <w:t>But outside — sometimes — I felt different.</w:t>
      </w:r>
    </w:p>
    <w:p>
      <w:r>
        <w:t>Like there was something in me that wanted to push back when people pushed me down.</w:t>
      </w:r>
    </w:p>
    <w:p>
      <w:r>
        <w:t>The first time someone saw me, I was six.</w:t>
      </w:r>
    </w:p>
    <w:p>
      <w:r>
        <w:t>Wanjiku took Lucy’s corn doll. The one I’d made by wrapping a dry cob in old cloth until it looked like something with arms and legs. Lucy slept with that doll every night. She held it like it had a name.</w:t>
      </w:r>
    </w:p>
    <w:p>
      <w:r>
        <w:t>Wanjiku was older. Bigger. The kind of girl other kids didn’t argue with. Usually I just watched, the way small children learn to disappear when power walks by.</w:t>
      </w:r>
    </w:p>
    <w:p>
      <w:r>
        <w:t>But when Lucy cried — not loud, angry crying, but broken, chest-aching crying — something hot climbed into my throat.</w:t>
      </w:r>
    </w:p>
    <w:p>
      <w:r>
        <w:t>“Give it back,” I said.</w:t>
      </w:r>
    </w:p>
    <w:p>
      <w:r>
        <w:t>Wanjiku smirked. “What are you going to do, Njeri Kanini?”</w:t>
      </w:r>
    </w:p>
    <w:p>
      <w:r>
        <w:t>So I kicked her.</w:t>
      </w:r>
    </w:p>
    <w:p>
      <w:r>
        <w:t>Hard. In the shin.</w:t>
      </w:r>
    </w:p>
    <w:p>
      <w:r>
        <w:t>She dropped the doll and howled. It wasn’t quiet pain. It was the kind that pulled mothers out of doorways.</w:t>
      </w:r>
    </w:p>
    <w:p>
      <w:r>
        <w:t>Gogo beat me for it. Her hand landed like punctuation across my back. I spent the rest of the afternoon watching other children play through the window.</w:t>
      </w:r>
    </w:p>
    <w:p>
      <w:r>
        <w:t>But later, Wanjiku stepped aside at the water pump.</w:t>
      </w:r>
    </w:p>
    <w:p>
      <w:r>
        <w:t>And I heard someone say, “That girl kicks like a donkey. She may be small, but she’ll fight back.”</w:t>
      </w:r>
    </w:p>
    <w:p>
      <w:r>
        <w:t>For the first time, someone didn’t see me as trouble. They saw me as someone who protected what she loved.</w:t>
      </w:r>
    </w:p>
    <w:p>
      <w:r>
        <w:t>It made my chest warm, like swallowing hot tea in the cold.</w:t>
      </w:r>
    </w:p>
    <w:p>
      <w:r>
        <w:t>Six and a half. Other children started looking for me.</w:t>
      </w:r>
    </w:p>
    <w:p>
      <w:r>
        <w:t>Mercy asked me to walk with her to the well. Boys had been throwing stones.</w:t>
      </w:r>
    </w:p>
    <w:p>
      <w:r>
        <w:t>David’s little sister hid behind me when he reached for her lunch.</w:t>
      </w:r>
    </w:p>
    <w:p>
      <w:r>
        <w:t>“You’re not scared of anyone,” Mercy whispered.</w:t>
      </w:r>
    </w:p>
    <w:p>
      <w:r>
        <w:t>But I was. Of Gogo’s silence. Of dark corners where rats scratched. Of hunger’s hollow tug in my belly.</w:t>
      </w:r>
    </w:p>
    <w:p>
      <w:r>
        <w:t>Still — I wasn’t scared of bullies.</w:t>
      </w:r>
    </w:p>
    <w:p>
      <w:r>
        <w:t>And that made the others want me close.</w:t>
      </w:r>
    </w:p>
    <w:p>
      <w:r>
        <w:t>“Njeri, uwe kwa timu yangu!” Be on my team!</w:t>
      </w:r>
    </w:p>
    <w:p>
      <w:r>
        <w:t>Some mothers even served me first. “The one who guards the small ones eats first.”</w:t>
      </w:r>
    </w:p>
    <w:p>
      <w:r>
        <w:t>I stopped being the girl with too many questions. I became the girl who mattered.</w:t>
      </w:r>
    </w:p>
    <w:p>
      <w:r>
        <w:br w:type="page"/>
      </w:r>
    </w:p>
    <w:p>
      <w:pPr>
        <w:pStyle w:val="Heading2"/>
      </w:pPr>
      <w:r>
        <w:t>Chapter 6</w:t>
      </w:r>
    </w:p>
    <w:p>
      <w:r>
        <w:t>Seven years old. Wanting too much.</w:t>
      </w:r>
    </w:p>
    <w:p>
      <w:r>
        <w:t>Jack wasn’t like the others. Small, yes — but never uncertain. His family brewed chang’aa. People whispered his name.</w:t>
      </w:r>
    </w:p>
    <w:p>
      <w:r>
        <w:t>When Kamau dared me to fight him, something in my stomach twisted.</w:t>
      </w:r>
    </w:p>
    <w:p>
      <w:r>
        <w:t>But the eyes were on me.</w:t>
      </w:r>
    </w:p>
    <w:p>
      <w:r>
        <w:t>“If I say no,” I thought, “will they stop calling me brave?”</w:t>
      </w:r>
    </w:p>
    <w:p>
      <w:r>
        <w:t>“I’m not scared of you,” I told Jack.</w:t>
      </w:r>
    </w:p>
    <w:p>
      <w:r>
        <w:t>We fought in dust behind the big tree. Children circled like they were waiting for a story.</w:t>
      </w:r>
    </w:p>
    <w:p>
      <w:r>
        <w:t>He hit first — a slap of pain across my face. I swung. Missed. He didn’t. Again and again, his fists found places my fists couldn’t reach.</w:t>
      </w:r>
    </w:p>
    <w:p>
      <w:r>
        <w:t>My lip split. My nose bled. My dress tore. The earth spun.</w:t>
      </w:r>
    </w:p>
    <w:p>
      <w:r>
        <w:t>And then it stopped. I was sitting in the dirt, blood on my chin, silence where the cheering used to be.</w:t>
      </w:r>
    </w:p>
    <w:p>
      <w:r>
        <w:t>They left. One by one. Following Jack.</w:t>
      </w:r>
    </w:p>
    <w:p>
      <w:r>
        <w:t>I sat alone, swallowing blood and learning what it meant to lose.</w:t>
      </w:r>
    </w:p>
    <w:p>
      <w:r>
        <w:t>Gogo saw my face and shook her head.</w:t>
      </w:r>
    </w:p>
    <w:p>
      <w:r>
        <w:t>“You lost,” she said.</w:t>
      </w:r>
    </w:p>
    <w:p>
      <w:r>
        <w:t>I nodded.</w:t>
      </w:r>
    </w:p>
    <w:p>
      <w:r>
        <w:t>“Good,” she added. “Now maybe you’ll learn fighting only makes you a target.”</w:t>
      </w:r>
    </w:p>
    <w:p>
      <w:r>
        <w:t>But I had already learned worse —</w:t>
      </w:r>
    </w:p>
    <w:p>
      <w:r>
        <w:t>That the feeling of being seen can vanish. And when it does, you’re lonelier than before anyone noticed you.</w:t>
      </w:r>
    </w:p>
    <w:p>
      <w:r>
        <w:t>Rumors spread. Jack’s sister Janny was coming.</w:t>
      </w:r>
    </w:p>
    <w:p>
      <w:r>
        <w:t>“Give me your sugar,” my cousin whispered. “I’ll talk to her for you.”</w:t>
      </w:r>
    </w:p>
    <w:p>
      <w:r>
        <w:t>She took my sugar. Then my chapati. Then my turn to sit near the fire.</w:t>
      </w:r>
    </w:p>
    <w:p>
      <w:r>
        <w:t>“She’s still angry,” my cousin said. “Maybe give me something else.”</w:t>
      </w:r>
    </w:p>
    <w:p>
      <w:r>
        <w:t>By the time Janny came, I was empty.</w:t>
      </w:r>
    </w:p>
    <w:p>
      <w:r>
        <w:t>She found me lighting the jiko, kneeling, blowing life into damp charcoal.</w:t>
      </w:r>
    </w:p>
    <w:p>
      <w:r>
        <w:t>“You fought my brother,” she said, holding a stick.</w:t>
      </w:r>
    </w:p>
    <w:p>
      <w:r>
        <w:t>“I’m sorry.”</w:t>
      </w:r>
    </w:p>
    <w:p>
      <w:r>
        <w:t>“Too late.”</w:t>
      </w:r>
    </w:p>
    <w:p>
      <w:r>
        <w:t>Her hits were not wild. They were surgical.</w:t>
      </w:r>
    </w:p>
    <w:p>
      <w:r>
        <w:t>I screamed. Crawled. Knocked the jiko over.</w:t>
      </w:r>
    </w:p>
    <w:p>
      <w:r>
        <w:t>Charcoal scattered. Metal crashed. Kerosene spilled.</w:t>
      </w:r>
    </w:p>
    <w:p>
      <w:r>
        <w:t>Gogo appeared with the lantern. It slipped from her hand. Glass shattered.</w:t>
      </w:r>
    </w:p>
    <w:p>
      <w:r>
        <w:t>Darkness swallowed everything.</w:t>
      </w:r>
    </w:p>
    <w:p>
      <w:r>
        <w:t>“What have you done?” she asked.</w:t>
      </w:r>
    </w:p>
    <w:p>
      <w:r>
        <w:t>“She hit me—”</w:t>
      </w:r>
    </w:p>
    <w:p>
      <w:r>
        <w:t>“You broke the lantern. You scattered burning charcoal.”</w:t>
      </w:r>
    </w:p>
    <w:p>
      <w:r>
        <w:t>“But—”</w:t>
      </w:r>
    </w:p>
    <w:p>
      <w:r>
        <w:t>“Clean it up. No food. Floor tonight.”</w:t>
      </w:r>
    </w:p>
    <w:p>
      <w:r>
        <w:t>That night, I sat alone in the dark.</w:t>
      </w:r>
    </w:p>
    <w:p>
      <w:r>
        <w:t>My back throbbed.</w:t>
      </w:r>
    </w:p>
    <w:p>
      <w:r>
        <w:t>My stomach was hollow.</w:t>
      </w:r>
    </w:p>
    <w:p>
      <w:r>
        <w:t>And I knew:</w:t>
      </w:r>
    </w:p>
    <w:p>
      <w:r>
        <w:t>Sometimes grown-ups don’t want your story. They want someone to blame.</w:t>
      </w:r>
    </w:p>
    <w:p>
      <w:r>
        <w:t>And being seen? That was dangerous.</w:t>
      </w:r>
    </w:p>
    <w:p>
      <w:r>
        <w:t>Especially when they stop looking.</w:t>
      </w:r>
    </w:p>
    <w:p>
      <w:r>
        <w:t>Especially when they only remember your mistakes.</w:t>
      </w:r>
    </w:p>
    <w:p>
      <w:r>
        <w:br w:type="page"/>
      </w:r>
    </w:p>
    <w:p>
      <w:pPr>
        <w:pStyle w:val="Heading2"/>
      </w:pPr>
      <w:r>
        <w:t>Chapter 7</w:t>
      </w:r>
    </w:p>
    <w:p>
      <w:r>
        <w:t>Mama started talking in short sentences. Not angry ones, like before, but quiet, folded ones. Sentences that didn't leave space for asking why.</w:t>
      </w:r>
    </w:p>
    <w:p>
      <w:r>
        <w:t>"Be polite. Don't speak unless spoken to."</w:t>
      </w:r>
    </w:p>
    <w:p>
      <w:r>
        <w:t>"Smile. Not too much."</w:t>
      </w:r>
    </w:p>
    <w:p>
      <w:r>
        <w:t>"You want people to say you're a good girl, don't you?"</w:t>
      </w:r>
    </w:p>
    <w:p>
      <w:r>
        <w:t>She'd say it while tightening my sweater cuffs or licking her thumb to wipe something invisible from my cheek. Her touch was softer when she needed something. Her voice sweeter. That sweetness scared me more than her shouting ever did.</w:t>
      </w:r>
    </w:p>
    <w:p>
      <w:r>
        <w:t>That week, she kept sending me out of the room when men came. At first, I didn't mind. It was boring anyway—them laughing loudly, the air thick with sugarcane and kerosene, drinking chang'aa (local brew) like it was soup. But soon, she started calling me back in. Not to serve, just to stand near her.</w:t>
      </w:r>
    </w:p>
    <w:p>
      <w:r>
        <w:t>"Smile," she whispered one night when I stood by the table. My legs were cold but she had dressed me in my red dress, the one that barely reached my knees.</w:t>
      </w:r>
    </w:p>
    <w:p>
      <w:r>
        <w:t>The man stared. Not like other men. He looked at me like he was searching for something only he could name. He smiled, but not with his mouth.</w:t>
      </w:r>
    </w:p>
    <w:p>
      <w:r>
        <w:t>I felt my stomach move. Not a cramp. Not hunger. A kind of knowing.</w:t>
      </w:r>
    </w:p>
    <w:p>
      <w:r>
        <w:t>That night, she said he'd paid extra.</w:t>
      </w:r>
    </w:p>
    <w:p>
      <w:r>
        <w:t>"Be nice," she said, tying my headscarf too tight. "He's helping us."</w:t>
      </w:r>
    </w:p>
    <w:p>
      <w:r>
        <w:t>The glass metaphor from Gogo's room floated in: Glass doesn't like to change temperature fast. It breaks. I remembered the sound of a dropped cup, how it shattered in all directions—fast, final, unfixable.</w:t>
      </w:r>
    </w:p>
    <w:p>
      <w:r>
        <w:t>The next morning, I wasn't allowed to walk Lucy to Mama Rahab's. I was told to stay home. Mama was cooking eggs. Real eggs. The smell made my mouth water and my throat close at the same time. Something was wrong.</w:t>
      </w:r>
    </w:p>
    <w:p>
      <w:r>
        <w:t>When she opened the door, he was already waiting.</w:t>
      </w:r>
    </w:p>
    <w:p>
      <w:r>
        <w:t>His smile stretched wider this time. I wanted to run to the back, where the basin still had yesterday's wash water. I wanted to dip my whole head in.</w:t>
      </w:r>
    </w:p>
    <w:p>
      <w:r>
        <w:t>Instead, Mama said, "Go on now."</w:t>
      </w:r>
    </w:p>
    <w:p>
      <w:r>
        <w:t>She didn't follow.</w:t>
      </w:r>
    </w:p>
    <w:p>
      <w:r>
        <w:t>After that morning, everything split into before and after.</w:t>
      </w:r>
    </w:p>
    <w:p>
      <w:r>
        <w:t>By then, Lucy had started holding her own space. She played outside with the other children and only came home when she was hungry or thirsty. In the slum, that counted as safety. Life didn't pause for danger—it just learned to live around it.</w:t>
      </w:r>
    </w:p>
    <w:p>
      <w:r>
        <w:t>We knew who to avoid. The tall, light-skinned drunk who'd been to prison for touching his three-year-old niece—we ran when we saw him. The men who had killed, the ones who had escaped Mathare's gates—we memorized their shadows. They were all part of the landscape, like mabati (corrugated iron) rooftops and potholes. If something happened, someone would always know.</w:t>
      </w:r>
    </w:p>
    <w:p>
      <w:r>
        <w:t>So when Lucy played, we trusted the world would whisper fast enough if it turned on her.</w:t>
      </w:r>
    </w:p>
    <w:p>
      <w:r>
        <w:t>But I started watching Mama instead. Whenever she gave Lucy that long, lingering look—the one that curled like bad air—I'd find a reason to send her out. "Fetch some water." "Go to the kiosk and buy onions." "Check if Mama Rahab is home."</w:t>
      </w:r>
    </w:p>
    <w:p>
      <w:r>
        <w:t>Anything. Just to give her one more day.</w:t>
      </w:r>
    </w:p>
    <w:p>
      <w:r>
        <w:t>She would beat me, screaming that I was playing with boys and letting them touch me. It was easier for her to blame me than to admit what she knew. We both knew where it came from. Beating me made her feel less guilty. It was like punishing a mirror until it shattered. I learned to stop reacting. To fold myself smaller. To become a girl too quiet to be blamed for anything.</w:t>
      </w:r>
    </w:p>
    <w:p>
      <w:r>
        <w:t>This memory sits like broken glass in my chest—sharp, scattered, impossible to sweep clean. But I tell it because someone, somewhere, might read these words and recognize their own reflection in my cracks. Might understand that survival has a shape, and it looks like us.</w:t>
      </w:r>
    </w:p>
    <w:p>
      <w:r>
        <w:t>Red is for rewriting and checking the chapter again</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