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245EEB" w14:textId="77777777" w:rsidR="00C35476" w:rsidRDefault="00C35476">
      <w:pPr>
        <w:spacing w:after="5040"/>
      </w:pPr>
    </w:p>
    <w:p w14:paraId="735A3868" w14:textId="77777777" w:rsidR="00C35476" w:rsidRDefault="00000000">
      <w:pPr>
        <w:jc w:val="center"/>
      </w:pPr>
      <w:r>
        <w:t xml:space="preserve"> R.E.S.T.O.R.E. – A Path to Healing After Infidelity</w:t>
      </w:r>
    </w:p>
    <w:p w14:paraId="6732E238" w14:textId="77777777" w:rsidR="00C35476" w:rsidRDefault="00000000">
      <w:pPr>
        <w:jc w:val="center"/>
      </w:pPr>
      <w:r>
        <w:t>by</w:t>
      </w:r>
    </w:p>
    <w:p w14:paraId="261D62AD" w14:textId="77777777" w:rsidR="00C35476" w:rsidRDefault="00000000">
      <w:pPr>
        <w:jc w:val="center"/>
      </w:pPr>
      <w:r>
        <w:t>Carlos Todd</w:t>
      </w:r>
    </w:p>
    <w:p w14:paraId="505F42A4" w14:textId="77777777" w:rsidR="00C35476" w:rsidRDefault="00000000">
      <w:r>
        <w:br w:type="page"/>
      </w:r>
    </w:p>
    <w:p w14:paraId="718C6577" w14:textId="77777777" w:rsidR="00C35476" w:rsidRDefault="00000000">
      <w:pPr>
        <w:spacing w:before="5040"/>
        <w:jc w:val="center"/>
      </w:pPr>
      <w:r>
        <w:lastRenderedPageBreak/>
        <w:t xml:space="preserve"> Front Matter</w:t>
      </w:r>
    </w:p>
    <w:p w14:paraId="321D88E8" w14:textId="77777777" w:rsidR="00C35476" w:rsidRDefault="00000000">
      <w:r>
        <w:t>This book is dedicated to the countless couples who have navigated the treacherous waters of infidelity, demonstrating unwavering resilience and a profound commitment to healing. It is a testament to your courage, your vulnerability, and your unwavering hope in the face of immense pain. Your strength inspires me, and I hope this book offers solace, guidance, and a pathway towards a brighter future. To those who have experienced the sting of betrayal and the daunting task of rebuilding trust, may these pages serve as a beacon of hope and a map towards a more resilient and fulfilling relationship. May this work be a testament to the transformative power of forgiveness, empathy, and the unwavering commitment to restore and strengthen the bonds of love. May it guide couples through a difficult period towards a stronger connection, offering tangible tools and compassionate understanding at each step. This is for you, the brave hearts who dare to rebuild, to restore, and to embrace a future filled with love, understanding, and enduring strength. Remember, healing is possible. Growth is possible. A stronger, more resilient relationship is attainable.</w:t>
      </w:r>
    </w:p>
    <w:p w14:paraId="3219FDBB" w14:textId="77777777" w:rsidR="00C35476" w:rsidRDefault="00000000">
      <w:r>
        <w:t xml:space="preserve">As a Licensed Marriage and Family Therapist specializing in relationship repair and trauma-informed care, I have witnessed firsthand the devastating impact of infidelity on couples. The pain, anger, betrayal, and confusion are often overwhelming, leaving individuals feeling lost and hopeless. Yet, amidst the wreckage, there is often a flicker of hope – a desire to understand, to forgive, and to rebuild. This book, </w:t>
      </w:r>
      <w:r>
        <w:rPr>
          <w:i/>
        </w:rPr>
        <w:t>RESTORE</w:t>
      </w:r>
      <w:r>
        <w:t xml:space="preserve">, is born from that hope. It’s a culmination of years of clinical experience working with couples navigating the complexities of infidelity, coupled with the latest research in trauma-informed therapy and relationship repair. </w:t>
      </w:r>
      <w:r>
        <w:rPr>
          <w:i/>
        </w:rPr>
        <w:t>RESTORE</w:t>
      </w:r>
      <w:r>
        <w:t xml:space="preserve"> isn't about assigning blame or judging past actions. It’s about providing a practical, empathetic roadmap for couples to navigate their healing journey together. The seven-step process outlined within these pages—Reveal, Express, Set, Take, Open, Rebuild, Embrace—offers a structured approach to address the emotional, psychological, and relational challenges inherent in overcoming infidelity. Through relatable stories, practical exercises, and research-based insights, </w:t>
      </w:r>
      <w:r>
        <w:rPr>
          <w:i/>
        </w:rPr>
        <w:t>RESTORE</w:t>
      </w:r>
      <w:r>
        <w:t xml:space="preserve"> empowers couples to take ownership of their healing process, fostering greater self-awareness, empathy, and communication skills necessary for building a stronger, more resilient future together. I hope this book will serve as a valuable companion, offering support, guidance, and hope on your journey towards healing and restoration.</w:t>
      </w:r>
    </w:p>
    <w:p w14:paraId="2A27B36B" w14:textId="77777777" w:rsidR="00C35476" w:rsidRDefault="00000000">
      <w:r>
        <w:t xml:space="preserve">Infidelity shatters trust, leaving deep emotional wounds in its wake. It's a betrayal that transcends the act itself, often unraveling the very fabric of a relationship. This book, </w:t>
      </w:r>
      <w:r>
        <w:rPr>
          <w:i/>
        </w:rPr>
        <w:t>RESTORE: A Step-by-Step Healing Plan for Couples Recovering from Infidelity</w:t>
      </w:r>
      <w:r>
        <w:t>, is designed to help couples navigate the complex and challenging path toward healing and rebuilding their relationship after infidelity. It is based on the understanding that healing from infidelity is not a quick fix but a journey that requires time, effort, and commitment from both partners. It's not about forgetting or condoning the past, but about learning from it and building a stronger, more resilient relationship going forward.</w:t>
      </w:r>
    </w:p>
    <w:p w14:paraId="501AEA75" w14:textId="77777777" w:rsidR="00C35476" w:rsidRDefault="00000000">
      <w:r>
        <w:br/>
        <w:t xml:space="preserve">This book is structured around the RESTORE acronym, representing a seven-step process: </w:t>
      </w:r>
      <w:r>
        <w:lastRenderedPageBreak/>
        <w:t xml:space="preserve">Reveal, Express, Set, Take, Open, Rebuild, Embrace. Each step offers practical tools and exercises rooted in trauma-informed care and evidence-based relationship therapy. We will explore the emotional impact of infidelity on both the betrayed and offending partner, examining the underlying issues that may have contributed to the betrayal. We will delve into the intricacies of communication, emphasizing the importance of active listening, assertive expression, and empathy in building trust. Importantly, we will address forgiveness – not as a one-time event but as an ongoing process requiring self-compassion and mutual understanding. This book is not a guarantee of a restored relationship. The success of any relationship depends on the commitment and effort of both partners. However, </w:t>
      </w:r>
    </w:p>
    <w:p w14:paraId="33A17B7F" w14:textId="77777777" w:rsidR="00C35476" w:rsidRDefault="00000000">
      <w:r>
        <w:rPr>
          <w:i/>
        </w:rPr>
        <w:t>RESTORE</w:t>
      </w:r>
      <w:r>
        <w:t xml:space="preserve"> aims to provide the tools and support necessary to increase the likelihood of successful healing and the building of a stronger foundation for a future relationship. Let this book be your companion on this challenging but hopeful journey.</w:t>
      </w:r>
    </w:p>
    <w:p w14:paraId="550B8DAE" w14:textId="77777777" w:rsidR="00C35476" w:rsidRDefault="00000000">
      <w:r>
        <w:br w:type="page"/>
      </w:r>
    </w:p>
    <w:p w14:paraId="37471E2F" w14:textId="77777777" w:rsidR="00C35476" w:rsidRDefault="00000000">
      <w:pPr>
        <w:spacing w:before="5040"/>
        <w:jc w:val="center"/>
      </w:pPr>
      <w:r>
        <w:lastRenderedPageBreak/>
        <w:t xml:space="preserve"> Chapter 1: Understanding the Trauma of Infidelity</w:t>
      </w:r>
    </w:p>
    <w:p w14:paraId="3E5DBFF9" w14:textId="77777777" w:rsidR="00C35476" w:rsidRDefault="00000000">
      <w:r>
        <w:t>The discovery of infidelity shatters the foundation of trust upon which a relationship is built. The initial impact is often overwhelming, a tsunami of emotions crashing over the betrayed partner. It’s not simply anger, though that is certainly a prevalent response. It’s a complex cocktail of emotions – a potent blend of shock, disbelief, confusion, betrayal, anger, hurt, grief, humiliation, self-doubt, and often, a deep sense of violation. The world as they knew it has been irrevocably altered; their sense of self, their future, their very reality, feels profoundly threatened.</w:t>
      </w:r>
    </w:p>
    <w:p w14:paraId="2D9A9790" w14:textId="77777777" w:rsidR="00C35476" w:rsidRDefault="00000000">
      <w:r>
        <w:br/>
        <w:t>This initial shock can manifest in various ways. Some individuals might react with immediate, explosive anger, lashing out verbally or even physically. Others might withdraw, becoming emotionally numb and distant, retreating into themselves as a protective mechanism. Still others might cycle between intense emotional outbursts and periods of stunned silence, unable to process the sheer magnitude of the betrayal. There’s no "right" way to react; the experience is intensely personal and profoundly individual. The intensity and expression of these emotions depend on a multitude of factors, including personality traits, past experiences, cultural background, and the specific circumstances of the infidelity.</w:t>
      </w:r>
    </w:p>
    <w:p w14:paraId="1EB53C91" w14:textId="77777777" w:rsidR="00C35476" w:rsidRDefault="00C35476"/>
    <w:p w14:paraId="29E14491" w14:textId="77777777" w:rsidR="00C35476" w:rsidRDefault="00000000">
      <w:r>
        <w:br/>
        <w:t>For instance, consider Sarah, a woman who had devoted herself entirely to her marriage for twenty years. She discovered her husband’s affair through a casual comment from a mutual friend. Her initial response was a numb silence, followed by a period of intense crying and self-doubt. She questioned her own worth, wondering what she had done to deserve such a profound betrayal. She oscillated between wanting to confront her husband and wanting to disappear entirely, escaping the pain and humiliation. This initial emotional paralysis is a common reaction to the trauma of infidelity.</w:t>
      </w:r>
    </w:p>
    <w:p w14:paraId="421049DD" w14:textId="77777777" w:rsidR="00C35476" w:rsidRDefault="00C35476"/>
    <w:p w14:paraId="05EE7F4D" w14:textId="77777777" w:rsidR="00C35476" w:rsidRDefault="00000000">
      <w:r>
        <w:br/>
        <w:t>Conversely, Mark discovered his wife’s long-term affair through a series of cryptic text messages he inadvertently found on her phone. His response was immediate and furious. He confronted his wife, engaging in a shouting match that escalated into a physical altercation. His anger was fueled by a sense of violation and a profound sense of being deceived and manipulated. This aggressive reaction, while intense and potentially damaging, is another example of the diverse spectrum of responses to infidelity. It's critical to understand that neither Sarah's nor Mark's reactions are inherently "better" or "worse;" they are simply different manifestations of a deeply wounding experience.</w:t>
      </w:r>
    </w:p>
    <w:p w14:paraId="2996628C" w14:textId="77777777" w:rsidR="00C35476" w:rsidRDefault="00C35476"/>
    <w:p w14:paraId="094F69D5" w14:textId="77777777" w:rsidR="00C35476" w:rsidRDefault="00000000">
      <w:r>
        <w:lastRenderedPageBreak/>
        <w:br/>
        <w:t>The psychological impact extends far beyond the initial emotional turmoil. Betrayed partners often experience sleep disturbances, changes in appetite, difficulty concentrating, and an overall sense of being overwhelmed. They might struggle with feelings of anxiety, depression, and even post-traumatic stress disorder (PTSD), as the betrayal represents a significant trauma. This trauma is not just about the act of infidelity itself; it's about the erosion of trust, the shattering of the foundational beliefs about the relationship, and the potential long-term consequences for their lives. The sense of loss can be profound – the loss of trust, the loss of the perceived future, the loss of a sense of self.</w:t>
      </w:r>
    </w:p>
    <w:p w14:paraId="469BC31B" w14:textId="77777777" w:rsidR="00C35476" w:rsidRDefault="00C35476"/>
    <w:p w14:paraId="6098BB86" w14:textId="77777777" w:rsidR="00C35476" w:rsidRDefault="00000000">
      <w:r>
        <w:br/>
        <w:t>The offending partner, too, experiences significant emotional and psychological consequences, though often of a different nature. While the betrayed partner grapples with feelings of hurt, anger, and betrayal, the offending partner often battles guilt, shame, and fear. The guilt can be all-consuming, a constant reminder of the pain they’ve inflicted. Shame might lead to self-loathing and a desire to withdraw from the relationship or even from life altogether. The fear of rejection, abandonment, and the loss of their partner can be equally debilitating.</w:t>
      </w:r>
    </w:p>
    <w:p w14:paraId="5E5EDFEA" w14:textId="77777777" w:rsidR="00C35476" w:rsidRDefault="00C35476"/>
    <w:p w14:paraId="78C104D9" w14:textId="77777777" w:rsidR="00C35476" w:rsidRDefault="00000000">
      <w:r>
        <w:br/>
        <w:t>The motivations and circumstances behind the infidelity are complex and varied, and understanding these factors is a crucial part of the healing process. It's not simply a matter of labeling one partner as "good" and the other as "bad." Factors like unmet needs within the relationship, communication breakdowns, unresolved trauma, or even external stressors can all contribute to infidelity. However, these factors do not excuse the betrayal; they simply provide a context for understanding its roots.</w:t>
      </w:r>
    </w:p>
    <w:p w14:paraId="1FE3E7CE" w14:textId="77777777" w:rsidR="00C35476" w:rsidRDefault="00C35476"/>
    <w:p w14:paraId="05407DC4" w14:textId="77777777" w:rsidR="00C35476" w:rsidRDefault="00000000">
      <w:r>
        <w:br/>
        <w:t>In a couples therapy session, we witness these complexities firsthand. Consider the case of David and Emily. David, after years of emotional neglect in the relationship, felt increasingly disconnected from Emily. He eventually sought intimacy outside the marriage, driven by a desperate need for connection and validation. Emily, understandably, felt immense hurt and betrayal. Her initial reaction was explosive anger, followed by a period of withdrawal and deep self-doubt. Yet, through therapy, both began to explore the underlying issues that contributed to the infidelity, recognizing that David's actions were a symptom of a deeper problem within their relationship – a lack of communication, emotional intimacy, and mutual support.</w:t>
      </w:r>
    </w:p>
    <w:p w14:paraId="162576F6" w14:textId="77777777" w:rsidR="00C35476" w:rsidRDefault="00C35476"/>
    <w:p w14:paraId="36517C08" w14:textId="77777777" w:rsidR="00C35476" w:rsidRDefault="00000000">
      <w:r>
        <w:lastRenderedPageBreak/>
        <w:br/>
        <w:t>The healing process requires a willingness from both partners to confront these painful truths. This often necessitates a significant degree of self-reflection, honesty, and a commitment to actively participate in rebuilding trust. This involves more than simply verbal apologies or promises of change; it requires tangible actions demonstrating genuine remorse and a concerted effort to address the underlying issues that contributed to the betrayal. This isn't a quick fix; it's a long, arduous journey that demands patience, understanding, and a shared commitment to healing. Ignoring the emotional and psychological wounds only prolongs the suffering and increases the likelihood of further damage to the relationship. The path to recovery begins with acknowledging the profound impact of the betrayal on both partners and committing to the difficult, but ultimately rewarding, work of healing together. The road ahead is challenging, but with the right tools, support, and unwavering commitment, healing and a stronger, more resilient relationship is possible. The journey demands courage, vulnerability, and a willingness to confront painful truths, but the potential for growth and reconnection can be transformative.</w:t>
      </w:r>
    </w:p>
    <w:p w14:paraId="6F100F60" w14:textId="77777777" w:rsidR="00C35476" w:rsidRDefault="00C35476"/>
    <w:p w14:paraId="562AD939" w14:textId="77777777" w:rsidR="00C35476" w:rsidRDefault="00000000">
      <w:r>
        <w:t>The weight of their actions settles heavily upon the offending partner, a crushing burden often far heavier than the initial act itself. Guilt, a relentless companion, gnaws at their conscience, a constant reminder of the pain inflicted on their loved one. It's not simply a fleeting feeling of remorse; it's a pervasive sense of responsibility for the devastation they have wrought. This guilt can manifest in various ways, from sleepless nights plagued by replaying the events in their mind to a pervasive sense of self-loathing that permeates their daily existence. They may find themselves constantly replaying the scenario, dissecting their actions, and searching for ways to undo the damage. The self-recriminations can be relentless, a vicious cycle of regret that leaves them feeling trapped and hopeless.</w:t>
      </w:r>
    </w:p>
    <w:p w14:paraId="44DC4995" w14:textId="77777777" w:rsidR="00C35476" w:rsidRDefault="00000000">
      <w:r>
        <w:br/>
        <w:t>Shame, a more insidious emotion, often accompanies guilt. Shame is a deeper, more pervasive feeling of worthlessness, a belief that they are fundamentally flawed and unworthy of love and acceptance. It’s not simply about regretting a specific action; it's about questioning their entire character, their morality, and their self-worth. This feeling of inadequacy can be paralyzing, leading to withdrawal and isolation. The offending partner may retreat from social interactions, avoiding friends and family, fearing judgment and rejection. They may struggle to look themselves in the mirror, overwhelmed by the weight of their self-condemnation. This self-imposed exile can further exacerbate their emotional distress, making it even more difficult to confront the issue and begin the healing process.</w:t>
      </w:r>
    </w:p>
    <w:p w14:paraId="51FFA5DB" w14:textId="77777777" w:rsidR="00C35476" w:rsidRDefault="00C35476"/>
    <w:p w14:paraId="578A9C66" w14:textId="77777777" w:rsidR="00C35476" w:rsidRDefault="00000000">
      <w:r>
        <w:br/>
        <w:t xml:space="preserve">Fear, a potent emotion, adds another layer of complexity to the offending partner's experience. The fear of rejection is perhaps the most prevalent; they dread the possibility of losing their partner, the person they love, and the life they have built together. This fear can </w:t>
      </w:r>
      <w:r>
        <w:lastRenderedPageBreak/>
        <w:t>be debilitating, preventing them from being fully honest and open about their actions, even with themselves. They may worry that revealing the full extent of their infidelity will lead to immediate and irreversible consequences, pushing them even further into silence and secrecy. The fear of abandonment, of being alone, can be equally powerful, magnifying their feelings of guilt and shame and fueling a desperate need to cling to the relationship, even as they recognize the precariousness of their situation.</w:t>
      </w:r>
    </w:p>
    <w:p w14:paraId="7B9EC6B9" w14:textId="77777777" w:rsidR="00C35476" w:rsidRDefault="00C35476"/>
    <w:p w14:paraId="153AA6F6" w14:textId="77777777" w:rsidR="00C35476" w:rsidRDefault="00000000">
      <w:r>
        <w:br/>
        <w:t>Understanding the motivations behind infidelity is crucial for both partners and for the therapist facilitating their healing journey. It's not simply a case of moral failing; complex factors often intertwine to create a perfect storm. A therapist helps disentangle these factors without minimizing the betrayal. These factors might include long-standing unmet needs within the relationship, chronic communication breakdowns, unresolved individual trauma, and the presence of external stressors. These aren't excuses; they are contributing factors that shed light on the circumstances surrounding the infidelity.</w:t>
      </w:r>
    </w:p>
    <w:p w14:paraId="0623F9AC" w14:textId="77777777" w:rsidR="00C35476" w:rsidRDefault="00C35476"/>
    <w:p w14:paraId="2D2DE7D8" w14:textId="77777777" w:rsidR="00C35476" w:rsidRDefault="00000000">
      <w:r>
        <w:br/>
        <w:t>For example, consider a case where one partner feels emotionally neglected, perpetually craving connection and validation that remain elusive in the relationship. This emotional deprivation might push them to seek intimacy outside the marriage, a desperate attempt to fill a void left unaddressed. Or perhaps years of unresolved conflict and poor communication have eroded the foundation of trust, creating distance and disconnection that eventually lead to an extramarital affair. Underlying trauma, such as past experiences of abuse or betrayal, can also significantly impact a person's ability to maintain healthy relationships and cope with emotional distress, potentially leading them down a path of infidelity as a maladaptive coping mechanism. External stressors, such as intense job pressure, financial instability, or family crises, can also contribute to infidelity by creating vulnerabilities and overwhelming individuals with stress they are unable to effectively process within their existing support structure.</w:t>
      </w:r>
    </w:p>
    <w:p w14:paraId="55241153" w14:textId="77777777" w:rsidR="00C35476" w:rsidRDefault="00C35476"/>
    <w:p w14:paraId="63B97E68" w14:textId="77777777" w:rsidR="00C35476" w:rsidRDefault="00000000">
      <w:r>
        <w:br/>
        <w:t>In a therapeutic setting, the offending partner is given a safe space to explore these complexities. They are encouraged to examine their own role in the situation, to acknowledge the pain they have caused, and to take responsibility for their actions without resorting to self-flagellation. The therapist guides the discussion away from assigning blame and toward understanding the systemic issues and underlying vulnerabilities that contributed to the infidelity. This understanding is crucial for both partners, not to condone the behavior, but to move past the emotional paralysis and towards a path of healing.</w:t>
      </w:r>
    </w:p>
    <w:p w14:paraId="5E335324" w14:textId="77777777" w:rsidR="00C35476" w:rsidRDefault="00C35476"/>
    <w:p w14:paraId="7209737A" w14:textId="77777777" w:rsidR="00C35476" w:rsidRDefault="00000000">
      <w:r>
        <w:lastRenderedPageBreak/>
        <w:br/>
        <w:t>The therapist employs a trauma-informed approach to ensure that the conversation avoids triggering further emotional distress. The process is gradual, allowing the offending partner to process their emotions at their own pace, fostering a sense of safety and empowerment. The focus is not on punishment or judgment, but on fostering self-awareness and empathy.</w:t>
      </w:r>
    </w:p>
    <w:p w14:paraId="6FA002A2" w14:textId="77777777" w:rsidR="00C35476" w:rsidRDefault="00C35476"/>
    <w:p w14:paraId="6891EFAB" w14:textId="77777777" w:rsidR="00C35476" w:rsidRDefault="00000000">
      <w:r>
        <w:br/>
        <w:t>The journey for the offending partner is often fraught with immense emotional difficulty. They may vacillate between intense self-hatred and desperate pleas for forgiveness, cycling through denial, bargaining, anger, and eventually, if they are willing to engage in the process, acceptance. The process demands a willingness to confront deep-seated insecurities, unresolved traumas, and patterns of behavior that contributed to the infidelity. This self-reflection is painful and challenging, requiring significant courage and vulnerability.</w:t>
      </w:r>
    </w:p>
    <w:p w14:paraId="41A465D6" w14:textId="77777777" w:rsidR="00C35476" w:rsidRDefault="00C35476"/>
    <w:p w14:paraId="5AE3A01A" w14:textId="77777777" w:rsidR="00C35476" w:rsidRDefault="00000000">
      <w:r>
        <w:br/>
        <w:t>The therapeutic process involves exploring the reasons behind the choices made, examining the relationship dynamics, and identifying unhealthy patterns that allowed the infidelity to occur. It’s crucial to understand that the goal is not to justify the behavior but to develop a more profound understanding of the underlying issues in order to develop healthier coping mechanisms and prevent future occurrences. Through this exploration, the offending partner can begin to develop a greater sense of self-awareness, fostering personal growth and laying the groundwork for positive change.</w:t>
      </w:r>
    </w:p>
    <w:p w14:paraId="6981EBB8" w14:textId="77777777" w:rsidR="00C35476" w:rsidRDefault="00C35476"/>
    <w:p w14:paraId="383CEFB9" w14:textId="77777777" w:rsidR="00C35476" w:rsidRDefault="00000000">
      <w:r>
        <w:br/>
        <w:t>Furthermore, the therapist guides the discussion toward building healthy communication skills, improving conflict resolution strategies, and nurturing emotional intimacy. The focus shifts from blame to mutual responsibility and a shared commitment to rebuild the relationship. The offending partner needs to actively participate in this process, demonstrating genuine remorse and making tangible efforts to rebuild trust. This involves actively engaging in therapy, listening empathetically to the betrayed partner, and taking responsibility for their actions without making excuses.</w:t>
      </w:r>
    </w:p>
    <w:p w14:paraId="14C56C0B" w14:textId="77777777" w:rsidR="00C35476" w:rsidRDefault="00C35476"/>
    <w:p w14:paraId="74CEA1AF" w14:textId="77777777" w:rsidR="00C35476" w:rsidRDefault="00000000">
      <w:r>
        <w:br/>
        <w:t xml:space="preserve">The process of repair is not linear; it’s characterized by periods of progress and setbacks. There will be days when the guilt and shame are overwhelming, and the fear of rejection paralyzing. There will also be moments of hope, where progress is visible and the possibility </w:t>
      </w:r>
      <w:r>
        <w:lastRenderedPageBreak/>
        <w:t>of healing seems tangible. The therapist's role is to navigate these emotional fluctuations, providing support, guidance, and encouragement throughout the process.</w:t>
      </w:r>
    </w:p>
    <w:p w14:paraId="361D9F8D" w14:textId="77777777" w:rsidR="00C35476" w:rsidRDefault="00C35476"/>
    <w:p w14:paraId="297EAA22" w14:textId="77777777" w:rsidR="00C35476" w:rsidRDefault="00000000">
      <w:r>
        <w:br/>
        <w:t>The ultimate goal is not simply to repair the relationship but to foster a stronger, more resilient connection based on honesty, empathy, and mutual respect. This means addressing the underlying issues that contributed to the infidelity, promoting healthy communication, and creating a relationship built on mutual trust and understanding. This is not a quick fix; it requires patience, dedication, and a willingness to actively engage in the healing process from both partners. The potential rewards, however, can be transformative, forging a stronger, more resilient bond that has weathered a significant crisis. The journey to restoring trust after infidelity is undeniably difficult, but it’s a testament to the resilience of the human spirit and the profound capacity for forgiveness, understanding, and growth. It's a process that requires time, courage, and unwavering commitment, but the potential for rebuilding and strengthening the relationship can be profoundly rewarding.</w:t>
      </w:r>
    </w:p>
    <w:p w14:paraId="7B519FE2" w14:textId="77777777" w:rsidR="00C35476" w:rsidRDefault="00C35476"/>
    <w:p w14:paraId="056F9086" w14:textId="77777777" w:rsidR="00C35476" w:rsidRDefault="00000000">
      <w:r>
        <w:t>Breaking the cycle of infidelity requires a deep understanding of the underlying patterns and triggers that contributed to the betrayal. This isn't about assigning blame, but about gaining insight into the relational dynamics, unmet needs, and unresolved traumas that created fertile ground for the affair. Understanding these patterns allows couples to address the root causes of the infidelity, rather than simply treating the symptom. This proactive approach focuses on preventing future occurrences and building a healthier, more resilient relationship.</w:t>
      </w:r>
    </w:p>
    <w:p w14:paraId="24081C0E" w14:textId="77777777" w:rsidR="00C35476" w:rsidRDefault="00000000">
      <w:r>
        <w:br/>
        <w:t>One crucial aspect of identifying these patterns is examining past relationship issues. Consider, for example, a couple who consistently avoids difficult conversations. They might employ passive-aggressive behaviors, engage in silent treatments, or simply avoid addressing conflict altogether. Over time, this avoidance creates emotional distance, leading to feelings of isolation and disconnection. The unaddressed grievances build up, creating resentment and fostering an environment where seeking external validation becomes more appealing. The offending partner might unconsciously seek out connection elsewhere, believing their unmet needs within the primary relationship will never be satisfied.</w:t>
      </w:r>
    </w:p>
    <w:p w14:paraId="6629017A" w14:textId="77777777" w:rsidR="00C35476" w:rsidRDefault="00C35476"/>
    <w:p w14:paraId="4E2A8E98" w14:textId="77777777" w:rsidR="00C35476" w:rsidRDefault="00000000">
      <w:r>
        <w:br/>
        <w:t xml:space="preserve">Unmet needs form another critical area of exploration. These needs are not necessarily materialistic; they are often emotional and deeply personal. They might include the need for affection, validation, intimacy, support, or companionship. If these needs are consistently unmet within the primary relationship, the individual may seek fulfillment elsewhere, leading to infidelity. This isn't about justifying the infidelity, but rather understanding the </w:t>
      </w:r>
      <w:r>
        <w:lastRenderedPageBreak/>
        <w:t>motivations behind it. The act of seeking fulfillment outside the relationship is often a desperate cry for connection, a subconscious attempt to alleviate feelings of loneliness and inadequacy.</w:t>
      </w:r>
    </w:p>
    <w:p w14:paraId="51AD3EED" w14:textId="77777777" w:rsidR="00C35476" w:rsidRDefault="00C35476"/>
    <w:p w14:paraId="7E53DE8A" w14:textId="77777777" w:rsidR="00C35476" w:rsidRDefault="00000000">
      <w:r>
        <w:br/>
        <w:t>Effective communication is fundamental to any healthy relationship. When communication breaks down, misunderstandings arise, and resentment grows. Poor communication might manifest as a lack of active listening, constant interruptions, or an inability to express needs and feelings effectively. This breakdown can create a fertile ground for suspicion, mistrust, and eventually, infidelity. In this context, the infidelity isn't merely a betrayal of trust but also a symptom of a deeper relational dysfunction. The couple's inability to communicate effectively prevents the addressing of underlying issues, creating an environment where secrecy and dishonesty can thrive.</w:t>
      </w:r>
    </w:p>
    <w:p w14:paraId="728D492B" w14:textId="77777777" w:rsidR="00C35476" w:rsidRDefault="00C35476"/>
    <w:p w14:paraId="313CEC56" w14:textId="77777777" w:rsidR="00C35476" w:rsidRDefault="00000000">
      <w:r>
        <w:br/>
        <w:t>Unresolved trauma can significantly impact an individual's ability to form and maintain healthy relationships. Past experiences of abuse, neglect, or betrayal can leave lasting scars, shaping a person's attachment style and influencing their relational patterns. These past traumas can contribute to insecurity, low self-esteem, and difficulties with intimacy and trust. Individuals with unresolved trauma may be prone to self-sabotaging behaviors, including infidelity, as a manifestation of their underlying pain and struggle. It’s crucial to acknowledge and address these past experiences within the context of the current relationship difficulties. Understanding the impact of past trauma provides a more compassionate perspective on the infidelity, while simultaneously guiding efforts towards healing and building healthier coping mechanisms.</w:t>
      </w:r>
    </w:p>
    <w:p w14:paraId="09436082" w14:textId="77777777" w:rsidR="00C35476" w:rsidRDefault="00C35476"/>
    <w:p w14:paraId="78DA16B7" w14:textId="77777777" w:rsidR="00C35476" w:rsidRDefault="00000000">
      <w:r>
        <w:br/>
        <w:t>Let’s illustrate these points with a hypothetical case study, focusing on the patterns and triggers that led to the infidelity. This isn’t a specific clinical case, but a composite example highlighting common relational dynamics.</w:t>
      </w:r>
    </w:p>
    <w:p w14:paraId="61A67339" w14:textId="77777777" w:rsidR="00C35476" w:rsidRDefault="00C35476"/>
    <w:p w14:paraId="499F3E94" w14:textId="77777777" w:rsidR="00C35476" w:rsidRDefault="00000000">
      <w:r>
        <w:br/>
        <w:t xml:space="preserve">Consider Sarah and Mark, married for ten years. Sarah consistently felt emotionally neglected. While Mark provided financially and was physically present, he struggled to express affection verbally or emotionally. He believed actions spoke louder than words, but his actions rarely conveyed the depth of his feelings. Sarah felt unseen and unheard. She repeatedly tried to initiate conversations about her feelings of loneliness and disconnection, but Mark often deflected, changing the subject or minimizing her concerns. He interpreted </w:t>
      </w:r>
      <w:r>
        <w:lastRenderedPageBreak/>
        <w:t>her attempts at communication as nagging, further distancing himself emotionally. This created a pattern of emotional neglect where Sarah's needs were consistently unmet, leading her to seek validation and emotional connection elsewhere. The affair became a desperate attempt to fill a profound emotional void that existed within her marriage.</w:t>
      </w:r>
    </w:p>
    <w:p w14:paraId="7D308AAE" w14:textId="77777777" w:rsidR="00C35476" w:rsidRDefault="00C35476"/>
    <w:p w14:paraId="4A452A06" w14:textId="77777777" w:rsidR="00C35476" w:rsidRDefault="00000000">
      <w:r>
        <w:br/>
        <w:t>In their therapy sessions, Sarah and Mark began to recognize this pattern of emotional neglect. They explored Mark's childhood, discovering his upbringing in a home where emotions were rarely discussed openly, and affection was rarely expressed. He learned to suppress his emotions, believing that expressing vulnerability was a sign of weakness. This pattern carried over into his marriage, inadvertently creating a cycle of emotional distance and unmet needs. Sarah recognized her own role in the communication breakdown, admitting that she sometimes expressed her needs in accusatory ways, which further intensified Mark's defensiveness.</w:t>
      </w:r>
    </w:p>
    <w:p w14:paraId="5A6A08E9" w14:textId="77777777" w:rsidR="00C35476" w:rsidRDefault="00C35476"/>
    <w:p w14:paraId="30E4BF97" w14:textId="77777777" w:rsidR="00C35476" w:rsidRDefault="00000000">
      <w:r>
        <w:br/>
        <w:t>Recognizing this pattern was a pivotal moment in their journey to healing. They started to consciously work on improving their communication skills. Mark began taking steps to express his emotions more openly, learning to articulate his feelings and validating Sarah's experiences. Sarah learned to express her needs more effectively, choosing words that encouraged dialogue rather than conflict. They also explored ways to rebuild emotional intimacy, incorporating small acts of affection into their daily routine, such as expressing appreciation and engaging in regular physical intimacy.</w:t>
      </w:r>
    </w:p>
    <w:p w14:paraId="5296E1BD" w14:textId="77777777" w:rsidR="00C35476" w:rsidRDefault="00C35476"/>
    <w:p w14:paraId="015F005B" w14:textId="77777777" w:rsidR="00C35476" w:rsidRDefault="00000000">
      <w:r>
        <w:br/>
        <w:t>The process was arduous, filled with setbacks and moments of intense emotional pain. There were times when guilt and resentment threatened to overwhelm them. However, their commitment to understanding the underlying patterns and triggers, and their willingness to work actively towards improving their communication and emotional intimacy, propelled them forward.</w:t>
      </w:r>
    </w:p>
    <w:p w14:paraId="349D5DBA" w14:textId="77777777" w:rsidR="00C35476" w:rsidRDefault="00C35476"/>
    <w:p w14:paraId="14218B08" w14:textId="77777777" w:rsidR="00C35476" w:rsidRDefault="00000000">
      <w:r>
        <w:br/>
        <w:t xml:space="preserve">Identifying these patterns and triggers is crucial, not only for understanding the underlying causes of the infidelity but also for fostering a deeper understanding of the couple's relational dynamics. This understanding forms the foundation for rebuilding trust, fostering healthier communication patterns, and creating a more fulfilling and secure relationship. The journey is long and challenging, but the ability to identify and address the root causes of the infidelity offers the best chance of a successful recovery and the creation of a </w:t>
      </w:r>
      <w:r>
        <w:lastRenderedPageBreak/>
        <w:t>relationship that is stronger and more resilient than ever before. The process involves consistently examining behaviors, communication styles, and emotional responses, actively searching for recurring themes and triggers that contributed to the infidelity. It's a collaborative process requiring both partners to engage honestly and openly, fostering mutual understanding and empathy. This profound level of self-awareness allows for a significant opportunity for growth and personal transformation, paving the way for a more fulfilling and lasting relationship.</w:t>
      </w:r>
    </w:p>
    <w:p w14:paraId="65DF6472" w14:textId="77777777" w:rsidR="00C35476" w:rsidRDefault="00C35476"/>
    <w:p w14:paraId="461D43E4" w14:textId="77777777" w:rsidR="00C35476" w:rsidRDefault="00000000">
      <w:r>
        <w:br/>
        <w:t>The key takeaway is that infidelity is rarely an isolated event; it’s often the culmination of unresolved issues and unhealthy patterns that have accumulated over time. By meticulously examining these patterns and triggers, couples can gain a deeper understanding of their relationship dynamics, address underlying traumas, and develop healthier coping mechanisms to prevent future betrayals. This exploration is the crucial first step towards restoring trust, rebuilding intimacy, and forging a stronger, more resilient relationship. This process is not solely about repairing the damage caused by the infidelity; it’s about building a healthier, more sustainable relationship based on mutual understanding, effective communication, and genuine emotional connection. It requires courage, commitment, and a willingness to confront difficult truths, but the potential rewards are immense, leading to a stronger, more loving, and enduring partnership.</w:t>
      </w:r>
    </w:p>
    <w:p w14:paraId="6BC25525" w14:textId="77777777" w:rsidR="00C35476" w:rsidRDefault="00C35476"/>
    <w:p w14:paraId="19496C0C" w14:textId="77777777" w:rsidR="00C35476" w:rsidRDefault="00000000">
      <w:r>
        <w:t>Building a foundation of trust after infidelity requires a fundamental shift in perspective: acknowledging personal responsibility. This isn't about assigning blame; it's about recognizing the individual contributions each partner made to the erosion of trust that ultimately culminated in the affair. This process requires a deep dive into one's own behaviors, communication patterns, and emotional responses, identifying areas where individual actions either directly contributed to the infidelity or failed to prevent it. This self-reflection is crucial for both the offending and the wronged partner.</w:t>
      </w:r>
    </w:p>
    <w:p w14:paraId="30C2C8B9" w14:textId="77777777" w:rsidR="00C35476" w:rsidRDefault="00000000">
      <w:r>
        <w:br/>
        <w:t>For the partner who had the affair, acknowledging responsibility means owning the actions and the consequences. This isn't simply admitting to the infidelity; it involves a thorough examination of the motivations, the choices made, and the impact those choices had on the partner and the relationship. It's about understanding the unmet needs that led to seeking fulfillment outside the relationship, and acknowledging the ways in which those needs could have been addressed within the primary relationship. This requires courage and honesty, a willingness to confront difficult truths and to accept the pain caused. This process is often incredibly difficult and may involve confronting deep-seated insecurities, fears, and patterns of behavior that have contributed to the situation.</w:t>
      </w:r>
    </w:p>
    <w:p w14:paraId="3B9B3C2C" w14:textId="77777777" w:rsidR="00C35476" w:rsidRDefault="00C35476"/>
    <w:p w14:paraId="4D602B17" w14:textId="77777777" w:rsidR="00C35476" w:rsidRDefault="00000000">
      <w:r>
        <w:lastRenderedPageBreak/>
        <w:br/>
        <w:t>For the betrayed partner, acknowledging responsibility requires a willingness to examine their own role in the breakdown of the relationship. While the responsibility for the affair rests solely with the offending partner, the betrayed partner's actions or inactions may have unintentionally contributed to the environment where infidelity could thrive. This doesn’t diminish the pain of betrayal but allows for a more holistic understanding of the relational dynamics. For instance, the betrayed partner might have unknowingly created emotional distance through patterns of criticism, control, or emotional unavailability. They might have struggled with effective communication, failing to address underlying issues or express their own needs clearly. Recognizing these patterns empowers the betrayed partner to contribute actively to the repair process by making conscious changes in their own behavior.</w:t>
      </w:r>
    </w:p>
    <w:p w14:paraId="7D61F9A7" w14:textId="77777777" w:rsidR="00C35476" w:rsidRDefault="00C35476"/>
    <w:p w14:paraId="32B375E1" w14:textId="77777777" w:rsidR="00C35476" w:rsidRDefault="00000000">
      <w:r>
        <w:br/>
        <w:t>Accountability is a crucial aspect of taking responsibility. It involves not only acknowledging one's role but also actively taking steps to change harmful behaviors and patterns. This might involve seeking individual therapy to address underlying issues like unresolved trauma, communication difficulties, or intimacy problems. It also might include engaging in couples therapy to learn effective communication strategies, rebuild emotional intimacy, and develop a shared understanding of the contributing factors to the infidelity. The willingness to actively participate in this process demonstrates a commitment to personal growth and to building a healthier relationship.</w:t>
      </w:r>
    </w:p>
    <w:p w14:paraId="29BDF61B" w14:textId="77777777" w:rsidR="00C35476" w:rsidRDefault="00C35476"/>
    <w:p w14:paraId="77973A94" w14:textId="77777777" w:rsidR="00C35476" w:rsidRDefault="00000000">
      <w:r>
        <w:br/>
        <w:t>Let's consider a scenario where a couple, let's call them Anna and David, are navigating the aftermath of David's infidelity. In therapy, they began by focusing on identifying their respective roles in the situation. David initially struggled to accept responsibility beyond the act of infidelity itself. He focused on external factors, blaming work stress and Anna's supposed emotional distance for his actions. Anna, while understandably hurt and angry, began by focusing on David's failings, neglecting to explore her own contributions to the relationship's dysfunction. The therapist guided them through a series of exercises designed to promote self-reflection and empathy.</w:t>
      </w:r>
    </w:p>
    <w:p w14:paraId="7FAF389F" w14:textId="77777777" w:rsidR="00C35476" w:rsidRDefault="00C35476"/>
    <w:p w14:paraId="001C2B85" w14:textId="77777777" w:rsidR="00C35476" w:rsidRDefault="00000000">
      <w:r>
        <w:br/>
        <w:t xml:space="preserve">They started with individual journaling exercises, prompting them to explore their unmet needs and the ways in which they communicated (or failed to communicate) those needs within the relationship. David realized he had suppressed his feelings for years, relying on external validation rather than seeking emotional intimacy from Anna. He had difficulty expressing his vulnerabilities, believing this demonstrated weakness. This avoidance </w:t>
      </w:r>
      <w:r>
        <w:lastRenderedPageBreak/>
        <w:t>inadvertently created emotional distance, leading him to seek connection elsewhere. Anna, through journaling, realized she had unintentionally contributed to this emotional distance through patterns of criticism and emotional withdrawal, especially during periods of stress. She hadn’t effectively communicated her own needs, expecting David to intuitively understand them. She also recognized a fear of vulnerability, mirroring David's patterns.</w:t>
      </w:r>
    </w:p>
    <w:p w14:paraId="53BE3541" w14:textId="77777777" w:rsidR="00C35476" w:rsidRDefault="00C35476"/>
    <w:p w14:paraId="430DD156" w14:textId="77777777" w:rsidR="00C35476" w:rsidRDefault="00000000">
      <w:r>
        <w:br/>
        <w:t>Through guided conversations, they began to unpack these patterns together. The therapist helped them understand how their individual behaviors reinforced each other, creating a cycle of emotional disconnection. They learned to identify triggers that escalated their conflict and practiced new communication techniques, focusing on active listening, expressing needs without blame, and validating each other's experiences. They established a safe space for expressing vulnerability, sharing their fears and insecurities without judgment. David actively sought professional help to address his own patterns of emotional suppression, while Anna engaged in therapy to confront her own emotional avoidance and tendency towards criticism.</w:t>
      </w:r>
    </w:p>
    <w:p w14:paraId="0424A67D" w14:textId="77777777" w:rsidR="00C35476" w:rsidRDefault="00C35476"/>
    <w:p w14:paraId="0D13BF83" w14:textId="77777777" w:rsidR="00C35476" w:rsidRDefault="00000000">
      <w:r>
        <w:br/>
        <w:t>Their journey wasn't linear. There were relapses, moments of intense anger and hurt, and periods of doubt. But the commitment to acknowledging their individual roles, taking responsibility for their actions, and actively working towards change allowed them to rebuild trust. They learned to recognize the subtle ways in which they contributed to the relationship’s instability, and how their individual patterns, rather than solely David's act of infidelity, were the root of the crisis. The collaborative effort of self-reflection and understanding became the foundation for restoring their connection.</w:t>
      </w:r>
    </w:p>
    <w:p w14:paraId="49A6BD9C" w14:textId="77777777" w:rsidR="00C35476" w:rsidRDefault="00C35476"/>
    <w:p w14:paraId="1CC4EC48" w14:textId="77777777" w:rsidR="00C35476" w:rsidRDefault="00000000">
      <w:r>
        <w:br/>
        <w:t>This process of shared responsibility extends beyond simply acknowledging individual contributions. It also involves establishing clear expectations for future behavior. This includes setting boundaries that protect the relationship from further harm and fostering open communication about needs, feelings, and concerns. Accountability isn't a one-time event; it’s an ongoing process that requires continuous self-reflection, empathy, and a commitment to change. This involves regular check-ins, open discussions about the progress of the healing process, and willingness to adjust approaches as needed. It’s about creating a culture of honesty and trust where both partners feel empowered to express their needs and concerns without fear of judgment or retribution. This conscious effort to cultivate accountability strengthens the relationship’s resilience and sets a foundation for a healthier future.</w:t>
      </w:r>
    </w:p>
    <w:p w14:paraId="49A93B21" w14:textId="77777777" w:rsidR="00C35476" w:rsidRDefault="00C35476"/>
    <w:p w14:paraId="7C4E4AEF" w14:textId="77777777" w:rsidR="00C35476" w:rsidRDefault="00000000">
      <w:r>
        <w:lastRenderedPageBreak/>
        <w:br/>
        <w:t>Furthermore, rebuilding trust requires acknowledging the impact of past experiences. Childhood experiences, previous relationships, and unresolved traumas can significantly influence relational patterns and create vulnerabilities that contribute to infidelity. For example, David’s childhood, marked by a lack of emotional expression in his family, impacted his ability to form emotionally intimate connections. Addressing these underlying issues through therapy or self-reflection can provide invaluable insight and lead to significant personal growth. This involves actively engaging in self-discovery, understanding one’s own emotional patterns, and developing healthier coping mechanisms to manage stress and conflict.</w:t>
      </w:r>
    </w:p>
    <w:p w14:paraId="629DACE1" w14:textId="77777777" w:rsidR="00C35476" w:rsidRDefault="00C35476"/>
    <w:p w14:paraId="55FE2FE5" w14:textId="77777777" w:rsidR="00C35476" w:rsidRDefault="00000000">
      <w:r>
        <w:br/>
        <w:t>The process of building a foundation for trust after infidelity is not a quick fix; it's a long and challenging journey that demands honesty, commitment, and empathy from both partners. It involves continuous work on individual growth and collaborative efforts to improve communication and strengthen the bond. However, by acknowledging personal responsibility, embracing accountability, and actively working towards change, couples can pave the way for healing, forgiveness, and the possibility of a stronger, more resilient relationship. The willingness to confront difficult truths, learn from past mistakes, and actively participate in the repair process is essential for building a sustainable foundation of trust. This commitment to growth and change is the bedrock upon which lasting love can be rebuilt. The journey may be arduous, but the potential for a deeper, more authentic connection is a powerful motivator throughout this transformative process.</w:t>
      </w:r>
    </w:p>
    <w:p w14:paraId="13803D36" w14:textId="77777777" w:rsidR="00C35476" w:rsidRDefault="00C35476"/>
    <w:p w14:paraId="39B8EC00" w14:textId="77777777" w:rsidR="00C35476" w:rsidRDefault="00000000">
      <w:r>
        <w:t>Establishing healthy boundaries is not merely about protecting oneself; it's about safeguarding the emotional well-being of the entire relationship. After the trauma of infidelity, rebuilding trust necessitates a clear understanding and implementation of boundaries – both individual and relational. These boundaries act as protective shields, preventing further emotional damage and fostering a sense of safety and security crucial for healing. Without them, the cycle of hurt and betrayal can easily repeat itself, hindering genuine progress.</w:t>
      </w:r>
    </w:p>
    <w:p w14:paraId="06429C5D" w14:textId="77777777" w:rsidR="00C35476" w:rsidRDefault="00000000">
      <w:r>
        <w:br/>
        <w:t xml:space="preserve">The process of setting healthy boundaries begins with self-awareness. Each individual needs to identify their emotional vulnerabilities, their triggers, and their tolerance levels. This self-reflection is vital to understanding what behaviors are acceptable and which ones cross the line, causing further distress. For the betrayed partner, this might involve recognizing the triggers that evoke feelings of insecurity and anxiety, leading to intrusive thoughts or emotional outbursts. It could also involve understanding their limitations regarding the level of emotional intimacy they can handle in the initial stages of healing. For the offending partner, identifying boundaries might involve acknowledging the need to limit </w:t>
      </w:r>
      <w:r>
        <w:lastRenderedPageBreak/>
        <w:t>contact with individuals involved in the affair or to fully disclose their current communications to their partner.</w:t>
      </w:r>
    </w:p>
    <w:p w14:paraId="44753F87" w14:textId="77777777" w:rsidR="00C35476" w:rsidRDefault="00C35476"/>
    <w:p w14:paraId="6112EA2B" w14:textId="77777777" w:rsidR="00C35476" w:rsidRDefault="00000000">
      <w:r>
        <w:br/>
        <w:t>Effective communication is the cornerstone of successful boundary setting. This doesn't mean confrontation; rather, it requires clear, assertive, and respectful expression of needs and limits. It is crucial to articulate boundaries without blame or judgment, focusing on the impact of certain behaviors on one's emotional well-being. For example, instead of saying "You always talk to her, it makes me feel terrible," a more constructive approach would be, "I need to feel secure in our relationship. I'm finding it difficult to trust you when you continue contact with [person's name]. I would appreciate it if we could discuss this and agree on how to move forward." This approach empowers the individual while avoiding accusatory language that may escalate the conflict.</w:t>
      </w:r>
    </w:p>
    <w:p w14:paraId="2DAE6271" w14:textId="77777777" w:rsidR="00C35476" w:rsidRDefault="00C35476"/>
    <w:p w14:paraId="16035555" w14:textId="77777777" w:rsidR="00C35476" w:rsidRDefault="00000000">
      <w:r>
        <w:br/>
        <w:t>The implementation of these boundaries requires consistency and enforcement. It’s easy to set boundaries in theory, but actively upholding them in the face of emotional pressure or temptation requires considerable strength. When boundaries are violated, it's vital to address the transgression calmly and firmly, reaffirming the importance of those boundaries. This might involve having a conversation about the violation, clearly stating the consequences of future breaches, and reiterating one's emotional needs. It’s essential to avoid reacting impulsively or retaliating, focusing instead on maintaining a balanced approach. The goal is to address the violation, not to re-open old wounds or to escalate the conflict.</w:t>
      </w:r>
    </w:p>
    <w:p w14:paraId="18ED4DE9" w14:textId="77777777" w:rsidR="00C35476" w:rsidRDefault="00C35476"/>
    <w:p w14:paraId="62D2A7AD" w14:textId="77777777" w:rsidR="00C35476" w:rsidRDefault="00000000">
      <w:r>
        <w:br/>
        <w:t>Consider a couple undergoing therapy after an affair. The betrayed partner, let's call her Sarah, expresses feeling uncomfortable when her partner, Mark, spends time alone with his female colleagues. While Mark insists he means no harm, Sarah needs a boundary set to feel secure. Instead of accusing him of infidelity, she could communicate, "I understand you have a professional obligation to socialize with your colleagues, but I need to feel safe and secure in our relationship. Therefore, I'd appreciate it if future social gatherings with your colleagues were transparent. Could we agree that you'd inform me of these events beforehand and check in afterward?" This approach addresses Sarah's concern while respecting Mark’s professional needs. Establishing a system of transparency becomes a key boundary, ensuring Sarah feels informed and included.</w:t>
      </w:r>
    </w:p>
    <w:p w14:paraId="4677955A" w14:textId="77777777" w:rsidR="00C35476" w:rsidRDefault="00C35476"/>
    <w:p w14:paraId="74A9810C" w14:textId="77777777" w:rsidR="00C35476" w:rsidRDefault="00000000">
      <w:r>
        <w:lastRenderedPageBreak/>
        <w:br/>
        <w:t>The setting of healthy boundaries is not a one-time event; it's an ongoing dialogue. As the relationship heals, the boundaries may evolve. What might be necessary in the initial stages of recovery might become less crucial as trust is rebuilt. Regular check-ins are essential to reassess the effectiveness of the boundaries and to make adjustments as needed. These conversations shouldn't be confrontational; rather, they should be collaborative discussions focused on maintaining mutual respect and emotional well-being. This ongoing dialogue fosters mutual understanding and strengthens the relational bond by ensuring each individual's needs are addressed and respected.</w:t>
      </w:r>
    </w:p>
    <w:p w14:paraId="25C8A405" w14:textId="77777777" w:rsidR="00C35476" w:rsidRDefault="00C35476"/>
    <w:p w14:paraId="1D4914A2" w14:textId="77777777" w:rsidR="00C35476" w:rsidRDefault="00000000">
      <w:r>
        <w:br/>
        <w:t>Another important aspect is identifying external boundaries, focusing on the couple’s interaction with external influences. For example, if a close friend or family member consistently minimizes the infidelity or blames the betrayed partner, the couple may need to establish boundaries to protect their healing process. This might involve limiting contact with this individual, setting clear expectations about their behavior, or seeking support from other trusted individuals who understand the complexities of relational trauma. This may involve gradually reducing contact, explaining the need for space, or setting limits on what they are willing to discuss with the individual. The aim is to create a supportive environment where healing can progress without external interference.</w:t>
      </w:r>
    </w:p>
    <w:p w14:paraId="17A942E7" w14:textId="77777777" w:rsidR="00C35476" w:rsidRDefault="00C35476"/>
    <w:p w14:paraId="5378464C" w14:textId="77777777" w:rsidR="00C35476" w:rsidRDefault="00000000">
      <w:r>
        <w:br/>
        <w:t>The therapeutic setting provides a safe space to practice setting and maintaining boundaries. Therapists can guide couples through role-playing exercises, helping them to develop effective communication strategies. They can provide feedback on the clarity and respectfulness of their communication and help them identify potential pitfalls in their approach. Therapy also offers a platform for exploring underlying issues that might contribute to boundary violations, such as past traumas, unresolved conflicts, or ingrained patterns of behavior. By addressing these underlying issues, couples can build a stronger foundation for setting and upholding healthy boundaries.</w:t>
      </w:r>
    </w:p>
    <w:p w14:paraId="482DBC28" w14:textId="77777777" w:rsidR="00C35476" w:rsidRDefault="00C35476"/>
    <w:p w14:paraId="1D982F9D" w14:textId="77777777" w:rsidR="00C35476" w:rsidRDefault="00000000">
      <w:r>
        <w:br/>
        <w:t>Healthy boundaries are about creating emotional space, promoting self-respect, and fostering a safe environment for healing. They are about protecting oneself from further hurt while also allowing for growth and connection. It's crucial to remember that setting boundaries is not about control or manipulation; it’s about establishing clear expectations to protect one’s emotional well-being and ensure a healthy and fulfilling relationship. The process requires self-awareness, clear communication, consistent implementation, and a willingness to adapt and adjust as the relationship evolves.</w:t>
      </w:r>
    </w:p>
    <w:p w14:paraId="72674EC8" w14:textId="77777777" w:rsidR="00C35476" w:rsidRDefault="00C35476"/>
    <w:p w14:paraId="00464A11" w14:textId="77777777" w:rsidR="00C35476" w:rsidRDefault="00000000">
      <w:r>
        <w:br/>
        <w:t>The journey of setting boundaries after infidelity is challenging, requiring patience, self-compassion, and a commitment to consistent effort. It's a process that demands ongoing communication, flexibility, and a willingness to adapt as the relationship progresses. It's important to acknowledge that setbacks may occur, and that’s perfectly acceptable. The key is to learn from these experiences, and adjust the strategies accordingly, recognizing that the ultimate goal is to foster a relationship built on mutual respect, trust, and emotional well-being. By actively working towards establishing and maintaining healthy boundaries, couples can create a foundation for healing and growth, paving the way for a stronger, more resilient relationship that stands the test of time. This commitment to creating a safe emotional space is fundamental in the long-term healing process, enabling the rebuilding of trust and intimacy necessary for a flourishing partnership. The effort involved in establishing these boundaries is an investment in the future health and happiness of the relationship.</w:t>
      </w:r>
    </w:p>
    <w:p w14:paraId="239427F3" w14:textId="77777777" w:rsidR="00C35476" w:rsidRDefault="00C35476"/>
    <w:p w14:paraId="05CD4A7B" w14:textId="77777777" w:rsidR="00C35476" w:rsidRDefault="00000000">
      <w:r>
        <w:br w:type="page"/>
      </w:r>
    </w:p>
    <w:p w14:paraId="2FAF1133" w14:textId="77777777" w:rsidR="00C35476" w:rsidRDefault="00000000">
      <w:pPr>
        <w:spacing w:before="5040"/>
        <w:jc w:val="center"/>
      </w:pPr>
      <w:r>
        <w:lastRenderedPageBreak/>
        <w:t xml:space="preserve"> Chapter 2: The RESTORE Process: A Roadmap to Healing</w:t>
      </w:r>
    </w:p>
    <w:p w14:paraId="6A339410" w14:textId="77777777" w:rsidR="00C35476" w:rsidRDefault="00000000">
      <w:r>
        <w:t>Reveal: Unveiling the Truth and Fostering Transparency</w:t>
      </w:r>
    </w:p>
    <w:p w14:paraId="57C40F0A" w14:textId="77777777" w:rsidR="00C35476" w:rsidRDefault="00000000">
      <w:r>
        <w:br/>
        <w:t>The journey toward healing after infidelity necessitates a foundation of unwavering honesty and open communication. This isn't merely about confessing the affair itself; it's about fostering a culture of transparency where both partners feel safe to express their thoughts, feelings, and concerns without fear of judgment or retribution. This crucial step, the “Reveal” phase of the RESTORE process, requires courage, vulnerability, and a commitment to understanding each other’s perspectives. It’s a process that unfolds gradually, often in stages, with each revelation building upon the previous ones.</w:t>
      </w:r>
    </w:p>
    <w:p w14:paraId="1781DBAF" w14:textId="77777777" w:rsidR="00C35476" w:rsidRDefault="00C35476"/>
    <w:p w14:paraId="6BD59560" w14:textId="77777777" w:rsidR="00C35476" w:rsidRDefault="00000000">
      <w:r>
        <w:br/>
        <w:t>The initial disclosure of the infidelity itself is undoubtedly the most challenging aspect of this phase. For the offending partner, this requires an unwavering commitment to honesty and a willingness to face the potential consequences of their actions. It's vital that the disclosure is delivered with genuine remorse, acknowledging the depth of hurt inflicted upon the betrayed partner. Avoiding euphemisms or minimizing the gravity of the situation is crucial; the truth, however painful, must be laid bare. This might involve detailing the circumstances of the affair, the duration, and the nature of the relationship, all while expressing genuine regret. The goal isn't to justify the actions, but to provide the betrayed partner with the full context necessary to begin the healing process.</w:t>
      </w:r>
    </w:p>
    <w:p w14:paraId="7BD064AE" w14:textId="77777777" w:rsidR="00C35476" w:rsidRDefault="00C35476"/>
    <w:p w14:paraId="04B35B21" w14:textId="77777777" w:rsidR="00C35476" w:rsidRDefault="00000000">
      <w:r>
        <w:br/>
        <w:t>For the betrayed partner, the listening process is equally demanding. It requires the courage to confront the painful truth, acknowledging the intense emotions that are likely to surface. Anger, betrayal, confusion, and grief are common responses, and allowing oneself to feel these emotions without judgment is an essential part of the healing process. The betrayed partner needs to create a space for these emotions to be expressed, even if it feels overwhelming and painful. Seeking support from a therapist or trusted friend can provide crucial emotional support during this challenging phase. Journaling can also be a helpful tool to process the emotional intensity.</w:t>
      </w:r>
    </w:p>
    <w:p w14:paraId="6FBBB476" w14:textId="77777777" w:rsidR="00C35476" w:rsidRDefault="00C35476"/>
    <w:p w14:paraId="0F070AE8" w14:textId="77777777" w:rsidR="00C35476" w:rsidRDefault="00000000">
      <w:r>
        <w:br/>
        <w:t xml:space="preserve">Beyond the initial disclosure, the “Reveal” phase extends to uncovering all aspects of the affair’s impact. This might involve addressing the betrayed partner’s specific concerns and questions. Perhaps they're wrestling with details about the emotional connection within the affair, the physical intimacy, or the lies and deception that accompanied it. The offending partner must be prepared to answer these questions honestly, even if it’s painful to revisit </w:t>
      </w:r>
      <w:r>
        <w:lastRenderedPageBreak/>
        <w:t>those memories. The aim is to provide the betrayed partner with the information they need to understand the full extent of what occurred and to start processing their emotional responses.</w:t>
      </w:r>
    </w:p>
    <w:p w14:paraId="1C3A1976" w14:textId="77777777" w:rsidR="00C35476" w:rsidRDefault="00C35476"/>
    <w:p w14:paraId="7BEF79AA" w14:textId="77777777" w:rsidR="00C35476" w:rsidRDefault="00000000">
      <w:r>
        <w:br/>
        <w:t>A vital aspect of this phase is to actively listen to the betrayed partner's perspective without interrupting or becoming defensive. Active listening involves truly hearing and understanding the other person’s words and emotions, conveying empathy and validation. It’s about focusing on what the betrayed partner is feeling and acknowledging the legitimacy of those feelings. This may involve reflective listening, where the listener paraphrases the speaker’s words to ensure accurate comprehension and to show that they are truly listening. It also includes nonverbal cues like maintaining eye contact, nodding, and offering appropriate verbal affirmations like, "I understand why you’re feeling this way" or "That sounds incredibly painful."</w:t>
      </w:r>
    </w:p>
    <w:p w14:paraId="2D1B58A2" w14:textId="77777777" w:rsidR="00C35476" w:rsidRDefault="00C35476"/>
    <w:p w14:paraId="0D240BA8" w14:textId="77777777" w:rsidR="00C35476" w:rsidRDefault="00000000">
      <w:r>
        <w:br/>
        <w:t>Creating a safe space for communication is paramount. This requires setting aside a specific time and place where both partners can engage in open and honest conversation without interruptions. It might involve turning off phones, creating a quiet environment, and ensuring both partners feel comfortable and respected. Consider the setting – a quiet room in your home, a comfortable space outdoors, a neutral setting if needed – anything that facilitates open communication without distractions. The physical space can significantly impact emotional safety and vulnerability.</w:t>
      </w:r>
    </w:p>
    <w:p w14:paraId="3ADFE67A" w14:textId="77777777" w:rsidR="00C35476" w:rsidRDefault="00C35476"/>
    <w:p w14:paraId="3A99A3DF" w14:textId="77777777" w:rsidR="00C35476" w:rsidRDefault="00000000">
      <w:r>
        <w:br/>
        <w:t>Let's consider a real-life example. Imagine a couple, let’s call them Sarah and John, sitting quietly in their living room. Sarah is deeply hurt by John’s infidelity, and John, though remorseful, struggles to express his regret fully. To help navigate this, John starts by acknowledging Sarah's pain, using phrases like, "I understand this has deeply hurt you, and I am truly sorry." Sarah, in turn, expresses her anger and hurt through tears. John responds with empathetic statements like, "I can see how much pain you're in, and I want to make things right."</w:t>
      </w:r>
    </w:p>
    <w:p w14:paraId="33307BC7" w14:textId="77777777" w:rsidR="00C35476" w:rsidRDefault="00C35476"/>
    <w:p w14:paraId="66094BFF" w14:textId="77777777" w:rsidR="00C35476" w:rsidRDefault="00000000">
      <w:r>
        <w:br/>
        <w:t xml:space="preserve">This isn’t a one-time conversation; it’s an ongoing dialogue. Sarah might have questions about the specifics of the affair, the duration, the nature of the relationship, and the emotional connection with the other person. John should answer these questions honestly and without defensiveness. He might even take the initiative to initiate difficult </w:t>
      </w:r>
      <w:r>
        <w:lastRenderedPageBreak/>
        <w:t>conversations, anticipating potential questions and being proactive in providing as much information as needed for Sarah's healing process. Through repeated conversations, focusing on honesty and empathy, they start to build a foundation of trust. This ongoing dialogue requires both patience and commitment. The goal isn’t to resolve everything at once, but to create an environment where open communication is the norm, not the exception.</w:t>
      </w:r>
    </w:p>
    <w:p w14:paraId="0DB55327" w14:textId="77777777" w:rsidR="00C35476" w:rsidRDefault="00C35476"/>
    <w:p w14:paraId="0043A6A9" w14:textId="77777777" w:rsidR="00C35476" w:rsidRDefault="00000000">
      <w:r>
        <w:br/>
        <w:t>One of the biggest challenges during the “Reveal” phase is managing the inevitable emotional volatility. Both partners might experience intense emotions, and it’s crucial to establish some ground rules for healthy conflict resolution. This might involve agreeing to take breaks when emotions become overwhelming, establishing a time limit for discussions, or agreeing to a certain amount of emotional expression for each individual before needing a break. Setting these boundaries ensures that the conversations remain productive and constructive, preventing them from spiraling into uncontrolled arguments.</w:t>
      </w:r>
    </w:p>
    <w:p w14:paraId="3E5D4A4E" w14:textId="77777777" w:rsidR="00C35476" w:rsidRDefault="00C35476"/>
    <w:p w14:paraId="1BF872EC" w14:textId="187F29F6" w:rsidR="00C35476" w:rsidRDefault="004C125B">
      <w:r>
        <w:t xml:space="preserve">Reveal </w:t>
      </w:r>
      <w:r w:rsidR="00000000">
        <w:br/>
        <w:t>Another crucial aspect of the “Reveal” stage is acknowledging the role of external influences and relationships. If the affair involved third parties, such as friends, family members, or colleagues, addressing these relationships is essential. This might involve limiting contact with the individuals involved in the affair to create emotional space, or it could involve a careful re-evaluation of existing relationships. Sometimes this may involve having open and honest discussions about the boundaries that need to be in place in order to begin healing as a couple. The key is to recognize that the healing process is not just about the couple, it's also about their social network and how the external world might be affecting the relational healing journey. This requires clear and direct communication to redefine relationships and create a more supportive space for the couple to begin healing.</w:t>
      </w:r>
    </w:p>
    <w:p w14:paraId="255D8EC5" w14:textId="77777777" w:rsidR="00C35476" w:rsidRDefault="00C35476"/>
    <w:p w14:paraId="113AD68A" w14:textId="77777777" w:rsidR="00C35476" w:rsidRDefault="00000000">
      <w:r>
        <w:br/>
        <w:t>This phase also involves acknowledging any underlying issues that contributed to the infidelity. This may necessitate exploring previous unresolved conflicts, communication breakdowns, or unmet emotional needs within the relationship. Addressing these underlying issues is crucial for preventing future occurrences and building a more robust and fulfilling partnership. This requires sincere self-reflection and willingness to confront deeper issues that contributed to the affair. This may involve taking responsibility for personal behaviors or actions that might have indirectly affected the relationship’s stability and wellbeing.</w:t>
      </w:r>
    </w:p>
    <w:p w14:paraId="19451DBD" w14:textId="77777777" w:rsidR="00C35476" w:rsidRDefault="00C35476"/>
    <w:p w14:paraId="0B929895" w14:textId="77777777" w:rsidR="00C35476" w:rsidRDefault="00000000">
      <w:r>
        <w:lastRenderedPageBreak/>
        <w:br/>
        <w:t>The "Reveal" stage is not about assigning blame or engaging in endless recriminations; it’s about uncovering the truth, fostering transparency, and creating a safe space for emotional expression and healing. It’s a process that requires courage, vulnerability, honesty, and a shared commitment to rebuilding trust and intimacy. The more completely and honestly both partners engage in this phase, the stronger the foundation will be for the subsequent stages of the RESTORE process. This phase sets the tone for the entire healing journey. It establishes a foundation of honesty and transparency that will be crucial for navigating the challenges that lie ahead. By fully engaging in this phase, the couple establishes a foundation of truth and understanding, creating a pathway towards healing and restoration.</w:t>
      </w:r>
    </w:p>
    <w:p w14:paraId="11F43318" w14:textId="77777777" w:rsidR="00C35476" w:rsidRDefault="00C35476"/>
    <w:p w14:paraId="6058E494" w14:textId="77777777" w:rsidR="00C35476" w:rsidRDefault="00000000">
      <w:r>
        <w:t>Expressing emotions authentically and receiving them with empathy forms the cornerstone of relational healing. After the often-wrenching process of revelation, validating each other's feelings becomes paramount. This isn't about condoning infidelity; rather, it's about acknowledging the profound emotional impact it has on both partners. For the betrayed partner, the spectrum of emotions can be overwhelming: anger, hurt, confusion, betrayal, grief, fear, and even self-doubt can all surface simultaneously, often in unpredictable waves. The offending partner, too, experiences a complex emotional landscape, often characterized by guilt, shame, remorse, fear of abandonment, and regret. Both individuals need a safe space to process these feelings without judgment or dismissal.</w:t>
      </w:r>
    </w:p>
    <w:p w14:paraId="4D45D8D5" w14:textId="77777777" w:rsidR="00C35476" w:rsidRDefault="00000000">
      <w:r>
        <w:br/>
        <w:t>Validation, in this context, goes beyond simply saying "I understand." It involves actively listening, reflecting back the partner's emotions accurately, and acknowledging the legitimacy of their experience. It’s about demonstrating empathy – the ability to step into the other person's shoes and understand their perspective, even if you don't necessarily agree with it. This requires a profound shift in mindset, moving away from defensiveness and towards a posture of genuine care and compassion.</w:t>
      </w:r>
    </w:p>
    <w:p w14:paraId="0B9C3FC5" w14:textId="77777777" w:rsidR="00C35476" w:rsidRDefault="00C35476"/>
    <w:p w14:paraId="04471A9F" w14:textId="77777777" w:rsidR="00C35476" w:rsidRDefault="00000000">
      <w:r>
        <w:br/>
        <w:t>Consider the betrayed partner's perspective. They may feel violated, not only physically but emotionally and psychologically. Their sense of trust, security, and self-worth has been profoundly shaken. They may struggle with questions of identity, questioning their role in the relationship and their own value. Their anger might be directed at the offending partner, at themselves, or even at the "other person" involved in the affair. Validating these feelings doesn't mean excusing the infidelity; it means acknowledging the depth of the pain and the legitimacy of the betrayed partner's emotional response.</w:t>
      </w:r>
    </w:p>
    <w:p w14:paraId="36D50620" w14:textId="77777777" w:rsidR="00C35476" w:rsidRDefault="00C35476"/>
    <w:p w14:paraId="2558D497" w14:textId="77777777" w:rsidR="00C35476" w:rsidRDefault="00000000">
      <w:r>
        <w:br/>
        <w:t xml:space="preserve">For the offending partner, expressing remorse authentically is crucial. This isn't just about </w:t>
      </w:r>
      <w:r>
        <w:lastRenderedPageBreak/>
        <w:t>apologizing; it's about demonstrating a genuine understanding of the harm caused and a sincere commitment to making amends. This involves taking responsibility for their actions without making excuses or minimizing the impact of their choices. The offending partner needs to express their own feelings of guilt, shame, and regret, acknowledging the pain they have inflicted and showing a willingness to face the consequences of their actions. This requires courage and vulnerability, as it means confronting the most difficult aspects of themselves. It is important that this process isn’t focused on self-pity; it’s focused on a genuine understanding and acceptance of the consequences of their behavior.</w:t>
      </w:r>
    </w:p>
    <w:p w14:paraId="5BE06BF6" w14:textId="77777777" w:rsidR="00C35476" w:rsidRDefault="00C35476"/>
    <w:p w14:paraId="4B9AA4AB" w14:textId="77777777" w:rsidR="00C35476" w:rsidRDefault="00000000">
      <w:r>
        <w:br/>
        <w:t>Active listening is a crucial tool in validating emotions. This goes beyond simply hearing the words; it involves paying attention to the non-verbal cues as well – body language, tone of voice, and facial expressions. It means reflecting back what the partner is saying, both verbally and emotionally, to ensure you've understood correctly. For instance, if the betrayed partner says, "I feel so betrayed and worthless," a validating response might be, "It sounds like you're feeling deeply hurt and questioning your self-worth right now. That must be incredibly painful." This demonstrates that you are actively listening and empathizing with their experience.</w:t>
      </w:r>
    </w:p>
    <w:p w14:paraId="06AC07F8" w14:textId="77777777" w:rsidR="00C35476" w:rsidRDefault="00C35476"/>
    <w:p w14:paraId="10BA7263" w14:textId="77777777" w:rsidR="00C35476" w:rsidRDefault="00000000">
      <w:r>
        <w:br/>
        <w:t>Empathy, on the other hand, requires a conscious effort to understand the other person's perspective, even if you don't share it. It means acknowledging their feelings as valid, even if you don't fully comprehend the intensity or the source of those feelings. It's about suspending judgment and trying to see the world from their point of view. In the case of infidelity, this might involve acknowledging the deep sense of loss and insecurity the betrayed partner is experiencing, even while acknowledging the wrongdoing of the offending partner. It requires recognizing that their emotional experience is valid, regardless of the circumstances surrounding the infidelity.</w:t>
      </w:r>
    </w:p>
    <w:p w14:paraId="5BC309C5" w14:textId="77777777" w:rsidR="00C35476" w:rsidRDefault="00C35476"/>
    <w:p w14:paraId="645AA12E" w14:textId="77777777" w:rsidR="00C35476" w:rsidRDefault="00000000">
      <w:r>
        <w:br/>
        <w:t>Let's revisit Sarah and John. After the initial revelations, Sarah is consumed by rage and feelings of inadequacy. She lashes out, verbally expressing her pain and frustration. John, instead of becoming defensive, practices active listening. He might say, "Sarah, I hear your anger, and I understand why you’re feeling this way. It’s completely understandable given what happened." He validates her feelings without excusing his actions. He shows empathy by acknowledging the immense pain she is experiencing. He doesn't interrupt or try to minimize her feelings; instead, he allows her to express them fully, creating a safe space for her emotional release.</w:t>
      </w:r>
    </w:p>
    <w:p w14:paraId="03E66105" w14:textId="77777777" w:rsidR="00C35476" w:rsidRDefault="00C35476"/>
    <w:p w14:paraId="3824A13B" w14:textId="77777777" w:rsidR="00C35476" w:rsidRDefault="00000000">
      <w:r>
        <w:lastRenderedPageBreak/>
        <w:br/>
        <w:t>Later, as the conversation progresses, John shares his own feelings of remorse and guilt. He might say, "I’m so incredibly sorry for the pain I've caused you. I understand that my actions have shattered your trust, and I deeply regret hurting you." He doesn't make excuses or try to justify his actions. Instead, he takes full responsibility for his choices. He then validates Sarah's concerns and fears, acknowledging the validity of her questions and her need for reassurance. This willingness to acknowledge and validate Sarah's feelings, alongside his own expression of remorse, helps create a more constructive environment for healing.</w:t>
      </w:r>
    </w:p>
    <w:p w14:paraId="704A38E9" w14:textId="77777777" w:rsidR="00C35476" w:rsidRDefault="00C35476"/>
    <w:p w14:paraId="6A7632BC" w14:textId="77777777" w:rsidR="00C35476" w:rsidRDefault="00000000">
      <w:r>
        <w:br/>
        <w:t>The process of validation and empathy is not linear. There will be ups and downs, moments of intense emotion, and periods of calmer reflection. It requires patience, persistence, and a continuous commitment from both partners. It's a process of learning to understand each other's emotional language, of creating a shared vocabulary for expressing feelings, and of building a foundation of trust and understanding that can withstand the challenges of the future. Both partners must commit to active listening and a willingness to learn. This includes recognizing and addressing their own emotional reactions and potential biases during these interactions.</w:t>
      </w:r>
    </w:p>
    <w:p w14:paraId="53854C4F" w14:textId="77777777" w:rsidR="00C35476" w:rsidRDefault="00C35476"/>
    <w:p w14:paraId="3BCD4FC3" w14:textId="77777777" w:rsidR="00C35476" w:rsidRDefault="00000000">
      <w:r>
        <w:br/>
        <w:t>Beyond verbal expression, non-verbal communication plays a significant role in validating emotions. Physical touch, such as a comforting hand on the shoulder or a gentle hug, can communicate empathy and support. Maintaining eye contact demonstrates attentiveness and respect. Small gestures of affection, like bringing their partner a cup of tea or offering a back rub, can show care and understanding. Creating a safe space that enables nonverbal communication is essential, as this allows both parties to express themselves openly without pressure to express what is not yet ready to be expressed.</w:t>
      </w:r>
    </w:p>
    <w:p w14:paraId="4E79B63E" w14:textId="77777777" w:rsidR="00C35476" w:rsidRDefault="00C35476"/>
    <w:p w14:paraId="2E515086" w14:textId="77777777" w:rsidR="00C35476" w:rsidRDefault="00000000">
      <w:r>
        <w:br/>
        <w:t>Furthermore, validating emotions extends to validating the individual's experiences outside of the relationship. If the betrayed partner is struggling with their self-esteem or grappling with past traumas, the offending partner needs to validate these experiences and create space for these challenges to be acknowledged. This requires an understanding of individual vulnerabilities and sensitivities, and a dedication to offering support and encouragement to the individual as they heal. This will foster trust and allow the couple to begin to work together on addressing the past issues affecting the relationship.</w:t>
      </w:r>
    </w:p>
    <w:p w14:paraId="008B0305" w14:textId="77777777" w:rsidR="00C35476" w:rsidRDefault="00C35476"/>
    <w:p w14:paraId="6FFF7E3A" w14:textId="77777777" w:rsidR="00C35476" w:rsidRDefault="00000000">
      <w:r>
        <w:lastRenderedPageBreak/>
        <w:br/>
        <w:t>The process of expressing and validating emotions is intertwined with the act of forgiveness. Forgiveness is not about condoning the behavior or forgetting what happened. It is about releasing the anger, resentment, and pain that are holding you back from healing. It's a process that takes time and effort, and it requires both partners to actively participate. Validating emotions creates a space where forgiveness can begin to take root. It allows both partners to move forward, rebuilding trust and rekindling intimacy.</w:t>
      </w:r>
    </w:p>
    <w:p w14:paraId="379A65BE" w14:textId="77777777" w:rsidR="00C35476" w:rsidRDefault="00C35476"/>
    <w:p w14:paraId="101CFDEE" w14:textId="09F3E96A" w:rsidR="004C125B" w:rsidRDefault="00000000">
      <w:r>
        <w:br/>
      </w:r>
      <w:r w:rsidR="004C125B">
        <w:t>Express</w:t>
      </w:r>
    </w:p>
    <w:p w14:paraId="393DF3FA" w14:textId="61799383" w:rsidR="00C35476" w:rsidRDefault="00000000">
      <w:r>
        <w:t>This phase, the "Express" phase of the RESTORE process, lays the groundwork for the subsequent stages. By learning to validate each other's emotions and fostering empathy, the couple creates a secure foundation for setting healthy boundaries, taking responsibility, and ultimately, rebuilding their relationship. It is a pivotal stage in the journey towards healing and restoration, one that necessitates patience, perseverance, and a mutual commitment to growth and understanding. The ability to express and validate emotions effectively transforms the couple’s conflict resolution skills into a healing pathway that rebuilds the relational bond. By acknowledging and addressing the emotional core of the infidelity, the couple can begin to re-establish their relationship.</w:t>
      </w:r>
    </w:p>
    <w:p w14:paraId="18C5A260" w14:textId="77777777" w:rsidR="00C35476" w:rsidRDefault="00C35476"/>
    <w:p w14:paraId="70F30D92" w14:textId="77777777" w:rsidR="00C35476" w:rsidRDefault="00000000">
      <w:r>
        <w:t>Setting shared expectations and goals is a crucial step in rebuilding a relationship after infidelity. It's about creating a shared vision for the future, a roadmap outlining how you'll navigate the challenges ahead and build a stronger, healthier connection. This process isn't about imposing demands or creating a rigid set of rules; rather, it’s about collaboratively crafting a future that reflects the needs and aspirations of both partners.</w:t>
      </w:r>
    </w:p>
    <w:p w14:paraId="375C8BEE" w14:textId="77777777" w:rsidR="00C35476" w:rsidRDefault="00000000">
      <w:r>
        <w:br/>
        <w:t>The initial conversations surrounding expectations and goals might feel daunting. Years of shared history, interwoven with the recent trauma of infidelity, can make it difficult to envision a future together. Yet, this collaborative process is essential for moving forward. It provides a framework for rebuilding trust, fostering intimacy, and creating a sense of shared purpose. Without clearly defined expectations, the path to healing can become ambiguous and frustrating, leading to further conflict and misunderstandings.</w:t>
      </w:r>
    </w:p>
    <w:p w14:paraId="747106E5" w14:textId="77777777" w:rsidR="00C35476" w:rsidRDefault="00C35476"/>
    <w:p w14:paraId="2F226C70" w14:textId="77777777" w:rsidR="00C35476" w:rsidRDefault="00000000">
      <w:r>
        <w:br/>
        <w:t xml:space="preserve">This process begins with open communication. Both partners need to feel comfortable expressing their hopes, fears, and concerns regarding the future of the relationship. This requires active listening, a willingness to empathize with each other’s perspectives, and a </w:t>
      </w:r>
      <w:r>
        <w:lastRenderedPageBreak/>
        <w:t>commitment to understanding each other's emotional landscape. Remember, the goal is not to blame or accuse; it is to collaboratively create a shared vision of the future.</w:t>
      </w:r>
    </w:p>
    <w:p w14:paraId="56A6D83B" w14:textId="77777777" w:rsidR="00C35476" w:rsidRDefault="00C35476"/>
    <w:p w14:paraId="59C23D94" w14:textId="77777777" w:rsidR="00C35476" w:rsidRDefault="00000000">
      <w:r>
        <w:br/>
        <w:t>One effective technique is to start with individual journaling. Each partner can spend time reflecting on their individual needs and expectations for the relationship. This personal reflection provides a space to process emotions and articulate specific goals. These might include specific behavioral changes, increased communication, or a renewed commitment to shared activities. The journaling process allows for a period of introspection, preparing the partners for a more productive discussion.</w:t>
      </w:r>
    </w:p>
    <w:p w14:paraId="0BC1310F" w14:textId="77777777" w:rsidR="00C35476" w:rsidRDefault="00C35476"/>
    <w:p w14:paraId="0D83BB35" w14:textId="77777777" w:rsidR="00C35476" w:rsidRDefault="00000000">
      <w:r>
        <w:br/>
        <w:t>After the journaling process, the couple should engage in a collaborative conversation. A structured approach can be beneficial. One approach is to use the "wish list" technique. Each partner creates a list of things they wish for in the relationship moving forward. These wishes can range from concrete actions (e.g., "I wish for more regular date nights") to more abstract concepts (e.g., "I wish for greater emotional intimacy"). The key is to be specific and articulate the "why" behind each wish. What underlying need or desire motivates this wish?</w:t>
      </w:r>
    </w:p>
    <w:p w14:paraId="11B1A0EC" w14:textId="77777777" w:rsidR="00C35476" w:rsidRDefault="00C35476"/>
    <w:p w14:paraId="667727D8" w14:textId="77777777" w:rsidR="00C35476" w:rsidRDefault="00000000">
      <w:r>
        <w:br/>
        <w:t>This "wish list" exercise offers a non-threatening way to identify areas of overlap and divergence. It highlights common ground while also revealing potential areas of conflict. It's essential to approach these differences with empathy and a willingness to compromise. The goal isn’t necessarily to fulfill every wish perfectly, but to create a framework that addresses the most important needs of both partners. This demonstrates a commitment to the partnership and acknowledges the impact of the infidelity on each individual. It's a collaborative effort, not a competition.</w:t>
      </w:r>
    </w:p>
    <w:p w14:paraId="04406675" w14:textId="77777777" w:rsidR="00C35476" w:rsidRDefault="00C35476"/>
    <w:p w14:paraId="35A759F1" w14:textId="77777777" w:rsidR="00C35476" w:rsidRDefault="00000000">
      <w:r>
        <w:br/>
        <w:t>Once both partners have shared their "wish lists," it's time to synthesize them. Identify the areas of agreement and explore potential solutions for areas of disagreement. This might involve negotiating compromises, finding creative solutions, or prioritizing certain goals over others. The emphasis should be on creating a shared vision, not forcing agreement on every detail. The process itself, of engaging in this collaborative effort, contributes to the rebuilding of trust and creates a sense of shared purpose.</w:t>
      </w:r>
    </w:p>
    <w:p w14:paraId="7032384E" w14:textId="77777777" w:rsidR="00C35476" w:rsidRDefault="00C35476"/>
    <w:p w14:paraId="51A70CA9" w14:textId="77777777" w:rsidR="00C35476" w:rsidRDefault="00000000">
      <w:r>
        <w:lastRenderedPageBreak/>
        <w:br/>
        <w:t>Consider a couple, let's call them Anna and David. Anna's "wish list" might include: more open communication, greater emotional intimacy, and a stronger commitment to family time. David's list might include: taking responsibility for his actions, rebuilding trust, and making a renewed effort to be more present in the relationship. In their collaborative discussion, they can find common ground – they both desire stronger communication and a more committed relationship. They can then collaboratively work out a plan to achieve these goals, perhaps by scheduling regular date nights, engaging in couples counseling, or participating in joint activities.</w:t>
      </w:r>
    </w:p>
    <w:p w14:paraId="109D80D8" w14:textId="77777777" w:rsidR="00C35476" w:rsidRDefault="00C35476"/>
    <w:p w14:paraId="0564A2F5" w14:textId="77777777" w:rsidR="00C35476" w:rsidRDefault="00000000">
      <w:r>
        <w:br/>
        <w:t>Areas of disagreement require careful navigation. Suppose Anna wishes for complete transparency regarding David's online activity, while David feels that constant monitoring is invasive. In this case, a compromise might involve agreeing on boundaries around online communication, rather than complete surveillance. The goal is to find a solution that respects both individuals' needs while addressing concerns surrounding trust and transparency. This requires empathy, understanding, and a willingness to compromise.</w:t>
      </w:r>
    </w:p>
    <w:p w14:paraId="00CC453C" w14:textId="77777777" w:rsidR="00C35476" w:rsidRDefault="00C35476"/>
    <w:p w14:paraId="3788B310" w14:textId="77777777" w:rsidR="00C35476" w:rsidRDefault="00000000">
      <w:r>
        <w:br/>
        <w:t>Realistic goal-setting is paramount. Setting overly ambitious goals can lead to frustration and discouragement. The healing process takes time, and progress won't be linear. Goals should be achievable, measurable, and broken down into smaller, manageable steps. For instance, instead of aiming for "perfect communication," a more realistic goal might be "to have one open and honest conversation per week." This fosters a sense of accomplishment, reinforcing positive behaviors and creating momentum.</w:t>
      </w:r>
    </w:p>
    <w:p w14:paraId="124A435C" w14:textId="77777777" w:rsidR="00C35476" w:rsidRDefault="00C35476"/>
    <w:p w14:paraId="4606D77E" w14:textId="77777777" w:rsidR="00C35476" w:rsidRDefault="00000000">
      <w:r>
        <w:br/>
        <w:t>The process of setting shared expectations and goals is an ongoing one. It's not a one-time event; rather, it's a continuous process of adjustment and refinement. Regular check-ins are crucial to ensure that the goals remain relevant and that both partners feel heard and understood. This demonstrates ongoing commitment and provides opportunities to address emerging challenges proactively. This approach prevents resentment and maintains a sense of collaboration.</w:t>
      </w:r>
    </w:p>
    <w:p w14:paraId="0F85EA06" w14:textId="77777777" w:rsidR="00C35476" w:rsidRDefault="00C35476"/>
    <w:p w14:paraId="1F6F9537" w14:textId="77777777" w:rsidR="00C35476" w:rsidRDefault="00000000">
      <w:r>
        <w:br/>
        <w:t xml:space="preserve">These conversations should take place in a safe and supportive environment. This might involve seeking professional guidance from a therapist or counselor specialized in relationship repair and trauma-informed care. A therapist can provide a neutral space for </w:t>
      </w:r>
      <w:r>
        <w:lastRenderedPageBreak/>
        <w:t>open communication, facilitate productive discussions, and help navigate disagreements constructively. They can also offer guidance on setting realistic goals and developing effective coping mechanisms for managing stress and difficult emotions.</w:t>
      </w:r>
    </w:p>
    <w:p w14:paraId="16BC18D4" w14:textId="77777777" w:rsidR="00C35476" w:rsidRDefault="00C35476"/>
    <w:p w14:paraId="4911392F" w14:textId="77777777" w:rsidR="00C35476" w:rsidRDefault="00000000">
      <w:r>
        <w:br/>
        <w:t>Furthermore, the setting of goals should encompass more than just addressing the infidelity itself. It should also consider the couple's long-term vision for their life together. This includes discussions around finances, career aspirations, and family planning. By incorporating these broader aspects into their shared goals, the couple demonstrates a renewed commitment to building a life together, rather than simply repairing the damage caused by the infidelity. This expands the focus beyond the immediate trauma and helps to solidify the relationship’s future.</w:t>
      </w:r>
    </w:p>
    <w:p w14:paraId="34CB9472" w14:textId="77777777" w:rsidR="00C35476" w:rsidRDefault="00C35476"/>
    <w:p w14:paraId="010AA120" w14:textId="77777777" w:rsidR="00C35476" w:rsidRDefault="00000000">
      <w:r>
        <w:br/>
        <w:t>Throughout this process, it is critical to remember that forgiveness is a personal journey, not a destination. While setting shared expectations and goals facilitates the process, forgiveness is a complex emotional response that unfolds over time. It requires patience, empathy, and a willingness to understand the complexities of one's own emotional experience. It is essential not to pressure either partner to reach a specific point in their personal forgiveness journey.</w:t>
      </w:r>
    </w:p>
    <w:p w14:paraId="0FD3F596" w14:textId="77777777" w:rsidR="00C35476" w:rsidRDefault="00C35476"/>
    <w:p w14:paraId="6E6499C4" w14:textId="57EB9B2C" w:rsidR="004C125B" w:rsidRDefault="00000000">
      <w:r>
        <w:br/>
      </w:r>
      <w:r w:rsidR="004C125B">
        <w:t>Set</w:t>
      </w:r>
    </w:p>
    <w:p w14:paraId="51812E5E" w14:textId="6D4E42C6" w:rsidR="00C35476" w:rsidRDefault="00000000">
      <w:r>
        <w:t>The "Set" phase of the RESTORE process, therefore, is not just about creating a list of actions or goals. It’s about forging a shared vision for the future, built on mutual respect, understanding, and a commitment to growth. It requires honesty, vulnerability, and a willingness to collaborate in building a stronger and more resilient relationship. The resulting shared goals act as a beacon, guiding the couple through the challenging journey of healing and restoration. By establishing these shared expectations and goals, the couple lays the groundwork for the subsequent stages of the RESTORE process, ultimately paving the way for a healthier and more fulfilling relationship. The careful and compassionate establishment of these goals provides a powerful platform for the couple to begin rebuilding their lives and their love.</w:t>
      </w:r>
    </w:p>
    <w:p w14:paraId="63DCBE4D" w14:textId="77777777" w:rsidR="00C35476" w:rsidRDefault="00C35476"/>
    <w:p w14:paraId="267D7295" w14:textId="77777777" w:rsidR="00C35476" w:rsidRDefault="00000000">
      <w:r>
        <w:t xml:space="preserve">Taking ownership and accountability is not merely about admitting fault; it's a profound act of self-awareness and a crucial step toward genuine healing. It requires a deep dive into one's own behaviors, motivations, and contributions to the relational breakdown caused by </w:t>
      </w:r>
      <w:r>
        <w:lastRenderedPageBreak/>
        <w:t>infidelity. This isn't about assigning blame; it's about understanding the role each partner played in creating the environment that allowed infidelity to occur, or in exacerbating the wounds afterward. This involves acknowledging personal shortcomings, recognizing patterns of behavior, and committing to positive change.</w:t>
      </w:r>
    </w:p>
    <w:p w14:paraId="35A1731B" w14:textId="77777777" w:rsidR="00C35476" w:rsidRDefault="00000000">
      <w:r>
        <w:br/>
        <w:t>The process often begins with introspection. Couples may find journaling exercises incredibly helpful. Prompts such as, "What are my personal vulnerabilities that may have contributed to the infidelity?", "What patterns in my behavior might have created distance or unmet needs in the relationship?", and "How can I take responsibility for my actions and reactions?" can unlock valuable insights. This self-reflection shouldn't be a self-flagellation exercise, but a process of honest self-assessment designed to illuminate blind spots and pave the way for growth.</w:t>
      </w:r>
    </w:p>
    <w:p w14:paraId="0DC99666" w14:textId="77777777" w:rsidR="00C35476" w:rsidRDefault="00C35476"/>
    <w:p w14:paraId="099B7464" w14:textId="77777777" w:rsidR="00C35476" w:rsidRDefault="00000000">
      <w:r>
        <w:br/>
        <w:t>Following introspection, honest and open communication is vital. Partners need to create a safe space to share their findings from their self-reflection. This requires vulnerability and a willingness to listen without defensiveness. It's crucial to avoid interrupting or becoming defensive; rather, the focus should be on active listening and empathetic understanding. The goal is not to assign blame but to understand each other's perspectives and the roles each played in the relationship dynamic.</w:t>
      </w:r>
    </w:p>
    <w:p w14:paraId="2BCCCFAF" w14:textId="77777777" w:rsidR="00C35476" w:rsidRDefault="00C35476"/>
    <w:p w14:paraId="6B483E9E" w14:textId="77777777" w:rsidR="00C35476" w:rsidRDefault="00000000">
      <w:r>
        <w:br/>
        <w:t>One effective technique is to use "I" statements. Instead of accusing, partners should focus on expressing their feelings and experiences using "I" statements. For example, instead of saying "You always ignore my needs," a partner might say, "I felt ignored and unappreciated when…" This approach shifts the focus from blame to personal experience, making it easier for the other partner to listen and empathize. This approach fosters a sense of collaboration and mutual understanding, rather than triggering defensiveness and counter-accusations.</w:t>
      </w:r>
    </w:p>
    <w:p w14:paraId="4D972FA1" w14:textId="77777777" w:rsidR="00C35476" w:rsidRDefault="00C35476"/>
    <w:p w14:paraId="3C0B139F" w14:textId="77777777" w:rsidR="00C35476" w:rsidRDefault="00000000">
      <w:r>
        <w:br/>
        <w:t>Therapy can significantly aid this process. A skilled therapist provides a neutral and supportive space for this crucial discussion, facilitating constructive communication and helping partners navigate difficult emotions. Therapy offers structured exercises and techniques to facilitate this self-examination and communication process, ensuring that the conversations are productive and healing. They can guide the couple through the complex emotions involved in taking ownership and accountability, helping them to work through anger, resentment, and feelings of betrayal in a healthy manner.</w:t>
      </w:r>
    </w:p>
    <w:p w14:paraId="0FFC9654" w14:textId="77777777" w:rsidR="00C35476" w:rsidRDefault="00C35476"/>
    <w:p w14:paraId="681FC6A4" w14:textId="77777777" w:rsidR="00C35476" w:rsidRDefault="00000000">
      <w:r>
        <w:lastRenderedPageBreak/>
        <w:br/>
        <w:t>Accountability, however, extends beyond simple acknowledgment. It requires a commitment to concrete changes in behavior. These changes must align with the shared goals and expectations established earlier in the RESTORE process. This might involve addressing specific behaviors identified during self-reflection, such as improving communication skills, learning conflict resolution techniques, or engaging in regular acts of affection and appreciation. These changes should be specific, measurable, achievable, relevant, and time-bound (SMART goals). For example, instead of simply stating "I will communicate better," a more effective goal would be "I will have one open and honest conversation with my partner about my feelings every week, using 'I' statements."</w:t>
      </w:r>
    </w:p>
    <w:p w14:paraId="26146F46" w14:textId="77777777" w:rsidR="00C35476" w:rsidRDefault="00C35476"/>
    <w:p w14:paraId="78FDA745" w14:textId="77777777" w:rsidR="00C35476" w:rsidRDefault="00000000">
      <w:r>
        <w:br/>
        <w:t>The commitment to change needs to be demonstrated consistently over time. This requires conscious effort, patience, and a willingness to seek support when needed. Setbacks are inevitable, and recognizing them without succumbing to self-criticism or shame is key. It's about embracing the journey of personal growth and understanding that progress isn't always linear. Relapses should be seen as learning opportunities rather than failures, prompting reflection and readjustment.</w:t>
      </w:r>
    </w:p>
    <w:p w14:paraId="3606EFEA" w14:textId="77777777" w:rsidR="00C35476" w:rsidRDefault="00C35476"/>
    <w:p w14:paraId="432EA293" w14:textId="337F192F" w:rsidR="00C35476" w:rsidRDefault="00F275E8">
      <w:r>
        <w:t xml:space="preserve">Take </w:t>
      </w:r>
      <w:r w:rsidR="00000000">
        <w:br/>
        <w:t>Consider a scenario where a couple, let's refer to them as Alex and Ben, are working through the "Take" phase of the RESTORE process. Alex, who had been the unfaithful partner, completed their individual journaling, reflecting on how their work stress and avoidance of conflict contributed to their actions. Ben, hurt and betrayed, expressed a need for more open communication and emotional intimacy.</w:t>
      </w:r>
    </w:p>
    <w:p w14:paraId="6F1FAE93" w14:textId="77777777" w:rsidR="00C35476" w:rsidRDefault="00C35476"/>
    <w:p w14:paraId="2D79410E" w14:textId="77777777" w:rsidR="00C35476" w:rsidRDefault="00000000">
      <w:r>
        <w:br/>
        <w:t>During a quiet moment at home, Alex, using a technique learned during therapy, shared, "I understand now that avoiding conflict with you, Ben, wasn’t protecting you; it was protecting me from addressing my own insecurities and anxieties about work. This avoidance created distance and allowed the infidelity to occur. I'm sorry for that." This sincere and vulnerable expression of responsibility demonstrates a commitment to change.</w:t>
      </w:r>
    </w:p>
    <w:p w14:paraId="1FC16F1C" w14:textId="77777777" w:rsidR="00C35476" w:rsidRDefault="00C35476"/>
    <w:p w14:paraId="5AD0416A" w14:textId="77777777" w:rsidR="00C35476" w:rsidRDefault="00000000">
      <w:r>
        <w:br/>
        <w:t xml:space="preserve">Alex then continues, "I realize that I wasn't actively listening to your needs for emotional intimacy. To rectify this, I'm committing to scheduling a weekly time for us to truly connect, free from distractions, to discuss our feelings and strengthen our emotional bond. And I’ll be practicing active listening techniques we learned in therapy." This commitment to specific </w:t>
      </w:r>
      <w:r>
        <w:lastRenderedPageBreak/>
        <w:t>action steps shows a clear understanding of the problem and a proactive approach toward correcting the situation.</w:t>
      </w:r>
    </w:p>
    <w:p w14:paraId="026A5AD9" w14:textId="77777777" w:rsidR="00C35476" w:rsidRDefault="00C35476"/>
    <w:p w14:paraId="452BFA6B" w14:textId="77777777" w:rsidR="00C35476" w:rsidRDefault="00000000">
      <w:r>
        <w:br/>
        <w:t>Ben's response is equally crucial. They must accept Alex's apology and expressed commitment to change, recognizing the vulnerability and effort involved. It's important to note that this acceptance doesn't negate the pain of betrayal; rather, it signifies a willingness to work collaboratively toward healing. Ben could respond, "Thank you for expressing this. I appreciate your honesty and commitment to change. I am still hurting, and this healing process will take time. But your willingness to address these issues gives me hope."</w:t>
      </w:r>
    </w:p>
    <w:p w14:paraId="4332AE92" w14:textId="77777777" w:rsidR="00C35476" w:rsidRDefault="00C35476"/>
    <w:p w14:paraId="0A5FDD66" w14:textId="77777777" w:rsidR="00C35476" w:rsidRDefault="00000000">
      <w:r>
        <w:br/>
        <w:t>The conversation further progresses with Ben expressing their own contributions to the relational difficulties. Perhaps they were so engrossed in their own challenges that they overlooked Alex's needs, or perhaps their communication patterns weren’t as effective as they could have been. Acknowledging their own role helps create a sense of shared responsibility, moving the couple away from a blame-oriented conversation to a collaborative problem-solving approach.</w:t>
      </w:r>
    </w:p>
    <w:p w14:paraId="1ABD5B0A" w14:textId="77777777" w:rsidR="00C35476" w:rsidRDefault="00C35476"/>
    <w:p w14:paraId="7442BB3E" w14:textId="77777777" w:rsidR="004C125B" w:rsidRDefault="00000000">
      <w:r>
        <w:br/>
        <w:t xml:space="preserve">This shared responsibility fosters a sense of partnership in healing. The couple moves forward not as adversaries, but as allies in a journey of mutual growth and understanding. It is crucial to acknowledge that this process isn't linear. There will be moments of setbacks, moments of renewed pain, and moments of questioning. However, the commitment to consistent effort, ongoing communication, and mutual support lays the foundation for rebuilding trust and fostering a stronger, more resilient relationship. The willingness to take ownership and accept accountability is a crucial cornerstone upon which healing and restoration are built. It's a vital step in transforming pain into a catalyst for personal and relational growth. </w:t>
      </w:r>
    </w:p>
    <w:p w14:paraId="4FB1E8C6" w14:textId="58C24633" w:rsidR="004C125B" w:rsidRDefault="004C125B">
      <w:r>
        <w:t xml:space="preserve"> </w:t>
      </w:r>
    </w:p>
    <w:p w14:paraId="6D5A3EF6" w14:textId="3F1625B8" w:rsidR="00C35476" w:rsidRDefault="00000000">
      <w:r>
        <w:t>The "Take" phase of the RESTORE process, therefore, is not simply about admitting fault but about actively engaging in a transformative journey of self-discovery, mutual understanding, and collaborative healing. It is about demonstrating a clear commitment to positive change and fostering a shared responsibility in rebuilding a stronger, healthier relationship.</w:t>
      </w:r>
    </w:p>
    <w:p w14:paraId="3A2E4347" w14:textId="77777777" w:rsidR="00C35476" w:rsidRDefault="00C35476"/>
    <w:p w14:paraId="58D8B162" w14:textId="77777777" w:rsidR="00F275E8" w:rsidRDefault="00F275E8"/>
    <w:p w14:paraId="56CE7884" w14:textId="0D335667" w:rsidR="00F275E8" w:rsidRDefault="00F275E8">
      <w:r>
        <w:t xml:space="preserve">Opennness </w:t>
      </w:r>
    </w:p>
    <w:p w14:paraId="1BD7C174" w14:textId="0C19DA0A" w:rsidR="00C35476" w:rsidRDefault="00000000">
      <w:r>
        <w:t>Openness and vulnerability are not merely abstract concepts; they are the lifeblood of a healthy and thriving relationship, especially one attempting to recover from the devastating effects of infidelity. The ability to share one's deepest fears, insecurities, and emotions without judgment is crucial for rebuilding trust and intimacy. After a breach of trust, creating this safe space for vulnerable communication may feel impossible, like attempting to navigate a minefield blindfolded. However, with conscious effort and the right tools, this daunting task becomes achievable. The "Open" phase of the RESTORE process focuses on exactly this: cultivating the fertile ground of openness and vulnerability where healing can take root and flourish.</w:t>
      </w:r>
    </w:p>
    <w:p w14:paraId="3F253DA2" w14:textId="77777777" w:rsidR="00C35476" w:rsidRDefault="00000000">
      <w:r>
        <w:br/>
        <w:t>This process isn't about instantaneous transformation; it’s a gradual unfolding, a delicate dance of shared vulnerability and mutual support. It requires both partners to actively participate, to consciously create an environment where fear gives way to understanding, and where guarded hearts begin to open. This environment is built upon a foundation of trust, earned through consistent effort, honest communication, and demonstrable commitment to change.</w:t>
      </w:r>
    </w:p>
    <w:p w14:paraId="12BA3610" w14:textId="77777777" w:rsidR="00C35476" w:rsidRDefault="00C35476"/>
    <w:p w14:paraId="0CB8BEDC" w14:textId="77777777" w:rsidR="00C35476" w:rsidRDefault="00000000">
      <w:r>
        <w:br/>
        <w:t>One of the key components in establishing this safe space is active listening. It's more than simply hearing the words; it’s truly understanding the underlying emotions and perspectives behind them. It involves paying close attention to verbal and nonverbal cues – the tone of voice, the body language, the subtle shifts in expression – all of which can reveal unspoken feelings and anxieties. Active listening involves reflecting back what the other person has said, ensuring that you understand their perspective before offering your own. This process validates the speaker's feelings, creating a sense of being heard and understood, crucial elements in establishing safety and trust.</w:t>
      </w:r>
    </w:p>
    <w:p w14:paraId="267EB67F" w14:textId="77777777" w:rsidR="00C35476" w:rsidRDefault="00C35476"/>
    <w:p w14:paraId="662BDEEE" w14:textId="77777777" w:rsidR="00C35476" w:rsidRDefault="00000000">
      <w:r>
        <w:br/>
        <w:t>To enhance active listening, consider utilizing specific techniques learned in therapy, such as mirroring and paraphrasing. Mirroring involves reflecting back the other person's emotions, while paraphrasing involves summarizing their message to ensure accurate understanding. For example, if one partner says, "I feel so hurt and betrayed," the other could respond with, "So you're feeling deeply hurt and betrayed by what happened. That sounds incredibly painful." This simple act of mirroring and paraphrasing can significantly deepen understanding and empathy, thereby fostering a secure space for vulnerability.</w:t>
      </w:r>
    </w:p>
    <w:p w14:paraId="3C144487" w14:textId="77777777" w:rsidR="00C35476" w:rsidRDefault="00C35476"/>
    <w:p w14:paraId="7095B061" w14:textId="77777777" w:rsidR="00C35476" w:rsidRDefault="00000000">
      <w:r>
        <w:lastRenderedPageBreak/>
        <w:br/>
        <w:t>Furthermore, establishing regular time for focused communication is crucial. This isn't about rushed conversations squeezed between other obligations; it's about dedicating dedicated, uninterrupted time for open dialogue. This might involve scheduling a weekly date night, a quiet evening at home, or even setting aside 30 minutes each day to engage in meaningful conversation. The consistency of this dedicated time signals the importance placed on open communication, conveying a message of commitment and care.</w:t>
      </w:r>
    </w:p>
    <w:p w14:paraId="399C6210" w14:textId="77777777" w:rsidR="00C35476" w:rsidRDefault="00C35476"/>
    <w:p w14:paraId="3F6ADE26" w14:textId="77777777" w:rsidR="00C35476" w:rsidRDefault="00000000">
      <w:r>
        <w:br/>
        <w:t>The physical setting also plays a significant role in fostering vulnerability. The goal is to create a space that feels safe, comfortable, and free from distractions. This might involve turning off the television, putting away phones, and choosing a quiet and private location where you both feel relaxed and at ease. The physical environment should reflect the intentionality and seriousness of the process. This commitment to creating a safe space communicates respect and prioritization of the healing journey.</w:t>
      </w:r>
    </w:p>
    <w:p w14:paraId="01D92596" w14:textId="77777777" w:rsidR="00C35476" w:rsidRDefault="00C35476"/>
    <w:p w14:paraId="02838D70" w14:textId="77777777" w:rsidR="00C35476" w:rsidRDefault="00000000">
      <w:r>
        <w:br/>
        <w:t>Beyond active listening and dedicated time, creating a safe space requires establishing boundaries and ground rules for communication. This might include agreeing not to interrupt, to listen without judgment, and to refrain from defensiveness or blame. Setting clear expectations for how conversations will unfold helps to create a sense of predictability and control, reducing anxiety and fostering a sense of safety. These ground rules should be revisited and refined as needed, as the healing process evolves.</w:t>
      </w:r>
    </w:p>
    <w:p w14:paraId="0BD5C009" w14:textId="77777777" w:rsidR="00C35476" w:rsidRDefault="00C35476"/>
    <w:p w14:paraId="2234C22E" w14:textId="77777777" w:rsidR="00C35476" w:rsidRDefault="00000000">
      <w:r>
        <w:br/>
        <w:t>Let's revisit the scenario of Alex and Ben. After working through the "Take" phase, they've established some ground rules for their communication during the “Open” phase, committed to a weekly uninterrupted "connection hour," and chosen their cozy living room fireplace as their sanctuary for vulnerable conversation.</w:t>
      </w:r>
    </w:p>
    <w:p w14:paraId="5D0A114E" w14:textId="77777777" w:rsidR="00C35476" w:rsidRDefault="00C35476"/>
    <w:p w14:paraId="6646C69C" w14:textId="77777777" w:rsidR="00C35476" w:rsidRDefault="00000000">
      <w:r>
        <w:br/>
        <w:t>One evening, during their designated connection hour, Alex initiates a conversation. "I've been doing some reflecting on my own behaviors," they begin, their voice soft. "And I'm realizing that my avoidance of emotional intimacy wasn't just about my job stress. It was also rooted in a fear of confrontation and of being seen as flawed. I know that this fear contributed to the disconnect between us." Alex’s vulnerability is not just about acknowledging their wrongdoing; it’s about sharing the underlying insecurities that fueled their behavior.</w:t>
      </w:r>
    </w:p>
    <w:p w14:paraId="443E3061" w14:textId="77777777" w:rsidR="00C35476" w:rsidRDefault="00C35476"/>
    <w:p w14:paraId="20D2CDAF" w14:textId="77777777" w:rsidR="00C35476" w:rsidRDefault="00000000">
      <w:r>
        <w:br/>
        <w:t>Ben listens attentively, mirroring Alex's feelings. "So you’re saying that your avoidance wasn't just about work; it was also about a fear of being judged, a fear of vulnerability, and you feel you didn't show me the true 'you'?" Alex nods, their eyes welling up slightly.</w:t>
      </w:r>
    </w:p>
    <w:p w14:paraId="52298140" w14:textId="77777777" w:rsidR="00C35476" w:rsidRDefault="00C35476"/>
    <w:p w14:paraId="1D504374" w14:textId="77777777" w:rsidR="00C35476" w:rsidRDefault="00000000">
      <w:r>
        <w:br/>
        <w:t>Ben then speaks, not with accusation but with empathetic understanding. "I understand. I know we both had our own ways of avoiding difficult conversations. I was so afraid of conflict that I shut down, too. We both created a communication vacuum. That vacuum allowed space for the infidelity to happen. But it also created a void in our emotional intimacy."</w:t>
      </w:r>
    </w:p>
    <w:p w14:paraId="2B386C65" w14:textId="77777777" w:rsidR="00C35476" w:rsidRDefault="00C35476"/>
    <w:p w14:paraId="2EA31B76" w14:textId="77777777" w:rsidR="00C35476" w:rsidRDefault="00000000">
      <w:r>
        <w:br/>
        <w:t>This exchange is a prime example of the openness and vulnerability fostered through conscious effort and specific techniques learned in therapy. The shared recognition of their shared contribution to the relational breakdown moves them beyond blame and towards a shared understanding and a collaborative approach to healing.</w:t>
      </w:r>
    </w:p>
    <w:p w14:paraId="42613D42" w14:textId="77777777" w:rsidR="00C35476" w:rsidRDefault="00C35476"/>
    <w:p w14:paraId="1527B680" w14:textId="58829137" w:rsidR="004C125B" w:rsidRDefault="00000000" w:rsidP="004C125B">
      <w:r>
        <w:br/>
      </w:r>
    </w:p>
    <w:p w14:paraId="3FEBD366" w14:textId="578E9CF1" w:rsidR="004C125B" w:rsidRDefault="00000000" w:rsidP="004C125B">
      <w:r>
        <w:t xml:space="preserve">This is a crucial part of the healing journey. It's not merely about one partner confessing and the other forgiving; it's about a collaborative exploration of the relational dynamics, personal vulnerabilities, and underlying factors that contributed to the betrayal. It requires bravery from both partners, the courage to expose their deepest fears and insecurities, and the willingness to be seen and understood, flaws and all. </w:t>
      </w:r>
      <w:r w:rsidR="004C125B">
        <w:t>The "Open" phase in the RESTORE process is about creating the space, the time, and the emotional safety necessary for this vulnerability to flourish.</w:t>
      </w:r>
    </w:p>
    <w:p w14:paraId="11212DC1" w14:textId="5519BDAE" w:rsidR="004C125B" w:rsidRDefault="004C125B"/>
    <w:p w14:paraId="2A8371A4" w14:textId="77777777" w:rsidR="004C125B" w:rsidRDefault="004C125B"/>
    <w:p w14:paraId="3BF60795" w14:textId="77777777" w:rsidR="00C35476" w:rsidRDefault="00C35476"/>
    <w:p w14:paraId="688DC28E" w14:textId="77777777" w:rsidR="00C35476" w:rsidRDefault="00000000">
      <w:r>
        <w:br/>
        <w:t xml:space="preserve">This process necessitates patience and understanding, recognizing that it is not a linear journey. There will be moments of relapse, times when emotions run high, and periods when progress feels stagnant. However, the commitment to consistent effort, ongoing </w:t>
      </w:r>
      <w:r>
        <w:lastRenderedPageBreak/>
        <w:t>communication, and mutual support creates the fertile ground for trust to grow. As this process unfolds, the initial vulnerability will eventually blossom into a deeper intimacy and a stronger connection forged in the crucible of shared pain and mutual healing. The resulting bond, built on this foundation of openness and vulnerability, will be stronger and more resilient than before, capable of weathering future storms. The "Open" phase, therefore, is not merely a step in the RESTORE process; it is the very essence of relational healing, a journey towards a more authentic and fulfilling partnership. It's about facing the darkness together, holding a space for vulnerability, and ultimately emerging into the light of a renewed and strengthened bond. The willingness to be open and vulnerable is a testament to the commitment to healing and rebuilding a stronger, more resilient, and authentic relationship.</w:t>
      </w:r>
    </w:p>
    <w:p w14:paraId="216DC337" w14:textId="77777777" w:rsidR="00C35476" w:rsidRDefault="00C35476"/>
    <w:p w14:paraId="0AE6D19A" w14:textId="77777777" w:rsidR="00C35476" w:rsidRDefault="00000000">
      <w:r>
        <w:br w:type="page"/>
      </w:r>
    </w:p>
    <w:p w14:paraId="5403B266" w14:textId="77777777" w:rsidR="00C35476" w:rsidRDefault="00000000">
      <w:pPr>
        <w:spacing w:before="5040"/>
        <w:jc w:val="center"/>
      </w:pPr>
      <w:r>
        <w:lastRenderedPageBreak/>
        <w:t xml:space="preserve"> Chapter 3: Rebuilding Trust: A Gradual Process</w:t>
      </w:r>
    </w:p>
    <w:p w14:paraId="2CDFC866" w14:textId="77777777" w:rsidR="00C35476" w:rsidRDefault="00000000">
      <w:r>
        <w:t>Rebuilding trust after infidelity isn't a sprint; it's a marathon requiring sustained effort and unwavering commitment. It's not about grand gestures or dramatic pronouncements, but rather a series of small, consistent actions that cumulatively create a profound shift in the relationship dynamic. This incremental approach, focusing on small steps with big impact, is crucial because it allows both partners to manage the overwhelming nature of the healing process. It acknowledges the depth of the breach and the time it takes to rebuild the foundation of trust.</w:t>
      </w:r>
    </w:p>
    <w:p w14:paraId="2017C6A0" w14:textId="77777777" w:rsidR="00C35476" w:rsidRDefault="00000000">
      <w:r>
        <w:br/>
        <w:t>Consider the analogy of a cracked vase. You can't simply glue it back together and expect it to be as strong as it once was. The repair requires careful attention to each crack, the meticulous application of glue, and time for the adhesive to set and strengthen. Similarly, rebuilding trust after infidelity requires patience and a gradual, deliberate approach. Each small step, each act of honesty, each demonstration of commitment, adds strength to the repaired bond.</w:t>
      </w:r>
    </w:p>
    <w:p w14:paraId="4B2BAC3C" w14:textId="77777777" w:rsidR="00C35476" w:rsidRDefault="00C35476"/>
    <w:p w14:paraId="657B57E8" w14:textId="77777777" w:rsidR="00C35476" w:rsidRDefault="00000000">
      <w:r>
        <w:br/>
        <w:t>One of the most effective ways to implement this incremental approach is to establish daily practices that reinforce trust and foster emotional intimacy. These practices don't have to be elaborate or time-consuming; their effectiveness lies in their consistency and intentionality. For example, a simple daily practice could be holding hands during a meal, making eye contact while talking, or sharing a brief moment of physical affection before bedtime. These seemingly small gestures communicate love, connection, and commitment in ways that words alone cannot.</w:t>
      </w:r>
    </w:p>
    <w:p w14:paraId="47E83E84" w14:textId="77777777" w:rsidR="00C35476" w:rsidRDefault="00C35476"/>
    <w:p w14:paraId="33B322A0" w14:textId="77777777" w:rsidR="00C35476" w:rsidRDefault="00000000">
      <w:r>
        <w:br/>
        <w:t>Another valuable practice is incorporating regular check-ins throughout the day. These don't need to be long, drawn-out conversations, but rather brief moments of connection that reaffirm the commitment to the relationship. A simple text message expressing love or appreciation, a quick phone call to check in, or even a shared smile across the room can go a long way in strengthening the bond and demonstrating consistent effort. The frequency and consistency of these check-ins are more important than their length or complexity.</w:t>
      </w:r>
    </w:p>
    <w:p w14:paraId="7A441157" w14:textId="77777777" w:rsidR="00C35476" w:rsidRDefault="00C35476"/>
    <w:p w14:paraId="205A1FCF" w14:textId="77777777" w:rsidR="00C35476" w:rsidRDefault="00000000">
      <w:r>
        <w:br/>
        <w:t xml:space="preserve">The power of active listening, as discussed in the previous section, is critical in this phase of rebuilding trust. It involves not only hearing the words spoken but also paying attention to the unspoken emotions and intentions behind them. By mirroring emotions and paraphrasing messages, partners create a space of mutual understanding and validation. </w:t>
      </w:r>
      <w:r>
        <w:lastRenderedPageBreak/>
        <w:t>This active listening approach shouldn't be reserved for formal conversations; it should be woven into the fabric of daily interactions. For instance, if one partner mentions feeling stressed about work, the other can respond with empathetic understanding and offer support, even a simple, "That sounds tough. How can I help?" This act of listening and offering support is a small but significant step in rebuilding trust.</w:t>
      </w:r>
    </w:p>
    <w:p w14:paraId="3C82FC93" w14:textId="77777777" w:rsidR="00C35476" w:rsidRDefault="00C35476"/>
    <w:p w14:paraId="08206BF9" w14:textId="77777777" w:rsidR="00C35476" w:rsidRDefault="00000000">
      <w:r>
        <w:br/>
        <w:t>Equally crucial is the commitment to transparency and accountability. This doesn't mean constantly reporting every detail of one's day, but it does involve openness about one's feelings, thoughts, and activities. Sharing daily experiences, however mundane, can foster a sense of connection and shared reality. It helps create a space where both partners feel comfortable expressing themselves authentically, without fear of judgment or reprisal. If one partner struggles with transparency, starting with small disclosures and gradually increasing openness can help overcome this challenge.</w:t>
      </w:r>
    </w:p>
    <w:p w14:paraId="5EDAD764" w14:textId="77777777" w:rsidR="00C35476" w:rsidRDefault="00C35476"/>
    <w:p w14:paraId="0C86106A" w14:textId="77777777" w:rsidR="00C35476" w:rsidRDefault="00000000">
      <w:r>
        <w:br/>
        <w:t>Furthermore, incorporating acts of service into the daily routine is another powerful tool for rebuilding trust. These acts should be genuine expressions of care and consideration, not merely performative gestures. It might involve taking out the trash without being asked, preparing a meal, running an errand, or simply offering a helping hand. Such acts of service demonstrate love, commitment, and a willingness to contribute to the well-being of the partner. They're a tangible expression of the commitment to rebuilding the relationship.</w:t>
      </w:r>
    </w:p>
    <w:p w14:paraId="0E307A5E" w14:textId="77777777" w:rsidR="00C35476" w:rsidRDefault="00C35476"/>
    <w:p w14:paraId="74D3230A" w14:textId="77777777" w:rsidR="00C35476" w:rsidRDefault="00000000">
      <w:r>
        <w:br/>
        <w:t>Maintaining consistent communication about progress and challenges is essential for both partners. Regular check-ins, whether daily or weekly, provide opportunities to discuss the successes and setbacks encountered along the way. This communication helps both partners feel seen, heard, and understood. It creates a space for adjusting the healing plan as needed. Flexibility and a willingness to adapt are crucial, as unforeseen challenges may arise.</w:t>
      </w:r>
    </w:p>
    <w:p w14:paraId="62F42DFE" w14:textId="77777777" w:rsidR="00C35476" w:rsidRDefault="00C35476"/>
    <w:p w14:paraId="4C9550C0" w14:textId="77777777" w:rsidR="00C35476" w:rsidRDefault="00000000">
      <w:r>
        <w:br/>
        <w:t>Setting realistic expectations is equally important. Rebuilding trust takes time, and there will be setbacks along the way. It's crucial for both partners to acknowledge that the healing process isn't linear, that there will be good days and bad days. Celebrating small victories and acknowledging setbacks without self-criticism is critical for maintaining momentum and preventing discouragement. Setting small, achievable goals, and celebrating the milestones along the way, reinforces progress and motivates continued effort.</w:t>
      </w:r>
    </w:p>
    <w:p w14:paraId="1747A9AC" w14:textId="77777777" w:rsidR="00C35476" w:rsidRDefault="00C35476"/>
    <w:p w14:paraId="3344EFBF" w14:textId="77777777" w:rsidR="00C35476" w:rsidRDefault="00000000">
      <w:r>
        <w:br/>
        <w:t>Let's consider the example of Sarah and Mark, a couple working to rebuild their relationship after Mark's infidelity. In therapy, they established several daily practices aimed at rebuilding trust incrementally. Each morning, Mark leaves Sarah a loving note before she wakes up. During their lunch breaks, they exchange short text messages, simply checking in and expressing affection. In the evening, they spend at least 30 minutes engaging in an activity they both enjoy, such as watching a movie or playing a board game. Before bed, they hold hands and discuss their day, focusing on active listening and empathetic responses. Evenings usually end with a brief, yet loving physical interaction, a simple expression of affection.</w:t>
      </w:r>
    </w:p>
    <w:p w14:paraId="76AE3811" w14:textId="77777777" w:rsidR="00C35476" w:rsidRDefault="00C35476"/>
    <w:p w14:paraId="14A9E189" w14:textId="77777777" w:rsidR="00C35476" w:rsidRDefault="00000000">
      <w:r>
        <w:br/>
        <w:t>On weekends, they schedule a date night, committing to focused conversation and emotional intimacy. During these dates, they consciously practice active listening, mirroring and paraphrasing each other's thoughts and feelings. They also spend time engaging in an activity that helps facilitate emotional connection, such as taking a walk in nature or attending a couples therapy session focusing on mindfulness and emotional regulation.</w:t>
      </w:r>
    </w:p>
    <w:p w14:paraId="543DF3E6" w14:textId="77777777" w:rsidR="00C35476" w:rsidRDefault="00C35476"/>
    <w:p w14:paraId="67C2A20F" w14:textId="77777777" w:rsidR="00C35476" w:rsidRDefault="00000000">
      <w:r>
        <w:br/>
        <w:t>These seemingly small acts accumulate over time, strengthening their bond and gradually rebuilding trust. There were days when they stumbled, days when anger or resentment surfaced, and days when progress felt painfully slow. But through consistent effort and mutual support, they navigated these challenges. They learned to communicate their feelings openly and honestly, to listen to each other without judgment, and to offer unwavering support during difficult moments.</w:t>
      </w:r>
    </w:p>
    <w:p w14:paraId="30CFFBAE" w14:textId="77777777" w:rsidR="00C35476" w:rsidRDefault="00C35476"/>
    <w:p w14:paraId="35F72112" w14:textId="77777777" w:rsidR="00C35476" w:rsidRDefault="00000000">
      <w:r>
        <w:br/>
        <w:t xml:space="preserve">In their weekly therapy sessions, Sarah and Mark openly discussed their progress, acknowledged their setbacks, and adjusted their approach as needed. They learned to celebrate their small victories, acknowledging that each step forward, however small, was a testament to their commitment to healing. They understood that rebuilding trust was a journey, not a destination. It required patience, perseverance, and a shared commitment to working through the challenges together. And in their daily practices, even amid inevitable struggles, they found the strength and love necessary to rebuild a stronger and more resilient relationship. The small steps, the consistent effort, the mutual support – all these contributed to the big impact of restoring a profoundly damaged trust. Their journey serves as a testament to the power of gradual healing and the unwavering commitment required to overcome the devastating effects of infidelity and rebuild a relationship stronger than ever </w:t>
      </w:r>
      <w:r>
        <w:lastRenderedPageBreak/>
        <w:t>before. This incremental process is not just a path to repair, it's a pathway to a deeper, more meaningful, and more resilient love.</w:t>
      </w:r>
    </w:p>
    <w:p w14:paraId="64BC87BA" w14:textId="77777777" w:rsidR="00C35476" w:rsidRDefault="00C35476"/>
    <w:p w14:paraId="2FAFE2C2" w14:textId="77777777" w:rsidR="00C35476" w:rsidRDefault="00000000">
      <w:r>
        <w:t>Maintaining open communication and fostering accountability are not merely suggestions in the aftermath of infidelity; they are the lifeblood of rebuilding trust. It's a delicate dance, requiring both partners to navigate vulnerability while simultaneously maintaining a sense of safety and security. This process necessitates a conscious and consistent effort to create an environment where honesty thrives and where setbacks are not met with blame but with understanding and a renewed commitment to transparency.</w:t>
      </w:r>
    </w:p>
    <w:p w14:paraId="099AED71" w14:textId="77777777" w:rsidR="00C35476" w:rsidRDefault="00000000">
      <w:r>
        <w:br/>
        <w:t>One of the most effective strategies is the implementation of regular check-in sessions. These aren't formal therapy sessions; instead, they are dedicated time slots, perhaps 15-20 minutes each evening, where both partners commit to sharing their day’s experiences. This sharing goes beyond simply recounting the mundane details of work or errands; it involves delving into emotional landscapes. Did a particular interaction leave them feeling stressed, frustrated, or joyful? Sharing these feelings allows the betrayed partner to gain insight into the other partner's emotional state, promoting a sense of connection and fostering a shared understanding of the daily pressures experienced by each individual.</w:t>
      </w:r>
    </w:p>
    <w:p w14:paraId="1793CE09" w14:textId="77777777" w:rsidR="00C35476" w:rsidRDefault="00C35476"/>
    <w:p w14:paraId="1C53FBC6" w14:textId="77777777" w:rsidR="00C35476" w:rsidRDefault="00000000">
      <w:r>
        <w:br/>
        <w:t>This sharing needs to be reciprocal. The betraying partner must also be open about their feelings, even the uncomfortable ones – guilt, shame, regret. This openness, while challenging, is crucial for building trust. Withholding information, even seemingly insignificant details, can create an environment of suspicion and erode the fragile foundation that's being carefully constructed. Transparency breeds trust, and consistent transparency builds a more robust and resilient relationship.</w:t>
      </w:r>
    </w:p>
    <w:p w14:paraId="5CEE9FDD" w14:textId="77777777" w:rsidR="00C35476" w:rsidRDefault="00C35476"/>
    <w:p w14:paraId="4977BF52" w14:textId="77777777" w:rsidR="00C35476" w:rsidRDefault="00000000">
      <w:r>
        <w:br/>
        <w:t>However, open communication is not a one-size-fits-all approach. It requires tailoring to each couple's unique needs and communication styles. Some couples may benefit from structured journaling prompts to guide their conversations, prompting reflections on their emotional state, their interactions with others, and their overall level of emotional honesty. These prompts can act as a safe entry point for difficult conversations. For example, prompts could include: "What was the most challenging aspect of your day today, and how did you cope with it?" or "What made you feel most loved or appreciated today?"</w:t>
      </w:r>
    </w:p>
    <w:p w14:paraId="11F3850F" w14:textId="77777777" w:rsidR="00C35476" w:rsidRDefault="00C35476"/>
    <w:p w14:paraId="464442E0" w14:textId="77777777" w:rsidR="00C35476" w:rsidRDefault="00000000">
      <w:r>
        <w:lastRenderedPageBreak/>
        <w:br/>
        <w:t>Other couples might find value in utilizing technology to enhance their communication. There are numerous apps designed for couples therapy and relationship management, offering features such as secure messaging, shared journals, and even guided meditations for couples. These tools can add a layer of structure and accountability to the process, creating a more organized and manageable approach to the rebuilding process. The choice of tools and methods is not as important as the commitment to utilizing them consistently and purposefully.</w:t>
      </w:r>
    </w:p>
    <w:p w14:paraId="43C66E95" w14:textId="77777777" w:rsidR="00C35476" w:rsidRDefault="00C35476"/>
    <w:p w14:paraId="2E8D107D" w14:textId="77777777" w:rsidR="00C35476" w:rsidRDefault="00000000">
      <w:r>
        <w:br/>
        <w:t>Crucial to the success of these check-in sessions is the practice of active listening. This goes beyond simply hearing the words spoken; it necessitates attentive listening to the underlying emotions and unspoken messages. Mirroring emotions—reflecting back what your partner is feeling—and paraphrasing their statements demonstrate understanding and create a secure space for vulnerability. For example, if a partner shares feeling overwhelmed by work, the other partner might respond with, "It sounds like you're feeling incredibly overwhelmed and stressed right now," rather than simply offering a solution. This validation is paramount. It communicates that their feelings are understood and respected, fostering a sense of emotional safety and connection.</w:t>
      </w:r>
    </w:p>
    <w:p w14:paraId="74BE5463" w14:textId="77777777" w:rsidR="00C35476" w:rsidRDefault="00C35476"/>
    <w:p w14:paraId="44B85705" w14:textId="77777777" w:rsidR="00C35476" w:rsidRDefault="00000000">
      <w:r>
        <w:br/>
        <w:t>Another vital component of open communication is the willingness to address setbacks. The path to rebuilding trust is rarely linear. There will be moments of tension, disagreements, and even relapses in trust. These setbacks should not be viewed as failures but as opportunities for growth and deeper understanding. When challenges arise, it's imperative to address them openly and honestly, avoiding the trap of blame and defensiveness. The betrayed partner may need to express hurt and anger, and the betraying partner must acknowledge the pain they have caused and actively work to repair the damage.</w:t>
      </w:r>
    </w:p>
    <w:p w14:paraId="6EEF3ACC" w14:textId="77777777" w:rsidR="00C35476" w:rsidRDefault="00C35476"/>
    <w:p w14:paraId="6AAF9819" w14:textId="77777777" w:rsidR="00C35476" w:rsidRDefault="00000000">
      <w:r>
        <w:br/>
        <w:t>Accountability goes hand-in-hand with transparency. It means taking responsibility for one’s actions, words, and emotional responses. This is not about assigning blame; it's about owning one's contribution to the breakdown of trust and actively working to rebuild it. For instance, if one partner consistently arrives late for check-in sessions or avoids difficult conversations, it is crucial that they acknowledge their behavior and work to change it. This may involve seeking professional help to address underlying issues or creating specific strategies to help them stay accountable.</w:t>
      </w:r>
    </w:p>
    <w:p w14:paraId="6D6AD7D0" w14:textId="77777777" w:rsidR="00C35476" w:rsidRDefault="00C35476"/>
    <w:p w14:paraId="36E63382" w14:textId="77777777" w:rsidR="00C35476" w:rsidRDefault="00000000">
      <w:r>
        <w:lastRenderedPageBreak/>
        <w:br/>
        <w:t>Creating a system of accountability beyond the daily check-ins is helpful. This could involve creating a shared document or calendar where progress and challenges are tracked. This shared record becomes a visual representation of the journey, highlighting successes and acknowledging setbacks without judgment. It helps maintain a sense of shared responsibility and allows both partners to monitor the overall trajectory of the healing process. Using this record for open discussions is vital. The document shouldn't exist as a tool of judgment but as a resource for problem-solving and adjusting their approach as needed.</w:t>
      </w:r>
    </w:p>
    <w:p w14:paraId="3852E043" w14:textId="77777777" w:rsidR="00C35476" w:rsidRDefault="00C35476"/>
    <w:p w14:paraId="5E72429B" w14:textId="77777777" w:rsidR="00C35476" w:rsidRDefault="00000000">
      <w:r>
        <w:br/>
        <w:t>In addition, seeking professional guidance can significantly enhance the process. A licensed therapist specializing in relationship repair and trauma-informed care can provide a safe and neutral space for couples to work through their issues, helping them develop effective communication strategies, address underlying emotional wounds, and establish healthy boundaries. Therapy provides a structured environment, offering tools and techniques specifically designed to navigate the complexities of rebuilding trust after infidelity. It also provides an external source of accountability, ensuring both partners stay committed to the healing process.</w:t>
      </w:r>
    </w:p>
    <w:p w14:paraId="60720D19" w14:textId="77777777" w:rsidR="00C35476" w:rsidRDefault="00C35476"/>
    <w:p w14:paraId="126D5B4A" w14:textId="77777777" w:rsidR="00C35476" w:rsidRDefault="00000000">
      <w:r>
        <w:br/>
        <w:t>The ultimate goal is to foster a relationship built on mutual respect, transparency, and unwavering commitment. Rebuilding trust is not merely about repairing the damage caused by infidelity; it's about creating a stronger, more resilient, and deeply connected partnership. This necessitates ongoing commitment to open communication, mutual accountability, and a willingness to navigate challenges together, hand in hand, along the path towards restoration. The journey may be long and arduous, but the destination—a stronger, more loving connection—is well worth the effort. And while the initial steps may feel hesitant and uncertain, the consistent practice of open communication and accountability will build the foundation for a future built on trust and mutual respect. Remember, this is not just about regaining what was lost; it's about creating something even more beautiful and profound.</w:t>
      </w:r>
    </w:p>
    <w:p w14:paraId="0853EC3F" w14:textId="77777777" w:rsidR="00C35476" w:rsidRDefault="00C35476"/>
    <w:p w14:paraId="169ACF82" w14:textId="77777777" w:rsidR="00C35476" w:rsidRDefault="00000000">
      <w:r>
        <w:t xml:space="preserve">Forgiveness, in the context of repairing a relationship fractured by infidelity, is rarely a sudden epiphany. It's not a switch you flip, declaring, "I forgive you," and moving on as if nothing happened. Instead, forgiveness is a journey, a winding path with ups and downs, moments of clarity and moments of doubt. It's a gradual unfolding, a process that requires patience, self-compassion, and a willingness to confront the deep emotional wounds caused </w:t>
      </w:r>
      <w:r>
        <w:lastRenderedPageBreak/>
        <w:t>by betrayal. Understanding this fundamental truth—that forgiveness is a process, not a destination—is crucial for navigating the complexities of rebuilding trust.</w:t>
      </w:r>
    </w:p>
    <w:p w14:paraId="4C175E8E" w14:textId="77777777" w:rsidR="00C35476" w:rsidRDefault="00000000">
      <w:r>
        <w:br/>
        <w:t>One of the biggest hurdles to forgiveness is the intense emotional pain experienced by the betrayed partner. Anger, resentment, sadness, and a profound sense of violation are common responses. These feelings are valid and shouldn't be minimized or dismissed. Allowing oneself to fully experience these emotions, without judgment or self-criticism, is a crucial first step. Suppressing or ignoring these feelings only prolongs the healing process.</w:t>
      </w:r>
    </w:p>
    <w:p w14:paraId="37934D7F" w14:textId="77777777" w:rsidR="00C35476" w:rsidRDefault="00C35476"/>
    <w:p w14:paraId="2910C7CC" w14:textId="77777777" w:rsidR="00C35476" w:rsidRDefault="00000000">
      <w:r>
        <w:br/>
        <w:t>Journaling can be an invaluable tool in this stage. Writing down your feelings, without censoring or editing, allows for a release of pent-up emotions. It's a way to externalize the internal turmoil, giving it form and allowing you to begin to process it. There's no right or wrong way to journal; it's simply a space for honest self-expression. Try prompts like: "What are the specific emotions I'm feeling today?," "What thoughts are running through my mind?," or "What needs are unmet because of the infidelity?"</w:t>
      </w:r>
    </w:p>
    <w:p w14:paraId="03CD9B9B" w14:textId="77777777" w:rsidR="00C35476" w:rsidRDefault="00C35476"/>
    <w:p w14:paraId="01D72928" w14:textId="77777777" w:rsidR="00C35476" w:rsidRDefault="00000000">
      <w:r>
        <w:br/>
        <w:t>Self-compassion is also vital during this process. Treat yourself with the same kindness and understanding you would offer a close friend going through a similar experience. Acknowledge that you are hurting, that your feelings are valid, and that healing takes time. Avoid self-blame or harsh self-criticism. Remember, you are not responsible for the actions of your partner. The infidelity was their choice, and the pain you are experiencing is a natural response to a deeply hurtful event.</w:t>
      </w:r>
    </w:p>
    <w:p w14:paraId="36529E93" w14:textId="77777777" w:rsidR="00C35476" w:rsidRDefault="00C35476"/>
    <w:p w14:paraId="1A9A4C57" w14:textId="77777777" w:rsidR="00C35476" w:rsidRDefault="00000000">
      <w:r>
        <w:br/>
        <w:t>Developing empathy for your partner, while challenging, is another essential aspect of the forgiveness journey. This doesn't mean condoning their behavior; rather, it involves attempting to understand the underlying reasons for their actions. This understanding doesn't excuse the betrayal, but it can provide a different perspective, helping to move beyond the immediate anger and resentment. Exploring the emotional landscape of your partner—their insecurities, fears, and vulnerabilities—can be a catalyst for compassion and, eventually, forgiveness.</w:t>
      </w:r>
    </w:p>
    <w:p w14:paraId="2C6F7568" w14:textId="77777777" w:rsidR="00C35476" w:rsidRDefault="00C35476"/>
    <w:p w14:paraId="4AF7DB6A" w14:textId="77777777" w:rsidR="00C35476" w:rsidRDefault="00000000">
      <w:r>
        <w:br/>
        <w:t xml:space="preserve">This process is significantly aided by professional guidance. A therapist can provide a safe and non-judgmental space to explore these complex emotions. They can help you develop </w:t>
      </w:r>
      <w:r>
        <w:lastRenderedPageBreak/>
        <w:t>coping mechanisms for managing intense feelings and identify patterns of thinking or behavior that might be hindering your progress. They can also assist in fostering empathy for your partner, helping you understand their perspective without diminishing your own experience.</w:t>
      </w:r>
    </w:p>
    <w:p w14:paraId="21A95A09" w14:textId="77777777" w:rsidR="00C35476" w:rsidRDefault="00C35476"/>
    <w:p w14:paraId="78EFCDA7" w14:textId="77777777" w:rsidR="00C35476" w:rsidRDefault="00000000">
      <w:r>
        <w:br/>
        <w:t>For instance, consider a couple engaged in a relaxing couples therapy session. The betrayed partner, Sarah, is struggling with intense anger and feelings of betrayal. Her therapist guides her through a process of journaling, allowing her to express her raw emotions without judgment. Simultaneously, the therapist helps her partner, Mark, explore his underlying insecurities and the vulnerabilities that contributed to his infidelity. Through this process, Sarah begins to see Mark not just as the person who hurt her, but as a complex individual struggling with his own emotional issues. This doesn't erase the pain of the betrayal, but it allows Sarah to begin to develop empathy, a critical step towards forgiveness.</w:t>
      </w:r>
    </w:p>
    <w:p w14:paraId="22B17D53" w14:textId="77777777" w:rsidR="00C35476" w:rsidRDefault="00C35476"/>
    <w:p w14:paraId="0E21A429" w14:textId="77777777" w:rsidR="00C35476" w:rsidRDefault="00000000">
      <w:r>
        <w:br/>
        <w:t>The therapist further guides them in practicing active listening, ensuring each partner truly hears and validates the other's emotions. They may use role-playing to practice expressing needs and boundaries in a constructive way. For example, they might practice expressing hurt feelings without resorting to blame or accusations. The therapist might help them structure their communication to focus on "I" statements, such as "I felt hurt when…" rather than "You made me feel…" which can trigger defensiveness.</w:t>
      </w:r>
    </w:p>
    <w:p w14:paraId="3BA3658D" w14:textId="77777777" w:rsidR="00C35476" w:rsidRDefault="00C35476"/>
    <w:p w14:paraId="067BB5F5" w14:textId="77777777" w:rsidR="00C35476" w:rsidRDefault="00000000">
      <w:r>
        <w:br/>
        <w:t>It's crucial to remember that the journey towards forgiveness is not linear. There will be setbacks, moments when the pain resurfaces, and moments of doubt. These setbacks should not be interpreted as failures but as opportunities for learning and growth. They are reminders of the depth of the wounds and the ongoing work required for healing. It’s essential to approach these moments with self-compassion and a renewed commitment to the process.</w:t>
      </w:r>
    </w:p>
    <w:p w14:paraId="5300226A" w14:textId="77777777" w:rsidR="00C35476" w:rsidRDefault="00C35476"/>
    <w:p w14:paraId="47350F01" w14:textId="77777777" w:rsidR="00C35476" w:rsidRDefault="00000000">
      <w:r>
        <w:br/>
        <w:t xml:space="preserve">Consider the case of another couple, where the betrayed partner, David, experiences a relapse in his forgiveness journey. He finds himself overwhelmed by a wave of anger and resentment, triggered by a seemingly insignificant event. Instead of pushing these feelings aside, he uses the tools learned in therapy: he journals his feelings, practices self-compassion, and schedules a session with his therapist to process the intense emotions. </w:t>
      </w:r>
      <w:r>
        <w:lastRenderedPageBreak/>
        <w:t>Through this conscious effort to engage with his feelings rather than suppressing them, he avoids allowing the setback to derail his entire progress.</w:t>
      </w:r>
    </w:p>
    <w:p w14:paraId="598D72AD" w14:textId="77777777" w:rsidR="00C35476" w:rsidRDefault="00C35476"/>
    <w:p w14:paraId="22754478" w14:textId="77777777" w:rsidR="00C35476" w:rsidRDefault="00000000">
      <w:r>
        <w:br/>
        <w:t>Furthermore, developing healthy boundaries is an integral part of the forgiveness process. This doesn't mean building walls; rather, it means establishing clear limits on acceptable behavior and ensuring your needs are respected. This might involve setting limits on communication or physical intimacy during the early stages of healing, gradually increasing closeness as trust is rebuilt. Healthy boundaries are essential for self-protection and for creating a safe environment for the relationship to heal.</w:t>
      </w:r>
    </w:p>
    <w:p w14:paraId="07D07F79" w14:textId="77777777" w:rsidR="00C35476" w:rsidRDefault="00C35476"/>
    <w:p w14:paraId="64B6EA32" w14:textId="77777777" w:rsidR="00C35476" w:rsidRDefault="00000000">
      <w:r>
        <w:br/>
        <w:t>The process of forgiveness requires a significant amount of self-reflection. This involves honestly evaluating your own role in the relationship, identifying any patterns of behavior that may have contributed to the infidelity, or areas where you could have communicated your needs more effectively. This self-awareness is not about self-blame, but about gaining a deeper understanding of your own needs and emotional patterns.</w:t>
      </w:r>
    </w:p>
    <w:p w14:paraId="58436491" w14:textId="77777777" w:rsidR="00C35476" w:rsidRDefault="00C35476"/>
    <w:p w14:paraId="2C75F7CD" w14:textId="77777777" w:rsidR="00C35476" w:rsidRDefault="00000000">
      <w:r>
        <w:br/>
        <w:t>The involvement of a therapist can provide crucial support during this introspection. A therapist can help you navigate difficult emotions, identify unhealthy patterns, and develop strategies for healthier communication and relationship dynamics. They can help you and your partner to identify and work on any underlying issues that contributed to the infidelity, such as communication problems, unmet needs, or unresolved trauma. This collaborative work facilitates a deeper understanding of the relationship dynamics and paves the way for healthier patterns in the future.</w:t>
      </w:r>
    </w:p>
    <w:p w14:paraId="44B0473E" w14:textId="77777777" w:rsidR="00C35476" w:rsidRDefault="00C35476"/>
    <w:p w14:paraId="39A9F236" w14:textId="77777777" w:rsidR="00C35476" w:rsidRDefault="00000000">
      <w:r>
        <w:br/>
        <w:t>The journey of forgiveness is profoundly personal. There's no set timeline, and there's no single "right" way to do it. Some individuals may find complete forgiveness possible, while others may reach a place of acceptance and moving forward, even if complete forgiveness remains elusive. What matters most is the conscious effort towards healing, the willingness to engage with your emotions, and the commitment to rebuilding your relationship on a foundation of mutual respect, honesty, and healthy boundaries.</w:t>
      </w:r>
    </w:p>
    <w:p w14:paraId="47BDCF8B" w14:textId="77777777" w:rsidR="00C35476" w:rsidRDefault="00C35476"/>
    <w:p w14:paraId="57CFDDBD" w14:textId="77777777" w:rsidR="00C35476" w:rsidRDefault="00000000">
      <w:r>
        <w:br/>
        <w:t xml:space="preserve">The ultimate goal is not necessarily to erase the pain of the betrayal but to integrate it into </w:t>
      </w:r>
      <w:r>
        <w:lastRenderedPageBreak/>
        <w:t>the narrative of your life. To learn from the experience, to grow stronger as individuals and as a couple, and to build a relationship that is more resilient and deeply connected. The journey is long, challenging, and often unpredictable, but the potential for growth, healing, and a stronger, more meaningful relationship makes it a journey worth undertaking. The destination is not just about restoring the past; it's about creating a brighter, more fulfilling future, together.</w:t>
      </w:r>
    </w:p>
    <w:p w14:paraId="5C7A781F" w14:textId="77777777" w:rsidR="00C35476" w:rsidRDefault="00C35476"/>
    <w:p w14:paraId="615F1CA5" w14:textId="77777777" w:rsidR="00C35476" w:rsidRDefault="00000000">
      <w:r>
        <w:t>Reconciling differences and addressing the root causes of infidelity is paramount to rebuilding trust. While forgiveness is a crucial step, it’s often ineffective without a deep dive into the underlying issues that contributed to the betrayal. These issues can range from unmet needs and poor communication to unresolved trauma and ingrained unhealthy relationship patterns. Ignoring these root causes is akin to treating a symptom without addressing the underlying disease; it might provide temporary relief but won’t lead to lasting healing.</w:t>
      </w:r>
    </w:p>
    <w:p w14:paraId="18DAC88D" w14:textId="77777777" w:rsidR="00C35476" w:rsidRDefault="00000000">
      <w:r>
        <w:br/>
        <w:t>One of the most common underlying issues is poor communication. Infidelity rarely occurs in a vacuum; it often stems from a gradual erosion of open and honest communication within the relationship. Partners might feel unheard, unseen, or unappreciated, leading to feelings of loneliness, isolation, and dissatisfaction. Their unmet emotional needs may then seek fulfillment elsewhere, tragically leading to infidelity.</w:t>
      </w:r>
    </w:p>
    <w:p w14:paraId="1C4C7E33" w14:textId="77777777" w:rsidR="00C35476" w:rsidRDefault="00C35476"/>
    <w:p w14:paraId="3D922E1D" w14:textId="77777777" w:rsidR="00C35476" w:rsidRDefault="00000000">
      <w:r>
        <w:br/>
        <w:t>Effective communication isn't simply about talking; it's about truly listening and understanding your partner's perspective. It requires empathy, validation, and a willingness to engage in constructive dialogue, even when discussing difficult or painful topics. This involves actively listening to your partner without interrupting, judging, or becoming defensive. It means attempting to see the situation from their point of view, even if you don't agree with their actions or perspective.</w:t>
      </w:r>
    </w:p>
    <w:p w14:paraId="2BFFE23B" w14:textId="77777777" w:rsidR="00C35476" w:rsidRDefault="00C35476"/>
    <w:p w14:paraId="1296C728" w14:textId="77777777" w:rsidR="00C35476" w:rsidRDefault="00000000">
      <w:r>
        <w:br/>
        <w:t>Consider practicing active listening exercises. These exercises often involve one partner sharing their feelings and experiences while the other partner focuses solely on listening, summarizing their partner's words to ensure understanding, and asking clarifying questions. This process fosters empathy and understanding, building a foundation for more open and honest communication.</w:t>
      </w:r>
    </w:p>
    <w:p w14:paraId="3D62F537" w14:textId="77777777" w:rsidR="00C35476" w:rsidRDefault="00C35476"/>
    <w:p w14:paraId="186614DA" w14:textId="77777777" w:rsidR="00C35476" w:rsidRDefault="00000000">
      <w:r>
        <w:lastRenderedPageBreak/>
        <w:br/>
        <w:t>Another significant contributing factor to infidelity can be unmet emotional needs. These needs vary greatly from person to person, but common examples include the need for connection, intimacy, affection, validation, and support. When these needs are consistently unmet within the primary relationship, individuals may seek fulfillment elsewhere, often leading to risky behaviors.</w:t>
      </w:r>
    </w:p>
    <w:p w14:paraId="1F3AA8D1" w14:textId="77777777" w:rsidR="00C35476" w:rsidRDefault="00C35476"/>
    <w:p w14:paraId="286B278E" w14:textId="77777777" w:rsidR="00C35476" w:rsidRDefault="00000000">
      <w:r>
        <w:br/>
        <w:t>Identifying and addressing unmet emotional needs requires self-reflection and honest communication. Journaling can be invaluable here; prompts such as "What are my deepest emotional needs?", "Are these needs being met in my current relationship?", and "What are the specific ways I am expressing my unmet needs?" can help in introspection. Openly discussing these needs with your partner, using "I" statements to avoid blame, is crucial for finding solutions and building a more fulfilling relationship. For example, instead of saying, "You never make me feel loved," a more constructive approach would be, "I feel a lack of affection, and I would appreciate it if we could find ways to increase physical intimacy and displays of affection in our relationship."</w:t>
      </w:r>
    </w:p>
    <w:p w14:paraId="31D92CF5" w14:textId="77777777" w:rsidR="00C35476" w:rsidRDefault="00C35476"/>
    <w:p w14:paraId="739E7995" w14:textId="77777777" w:rsidR="00C35476" w:rsidRDefault="00000000">
      <w:r>
        <w:br/>
        <w:t>Unresolved trauma can also play a significant role in infidelity. Past experiences of abuse, neglect, or betrayal can create deep-seated insecurities, attachment issues, and dysfunctional relationship patterns. These patterns can subconsciously influence behavior, leading to unhealthy relationship choices, including infidelity. Trauma often manifests as avoidance, emotional detachment, or a tendency to repeat past patterns of harm.</w:t>
      </w:r>
    </w:p>
    <w:p w14:paraId="21AB4D61" w14:textId="77777777" w:rsidR="00C35476" w:rsidRDefault="00C35476"/>
    <w:p w14:paraId="43C44CA4" w14:textId="77777777" w:rsidR="00C35476" w:rsidRDefault="00000000">
      <w:r>
        <w:br/>
        <w:t>Addressing trauma requires professional help. A therapist specializing in trauma-informed care can provide a safe and supportive environment for processing painful memories, developing healthy coping mechanisms, and building healthier relationship patterns. Trauma-informed therapy focuses on empowering the individual to reclaim their narrative and build resilience, rather than retraumatizing them by forcing them to relive traumatic experiences. This process may involve exploring the roots of the trauma, learning self-regulation techniques, and developing strategies for managing triggers and emotional flashbacks.</w:t>
      </w:r>
    </w:p>
    <w:p w14:paraId="5CBD1794" w14:textId="77777777" w:rsidR="00C35476" w:rsidRDefault="00C35476"/>
    <w:p w14:paraId="5D3E6719" w14:textId="77777777" w:rsidR="00C35476" w:rsidRDefault="00000000">
      <w:r>
        <w:br/>
        <w:t xml:space="preserve">Another often-overlooked factor is the presence of unresolved conflict within the relationship. These unresolved conflicts can create a build-up of resentment, frustration, </w:t>
      </w:r>
      <w:r>
        <w:lastRenderedPageBreak/>
        <w:t>and distance, increasing the likelihood of infidelity. Lingering disagreements over finances, child-rearing, or household responsibilities can all contribute to this emotional distance, paving the way for the relationship to become vulnerable to outside influences.</w:t>
      </w:r>
    </w:p>
    <w:p w14:paraId="3E061E39" w14:textId="77777777" w:rsidR="00C35476" w:rsidRDefault="00C35476"/>
    <w:p w14:paraId="0BC23904" w14:textId="77777777" w:rsidR="00C35476" w:rsidRDefault="00000000">
      <w:r>
        <w:br/>
        <w:t>Resolving these conflicts requires a commitment to constructive dialogue, compromise, and conflict-resolution skills. Learning techniques like active listening, assertive communication, and collaborative problem-solving are crucial. Couples may benefit from attending workshops or engaging in therapy specifically focusing on conflict resolution to enhance these skills. The goal is to learn how to effectively navigate disagreements, address the root causes of conflict, and work together to find mutually acceptable solutions.</w:t>
      </w:r>
    </w:p>
    <w:p w14:paraId="35120CCB" w14:textId="77777777" w:rsidR="00C35476" w:rsidRDefault="00C35476"/>
    <w:p w14:paraId="1081A662" w14:textId="77777777" w:rsidR="00C35476" w:rsidRDefault="00000000">
      <w:r>
        <w:br/>
        <w:t>Consider a scenario where a couple, let's call them Anna and Ben, are working with a therapist to address the underlying issues contributing to Ben's infidelity. Anna feels consistently unheard and unappreciated, her emotional needs unmet. Ben, meanwhile, admits to feelings of insecurity and inadequacy stemming from past childhood traumas. Through therapy, Anna learns to express her needs assertively, while Ben begins to understand and address his insecurities. They work together to improve communication, create a more equitable division of labor at home, and plan regular date nights to foster intimacy and emotional connection. Furthermore, Ben engages in individual therapy to address his trauma. This comprehensive approach targets not just the infidelity itself, but the systemic issues that created fertile ground for it.</w:t>
      </w:r>
    </w:p>
    <w:p w14:paraId="58D8C0E3" w14:textId="77777777" w:rsidR="00C35476" w:rsidRDefault="00C35476"/>
    <w:p w14:paraId="0E6CA2A7" w14:textId="77777777" w:rsidR="00C35476" w:rsidRDefault="00000000">
      <w:r>
        <w:br/>
        <w:t>The therapist guides them in identifying specific patterns in their communication. For instance, they might notice that Anna often expresses her needs passively, leading Ben to miss or misunderstand them. The therapist then helps Anna develop assertive communication techniques. Similarly, the therapist might help Ben identify and manage the triggers that lead him to withdraw emotionally. By actively addressing these patterns, the couple is building a more resilient and healthy foundation for their relationship.</w:t>
      </w:r>
    </w:p>
    <w:p w14:paraId="78A8A081" w14:textId="77777777" w:rsidR="00C35476" w:rsidRDefault="00C35476"/>
    <w:p w14:paraId="78226BC5" w14:textId="77777777" w:rsidR="00C35476" w:rsidRDefault="00000000">
      <w:r>
        <w:br/>
        <w:t xml:space="preserve">Addressing underlying issues is not a quick fix; it's an ongoing process that requires patience, commitment, and a willingness to work together. Setbacks are inevitable, but viewing them as learning opportunities rather than failures is vital. The therapist helps the couple establish realistic expectations, acknowledging that rebuilding trust and strengthening the relationship takes time and consistent effort. They collaboratively </w:t>
      </w:r>
      <w:r>
        <w:lastRenderedPageBreak/>
        <w:t>develop a plan for addressing these issues, setting realistic goals and milestones. They track their progress, celebrating successes along the way and utilizing their therapeutic sessions to address inevitable challenges.</w:t>
      </w:r>
    </w:p>
    <w:p w14:paraId="5B8D6EF5" w14:textId="77777777" w:rsidR="00C35476" w:rsidRDefault="00C35476"/>
    <w:p w14:paraId="5BE699B9" w14:textId="77777777" w:rsidR="00C35476" w:rsidRDefault="00000000">
      <w:r>
        <w:br/>
        <w:t>The process of identifying and resolving underlying issues is often accompanied by intense emotions, making professional guidance invaluable. A therapist provides a safe space for expressing these emotions, helps navigate difficult conversations, and supports the couple in developing effective coping mechanisms. They act as a neutral mediator, ensuring that both partners feel heard and understood. The therapist's role is not to place blame but to facilitate communication, understanding, and collaborative problem-solving, ultimately empowering the couple to rebuild their relationship on a healthier foundation. The ultimate goal is not just to overcome the infidelity, but to create a stronger, more resilient, and fulfilling partnership in which both partners' needs are met and their emotional well-being prioritized. The journey is challenging, but the reward of a rebuilt relationship, stronger and more authentic than before, makes it a journey worth pursuing.</w:t>
      </w:r>
    </w:p>
    <w:p w14:paraId="38A43D8D" w14:textId="77777777" w:rsidR="00C35476" w:rsidRDefault="00C35476"/>
    <w:p w14:paraId="0FDA20EB" w14:textId="77777777" w:rsidR="00C35476" w:rsidRDefault="00000000">
      <w:r>
        <w:t>Rebuilding trust after infidelity extends far beyond addressing the initial betrayal; it necessitates a profound and gradual reconnection on both emotional and physical levels. This process requires patience, understanding, and a willingness from both partners to approach intimacy with sensitivity and respect. The damage caused by infidelity can leave deep emotional wounds, making the path towards renewed intimacy a delicate one that must be navigated carefully. It's not about instantly returning to the level of intimacy experienced before the infidelity; instead, it’s about creating a new, healthier form of intimacy built on a stronger foundation of trust and mutual respect.</w:t>
      </w:r>
    </w:p>
    <w:p w14:paraId="3E2D90EB" w14:textId="77777777" w:rsidR="00C35476" w:rsidRDefault="00000000">
      <w:r>
        <w:br/>
        <w:t xml:space="preserve">The first step towards redefining intimacy is often the most challenging: open and honest communication. This means creating a safe space where both partners feel comfortable expressing their fears, anxieties, and vulnerabilities without judgment or defensiveness. This vulnerable communication might initially feel uncomfortable, even excruciating, particularly for the partner who was betrayed. They may harbor feelings of anger, resentment, or shame, which can significantly hinder open dialogue. For the partner who committed the infidelity, there might be significant guilt and remorse, potentially making it difficult to initiate or engage in honest conversations. However, it’s imperative that both individuals create a space where honesty is valued and fostered. This often requires active listening, validating each other’s emotions, and employing "I" statements to express personal feelings without resorting to blame or accusation. A therapist specializing in trauma-informed care can be instrumental in facilitating these crucial initial conversations. Guided therapy allows for a neutral space where both partners can unpack their feelings </w:t>
      </w:r>
      <w:r>
        <w:lastRenderedPageBreak/>
        <w:t>without fear of escalation. The therapist can help to establish communication guidelines and techniques that promote understanding rather than defensiveness.</w:t>
      </w:r>
    </w:p>
    <w:p w14:paraId="751D4E07" w14:textId="77777777" w:rsidR="00C35476" w:rsidRDefault="00C35476"/>
    <w:p w14:paraId="00474767" w14:textId="77777777" w:rsidR="00C35476" w:rsidRDefault="00000000">
      <w:r>
        <w:br/>
        <w:t>Building emotional intimacy requires intentional acts of connection. These actions move beyond simply being present in the same space; they involve actively engaging with your partner's thoughts, feelings, and experiences. This can involve scheduling regular times for uninterrupted conversation, engaging in shared activities that foster a sense of connection, and expressing appreciation and affection both verbally and nonverbally. Small gestures of kindness and affection, like holding hands, leaving a loving note, or offering a helping hand with household chores, can demonstrate care and build a sense of emotional closeness. These simple acts can be powerful reminders of your commitment to the relationship and your partner’s well-being.</w:t>
      </w:r>
    </w:p>
    <w:p w14:paraId="498ADA69" w14:textId="77777777" w:rsidR="00C35476" w:rsidRDefault="00C35476"/>
    <w:p w14:paraId="6EE9DD7D" w14:textId="77777777" w:rsidR="00C35476" w:rsidRDefault="00000000">
      <w:r>
        <w:br/>
        <w:t>Another crucial component of emotional intimacy is empathy. The ability to understand and share your partner's feelings is essential for healing and rebuilding trust. Try to step into your partner’s shoes, considering the pain and hurt they may be experiencing as a result of the infidelity. This requires genuine compassion and a willingness to see the situation from their perspective, even if you don't fully agree with their reactions or interpretations. It also requires acknowledging that the process of healing is individual and takes time. Avoid making comparisons to other couples or downplaying the significance of the hurt experienced.</w:t>
      </w:r>
    </w:p>
    <w:p w14:paraId="1CE2E97E" w14:textId="77777777" w:rsidR="00C35476" w:rsidRDefault="00C35476"/>
    <w:p w14:paraId="48243B99" w14:textId="77777777" w:rsidR="00C35476" w:rsidRDefault="00000000">
      <w:r>
        <w:br/>
        <w:t>Reintroducing physical intimacy must be approached with exceptional sensitivity and respect. It is vital that both partners are emotionally ready and willing to engage in physical intimacy, and that this decision is entirely consensual. Forcing intimacy will only further damage the relationship and impede the healing process. The key is to progress gradually, starting with non-sexual forms of physical affection like cuddling, holding hands, and light touches. This allows for the rebuilding of physical closeness and comfort without the added pressure of sexual intimacy. As trust and emotional intimacy increase, you can gradually explore other forms of physical contact, always ensuring mutual consent and respect for boundaries. Open and honest communication about comfort levels and boundaries is paramount at every stage of this process.</w:t>
      </w:r>
    </w:p>
    <w:p w14:paraId="310F3898" w14:textId="77777777" w:rsidR="00C35476" w:rsidRDefault="00C35476"/>
    <w:p w14:paraId="2FFAFB28" w14:textId="77777777" w:rsidR="00C35476" w:rsidRDefault="00000000">
      <w:r>
        <w:br/>
        <w:t xml:space="preserve">Consider the scenario of a couple, let's call them Sarah and Mark, working through the </w:t>
      </w:r>
      <w:r>
        <w:lastRenderedPageBreak/>
        <w:t>aftermath of Mark's infidelity. They are actively participating in therapy, focusing on rebuilding trust and intimacy. Initially, physical touch was a significant source of discomfort for Sarah. She felt unable to trust Mark’s closeness and reacted with anxiety and avoidance. Mark, recognizing her distress, understood the need for patience and respect. Instead of rushing into physical intimacy, he focused on rebuilding emotional connection. He began by engaging in small acts of affection, like making her breakfast in bed or leaving her encouraging notes. He also made a conscious effort to listen attentively and validate her feelings. Over time, Sarah felt more secure and comfortable with his presence. They gradually started reintroducing non-sexual physical contact, such as cuddling while watching a movie or holding hands during walks. This slow, deliberate process allowed them to build trust and comfort before introducing sexual intimacy. When they eventually resumed sexual relations, it was a conscious and mutual decision, reflecting their renewed sense of intimacy and trust. The focus shifted from fulfilling physical needs to expressing love and connection.</w:t>
      </w:r>
    </w:p>
    <w:p w14:paraId="4A820280" w14:textId="77777777" w:rsidR="00C35476" w:rsidRDefault="00C35476"/>
    <w:p w14:paraId="78A6C196" w14:textId="77777777" w:rsidR="00C35476" w:rsidRDefault="00000000">
      <w:r>
        <w:br/>
        <w:t>Setting the stage for intimacy is equally important. Creating a relaxing and romantic atmosphere can facilitate the emotional connection needed for intimacy to flourish. This might involve a carefully planned date night, complete with candlelight, soft music, and a delicious home-cooked meal. The goal is to create a tranquil and inviting environment where both partners feel comfortable and relaxed. This thoughtful planning shows commitment to the relationship and an effort to prioritize your partner's needs and emotional well-being.</w:t>
      </w:r>
    </w:p>
    <w:p w14:paraId="305D9692" w14:textId="77777777" w:rsidR="00C35476" w:rsidRDefault="00C35476"/>
    <w:p w14:paraId="11663B47" w14:textId="77777777" w:rsidR="00C35476" w:rsidRDefault="00000000">
      <w:r>
        <w:br/>
        <w:t>Furthermore, it's crucial to acknowledge that setbacks are a normal part of this process. There might be times when emotional wounds resurface, leading to conflict or a temporary withdrawal from intimacy. These moments shouldn’t be viewed as failures, but rather as opportunities for growth and deeper understanding. Openly discussing these challenges and working together to resolve them is crucial for maintaining momentum and progressing towards a healthier relationship. Consistent effort, patience, and a willingness to adapt to each other's pace are essential for navigating these challenges.</w:t>
      </w:r>
    </w:p>
    <w:p w14:paraId="19FCDD46" w14:textId="77777777" w:rsidR="00C35476" w:rsidRDefault="00C35476"/>
    <w:p w14:paraId="14C18F0A" w14:textId="77777777" w:rsidR="00C35476" w:rsidRDefault="00000000">
      <w:r>
        <w:br/>
        <w:t xml:space="preserve">Rebuilding intimacy after infidelity is a challenging yet achievable journey. It demands honesty, compassion, and a profound commitment from both partners. The process is gradual and requires patience, but the rewards of a renewed and strengthened relationship are immeasurable. By prioritizing emotional connection, respecting boundaries, and engaging in thoughtful acts of intimacy, couples can rediscover and rebuild a deeper, more </w:t>
      </w:r>
      <w:r>
        <w:lastRenderedPageBreak/>
        <w:t>meaningful bond. The journey may be long, but by working together, prioritizing communication, and seeking professional help when needed, couples can create a stronger, more resilient relationship built on a foundation of trust and mutual respect. The success of this journey lies in the couple's commitment to healing individually and collaboratively, fostering a secure and loving environment where both partners feel seen, heard, and deeply cherished. The result is not merely a restoration of the past, but the creation of a healthier, more authentic connection that transcends the hurt of the past. This new intimacy is built not on fragile foundations of the past, but upon the solid ground of mutual respect, honest communication, and a renewed commitment to building a stronger, more fulfilling relationship.</w:t>
      </w:r>
    </w:p>
    <w:p w14:paraId="6099267B" w14:textId="77777777" w:rsidR="00C35476" w:rsidRDefault="00C35476"/>
    <w:p w14:paraId="6E663132" w14:textId="77777777" w:rsidR="00C35476" w:rsidRDefault="00000000">
      <w:r>
        <w:br w:type="page"/>
      </w:r>
    </w:p>
    <w:p w14:paraId="617A364F" w14:textId="77777777" w:rsidR="00C35476" w:rsidRDefault="00000000">
      <w:pPr>
        <w:spacing w:before="5040"/>
        <w:jc w:val="center"/>
      </w:pPr>
      <w:r>
        <w:lastRenderedPageBreak/>
        <w:t xml:space="preserve"> Chapter 4: Communication Skills for Healing</w:t>
      </w:r>
    </w:p>
    <w:p w14:paraId="28826B50" w14:textId="77777777" w:rsidR="00C35476" w:rsidRDefault="00000000">
      <w:r>
        <w:t>Active listening isn't merely about hearing the words your partner speaks; it's about truly understanding their underlying emotions, perspectives, and needs. It's the cornerstone of effective communication, especially crucial in navigating the complex landscape of relationship repair after infidelity. When one partner has betrayed the trust of the other, the ability to listen empathetically, without interrupting or formulating a defensive response, becomes paramount. It's about creating a space where vulnerability is safe and understood, not met with judgment or dismissal.</w:t>
      </w:r>
    </w:p>
    <w:p w14:paraId="2E5BA425" w14:textId="77777777" w:rsidR="00C35476" w:rsidRDefault="00000000">
      <w:r>
        <w:br/>
        <w:t>Imagine a scenario where Sarah, having discovered Mark's infidelity, expresses her pain and confusion in a therapy session. She might say, "I feel so betrayed, like everything we built together meant nothing." Passive listening might involve Mark simply nodding or offering a perfunctory "I understand." Active listening, however, requires a much deeper engagement.</w:t>
      </w:r>
    </w:p>
    <w:p w14:paraId="0CB4EF3E" w14:textId="77777777" w:rsidR="00C35476" w:rsidRDefault="00C35476"/>
    <w:p w14:paraId="144AE229" w14:textId="77777777" w:rsidR="00C35476" w:rsidRDefault="00000000">
      <w:r>
        <w:br/>
        <w:t>In active listening, Mark wouldn't interrupt. He would focus entirely on Sarah's words and her non-verbal cues—her tone of voice, body language, and facial expressions. He would aim to truly grasp the depth of her hurt and the magnitude of her feelings of betrayal. He might respond with something like, "Sarah, it sounds like you're feeling deeply hurt and betrayed, and that the foundation of our relationship feels shattered. It sounds incredibly painful." This response validates her emotions without minimizing or dismissing them.</w:t>
      </w:r>
    </w:p>
    <w:p w14:paraId="17D3010F" w14:textId="77777777" w:rsidR="00C35476" w:rsidRDefault="00C35476"/>
    <w:p w14:paraId="14DC5ED7" w14:textId="77777777" w:rsidR="00C35476" w:rsidRDefault="00000000">
      <w:r>
        <w:br/>
        <w:t>Active listening encompasses several key techniques. First, it involves maintaining consistent eye contact, showing your partner that you're fully present and engaged in the conversation. Avoid distractions like checking your phone or looking around the room. Your undivided attention conveys respect and demonstrates the importance you place on what your partner is sharing.</w:t>
      </w:r>
    </w:p>
    <w:p w14:paraId="652F0F08" w14:textId="77777777" w:rsidR="00C35476" w:rsidRDefault="00C35476"/>
    <w:p w14:paraId="59609732" w14:textId="77777777" w:rsidR="00C35476" w:rsidRDefault="00000000">
      <w:r>
        <w:br/>
        <w:t>Second, active listening demands that you reflect back what your partner is saying, not just repeating their words but paraphrasing to show comprehension and ensure you've correctly understood their message. If Sarah mentions feelings of insecurity, Mark could reflect by saying, “So, what I’m hearing is that you feel insecure about the future of our relationship, and that the infidelity has shaken your trust in me.” This ensures clear communication and minimizes misunderstandings. It demonstrates your willingness to fully grasp her perspective, even if you don't entirely agree with her interpretation of events. The goal is understanding, not agreement.</w:t>
      </w:r>
    </w:p>
    <w:p w14:paraId="69954B94" w14:textId="77777777" w:rsidR="00C35476" w:rsidRDefault="00C35476"/>
    <w:p w14:paraId="1F81549E" w14:textId="77777777" w:rsidR="00C35476" w:rsidRDefault="00000000">
      <w:r>
        <w:br/>
        <w:t>Third, active listening involves asking clarifying questions to ensure you’re grasping the nuances of your partner’s experience. Rather than assuming you know what they mean, ask open-ended questions that encourage them to elaborate. Instead of saying, “Are you angry?” which may lead to a simple “yes” or “no,” a more effective question might be, “Can you tell me more about how you’re feeling right now?” This allows Sarah to express the full spectrum of her emotions without feeling pressured to provide concise answers.</w:t>
      </w:r>
    </w:p>
    <w:p w14:paraId="3F9801CC" w14:textId="77777777" w:rsidR="00C35476" w:rsidRDefault="00C35476"/>
    <w:p w14:paraId="4589C521" w14:textId="77777777" w:rsidR="00C35476" w:rsidRDefault="00000000">
      <w:r>
        <w:br/>
        <w:t>Fourth, active listening requires suspending judgment. This is especially vital after infidelity. Both partners will inevitably have strong emotions, and listening actively means resisting the urge to become defensive, counter-attack, or offer unsolicited advice. It means creating a space where your partner feels safe enough to express even their most intense emotions without fear of reprisal. Mark needs to listen to Sarah’s anger, sadness, and confusion without feeling the need to immediately justify his actions or minimize her pain.</w:t>
      </w:r>
    </w:p>
    <w:p w14:paraId="515C4A8B" w14:textId="77777777" w:rsidR="00C35476" w:rsidRDefault="00C35476"/>
    <w:p w14:paraId="5CA4A23E" w14:textId="77777777" w:rsidR="00C35476" w:rsidRDefault="00000000">
      <w:r>
        <w:br/>
        <w:t>Fifth, active listening incorporates verbal and non-verbal cues to demonstrate empathy and understanding. Nodding, maintaining eye contact, and using verbal affirmations like "Uh-huh," "I see," or "Tell me more" can encourage your partner to continue sharing. These subtle actions signify engagement and create a safe atmosphere for open and honest communication. The lack of these cues can signal disinterest or dismissal, undermining the trust-building process.</w:t>
      </w:r>
    </w:p>
    <w:p w14:paraId="32F10602" w14:textId="77777777" w:rsidR="00C35476" w:rsidRDefault="00C35476"/>
    <w:p w14:paraId="63803A44" w14:textId="77777777" w:rsidR="00C35476" w:rsidRDefault="00000000">
      <w:r>
        <w:br/>
        <w:t>The importance of summarizing is often underestimated. After your partner has finished speaking, summarizing their main points is a powerful way to demonstrate that you've been listening attentively and that you understand their perspective. This also allows your partner to clarify anything that might have been misinterpreted. For instance, Mark could conclude the conversation by saying, "So, to summarize, you're feeling deeply hurt, betrayed, and insecure about the future of our relationship. The infidelity has shattered your trust, and you need time and space to process these emotions.” This demonstrates his commitment to understanding her experience and validates her feelings.</w:t>
      </w:r>
    </w:p>
    <w:p w14:paraId="49481DBE" w14:textId="77777777" w:rsidR="00C35476" w:rsidRDefault="00C35476"/>
    <w:p w14:paraId="6EA9D019" w14:textId="77777777" w:rsidR="00C35476" w:rsidRDefault="00000000">
      <w:r>
        <w:br/>
        <w:t xml:space="preserve">Active listening is a skill that requires practice and patience. It's not something that comes </w:t>
      </w:r>
      <w:r>
        <w:lastRenderedPageBreak/>
        <w:t>naturally to everyone, and it often requires conscious effort and self-awareness. In the context of infidelity, active listening becomes an essential tool for building trust, fostering emotional intimacy, and paving the way for healing. It's not about fixing the problem immediately; it's about creating a secure environment where both partners feel heard and understood, a crucial first step in the long and challenging journey of relationship repair.</w:t>
      </w:r>
    </w:p>
    <w:p w14:paraId="03A13344" w14:textId="77777777" w:rsidR="00C35476" w:rsidRDefault="00C35476"/>
    <w:p w14:paraId="5A3865A2" w14:textId="77777777" w:rsidR="00C35476" w:rsidRDefault="00000000">
      <w:r>
        <w:br/>
        <w:t>Beyond the specific techniques, active listening demands emotional intelligence. It requires being genuinely present, setting aside your own immediate thoughts and feelings to fully focus on your partner's experience. It’s about understanding that empathy isn't necessarily agreement, but rather a willingness to understand and share in your partner’s emotional state.</w:t>
      </w:r>
    </w:p>
    <w:p w14:paraId="409FDEF4" w14:textId="77777777" w:rsidR="00C35476" w:rsidRDefault="00C35476"/>
    <w:p w14:paraId="50390E15" w14:textId="77777777" w:rsidR="00C35476" w:rsidRDefault="00000000">
      <w:r>
        <w:br/>
        <w:t>This active listening process is often enhanced within the structure of therapy. A therapist can help facilitate these conversations, ensuring both partners understand the importance of active listening and providing guidance on techniques to improve communication. The therapist might model active listening in their interactions with the couple, demonstrating the specific techniques in a real-time setting. They can also help the couple identify communication patterns that impede active listening, such as interrupting, defensiveness, and minimizing.</w:t>
      </w:r>
    </w:p>
    <w:p w14:paraId="37DE147F" w14:textId="77777777" w:rsidR="00C35476" w:rsidRDefault="00C35476"/>
    <w:p w14:paraId="5DC50FF2" w14:textId="77777777" w:rsidR="00C35476" w:rsidRDefault="00000000">
      <w:r>
        <w:br/>
        <w:t>Furthermore, therapists can offer individualized strategies based on the couple's specific needs and communication styles. For instance, if one partner struggles with emotional regulation, the therapist might suggest techniques to help them manage their emotions before engaging in conversations. If another partner tends to be overly critical, the therapist could guide them on how to express concerns constructively, without resorting to judgment or blame. This personalized approach can significantly improve the effectiveness of active listening in the context of relationship repair.</w:t>
      </w:r>
    </w:p>
    <w:p w14:paraId="6C019F83" w14:textId="77777777" w:rsidR="00C35476" w:rsidRDefault="00C35476"/>
    <w:p w14:paraId="15515450" w14:textId="77777777" w:rsidR="00C35476" w:rsidRDefault="00000000">
      <w:r>
        <w:br/>
        <w:t>The impact of active listening extends beyond simply resolving immediate conflicts. It cultivates a sense of safety and security within the relationship. When partners consistently feel heard and understood, it fosters a deeper sense of trust and emotional intimacy. This, in turn, strengthens the relationship's resilience and its ability to weather future challenges. The commitment to active listening demonstrates a willingness to truly know and understand one's partner, a foundational element for enduring love and lasting connection.</w:t>
      </w:r>
    </w:p>
    <w:p w14:paraId="6C1C2DF1" w14:textId="77777777" w:rsidR="00C35476" w:rsidRDefault="00C35476"/>
    <w:p w14:paraId="101B6F30" w14:textId="77777777" w:rsidR="00C35476" w:rsidRDefault="00000000">
      <w:r>
        <w:br/>
        <w:t>Active listening, therefore, isn't just a communication technique; it's an act of love and respect. It shows your partner that their feelings matter, that their experiences are valued, and that you are committed to building a relationship based on mutual understanding and empathy. In the aftermath of infidelity, this demonstration of care can be particularly powerful in rebuilding trust and fostering the emotional intimacy crucial for lasting recovery. It's a continuous process, requiring consistent effort and a commitment to personal growth. But by mastering this essential skill, couples can lay a strong foundation for healing and rebuilding a stronger, more fulfilling relationship built on trust and mutual respect. It's a fundamental step towards restoring intimacy, not just physically, but emotionally and spiritually. The conscious act of listening—truly listening—demonstrates a depth of commitment and a willingness to engage in the hard work of rebuilding, fostering a fertile ground for genuine healing and renewed connection. The transformative power of active listening lies not just in its techniques, but in its demonstration of respect, empathy, and the unwavering commitment to fostering a strong and lasting bond. It’s a commitment to the journey of healing, not just a destination.</w:t>
      </w:r>
    </w:p>
    <w:p w14:paraId="07854900" w14:textId="77777777" w:rsidR="00C35476" w:rsidRDefault="00C35476"/>
    <w:p w14:paraId="1F4E4032" w14:textId="77777777" w:rsidR="00C35476" w:rsidRDefault="00000000">
      <w:r>
        <w:t>Assertive communication is a vital skill, particularly in the context of relationship repair following infidelity. It's about finding the balance between expressing your needs and respecting your partner's feelings. Unlike passive communication, which avoids conflict at the expense of personal needs, and aggressive communication, which prioritizes personal needs over others, assertive communication promotes mutual respect and understanding. It’s the sweet spot where you honestly express your feelings and needs without resorting to blame, criticism, or manipulation. This skill is fundamental to rebuilding trust and fostering healthy communication patterns.</w:t>
      </w:r>
    </w:p>
    <w:p w14:paraId="180184AD" w14:textId="77777777" w:rsidR="00C35476" w:rsidRDefault="00000000">
      <w:r>
        <w:br/>
        <w:t>Consider a scenario where Anna discovered her husband, David, had an affair. During a therapy session, she might express her hurt using passive communication, saying, "I guess it's okay," or "Whatever you think is best." These responses mask her true feelings, failing to address the underlying issues and preventing genuine healing. Alternatively, she might resort to aggressive communication, lashing out with accusations and blame, potentially escalating the conflict and undermining any attempts at reconciliation.</w:t>
      </w:r>
    </w:p>
    <w:p w14:paraId="0D4B9168" w14:textId="77777777" w:rsidR="00C35476" w:rsidRDefault="00C35476"/>
    <w:p w14:paraId="2715EADF" w14:textId="77777777" w:rsidR="00C35476" w:rsidRDefault="00000000">
      <w:r>
        <w:br/>
        <w:t xml:space="preserve">Assertive communication, however, offers a different approach. Anna might express her feelings assertively, saying, "David, I'm deeply hurt and confused by your infidelity. I need to understand what happened and what steps we’re both willing to take to rebuild our relationship." This statement directly addresses her feelings without resorting to blame or </w:t>
      </w:r>
      <w:r>
        <w:lastRenderedPageBreak/>
        <w:t>demands. It's a clear and honest expression of her emotional needs, setting the stage for open and productive dialogue.</w:t>
      </w:r>
    </w:p>
    <w:p w14:paraId="0EE0274F" w14:textId="77777777" w:rsidR="00C35476" w:rsidRDefault="00C35476"/>
    <w:p w14:paraId="4850C150" w14:textId="77777777" w:rsidR="00C35476" w:rsidRDefault="00000000">
      <w:r>
        <w:br/>
        <w:t>The foundation of assertive communication lies in "I" statements. These statements focus on personal feelings and experiences rather than blaming or accusing the other person. Instead of saying, "You always lie to me," an assertive approach would be, "I feel betrayed when I discover that you’ve been dishonest with me." This shift in focus allows for greater empathy and understanding, as it invites the partner to understand the impact of their actions rather than simply defending themselves against accusations.</w:t>
      </w:r>
    </w:p>
    <w:p w14:paraId="5D14FC11" w14:textId="77777777" w:rsidR="00C35476" w:rsidRDefault="00C35476"/>
    <w:p w14:paraId="0917087F" w14:textId="77777777" w:rsidR="00C35476" w:rsidRDefault="00000000">
      <w:r>
        <w:br/>
        <w:t>Using "I" statements requires self-awareness and emotional regulation. It necessitates identifying your own feelings and translating them into clear, concise statements. This process helps to clarify your own emotional landscape and prevents the conversation from devolving into a blame game. This self-reflection is crucial, particularly in the sensitive aftermath of infidelity, where emotions run high and misunderstandings easily arise.</w:t>
      </w:r>
    </w:p>
    <w:p w14:paraId="53ADAE54" w14:textId="77777777" w:rsidR="00C35476" w:rsidRDefault="00C35476"/>
    <w:p w14:paraId="49059D37" w14:textId="77777777" w:rsidR="00C35476" w:rsidRDefault="00000000">
      <w:r>
        <w:br/>
        <w:t>Beyond "I" statements, assertive communication involves setting clear boundaries. These boundaries represent your limits and expectations within the relationship. They aren't meant to control or manipulate your partner, but to define what you're willing and unwilling to accept. For instance, Anna might assertively set a boundary by saying, "I need space to process my emotions. I'm not ready for physical intimacy yet, but I'm willing to talk about it when I feel more comfortable." This clearly communicates her needs and establishes limits that David is expected to respect.</w:t>
      </w:r>
    </w:p>
    <w:p w14:paraId="776D1281" w14:textId="77777777" w:rsidR="00C35476" w:rsidRDefault="00C35476"/>
    <w:p w14:paraId="2E6BE2AA" w14:textId="77777777" w:rsidR="00C35476" w:rsidRDefault="00000000">
      <w:r>
        <w:br/>
        <w:t>Setting boundaries requires courage and vulnerability. It requires a willingness to risk potential conflict in order to protect your emotional well-being. This process may feel uncomfortable at first, particularly after the betrayal and the disruption of trust that infidelity brings. However, establishing clear boundaries is essential for rebuilding a healthy and respectful relationship. It allows each partner to understand their limits and expectations and contributes to a healthier level of accountability.</w:t>
      </w:r>
    </w:p>
    <w:p w14:paraId="7BE35AB6" w14:textId="77777777" w:rsidR="00C35476" w:rsidRDefault="00C35476"/>
    <w:p w14:paraId="5C1BF8D8" w14:textId="77777777" w:rsidR="00C35476" w:rsidRDefault="00000000">
      <w:r>
        <w:br/>
        <w:t xml:space="preserve">Effective assertive communication also involves active listening, as discussed in the </w:t>
      </w:r>
      <w:r>
        <w:lastRenderedPageBreak/>
        <w:t>preceding section. When expressing your needs, it's crucial to truly hear your partner’s response. This demonstrates respect for their perspective, even if you disagree with their viewpoint. It acknowledges that healing is a collaborative process, requiring both partners to actively participate in the dialogue. Active listening allows for a more nuanced understanding of the situation and prevents misunderstandings that often occur when communication is one-sided or dominated by one partner's emotions.</w:t>
      </w:r>
    </w:p>
    <w:p w14:paraId="382652B5" w14:textId="77777777" w:rsidR="00C35476" w:rsidRDefault="00C35476"/>
    <w:p w14:paraId="313FB43C" w14:textId="77777777" w:rsidR="00C35476" w:rsidRDefault="00000000">
      <w:r>
        <w:br/>
        <w:t>Active listening, combined with assertive communication, opens the door for negotiation and compromise. Disagreements and conflicts are inevitable, even in the healthiest of relationships. Assertive communication provides a framework for navigating these challenges in a constructive manner. For instance, if David expresses concerns about Anna’s need for space, they can engage in a respectful negotiation to reach a mutually agreeable solution. They may agree on specific times for conversations and activities that balance both individual needs and the overall goal of relationship repair.</w:t>
      </w:r>
    </w:p>
    <w:p w14:paraId="73F22A66" w14:textId="77777777" w:rsidR="00C35476" w:rsidRDefault="00C35476"/>
    <w:p w14:paraId="2C518BA2" w14:textId="77777777" w:rsidR="00C35476" w:rsidRDefault="00000000">
      <w:r>
        <w:br/>
        <w:t>Practicing assertive communication isn't a one-time event; it's an ongoing process that requires commitment and patience. It's especially challenging in the aftermath of infidelity, where the emotional landscape is fraught with pain, hurt, and mistrust. It’s during these emotionally charged moments that assertive communication becomes especially critical.</w:t>
      </w:r>
    </w:p>
    <w:p w14:paraId="4F669400" w14:textId="77777777" w:rsidR="00C35476" w:rsidRDefault="00C35476"/>
    <w:p w14:paraId="2D48AF26" w14:textId="77777777" w:rsidR="00C35476" w:rsidRDefault="00000000">
      <w:r>
        <w:br/>
        <w:t>Consider another scenario. John, after admitting to an affair, might respond defensively when his partner, Mary, expresses her pain. Instead of actively listening and validating Mary's feelings, he might minimize her hurt by saying, "It wasn't a big deal," or "You're overreacting." This response is not only insensitive but also undermines any attempt at healing. An assertive response would involve actively listening to Mary's feelings, acknowledging her hurt, and taking responsibility for his actions. He might say, "Mary, I understand that my actions caused you immense pain, and I deeply regret hurting you. I'm prepared to do the work to rebuild your trust."</w:t>
      </w:r>
    </w:p>
    <w:p w14:paraId="587414E7" w14:textId="77777777" w:rsidR="00C35476" w:rsidRDefault="00C35476"/>
    <w:p w14:paraId="7852C26C" w14:textId="77777777" w:rsidR="00C35476" w:rsidRDefault="00000000">
      <w:r>
        <w:br/>
        <w:t>Furthermore, assertive communication is not about winning arguments or controlling the outcome. It is about expressing your needs and perspectives in a way that respects your partner's feelings and encourages open communication. It's about finding a mutually beneficial path forward, even amidst difficult circumstances.</w:t>
      </w:r>
    </w:p>
    <w:p w14:paraId="19F9A7A4" w14:textId="77777777" w:rsidR="00C35476" w:rsidRDefault="00C35476"/>
    <w:p w14:paraId="19A1028A" w14:textId="77777777" w:rsidR="00C35476" w:rsidRDefault="00000000">
      <w:r>
        <w:br/>
        <w:t>Assertive communication within couple's therapy offers a structured environment for practicing this skill. A therapist can provide guidance and support, modelling assertive communication techniques and helping partners identify communication patterns that impede healthy interactions. Therapy creates a safe space to explore emotions, address difficult topics, and develop strategies for effective communication. The therapeutic setting allows for the processing of intense emotions without escalating conflict and fosters a more positive and productive communication style.</w:t>
      </w:r>
    </w:p>
    <w:p w14:paraId="50EB384E" w14:textId="77777777" w:rsidR="00C35476" w:rsidRDefault="00C35476"/>
    <w:p w14:paraId="6ADBEFCF" w14:textId="77777777" w:rsidR="00C35476" w:rsidRDefault="00000000">
      <w:r>
        <w:br/>
        <w:t>Moreover, therapists can equip partners with tools to manage their emotions effectively, which is especially crucial during the emotionally charged process of relationship repair after infidelity. This might include techniques for emotional regulation, stress management, and conflict resolution. These tools are not merely communicative, but also empower each partner to manage their own internal state, preventing emotional outbursts that would derail constructive communication. By improving individual emotional regulation, the effectiveness of assertive communication can be vastly enhanced. This is a critical element of long-term healing and preventing future conflicts.</w:t>
      </w:r>
    </w:p>
    <w:p w14:paraId="128BD27C" w14:textId="77777777" w:rsidR="00C35476" w:rsidRDefault="00C35476"/>
    <w:p w14:paraId="1916A34F" w14:textId="77777777" w:rsidR="00C35476" w:rsidRDefault="00000000">
      <w:r>
        <w:br/>
        <w:t>The benefits of mastering assertive communication extend beyond resolving immediate conflicts. It fosters mutual respect, strengthens trust, and cultivates a healthier, more resilient relationship. It promotes a culture of open and honest communication, where both partners feel safe expressing their needs and concerns without fear of judgment or reprisal. This open communication is essential for rebuilding intimacy and creating a relationship grounded in mutual understanding and empathy, a foundation that’s vital for enduring love and a lasting commitment. Ultimately, assertive communication is not just a skill; it's a testament to the commitment to building a strong and healthy relationship that can withstand life's challenges. It's an investment in the future of the partnership, showcasing the dedication to healing and a shared path toward a stronger, more resilient connection.</w:t>
      </w:r>
    </w:p>
    <w:p w14:paraId="1483D363" w14:textId="77777777" w:rsidR="00C35476" w:rsidRDefault="00C35476"/>
    <w:p w14:paraId="20512D98" w14:textId="77777777" w:rsidR="00C35476" w:rsidRDefault="00000000">
      <w:r>
        <w:t xml:space="preserve">Conflict resolution is not about winning or losing; it's about finding common ground and moving forward together. In the aftermath of infidelity, this can feel especially challenging. The wounds of betrayal run deep, creating a landscape of hurt, anger, and mistrust that makes even simple conversations fraught with tension. However, learning to navigate disagreements constructively is crucial for rebuilding a healthy and resilient relationship. It’s about shifting from a win-lose mentality to a collaborative approach, where both partners are invested in finding solutions that meet the needs of both individuals. This </w:t>
      </w:r>
      <w:r>
        <w:lastRenderedPageBreak/>
        <w:t>requires a fundamental shift in perspective, moving away from seeing disagreements as personal attacks and towards viewing them as opportunities for growth and understanding.</w:t>
      </w:r>
    </w:p>
    <w:p w14:paraId="654EF5A3" w14:textId="77777777" w:rsidR="00C35476" w:rsidRDefault="00000000">
      <w:r>
        <w:br/>
        <w:t>One of the most effective strategies for constructive conflict resolution is active listening, a skill we've already explored. However, in the context of conflict, active listening takes on even greater importance. It involves not just hearing your partner's words, but also paying close attention to their nonverbal cues, their tone of voice, and their body language. This demonstrates respect for their perspective and creates a safe space for them to express their feelings without interruption or judgment. It requires actively putting yourself in their shoes, attempting to understand the emotional weight of their words, and truly hearing the underlying message, beyond just the words themselves. In the case of infidelity, this might involve listening not only to the anger and hurt, but also to the underlying fear, insecurity, or confusion that may be fueling those emotions.</w:t>
      </w:r>
    </w:p>
    <w:p w14:paraId="21324AC1" w14:textId="77777777" w:rsidR="00C35476" w:rsidRDefault="00C35476"/>
    <w:p w14:paraId="216A8E1B" w14:textId="77777777" w:rsidR="00C35476" w:rsidRDefault="00000000">
      <w:r>
        <w:br/>
        <w:t>Beyond active listening, it’s essential to validate your partner's feelings, even if you don't necessarily agree with their perspective. Validation means acknowledging the legitimacy of their emotions, regardless of whether you understand their viewpoint completely. It doesn't mean condoning their actions or agreeing with every point they make; it simply means acknowledging that their feelings are real and valid. This is particularly important after infidelity, where one partner’s actions have caused deep emotional pain to the other. A simple statement like, "I understand why you’re feeling hurt and angry," can go a long way in diffusing tension and creating a space for productive dialogue. It demonstrates empathy and understanding, essential components of constructive conflict resolution.</w:t>
      </w:r>
    </w:p>
    <w:p w14:paraId="0FDA59EF" w14:textId="77777777" w:rsidR="00C35476" w:rsidRDefault="00C35476"/>
    <w:p w14:paraId="46B8DB2C" w14:textId="77777777" w:rsidR="00C35476" w:rsidRDefault="00000000">
      <w:r>
        <w:br/>
        <w:t>Another key component of constructive conflict resolution is to focus on the issue at hand, rather than resorting to personal attacks or bringing up past grievances. This requires self-control and emotional regulation, which may require practice and patience. In situations of heightened emotions, this can be challenging, and it may be helpful to utilize techniques like taking a break when emotions become overwhelming. Remembering that the goal is to resolve the immediate issue and not to escalate the conflict can be especially beneficial. Focusing on the “what” rather than the “who” will help the conversation stay productive and ultimately heal the relationship. For example, if a disagreement arises about financial decisions made after the affair, focusing on the immediate financial situation will prevent it from becoming an argument about the infidelity itself.</w:t>
      </w:r>
    </w:p>
    <w:p w14:paraId="3CBD0D69" w14:textId="77777777" w:rsidR="00C35476" w:rsidRDefault="00C35476"/>
    <w:p w14:paraId="3BB85A99" w14:textId="77777777" w:rsidR="00C35476" w:rsidRDefault="00000000">
      <w:r>
        <w:br/>
        <w:t xml:space="preserve">Identifying and defining the problem is a crucial first step in constructive conflict resolution. </w:t>
      </w:r>
      <w:r>
        <w:lastRenderedPageBreak/>
        <w:t>This may involve expressing your own feelings and needs clearly and assertively, using “I” statements as discussed previously. It also involves understanding your partner's perspective. Open-ended questions can be incredibly valuable for understanding the underlying emotions and concerns driving your partner’s reactions. Questions like, “What are your concerns about this issue?” or “How does this situation make you feel?” encourage active listening and facilitate a deeper understanding of your partner's perspective. It is crucial to remember that during this step you are not necessarily agreeing with the other person, you are simply working towards a mutual understanding of the problems at hand.</w:t>
      </w:r>
    </w:p>
    <w:p w14:paraId="2A78772D" w14:textId="77777777" w:rsidR="00C35476" w:rsidRDefault="00C35476"/>
    <w:p w14:paraId="6A80B9C9" w14:textId="77777777" w:rsidR="00C35476" w:rsidRDefault="00000000">
      <w:r>
        <w:br/>
        <w:t>Once the problem is clearly defined, it is important to brainstorm potential solutions collaboratively. This requires creative thinking and a willingness to compromise. It's helpful to create a space where both individuals feel empowered to share ideas without fear of judgment or criticism. This collaborative approach fosters a sense of shared ownership in the solution-finding process. The more inclusive this phase is, the more likely it is that both parties will feel heard, respected, and invested in the outcome. Brainstorming should take place in a safe and encouraging environment, free from criticism and judgment. This approach is particularly crucial when dealing with the aftermath of infidelity, where both partners need to feel understood.</w:t>
      </w:r>
    </w:p>
    <w:p w14:paraId="676435F3" w14:textId="77777777" w:rsidR="00C35476" w:rsidRDefault="00C35476"/>
    <w:p w14:paraId="0A7694A1" w14:textId="77777777" w:rsidR="00C35476" w:rsidRDefault="00000000">
      <w:r>
        <w:br/>
        <w:t>After brainstorming, carefully evaluating and selecting the most suitable solution is critical. This involves considering the pros and cons of each option and choosing the one that best addresses the needs of both partners. It often necessitates compromise, a willingness to meet each other halfway, and a shared acceptance that neither party may get everything they want. This process may require patience and willingness to negotiate. Successful conflict resolution frequently demands that each partner prioritizes the health of the relationship over winning the argument. It is a testament to the commitment of both partners to rebuild trust and create a more secure and enduring bond.</w:t>
      </w:r>
    </w:p>
    <w:p w14:paraId="0230A6CE" w14:textId="77777777" w:rsidR="00C35476" w:rsidRDefault="00C35476"/>
    <w:p w14:paraId="1F7BD6CC" w14:textId="77777777" w:rsidR="00C35476" w:rsidRDefault="00000000">
      <w:r>
        <w:br/>
        <w:t>Finally, it’s essential to review and adjust strategies as needed. What works in one situation may not work in another. Regular check-ins and open communication are vital for ensuring the chosen solution remains effective and addressing any unforeseen challenges that may arise. The collaborative process of reviewing and refining the chosen approach underscores the commitment of both parties to a unified resolution, continually working towards a mutually beneficial path. This commitment to ongoing adaptation strengthens the relationship, indicating a willingness to adapt and evolve together.</w:t>
      </w:r>
    </w:p>
    <w:p w14:paraId="6CEC1F29" w14:textId="77777777" w:rsidR="00C35476" w:rsidRDefault="00C35476"/>
    <w:p w14:paraId="39744A93" w14:textId="77777777" w:rsidR="00C35476" w:rsidRDefault="00000000">
      <w:r>
        <w:lastRenderedPageBreak/>
        <w:br/>
        <w:t>In a therapy session, role-playing can be a powerful tool for practicing these conflict resolution skills. The therapist can guide the couple through a simulated disagreement, modelling assertive communication, active listening, and collaborative problem-solving. This safe and controlled environment allows partners to experiment with new communication strategies without the pressure of a real-life conflict. It is a crucial step in learning constructive conflict resolution, where the therapist’s guidance can help avoid repeating negative patterns. Feedback from the therapist on both individual and collaborative skills can dramatically improve communication and conflict resolution.</w:t>
      </w:r>
    </w:p>
    <w:p w14:paraId="3D5DCBC9" w14:textId="77777777" w:rsidR="00C35476" w:rsidRDefault="00C35476"/>
    <w:p w14:paraId="525FA474" w14:textId="77777777" w:rsidR="00C35476" w:rsidRDefault="00000000">
      <w:r>
        <w:br/>
        <w:t>Consider a scenario in a therapy session where a couple, let's call them Sarah and Mark, are working on resolving conflict related to Mark's infidelity. The therapist might guide them through a role-play where Sarah expresses her hurt and anger, using "I" statements. Mark, guided by the therapist, is encouraged to practice active listening and validation. The therapist would then guide them through a collaborative process of brainstorming solutions, focusing on addressing Sarah's need for reassurance and trust, and Mark's accountability and remorse. The therapist's role is to facilitate the process, ensuring both partners feel heard and respected, and to model effective communication techniques.</w:t>
      </w:r>
    </w:p>
    <w:p w14:paraId="3A34C617" w14:textId="77777777" w:rsidR="00C35476" w:rsidRDefault="00C35476"/>
    <w:p w14:paraId="15A032EE" w14:textId="77777777" w:rsidR="00C35476" w:rsidRDefault="00000000">
      <w:r>
        <w:br/>
        <w:t>The role-play provides a valuable opportunity to practice these skills in a safe environment, identifying communication patterns that impede constructive dialogue and refining approaches to better manage disagreements. Through consistent practice, couples can develop the skills necessary to navigate conflict effectively, strengthening their relationship and improving their ability to work together to overcome challenges. It provides a foundation for rebuilding trust and intimacy after a serious breach, showcasing the commitment to creating a more resilient relationship.</w:t>
      </w:r>
    </w:p>
    <w:p w14:paraId="3DCE8E62" w14:textId="77777777" w:rsidR="00C35476" w:rsidRDefault="00C35476"/>
    <w:p w14:paraId="383908BD" w14:textId="77777777" w:rsidR="00C35476" w:rsidRDefault="00000000">
      <w:r>
        <w:br/>
        <w:t xml:space="preserve">Beyond role-playing, the therapist can provide couples with additional resources and techniques for conflict resolution, such as communication worksheets, conflict resolution models, and strategies for managing emotions in moments of high tension. They can also offer guidance on how to address recurring conflicts and develop long-term strategies for maintaining healthy communication patterns. The consistent practice and reinforcement provided by the therapist strengthens the couple’s ability to navigate inevitable disagreements and build a healthier, more secure relationship. This support system enhances the effectiveness of conflict resolution skills, fostering a more positive and enduring partnership. The therapist's role extends beyond the session, offering ongoing </w:t>
      </w:r>
      <w:r>
        <w:lastRenderedPageBreak/>
        <w:t>support and tools to address emerging challenges. This holistic approach enhances the ability of couples to independently address conflict, contributing to the overall resilience and sustainability of their relationship.</w:t>
      </w:r>
    </w:p>
    <w:p w14:paraId="7F110AE8" w14:textId="77777777" w:rsidR="00C35476" w:rsidRDefault="00C35476"/>
    <w:p w14:paraId="4BDC54BA" w14:textId="77777777" w:rsidR="00C35476" w:rsidRDefault="00000000">
      <w:r>
        <w:br/>
        <w:t>In conclusion, constructive conflict resolution is a vital skill, particularly in the aftermath of infidelity. It requires commitment, practice, and a willingness to work together towards a shared goal. By learning and applying the techniques described in this section, couples can transform disagreements from destructive battles into opportunities for growth, understanding, and ultimately, a stronger, more resilient relationship. It's a testament to the couple’s dedication to their future together, illustrating the potential to build a healthier, more fulfilling relationship, even in the wake of profound betrayal. This process is not easy, and it requires consistent effort and commitment from both partners, but the potential rewards—a stronger, more resilient relationship grounded in trust and mutual respect—are well worth the investment.</w:t>
      </w:r>
    </w:p>
    <w:p w14:paraId="5EAB3384" w14:textId="77777777" w:rsidR="00C35476" w:rsidRDefault="00C35476"/>
    <w:p w14:paraId="68E447E3" w14:textId="77777777" w:rsidR="00C35476" w:rsidRDefault="00000000">
      <w:r>
        <w:t>Empathy and validation are cornerstones of effective communication, particularly in the challenging context of repairing a relationship damaged by infidelity. They represent a fundamental shift in perspective, moving away from a defensive posture to one of genuine understanding and acceptance. This isn't about condoning hurtful actions; rather, it's about acknowledging the deeply felt emotions of both partners, creating a safe space for vulnerability and honest expression. Without empathy and validation, the path to healing remains blocked by walls of defensiveness, resentment, and mistrust.</w:t>
      </w:r>
    </w:p>
    <w:p w14:paraId="18A6AFC0" w14:textId="77777777" w:rsidR="00C35476" w:rsidRDefault="00000000">
      <w:r>
        <w:br/>
        <w:t>Empathy involves stepping into your partner's shoes, attempting to understand their emotional experience from their perspective. It requires actively listening, not just to the words they speak, but to the unspoken emotions conveyed through their tone of voice, body language, and facial expressions. For example, if your partner expresses anger about your infidelity, empathy goes beyond simply hearing the words "I'm angry." It delves into understanding the root of that anger: the betrayal of trust, the shattered sense of security, the pain of feeling deceived. It recognizes the fear, the hurt, the confusion – the complex tapestry of emotions underlying the anger.</w:t>
      </w:r>
    </w:p>
    <w:p w14:paraId="4DB11BE3" w14:textId="77777777" w:rsidR="00C35476" w:rsidRDefault="00C35476"/>
    <w:p w14:paraId="1E87A3B7" w14:textId="77777777" w:rsidR="00C35476" w:rsidRDefault="00000000">
      <w:r>
        <w:br/>
        <w:t xml:space="preserve">Practicing empathy requires conscious effort and a willingness to suspend judgment. It's about acknowledging the legitimacy of your partner's feelings, even if you don't necessarily agree with their interpretation of events. Remember, their emotional response is valid, regardless of whether you believe their anger, sadness, or confusion is "justified" based on your own understanding of the situation. The goal isn't to prove them "wrong" or to </w:t>
      </w:r>
      <w:r>
        <w:lastRenderedPageBreak/>
        <w:t>diminish their pain; it's to create a space where they feel heard, understood, and respected. This creates a foundation of trust, crucial for initiating the healing process.</w:t>
      </w:r>
    </w:p>
    <w:p w14:paraId="54A06B90" w14:textId="77777777" w:rsidR="00C35476" w:rsidRDefault="00C35476"/>
    <w:p w14:paraId="294B431D" w14:textId="77777777" w:rsidR="00C35476" w:rsidRDefault="00000000">
      <w:r>
        <w:br/>
        <w:t>Validation builds upon empathy. It's the active acknowledgement and affirmation of your partner's emotional experience. It doesn't require agreement, only recognition. A simple statement like, "That sounds incredibly painful," or "I can understand why you would feel betrayed," can go a long way in validating your partner's feelings. These statements demonstrate that you're actively listening, that you're trying to grasp their perspective, and that you respect their emotional reality. Avoid minimizing or dismissing their feelings; phrases like "You shouldn't feel that way" or "It's not that big of a deal" are counterproductive and deeply hurtful.</w:t>
      </w:r>
    </w:p>
    <w:p w14:paraId="475A742B" w14:textId="77777777" w:rsidR="00C35476" w:rsidRDefault="00C35476"/>
    <w:p w14:paraId="74277E25" w14:textId="77777777" w:rsidR="00C35476" w:rsidRDefault="00000000">
      <w:r>
        <w:br/>
        <w:t>Reflecting feelings is a powerful technique for demonstrating empathy and validation. This involves summarizing or paraphrasing your partner's emotions, ensuring you understand them correctly. For instance, if your partner says, "I feel so lost and confused after everything that happened," you could respond with, "So, you're feeling disoriented and uncertain about the future, and that’s understandably upsetting." This process clarifies your understanding and reassures your partner that you're truly listening. It shows that you're not just hearing their words, but also processing the underlying emotions. It creates a sense of being truly heard and understood, facilitating a deeper connection and opening the door for more constructive dialogue.</w:t>
      </w:r>
    </w:p>
    <w:p w14:paraId="2A1F3A31" w14:textId="77777777" w:rsidR="00C35476" w:rsidRDefault="00C35476"/>
    <w:p w14:paraId="0B08413F" w14:textId="77777777" w:rsidR="00C35476" w:rsidRDefault="00000000">
      <w:r>
        <w:br/>
        <w:t>Reflecting perspectives also plays a significant role in fostering empathy and validation. This means attempting to grasp your partner's point of view, even if it differs greatly from your own. It requires a willingness to consider alternative interpretations of events and to acknowledge the validity of their perceptions, even if you don't share them. For example, if your partner believes your infidelity stems from deep-seated insecurities within the relationship, validating their perspective means acknowledging their belief, even if you attribute your actions to something else entirely. You might say, "I hear that you feel our relationship lacked something, and that you feel this contributed to my actions." This does not mean you agree with their analysis, only that you understand and respect their interpretation.</w:t>
      </w:r>
    </w:p>
    <w:p w14:paraId="56BBC063" w14:textId="77777777" w:rsidR="00C35476" w:rsidRDefault="00C35476"/>
    <w:p w14:paraId="7BD08023" w14:textId="77777777" w:rsidR="00C35476" w:rsidRDefault="00000000">
      <w:r>
        <w:br/>
        <w:t xml:space="preserve">In a therapy session, a couple working through the aftermath of infidelity can benefit </w:t>
      </w:r>
      <w:r>
        <w:lastRenderedPageBreak/>
        <w:t>immensely from guided practice in empathy and validation. Let's consider a hypothetical scenario. Anna, betrayed by her husband, David, expresses intense feelings of anger and betrayal. David, feeling remorseful, might struggle to understand the depth of Anna's pain. A therapist might guide David in practicing empathy by asking him to put himself in Anna's shoes: "David, imagine you're Anna. How would you feel if you discovered your partner had been unfaithful? What emotions would you be experiencing?" This encourages David to move beyond his own feelings of guilt and remorse to truly understand the emotional impact his actions had on Anna.</w:t>
      </w:r>
    </w:p>
    <w:p w14:paraId="08D0A752" w14:textId="77777777" w:rsidR="00C35476" w:rsidRDefault="00C35476"/>
    <w:p w14:paraId="47AF97C8" w14:textId="77777777" w:rsidR="00C35476" w:rsidRDefault="00000000">
      <w:r>
        <w:br/>
        <w:t>The therapist might then guide Anna in expressing her emotions more clearly, using "I" statements to articulate her needs and feelings without blaming David. For instance, instead of saying "You destroyed our marriage," she might say, "I feel devastated and betrayed by your actions, and I'm struggling to trust you again." David is then guided to validate Anna's feelings by acknowledging their legitimacy, such as saying, "I can understand why you feel devastated and betrayed. My actions caused you significant pain, and I deeply regret hurting you." This process, guided by a skilled therapist, creates a safe space for both partners to express themselves honestly and to experience the validating power of being truly heard and understood.</w:t>
      </w:r>
    </w:p>
    <w:p w14:paraId="365EA6D4" w14:textId="77777777" w:rsidR="00C35476" w:rsidRDefault="00C35476"/>
    <w:p w14:paraId="6832DE51" w14:textId="77777777" w:rsidR="00C35476" w:rsidRDefault="00000000">
      <w:r>
        <w:br/>
        <w:t>The therapist could also provide tools and techniques to facilitate empathy and validation. They might introduce journaling prompts designed to encourage self-reflection and understanding of each partner’s perspective. They might suggest specific phrases or communication strategies to enhance empathetic responses. The therapist's role is crucial in helping the couple recognize patterns of communication that impede empathy and validation, and to replace these with healthier patterns.</w:t>
      </w:r>
    </w:p>
    <w:p w14:paraId="0287B853" w14:textId="77777777" w:rsidR="00C35476" w:rsidRDefault="00C35476"/>
    <w:p w14:paraId="2BB6F509" w14:textId="77777777" w:rsidR="00C35476" w:rsidRDefault="00000000">
      <w:r>
        <w:br/>
        <w:t xml:space="preserve">This doesn't mean that the process of empathy and validation is always easy or comfortable. It requires effort, patience, and a willingness to confront difficult emotions. There will likely be moments of frustration, anger, and even defensiveness. However, the commitment to empathy and validation is a powerful catalyst for healing, demonstrating a willingness to engage with the emotional core of the relationship’s challenges. It helps to create a safe and supportive environment where trust can be rebuilt and a stronger, healthier connection can emerge. It allows both partners to feel heard, understood and respected which is an essential building block for navigating the difficult journey of restoring a relationship following infidelity. It is a process that requires continuous effort and ongoing commitment but offers the potential for a stronger, more resilient relationship in the long run. By actively </w:t>
      </w:r>
      <w:r>
        <w:lastRenderedPageBreak/>
        <w:t>practicing empathy and validation, couples can transform their communication, paving the way for healing, reconciliation, and a more secure future together. The journey is not easy, but the rewards are profound. The potential to rebuild and strengthen a relationship, despite a devastating breach of trust, offers immense hope and underscores the enduring power of love and commitment when supported by effective communication techniques such as empathy and validation.</w:t>
      </w:r>
    </w:p>
    <w:p w14:paraId="24E32C8C" w14:textId="77777777" w:rsidR="00C35476" w:rsidRDefault="00C35476"/>
    <w:p w14:paraId="3A30ABE9" w14:textId="77777777" w:rsidR="00C35476" w:rsidRDefault="00000000">
      <w:r>
        <w:t>Non-Violent Communication (NVC), also known as compassionate communication, offers a powerful framework for navigating the complex emotional landscape of relationship repair after infidelity. Unlike traditional communication styles that often lead to blame, defensiveness, and escalation of conflict, NVC prioritizes understanding the underlying needs and feelings of both partners. This approach fosters empathy, reduces reactivity, and creates a safe space for vulnerability and honest expression. The core of NVC lies in expressing oneself and listening to others with empathy, focusing on needs rather than judgments. It's a process that involves four key components: observations, feelings, needs, and requests.</w:t>
      </w:r>
    </w:p>
    <w:p w14:paraId="783FD432" w14:textId="77777777" w:rsidR="00C35476" w:rsidRDefault="00000000">
      <w:r>
        <w:br/>
        <w:t xml:space="preserve">Let's start with </w:t>
      </w:r>
    </w:p>
    <w:p w14:paraId="43BC781A" w14:textId="77777777" w:rsidR="00C35476" w:rsidRDefault="00000000">
      <w:r>
        <w:rPr>
          <w:i/>
        </w:rPr>
        <w:t>observations</w:t>
      </w:r>
      <w:r>
        <w:t>. In NVC, it's crucial to separate factual observations from interpretations and evaluations. For example, instead of saying "You always leave your clothes on the floor," which is an interpretation and carries a judgmental tone, an observation would be, "I see clothes on the floor in the bedroom." This seemingly small shift in language dramatically alters the tone of the conversation. It removes the accusatory element and focuses on a neutral description of the situation. Similarly, instead of saying "You never help with the chores," a more objective observation would be, "The dishes are still in the sink." This careful distinction between observation and judgment is crucial for creating a non-judgmental atmosphere conducive to healthy communication. The clarity of an observation sets the stage for a calm and productive discussion.</w:t>
      </w:r>
    </w:p>
    <w:p w14:paraId="305853B0" w14:textId="77777777" w:rsidR="00C35476" w:rsidRDefault="00000000">
      <w:r>
        <w:br/>
        <w:t xml:space="preserve">Next comes </w:t>
      </w:r>
    </w:p>
    <w:p w14:paraId="478F6366" w14:textId="77777777" w:rsidR="00C35476" w:rsidRDefault="00000000">
      <w:r>
        <w:rPr>
          <w:i/>
        </w:rPr>
        <w:t>feelings</w:t>
      </w:r>
      <w:r>
        <w:t xml:space="preserve">. NVC encourages expressing feelings directly and honestly, using "I" statements to avoid placing blame. Instead of saying, "You make me angry," which implies the other person is responsible for your emotional state, an NVC-based statement would be, "I feel frustrated when I see the dishes piled in the sink." This shifts the focus from blaming the other person to expressing your own emotional experience. The power of "I" statements lies in their ability to take ownership of your emotions without accusing or judging the other person. Accurate identification and expression of feelings are paramount in NVC; it helps to become more attuned to the subtle nuances of your emotional landscape. It involves acknowledging the range of emotions you might experience - sadness, anger, hurt, fear, and </w:t>
      </w:r>
      <w:r>
        <w:lastRenderedPageBreak/>
        <w:t>even joy – and articulating them clearly, respectfully and without judgment. This self-awareness is vital for fostering understanding and empathy.</w:t>
      </w:r>
    </w:p>
    <w:p w14:paraId="62E51F70" w14:textId="77777777" w:rsidR="00C35476" w:rsidRDefault="00000000">
      <w:r>
        <w:br/>
        <w:t xml:space="preserve">The third component is identifying your </w:t>
      </w:r>
    </w:p>
    <w:p w14:paraId="0AF3EE4C" w14:textId="77777777" w:rsidR="00C35476" w:rsidRDefault="00000000">
      <w:r>
        <w:rPr>
          <w:i/>
        </w:rPr>
        <w:t>needs</w:t>
      </w:r>
      <w:r>
        <w:t>. Needs are the underlying reasons for our feelings. They represent the universal human desires that drive our actions and shape our emotional experiences. Understanding your needs requires introspection and reflection. In the example above, the need behind the frustration might be a need for cooperation, contribution, or a shared sense of responsibility. Perhaps the need is for a clean and organized living space, or even a feeling of being valued and appreciated. Exploring these underlying needs is key to addressing the root cause of the conflict and finding mutually beneficial solutions. It's crucial to move beyond surface-level complaints and identify the deeper needs that are not being met. This deeper understanding promotes compassion and empathy, and it helps to focus on resolving the underlying issues rather than just treating surface symptoms. Identifying these universal human needs can help you relate more effectively with your partner who likely shares many of the same fundamental needs. Understanding that frustration stems from a need for shared responsibility lays the groundwork for finding mutually agreeable solutions.</w:t>
      </w:r>
    </w:p>
    <w:p w14:paraId="4B098E95" w14:textId="77777777" w:rsidR="00C35476" w:rsidRDefault="00000000">
      <w:r>
        <w:br/>
        <w:t xml:space="preserve">Finally, NVC emphasizes making </w:t>
      </w:r>
    </w:p>
    <w:p w14:paraId="48AFD414" w14:textId="77777777" w:rsidR="00C35476" w:rsidRDefault="00000000">
      <w:r>
        <w:rPr>
          <w:i/>
        </w:rPr>
        <w:t>requests</w:t>
      </w:r>
      <w:r>
        <w:t xml:space="preserve"> instead of demands. A request is a clear, specific, and positive statement of what you need from the other person. Instead of saying, "You should do the dishes," which is a demand, an NVC-based request would be, "Would you be willing to wash the dishes tonight?" This approach respects the other person's autonomy and invites collaboration. It frames communication as a mutual process, where both parties have agency and can actively participate in finding solutions. It avoids coercion and promotes respect by offering a choice rather than issuing an order. This is crucial for healing after infidelity because it creates space for open dialogue and mutual responsibility.</w:t>
      </w:r>
    </w:p>
    <w:p w14:paraId="1C67D6F7" w14:textId="77777777" w:rsidR="00C35476" w:rsidRDefault="00000000">
      <w:r>
        <w:br/>
        <w:t>Let's illustrate how NVC might play out in a conversation between a couple, Alex and Ben, grappling with the aftermath of infidelity:</w:t>
      </w:r>
    </w:p>
    <w:p w14:paraId="56AE7116" w14:textId="77777777" w:rsidR="00C35476" w:rsidRDefault="00C35476"/>
    <w:p w14:paraId="7D352B09" w14:textId="77777777" w:rsidR="00C35476" w:rsidRDefault="00000000">
      <w:r>
        <w:br/>
      </w:r>
    </w:p>
    <w:p w14:paraId="7BC0F47F" w14:textId="77777777" w:rsidR="00C35476" w:rsidRDefault="00000000">
      <w:r>
        <w:rPr>
          <w:b/>
        </w:rPr>
        <w:t>Alex:</w:t>
      </w:r>
      <w:r>
        <w:t xml:space="preserve"> "I noticed that you've been spending a lot of time on your phone lately. (Observation) I feel insecure and neglected. (Feeling) I need to feel reassured that we're still connected and that you’re invested in our relationship. (Need) Would you be willing to put your phone down for an hour each evening and spend some quality time with me? (Request)"</w:t>
      </w:r>
    </w:p>
    <w:p w14:paraId="3470B2A2" w14:textId="77777777" w:rsidR="00C35476" w:rsidRDefault="00000000">
      <w:r>
        <w:lastRenderedPageBreak/>
        <w:br/>
      </w:r>
    </w:p>
    <w:p w14:paraId="6281CC7D" w14:textId="77777777" w:rsidR="00C35476" w:rsidRDefault="00000000">
      <w:r>
        <w:rPr>
          <w:b/>
        </w:rPr>
        <w:t>Ben:</w:t>
      </w:r>
      <w:r>
        <w:t xml:space="preserve"> "I hear you saying you've noticed me on my phone more often, and that it makes you feel insecure and neglected. (Reflection) I understand that you need reassurance and connection. (Acknowledgement of Need) I've been stressed about work lately, and I find it easier to escape into my phone. (Explanation, not excuse) I am willing to put my phone down for an hour and spend time with you. (Request) Maybe we could have some quality time together after dinner."</w:t>
      </w:r>
    </w:p>
    <w:p w14:paraId="288EB6DF" w14:textId="77777777" w:rsidR="00C35476" w:rsidRDefault="00000000">
      <w:r>
        <w:br/>
        <w:t>In this scenario, both Alex and Ben communicate respectfully and focus on their own feelings and needs. They avoid blame and accusations, promoting a calm and constructive exchange. Ben doesn't dismiss Alex's feelings but acknowledges them and offers a solution that addresses the underlying needs. This example is an illustration of how the communication techniques can be deployed to support a healthy and productive dialogue. However, applying these principles consistently requires practice, patience, and a genuine commitment to understanding one another.</w:t>
      </w:r>
    </w:p>
    <w:p w14:paraId="060A4C3A" w14:textId="77777777" w:rsidR="00C35476" w:rsidRDefault="00C35476"/>
    <w:p w14:paraId="541AFDEC" w14:textId="77777777" w:rsidR="00C35476" w:rsidRDefault="00000000">
      <w:r>
        <w:br/>
        <w:t>NVC is not about avoiding conflict or silencing difficult emotions. Instead, it's about managing conflict constructively. When we feel hurt or angry, it's tempting to react defensively or to lash out at our partners. NVC offers a pathway to navigate these feelings without resorting to harmful communication patterns. By focusing on observations, feelings, needs, and requests, we can transform conflict from a destructive force into an opportunity for growth, intimacy, and healing. The goal is to foster genuine understanding and empathy, promoting a stronger and more resilient relationship.</w:t>
      </w:r>
    </w:p>
    <w:p w14:paraId="2A8C310F" w14:textId="77777777" w:rsidR="00C35476" w:rsidRDefault="00C35476"/>
    <w:p w14:paraId="5F42DC9F" w14:textId="77777777" w:rsidR="00C35476" w:rsidRDefault="00000000">
      <w:r>
        <w:br/>
        <w:t xml:space="preserve">It's important to remember that NVC is a skill that takes time and practice to master. It requires a conscious effort to shift from habitual communication patterns to a more empathetic and understanding approach. There will be setbacks and moments of frustration. However, the long-term benefits of adopting NVC are substantial. The capacity for empathy, active listening, and expressing needs respectfully allows for a fundamental transformation in how partners communicate and interact with each other. This creates space for vulnerability, honesty, and profound connection, which are crucial elements for healing and rebuilding trust after infidelity. Just as building physical strength takes consistent exercise, the cultivation of empathetic communication requires persistent and purposeful practice. The rewards are a stronger connection, improved conflict resolution and a deeper understanding of one another. Regular practice and refinement through </w:t>
      </w:r>
      <w:r>
        <w:lastRenderedPageBreak/>
        <w:t>intentional effort will enhance the capacity to communicate effectively and constructively, building a foundation for long-term healing and a renewed sense of intimacy.</w:t>
      </w:r>
    </w:p>
    <w:p w14:paraId="2316A73D" w14:textId="77777777" w:rsidR="00C35476" w:rsidRDefault="00C35476"/>
    <w:p w14:paraId="371AA315" w14:textId="77777777" w:rsidR="00C35476" w:rsidRDefault="00000000">
      <w:r>
        <w:br/>
        <w:t>The process of learning and implementing NVC can be greatly enhanced through dedicated practice. Couples can engage in daily exercises designed to hone their NVC skills. These could involve journaling, practicing "I" statements, and role-playing NVC scenarios. Many resources, including books and workshops, are available to provide further guidance and support in developing these essential communication skills. The benefits of such structured practice extends beyond individual proficiency, shaping the relational dynamic and deepening mutual understanding. Through consistent effort and focused practice, couples can unlock the transformative power of NVC, strengthening their communication, resolving conflict constructively, and nurturing a deeper connection built on empathy, understanding, and mutual respect. This, in turn, contributes significantly to the healing process after infidelity.</w:t>
      </w:r>
    </w:p>
    <w:p w14:paraId="13EF20E4" w14:textId="77777777" w:rsidR="00C35476" w:rsidRDefault="00C35476"/>
    <w:p w14:paraId="57CD9083" w14:textId="77777777" w:rsidR="00C35476" w:rsidRDefault="00000000">
      <w:r>
        <w:br w:type="page"/>
      </w:r>
    </w:p>
    <w:p w14:paraId="042DC896" w14:textId="77777777" w:rsidR="00C35476" w:rsidRDefault="00000000">
      <w:pPr>
        <w:spacing w:before="5040"/>
        <w:jc w:val="center"/>
      </w:pPr>
      <w:r>
        <w:lastRenderedPageBreak/>
        <w:t xml:space="preserve"> Chapter 5:  Forgiveness and Moving Forward</w:t>
      </w:r>
    </w:p>
    <w:p w14:paraId="6B74D18B" w14:textId="77777777" w:rsidR="00C35476" w:rsidRDefault="00000000">
      <w:r>
        <w:t>Self-forgiveness is a crucial, yet often overlooked, step in the healing process after infidelity. It's not about condoning the actions that led to the hurt, but rather about releasing the self-imposed burden of guilt and shame that can hinder your emotional recovery. Holding onto these negative emotions can prevent you from moving forward and building a healthier, more fulfilling life. The journey towards self-forgiveness requires introspection, self-compassion, and a willingness to accept your imperfections.</w:t>
      </w:r>
    </w:p>
    <w:p w14:paraId="7B97C464" w14:textId="77777777" w:rsidR="00C35476" w:rsidRDefault="00000000">
      <w:r>
        <w:br/>
        <w:t>Begin by acknowledging the pain you've experienced. Infidelity, whether you were the betrayer or the betrayed, leaves deep emotional wounds. Allow yourself to feel the full spectrum of your emotions – anger, sadness, grief, confusion, and even self-loathing. Don't try to suppress or ignore these feelings. Instead, create a safe space for yourself to process them. Journaling can be an invaluable tool during this phase. Write down your thoughts and feelings without judgment. Allow the words to flow freely, even if they are messy and unorganized. This process of emotional release is vital for moving beyond the immediate pain and beginning the journey toward self-forgiveness. Consider keeping a separate journal specifically for this purpose; this will help to separate the intense emotional processing of the current situation from other thoughts and activities in your life.</w:t>
      </w:r>
    </w:p>
    <w:p w14:paraId="08563D1F" w14:textId="77777777" w:rsidR="00C35476" w:rsidRDefault="00C35476"/>
    <w:p w14:paraId="6F738D6C" w14:textId="77777777" w:rsidR="00C35476" w:rsidRDefault="00000000">
      <w:r>
        <w:br/>
        <w:t>Next, challenge your self-critical thoughts. Our inner critic can be relentless, especially after experiencing a significant betrayal. It might whisper (or shout) accusations of inadequacy, foolishness, or even worthlessness. Become aware of these negative self-talk patterns. When they arise, ask yourself: Is this thought truly accurate? Is it helpful? Is there a more balanced and compassionate way to view the situation? Often, our self-criticism is rooted in unrealistic expectations and perfectionistic tendencies. Remind yourself that you are human, capable of making mistakes. You are not defined by your past actions, but by your capacity for growth and change. Remember, self-compassion is not self-indulgence; it's recognizing your own humanity and extending kindness to yourself in the face of difficulty.</w:t>
      </w:r>
    </w:p>
    <w:p w14:paraId="3F056D28" w14:textId="77777777" w:rsidR="00C35476" w:rsidRDefault="00C35476"/>
    <w:p w14:paraId="4E397A5C" w14:textId="77777777" w:rsidR="00C35476" w:rsidRDefault="00000000">
      <w:r>
        <w:br/>
        <w:t>Practice self-compassionate statements. Replace your self-critical thoughts with affirmations that promote self-acceptance and understanding. For example, instead of thinking, "I'm such a fool for trusting him/her," try, "I made a mistake, but I'm learning from it." Or, instead of "I'm a failure," try, "I am capable of resilience and growth." These statements may feel awkward or even insincere at first, but with consistent practice, they will become increasingly natural and empowering. Self-compassionate statements aren’t about pretending everything is perfect; they are about acknowledging that everyone makes mistakes and that your mistakes don't diminish your worth.</w:t>
      </w:r>
    </w:p>
    <w:p w14:paraId="0E180BAB" w14:textId="77777777" w:rsidR="00C35476" w:rsidRDefault="00C35476"/>
    <w:p w14:paraId="4B845658" w14:textId="77777777" w:rsidR="00C35476" w:rsidRDefault="00000000">
      <w:r>
        <w:br/>
        <w:t>Engage in self-reflective exercises. Guided meditations or journaling prompts can help you explore your beliefs about yourself and your worthiness of love and forgiveness. Consider prompts such as: "What are my core values? How do my actions align with those values? Where did I fall short? What did I learn from this experience? What steps can I take to live more authentically in line with my values?" These reflective questions can unearth deep-seated beliefs and emotional patterns that may be contributing to your self-criticism. Be patient with yourself during this process. It might take time to uncover the underlying causes of your self-blame.</w:t>
      </w:r>
    </w:p>
    <w:p w14:paraId="2EF142CA" w14:textId="77777777" w:rsidR="00C35476" w:rsidRDefault="00C35476"/>
    <w:p w14:paraId="789C0A88" w14:textId="77777777" w:rsidR="00C35476" w:rsidRDefault="00000000">
      <w:r>
        <w:br/>
        <w:t>Embrace self-care practices. Self-forgiveness is deeply intertwined with self-care. When we neglect our physical and emotional well-being, we are less likely to be compassionate towards ourselves. Prioritize activities that nourish your mind, body, and soul. This might include regular exercise, healthy eating, spending time in nature, pursuing hobbies, engaging in creative expression, or seeking support from friends, family, or a therapist. Make a conscious effort to incorporate activities that bring you joy and peace into your daily routine. Self-care is not a luxury; it's a necessity for emotional and mental well-being. These practices help to create a foundation of self-respect and acceptance, which are essential for self-forgiveness. This can be particularly crucial when dealing with the emotional toll of infidelity, where self-esteem can be significantly impacted.</w:t>
      </w:r>
    </w:p>
    <w:p w14:paraId="154D0ABB" w14:textId="77777777" w:rsidR="00C35476" w:rsidRDefault="00C35476"/>
    <w:p w14:paraId="47A15D35" w14:textId="77777777" w:rsidR="00C35476" w:rsidRDefault="00000000">
      <w:r>
        <w:br/>
        <w:t>Remember, self-forgiveness is a process, not a destination. There will be setbacks and moments of doubt. Be patient with yourself and allow yourself to grieve the loss of the relationship or the loss of trust. Don't expect to magically feel forgiven and healed overnight. It’s a journey of self-discovery and healing. The most important thing is to remain committed to the path of self-compassion and self-acceptance. Each act of self-kindness, each step you take towards your well-being, is a step closer to self-forgiveness.</w:t>
      </w:r>
    </w:p>
    <w:p w14:paraId="148199B7" w14:textId="77777777" w:rsidR="00C35476" w:rsidRDefault="00C35476"/>
    <w:p w14:paraId="4AF2C4B1" w14:textId="77777777" w:rsidR="00C35476" w:rsidRDefault="00000000">
      <w:r>
        <w:br/>
        <w:t>Consider the possibility of writing a letter to yourself, from the perspective of a loving and supportive friend. What would that friend say to you in this situation? What words of comfort, encouragement, or understanding would they offer? This exercise can help to shift your inner dialogue from self-criticism to self-compassion. It may be helpful to actually write this letter out and to re-read it during times of self-doubt or guilt. This exercise creates a tangible representation of self-compassion and is accessible for reference in the future.</w:t>
      </w:r>
    </w:p>
    <w:p w14:paraId="5E709184" w14:textId="77777777" w:rsidR="00C35476" w:rsidRDefault="00C35476"/>
    <w:p w14:paraId="1F8B5F47" w14:textId="77777777" w:rsidR="00C35476" w:rsidRDefault="00000000">
      <w:r>
        <w:br/>
        <w:t>Another technique is creating a visual representation of your journey towards self-forgiveness. It might be a collage, a painting, or even a simple list of positive affirmations and accomplishments. Visual representations provide a powerful, tangible reminder of your progress and strengths. It also helps to ground you in the present moment rather than dwelling on negative past experiences. The visual representation can be changed and updated over time as your journey progresses, marking milestones and showing growth.</w:t>
      </w:r>
    </w:p>
    <w:p w14:paraId="40D2F6F7" w14:textId="77777777" w:rsidR="00C35476" w:rsidRDefault="00C35476"/>
    <w:p w14:paraId="78594934" w14:textId="77777777" w:rsidR="00C35476" w:rsidRDefault="00000000">
      <w:r>
        <w:br/>
        <w:t>Seek professional support if needed. If you're struggling to forgive yourself, don't hesitate to seek professional help. A therapist can provide a safe and supportive space for you to explore your emotions, challenge negative beliefs, and develop healthy coping mechanisms. Therapy provides a structured approach to emotional processing, offering tools and techniques tailored to your individual needs. This is particularly beneficial when dealing with complex emotions surrounding infidelity, where the emotional burden can feel overwhelming.</w:t>
      </w:r>
    </w:p>
    <w:p w14:paraId="145A4A2D" w14:textId="77777777" w:rsidR="00C35476" w:rsidRDefault="00C35476"/>
    <w:p w14:paraId="66DC649B" w14:textId="77777777" w:rsidR="00C35476" w:rsidRDefault="00000000">
      <w:r>
        <w:br/>
        <w:t>Understand that self-forgiveness doesn't mean forgetting or minimizing the hurt you've caused. It means acknowledging your mistakes, accepting responsibility for your actions, and choosing to move forward with compassion and self-acceptance. It is about integrating the experience into your life story, learning from it, and growing from it. It is about releasing the weight of guilt and shame so that you can create a more peaceful and fulfilling future for yourself. It is a significant step toward building stronger and healthier relationships in the future, as it provides a strong foundation of self-awareness and self-compassion. Remember, you are worthy of forgiveness, both from others and most importantly, from yourself.</w:t>
      </w:r>
    </w:p>
    <w:p w14:paraId="300C7A5B" w14:textId="77777777" w:rsidR="00C35476" w:rsidRDefault="00C35476"/>
    <w:p w14:paraId="69BECC0C" w14:textId="77777777" w:rsidR="00C35476" w:rsidRDefault="00000000">
      <w:r>
        <w:t>Partner forgiveness, unlike self-forgiveness, is a journey undertaken in tandem, a delicate dance of empathy, understanding, and a shared commitment to healing. It's not a swift act of erasure, but a gradual process of letting go of resentment, anger, and the desire for retribution. It's about acknowledging the pain inflicted, accepting responsibility (where applicable), and ultimately choosing to move forward, not necessarily to condone the hurtful actions, but to release the grip they have on your emotional well-being.</w:t>
      </w:r>
    </w:p>
    <w:p w14:paraId="57A6E424" w14:textId="77777777" w:rsidR="00C35476" w:rsidRDefault="00000000">
      <w:r>
        <w:br/>
        <w:t xml:space="preserve">The timeline for partner forgiveness is entirely personal and unique to each couple. There's no magic number of weeks or months that dictate when forgiveness should occur. Pressure </w:t>
      </w:r>
      <w:r>
        <w:lastRenderedPageBreak/>
        <w:t>to forgive prematurely can be profoundly damaging, potentially reigniting old wounds and hindering genuine reconciliation. The process respects individual emotional rhythms, acknowledging that healing takes time, patience, and a willingness to engage in difficult conversations. For some couples, forgiveness might emerge relatively quickly; for others, it could be a prolonged journey spanning years. The key lies in creating a safe and supportive space for both partners to express their emotions without judgment or pressure.</w:t>
      </w:r>
    </w:p>
    <w:p w14:paraId="388B159E" w14:textId="77777777" w:rsidR="00C35476" w:rsidRDefault="00C35476"/>
    <w:p w14:paraId="4AC90E63" w14:textId="77777777" w:rsidR="00C35476" w:rsidRDefault="00000000">
      <w:r>
        <w:br/>
        <w:t>In the context of couples therapy, I've witnessed countless scenarios where the path to partner forgiveness was paved with small, incremental steps. One couple, for example, initially focused on simply acknowledging each other's pain. The betrayed partner spent weeks meticulously journaling their feelings, expressing their rage, their heartbreak, and their betrayal – a necessary step towards processing the trauma. The offending partner, in parallel, was actively engaged in self-reflection and therapy, taking responsibility for their actions and demonstrating a sincere commitment to change. They didn't expect immediate forgiveness, but instead, focused on consistent, demonstrable efforts to rebuild trust. Small gestures, such as consistently keeping their promises and actively participating in couples counseling, became the building blocks of trust.</w:t>
      </w:r>
    </w:p>
    <w:p w14:paraId="1E39CA74" w14:textId="77777777" w:rsidR="00C35476" w:rsidRDefault="00C35476"/>
    <w:p w14:paraId="2A18797E" w14:textId="77777777" w:rsidR="00C35476" w:rsidRDefault="00000000">
      <w:r>
        <w:br/>
        <w:t>Another instance involved a couple where forgiveness evolved through acts of service and empathy. The betrayed partner had suffered a significant financial setback due to the partner's infidelity – a breach of trust that extended beyond emotional betrayal. The offending partner, recognizing the extent of their actions, took full responsibility for the financial consequences and worked tirelessly to rectify the situation. This wasn't simply a matter of writing a check; it involved consistent efforts to rebuild their financial stability, actively engaging in budgeting and financial planning, demonstrating tangible commitment to the financial well-being of the family. The act of seeing their partner take full responsibility and work tirelessly to repair the financial damage slowly began to foster a sense of trust and eventually, forgiveness.</w:t>
      </w:r>
    </w:p>
    <w:p w14:paraId="07F996D7" w14:textId="77777777" w:rsidR="00C35476" w:rsidRDefault="00C35476"/>
    <w:p w14:paraId="0D1C7533" w14:textId="77777777" w:rsidR="00C35476" w:rsidRDefault="00000000">
      <w:r>
        <w:br/>
        <w:t>Forgiveness isn’t about forgetting; it's about reframing the narrative. It's about acknowledging that the past is immutable, yet the future remains malleable. It's a conscious choice to release the grip of bitterness, anger, and resentment that can otherwise poison the present and obstruct a path to a healthier, more fulfilling future. The focus shifts from dwelling on the transgression to building a new foundation of trust and mutual respect. This transition is not always easy or linear; setbacks are inevitable, requiring patience and understanding from both individuals.</w:t>
      </w:r>
    </w:p>
    <w:p w14:paraId="17C8D6C2" w14:textId="77777777" w:rsidR="00C35476" w:rsidRDefault="00C35476"/>
    <w:p w14:paraId="0EE390EB" w14:textId="77777777" w:rsidR="00C35476" w:rsidRDefault="00000000">
      <w:r>
        <w:br/>
        <w:t>The path to partner forgiveness frequently involves a significant amount of self-reflection. The betrayed partner needs to process their pain, anger, and sense of betrayal in a safe and supportive manner. This can involve journaling, talking to trusted friends and family, engaging in creative expression, or seeking support from a therapist. The process is not about suppressing or ignoring negative emotions, but about allowing yourself to feel the full spectrum of your emotional experience before beginning to process these feelings in a healthy way. The goal is to reach a place where the pain is acknowledged, felt, and understood but no longer governs your responses or actions.</w:t>
      </w:r>
    </w:p>
    <w:p w14:paraId="4B3B42F0" w14:textId="77777777" w:rsidR="00C35476" w:rsidRDefault="00C35476"/>
    <w:p w14:paraId="3B83DA8A" w14:textId="77777777" w:rsidR="00C35476" w:rsidRDefault="00000000">
      <w:r>
        <w:br/>
        <w:t>For the offending partner, the journey to eliciting forgiveness requires genuine remorse and a demonstrable commitment to change. This isn't about simply apologizing; it requires introspection, taking full responsibility for their actions, and working consistently to rebuild trust. This might involve seeking individual therapy to address the underlying issues that contributed to the infidelity, actively participating in couples counseling to address the needs of both partners, and consistently demonstrating a commitment to change through actions rather than just words.</w:t>
      </w:r>
    </w:p>
    <w:p w14:paraId="4C63A272" w14:textId="77777777" w:rsidR="00C35476" w:rsidRDefault="00C35476"/>
    <w:p w14:paraId="255BBFBD" w14:textId="77777777" w:rsidR="00C35476" w:rsidRDefault="00000000">
      <w:r>
        <w:br/>
        <w:t>Open communication is crucial throughout this process. It's essential to create a safe space where both partners can honestly express their feelings, needs, and concerns without fear of judgment or reprisal. This requires active listening, empathy, and a willingness to understand each other's perspectives, even when they are painful or difficult. Regular check-ins, both individually and as a couple, can provide an opportunity for honest dialogue and a shared understanding of the progress made.</w:t>
      </w:r>
    </w:p>
    <w:p w14:paraId="4BD784B6" w14:textId="77777777" w:rsidR="00C35476" w:rsidRDefault="00C35476"/>
    <w:p w14:paraId="260B05CC" w14:textId="77777777" w:rsidR="00C35476" w:rsidRDefault="00000000">
      <w:r>
        <w:br/>
        <w:t>Setting realistic expectations is equally vital. Forgiveness is not a quick fix; it's a long-term commitment that requires patience, perseverance, and a willingness to confront challenges head-on. It's important for both partners to understand that there will be setbacks, moments of doubt, and times when the pain resurface. The key is not to avoid these difficult moments, but to navigate them together, utilizing the tools and strategies that have been developed throughout therapy. This may include practicing mindfulness techniques to reduce stress and improve emotional regulation, learning effective communication skills to manage conflicts constructively, and cultivating empathy to foster a deeper understanding of each other’s perspectives.</w:t>
      </w:r>
    </w:p>
    <w:p w14:paraId="0FEA281F" w14:textId="77777777" w:rsidR="00C35476" w:rsidRDefault="00C35476"/>
    <w:p w14:paraId="2511EBE7" w14:textId="77777777" w:rsidR="00C35476" w:rsidRDefault="00000000">
      <w:r>
        <w:br/>
        <w:t>The role of a therapist in this process is invaluable. A therapist can provide a safe and neutral space for both partners to express their emotions, challenge their beliefs and assumptions, and develop healthy coping mechanisms for navigating the challenges of rebuilding their relationship. They can guide the couple through difficult conversations, facilitate the repair of trust, and help them develop effective communication strategies. Therapy provides a framework for processing complex emotions, establishing healthy boundaries, and working collaboratively to build a stronger and healthier relationship. It’s a structured approach to a difficult and emotionally complex process.</w:t>
      </w:r>
    </w:p>
    <w:p w14:paraId="3B93D110" w14:textId="77777777" w:rsidR="00C35476" w:rsidRDefault="00C35476"/>
    <w:p w14:paraId="30C82BFA" w14:textId="77777777" w:rsidR="00C35476" w:rsidRDefault="00000000">
      <w:r>
        <w:br/>
        <w:t>Forgiveness, both self and partner, is a testament to human resilience and capacity for growth. It's a testament to the power of choosing hope over despair, healing over bitterness, and connection over isolation. It's a process that transforms pain into understanding and allows for the potential of a stronger, more resilient relationship. It acknowledges that mistakes are made, wounds are inflicted, but that there is a path toward healing and growth, even in the aftermath of profound betrayal. It emphasizes the profound importance of a commitment to understanding and working collaboratively to rebuild trust and cultivate a relationship based on empathy, mutual respect, and a shared commitment to a healthier future. It's a testament to the enduring power of love and the remarkable capacity for human connection. It takes courage, commitment, and a willingness to face the past with honesty and the future with hope.</w:t>
      </w:r>
    </w:p>
    <w:p w14:paraId="0A4BF582" w14:textId="77777777" w:rsidR="00C35476" w:rsidRDefault="00C35476"/>
    <w:p w14:paraId="1F162DFB" w14:textId="77777777" w:rsidR="00C35476" w:rsidRDefault="00000000">
      <w:r>
        <w:t>Rebuilding intimacy after infidelity is a delicate and often daunting task, but it is undeniably crucial for restoring a healthy and fulfilling relationship. It’s not a sprint, but a marathon, requiring patience, understanding, and a commitment from both partners. The process necessitates a gradual approach, respecting individual emotional needs and boundaries. Physical intimacy should never be forced or rushed; it must be a natural progression born from renewed emotional connection and trust. The focus should be on re-establishing emotional intimacy first, creating a foundation of safety, security, and mutual respect upon which physical intimacy can blossom.</w:t>
      </w:r>
    </w:p>
    <w:p w14:paraId="30EEC10A" w14:textId="77777777" w:rsidR="00C35476" w:rsidRDefault="00000000">
      <w:r>
        <w:br/>
        <w:t xml:space="preserve">Emotional intimacy involves a deeper level of vulnerability, honesty, and shared experiences. It's about feeling safe enough to express your thoughts and feelings without fear of judgment or rejection. This requires consistent effort from both partners. Open communication is paramount; sharing your fears, insecurities, and hopes becomes a crucial element in this rebuilding phase. Active listening is just as important – genuinely hearing </w:t>
      </w:r>
      <w:r>
        <w:lastRenderedPageBreak/>
        <w:t>your partner’s perspective, validating their emotions, and demonstrating empathy are essential components of emotional reconnection.</w:t>
      </w:r>
    </w:p>
    <w:p w14:paraId="527061B7" w14:textId="77777777" w:rsidR="00C35476" w:rsidRDefault="00C35476"/>
    <w:p w14:paraId="3C619574" w14:textId="77777777" w:rsidR="00C35476" w:rsidRDefault="00000000">
      <w:r>
        <w:br/>
        <w:t>One effective technique for fostering emotional intimacy is the practice of "vulnerable sharing." This involves taking turns sharing personal experiences, anxieties, or vulnerabilities. The aim is not to blame or criticize but to foster a deeper understanding and empathy between partners. It's about creating a space where both partners feel comfortable being their authentic selves, without fear of judgment. Start with small, manageable disclosures, gradually increasing the level of vulnerability as trust deepens. The key is to create a safe and non-judgmental space for open and honest communication.</w:t>
      </w:r>
    </w:p>
    <w:p w14:paraId="06AF532B" w14:textId="77777777" w:rsidR="00C35476" w:rsidRDefault="00C35476"/>
    <w:p w14:paraId="0F164BCD" w14:textId="77777777" w:rsidR="00C35476" w:rsidRDefault="00000000">
      <w:r>
        <w:br/>
        <w:t>Another crucial aspect of rebuilding emotional intimacy is the cultivation of shared experiences. This could involve engaging in activities you both enjoy, creating new memories together, or rediscovering old passions. These shared experiences serve as opportunities to connect on a deeper level, reinforcing the bond between you and strengthening your connection. The goal is to create positive associations and shared memories that overshadow the negative experiences of the past. Planning regular date nights, even if they are just simple evenings at home, can significantly contribute to this process.</w:t>
      </w:r>
    </w:p>
    <w:p w14:paraId="6566AD45" w14:textId="77777777" w:rsidR="00C35476" w:rsidRDefault="00C35476"/>
    <w:p w14:paraId="2F1219F1" w14:textId="77777777" w:rsidR="00C35476" w:rsidRDefault="00000000">
      <w:r>
        <w:br/>
        <w:t>Physical intimacy requires a completely different approach. It should not be initiated until a solid foundation of emotional intimacy has been established. Forcing physical intimacy before emotional healing is complete can be profoundly damaging, possibly retraumatizing the betrayed partner and hindering the healing process. The betrayed partner might feel pressured, leading to resentment and a sense of violation rather than connection.</w:t>
      </w:r>
    </w:p>
    <w:p w14:paraId="6479FF47" w14:textId="77777777" w:rsidR="00C35476" w:rsidRDefault="00C35476"/>
    <w:p w14:paraId="374320A2" w14:textId="77777777" w:rsidR="00C35476" w:rsidRDefault="00000000">
      <w:r>
        <w:br/>
        <w:t xml:space="preserve">Therefore, the approach to physical intimacy must be gradual and consensual. It starts with small, non-sexual forms of physical touch—holding hands, cuddling, or simply sitting close together. These small acts of physical affection build trust and comfort, paving the way for more intimate physical interactions. Open and honest communication is paramount. Regularly check in with your partner to ensure they feel comfortable and safe, and always respect their boundaries. If at any point your partner expresses discomfort or hesitation, pause and refocus on emotional intimacy. The journey towards physical intimacy is not a </w:t>
      </w:r>
      <w:r>
        <w:lastRenderedPageBreak/>
        <w:t>race; it’s about rebuilding trust and creating a space where both partners feel safe and connected.</w:t>
      </w:r>
    </w:p>
    <w:p w14:paraId="2547B886" w14:textId="77777777" w:rsidR="00C35476" w:rsidRDefault="00C35476"/>
    <w:p w14:paraId="4B7EC612" w14:textId="77777777" w:rsidR="00C35476" w:rsidRDefault="00000000">
      <w:r>
        <w:br/>
        <w:t>Consider creating a "sensual touch" ritual as a stepping stone to physical intimacy. This could involve a gentle massage, a shared bath, or any other activity that promotes physical closeness without necessarily focusing on sexual intercourse. The goal is to reconnect on a physical level in a comforting and non-threatening way. The emphasis should be on enjoying each other's company and creating a sense of physical closeness that’s free from pressure or expectation.</w:t>
      </w:r>
    </w:p>
    <w:p w14:paraId="59816EC3" w14:textId="77777777" w:rsidR="00C35476" w:rsidRDefault="00C35476"/>
    <w:p w14:paraId="558320F4" w14:textId="77777777" w:rsidR="00C35476" w:rsidRDefault="00000000">
      <w:r>
        <w:br/>
        <w:t>Let’s explore a specific scenario to illustrate these principles. Imagine a couple, let’s call them Sarah and David, who are working on rebuilding their intimacy after David’s infidelity. They've been diligently working through therapy, focusing on improving their communication and fostering emotional connection. They decide to implement the intimacy techniques they’ve learned on a relaxing date night.</w:t>
      </w:r>
    </w:p>
    <w:p w14:paraId="229422FC" w14:textId="77777777" w:rsidR="00C35476" w:rsidRDefault="00C35476"/>
    <w:p w14:paraId="280ED811" w14:textId="77777777" w:rsidR="00C35476" w:rsidRDefault="00000000">
      <w:r>
        <w:br/>
        <w:t>They begin by preparing a nice dinner together, enjoying each other’s company while they cook. This shared activity allows them to reconnect and create a positive shared experience. After dinner, they sit on the couch, holding hands and talking about their day. They engage in vulnerable sharing, discussing their anxieties and insecurities in a safe and non-judgmental manner. This open communication strengthens their emotional connection. Later in the evening, David gently massages Sarah's shoulders, focusing on creating a sense of physical closeness and comfort. This act of sensual touch promotes physical intimacy without pressure. They communicate openly throughout this process, ensuring they both feel comfortable and safe. The focus is not on achieving a specific outcome, but on reconnecting emotionally and physically at their own pace.</w:t>
      </w:r>
    </w:p>
    <w:p w14:paraId="5C83D8B2" w14:textId="77777777" w:rsidR="00C35476" w:rsidRDefault="00C35476"/>
    <w:p w14:paraId="491CFA4F" w14:textId="77777777" w:rsidR="00C35476" w:rsidRDefault="00000000">
      <w:r>
        <w:br/>
        <w:t>Throughout this process, both partners consistently reaffirm their commitment to rebuilding their relationship. They actively engage in activities that nurture their emotional and physical connection, emphasizing patience and mutual respect. They understand that setbacks are inevitable, and the path to rebuilding intimacy is not always linear, but their dedication to open communication, mutual understanding, and gradual progress helps them navigate those challenges effectively.</w:t>
      </w:r>
    </w:p>
    <w:p w14:paraId="77BB73C6" w14:textId="77777777" w:rsidR="00C35476" w:rsidRDefault="00C35476"/>
    <w:p w14:paraId="6D557348" w14:textId="77777777" w:rsidR="00C35476" w:rsidRDefault="00000000">
      <w:r>
        <w:br/>
        <w:t>Rebuilding intimacy is a journey, not a destination. It requires consistent effort, patience, and a mutual commitment to healing. There will be ups and downs, moments of progress and moments of regression. The key is to remain committed to the process, supporting each other through the challenges, and celebrating the small victories along the way. The path to rebuilding intimacy involves acknowledging the past, accepting responsibility, and focusing on creating a new, healthier, and more fulfilling relationship. It involves a commitment to prioritizing emotional connection above all else, allowing physical intimacy to follow organically, in a way that feels safe, consensual and deeply satisfying for both partners. The process requires constant communication, mutual understanding and a deep unwavering commitment to work through the challenges together. The reward, however, is a stronger, more resilient, and ultimately more loving relationship built on a foundation of trust and mutual respect.</w:t>
      </w:r>
    </w:p>
    <w:p w14:paraId="023470D8" w14:textId="77777777" w:rsidR="00C35476" w:rsidRDefault="00C35476"/>
    <w:p w14:paraId="30D9C04C" w14:textId="77777777" w:rsidR="00C35476" w:rsidRDefault="00000000">
      <w:r>
        <w:t>Creating a new shared narrative is paramount in the aftermath of infidelity. The pain of betrayal casts a long shadow, and the past, if left unaddressed, can continue to poison the present and future. The goal isn't to erase the past—that's impossible—but to reframe it, to integrate it into a larger story of resilience, forgiveness, and growth. This involves consciously choosing to move beyond the hurt and anger, and actively constructing a new, positive narrative that reflects the desired future of the relationship. This requires both partners to actively participate in rewriting their relationship's story, acknowledging the past hurts while simultaneously focusing on building a brighter future together.</w:t>
      </w:r>
    </w:p>
    <w:p w14:paraId="2CB2F56F" w14:textId="77777777" w:rsidR="00C35476" w:rsidRDefault="00000000">
      <w:r>
        <w:br/>
        <w:t>One crucial element in creating this new narrative is the conscious decision to let go of the old, limiting beliefs and narratives that have taken root. These often include feelings of inadequacy, distrust, self-blame, and a sense of hopelessness. These beliefs, shaped by the pain of the betrayal, can become deeply ingrained, hindering the ability to move forward. Challenging these beliefs is critical; it's about actively replacing negative self-talk with positive affirmations and fostering self-compassion. It involves actively shifting the focus from the past trauma to the potential for healing and growth.</w:t>
      </w:r>
    </w:p>
    <w:p w14:paraId="687E7B4A" w14:textId="77777777" w:rsidR="00C35476" w:rsidRDefault="00C35476"/>
    <w:p w14:paraId="574CA929" w14:textId="77777777" w:rsidR="00C35476" w:rsidRDefault="00000000">
      <w:r>
        <w:br/>
        <w:t>This process often necessitates a deep dive into individual self-reflection. Journaling can be a powerful tool in this regard, providing a space to explore emotions, identify patterns of thinking, and track progress. Asking oneself reflective questions like, "What limiting beliefs am I holding onto that are preventing me from moving forward?" or "What positive qualities do I possess that can help me rebuild this relationship?" can be immensely helpful.</w:t>
      </w:r>
    </w:p>
    <w:p w14:paraId="33027D96" w14:textId="77777777" w:rsidR="00C35476" w:rsidRDefault="00C35476"/>
    <w:p w14:paraId="0198A85B" w14:textId="77777777" w:rsidR="00C35476" w:rsidRDefault="00000000">
      <w:r>
        <w:lastRenderedPageBreak/>
        <w:br/>
        <w:t>For the betrayed partner, a critical aspect of this process involves reclaiming a sense of self-worth and agency. Infidelity often shatters one’s sense of self, leading to feelings of worthlessness and insecurity. Rebuilding self-esteem requires a conscious effort to prioritize self-care, engage in activities that bring joy, and reaffirm one's inherent value. This might involve reconnecting with hobbies, pursuing personal goals, or seeking support from friends and family.</w:t>
      </w:r>
    </w:p>
    <w:p w14:paraId="587F5BC3" w14:textId="77777777" w:rsidR="00C35476" w:rsidRDefault="00C35476"/>
    <w:p w14:paraId="28F0243B" w14:textId="77777777" w:rsidR="00C35476" w:rsidRDefault="00000000">
      <w:r>
        <w:br/>
        <w:t>The offending partner must also actively engage in self-reflection and take responsibility for their actions. This goes beyond simply apologizing; it involves a deep understanding of the reasons behind the infidelity and a commitment to making amends. This might involve seeking individual therapy to address underlying issues, such as addiction, insecurity, or communication problems. It's about demonstrating genuine remorse and commitment to positive change.</w:t>
      </w:r>
    </w:p>
    <w:p w14:paraId="1FAAA8F4" w14:textId="77777777" w:rsidR="00C35476" w:rsidRDefault="00C35476"/>
    <w:p w14:paraId="712050FC" w14:textId="77777777" w:rsidR="00C35476" w:rsidRDefault="00000000">
      <w:r>
        <w:br/>
        <w:t>Collaborative storytelling plays a crucial role in building a new narrative. Couples can engage in activities like creating a vision board, writing a joint letter to their future selves, or simply sharing dreams and aspirations. These shared activities foster a sense of unity and shared purpose, building a common ground on which to rebuild the relationship. They help create a vision of their future together, a positive counterpoint to the pain of the past. It's about actively building a future together, rather than simply reacting to the past.</w:t>
      </w:r>
    </w:p>
    <w:p w14:paraId="7FCFC429" w14:textId="77777777" w:rsidR="00C35476" w:rsidRDefault="00C35476"/>
    <w:p w14:paraId="60A55965" w14:textId="77777777" w:rsidR="00C35476" w:rsidRDefault="00000000">
      <w:r>
        <w:br/>
        <w:t>Let's consider a specific example from a couples therapy session. A couple, let's call them Anna and Mark, are working through the aftermath of Mark's infidelity. They have already completed the steps outlined in previous chapters—revealing the truth, expressing feelings, setting boundaries, taking responsibility, and opening up to vulnerability. Now, they are focused on actively creating a new narrative for their relationship.</w:t>
      </w:r>
    </w:p>
    <w:p w14:paraId="42636550" w14:textId="77777777" w:rsidR="00C35476" w:rsidRDefault="00C35476"/>
    <w:p w14:paraId="7A327DEF" w14:textId="77777777" w:rsidR="00C35476" w:rsidRDefault="00000000">
      <w:r>
        <w:br/>
        <w:t xml:space="preserve">In the therapy session, the therapist guides them through a collaborative exercise. They begin by listing the aspects of their relationship that they value – their shared sense of humor, their mutual love of hiking, their close-knit family. They then discuss the challenges they have faced, acknowledging the pain of the infidelity without dwelling on it. The therapist encourages them to explore how they can actively address these challenges and prevent similar situations from occurring in the future. This involves open communication, </w:t>
      </w:r>
      <w:r>
        <w:lastRenderedPageBreak/>
        <w:t>establishing healthy conflict resolution skills, and developing a stronger understanding of each other's emotional needs.</w:t>
      </w:r>
    </w:p>
    <w:p w14:paraId="7E162BC9" w14:textId="77777777" w:rsidR="00C35476" w:rsidRDefault="00C35476"/>
    <w:p w14:paraId="339AC8DD" w14:textId="77777777" w:rsidR="00C35476" w:rsidRDefault="00000000">
      <w:r>
        <w:br/>
        <w:t>The next step is to create a shared vision for their future. They imagine their lives together in five years, ten years, twenty years. They discuss where they see themselves living, what kind of careers they want to pursue, what kind of family they want to create. They talk about their hopes and dreams, not just individually, but as a couple, emphasizing shared goals and a sense of mutual support. This collaborative visioning exercise helps them shift their focus from the painful past to a hopeful future, fostering a sense of unity and shared purpose.</w:t>
      </w:r>
    </w:p>
    <w:p w14:paraId="54189017" w14:textId="77777777" w:rsidR="00C35476" w:rsidRDefault="00C35476"/>
    <w:p w14:paraId="4D5C98F9" w14:textId="77777777" w:rsidR="00C35476" w:rsidRDefault="00000000">
      <w:r>
        <w:br/>
        <w:t>The therapist facilitates the process by asking guiding questions such as, "What are your shared values? What kind of relationship do you want to create?" The questions encourage them to focus on the positive aspects of their relationship and build a foundation for future growth. This exercise helps them envision a future where their relationship is stronger, more resilient, and built on a foundation of trust and mutual respect. It's a conscious act of rewriting their story, replacing the negative narrative with a positive vision.</w:t>
      </w:r>
    </w:p>
    <w:p w14:paraId="74656165" w14:textId="77777777" w:rsidR="00C35476" w:rsidRDefault="00C35476"/>
    <w:p w14:paraId="705650D5" w14:textId="77777777" w:rsidR="00C35476" w:rsidRDefault="00000000">
      <w:r>
        <w:br/>
        <w:t>They then move onto creating a "relationship contract." This is not a legal document, but rather a shared agreement outlining their commitment to rebuilding their relationship. This includes specific actions they will take to improve their communication, manage conflict, and build trust. For example, they might agree to have regular date nights, engage in open and honest communication about their feelings, and seek professional help if needed. This contract becomes a tangible reminder of their commitment to creating a positive and fulfilling future together.</w:t>
      </w:r>
    </w:p>
    <w:p w14:paraId="3A67E002" w14:textId="77777777" w:rsidR="00C35476" w:rsidRDefault="00C35476"/>
    <w:p w14:paraId="3E098478" w14:textId="77777777" w:rsidR="00C35476" w:rsidRDefault="00000000">
      <w:r>
        <w:br/>
        <w:t>The final part of the session focuses on identifying small, achievable steps they can take to move forward. These could be things like planning a weekend getaway, learning a new skill together, or simply spending quality time together without pressure or expectation. These small steps provide a sense of momentum and reinforce their commitment to rebuilding their relationship. The therapist emphasizes the importance of celebrating small victories and acknowledging setbacks as part of the healing process.</w:t>
      </w:r>
    </w:p>
    <w:p w14:paraId="0E2BBDF9" w14:textId="77777777" w:rsidR="00C35476" w:rsidRDefault="00C35476"/>
    <w:p w14:paraId="3F23ACC9" w14:textId="77777777" w:rsidR="00C35476" w:rsidRDefault="00000000">
      <w:r>
        <w:lastRenderedPageBreak/>
        <w:br/>
        <w:t>In the end, Anna and Mark leave the therapy session with a renewed sense of hope and a clearer vision for their future. They have actively engaged in creating a new narrative for their relationship, focusing on the positive aspects of their connection while acknowledging the pain of the past. They understand that rebuilding trust and intimacy takes time and effort, but they have a shared vision and a plan to achieve it. Their journey is not without challenges, but their commitment to collaborative storytelling, shared goals, and a focus on the future allows them to navigate the path towards a stronger, more resilient relationship. This new narrative becomes their shared reality, a foundation upon which they rebuild their connection, stronger and more resilient than before. It is a testament to their shared commitment, a beacon of hope guiding them through the challenges ahead, and a powerful symbol of their determination to build a lasting relationship, a story of resilience, forgiveness, and enduring love. The journey is long, but the shared vision provides the motivation to continue to rewrite their story, one positive step at a time. This collaborative narrative building is a powerful tool, actively reshaping their perception of their relationship and moving them beyond the hurt and towards a future filled with hope.</w:t>
      </w:r>
    </w:p>
    <w:p w14:paraId="56A85EC1" w14:textId="77777777" w:rsidR="00C35476" w:rsidRDefault="00C35476"/>
    <w:p w14:paraId="1447F3BF" w14:textId="77777777" w:rsidR="00C35476" w:rsidRDefault="00000000">
      <w:r>
        <w:t>The restoration of trust after infidelity is a marathon, not a sprint. While the initial stages focus on confession, emotional processing, and responsibility-taking, the long-term success hinges on the consistent maintenance of healthy boundaries. These boundaries aren't about punishment or control; they're about protecting emotional and physical well-being, fostering respect, and creating space for individual growth within the relationship. Think of them as the guardrails on a winding mountain road, providing safety and guidance as you navigate the complex terrain of rebuilding your connection.</w:t>
      </w:r>
    </w:p>
    <w:p w14:paraId="275EB3DD" w14:textId="77777777" w:rsidR="00C35476" w:rsidRDefault="00000000">
      <w:r>
        <w:br/>
        <w:t xml:space="preserve">One of the most crucial aspects of maintaining healthy boundaries is open and honest communication. This isn't just about talking; it’s about truly </w:t>
      </w:r>
    </w:p>
    <w:p w14:paraId="7726F814" w14:textId="77777777" w:rsidR="00C35476" w:rsidRDefault="00000000">
      <w:r>
        <w:rPr>
          <w:i/>
        </w:rPr>
        <w:t>listening</w:t>
      </w:r>
      <w:r>
        <w:t xml:space="preserve"> and understanding your partner's perspective. After the breach of trust, communication can feel fraught with fear and suspicion. The betrayed partner might find themselves constantly questioning their partner's words and actions, while the offending partner might struggle to express themselves without fear of judgment or further rejection. Therefore, establishing a safe and respectful communication space is vital. This might involve agreeing on specific times and locations for conversations, establishing ground rules for respectful dialogue, or seeking guidance from a therapist to navigate challenging conversations.</w:t>
      </w:r>
    </w:p>
    <w:p w14:paraId="2D080C74" w14:textId="77777777" w:rsidR="00C35476" w:rsidRDefault="00000000">
      <w:r>
        <w:br/>
        <w:t xml:space="preserve">For instance, consider a couple, let's call them Sarah and David. After David's infidelity, Sarah initially struggled to trust him. She found herself constantly checking his phone, questioning his whereabouts, and scrutinizing his interactions with other people. This </w:t>
      </w:r>
      <w:r>
        <w:lastRenderedPageBreak/>
        <w:t>behavior, while stemming from a deep-seated insecurity and fear, ultimately eroded the very trust they were trying to rebuild.</w:t>
      </w:r>
    </w:p>
    <w:p w14:paraId="28D29B47" w14:textId="77777777" w:rsidR="00C35476" w:rsidRDefault="00C35476"/>
    <w:p w14:paraId="329BC42B" w14:textId="77777777" w:rsidR="00C35476" w:rsidRDefault="00000000">
      <w:r>
        <w:br/>
        <w:t>In therapy, they learned to implement a “communication contract.” This wasn’t a formal legal document, but a mutually agreed-upon set of guidelines for their conversations. They agreed to communicate their needs and concerns openly and honestly, without blaming or accusing each other. They also established designated times for these conversations, ensuring they weren't interrupted or rushed. They also agreed to focus on “I” statements, expressing their own feelings without placing blame on the other. For example, instead of saying, "You always lie to me," Sarah learned to say, "I feel hurt and confused when I feel like our communication isn't open."</w:t>
      </w:r>
    </w:p>
    <w:p w14:paraId="1CC16324" w14:textId="77777777" w:rsidR="00C35476" w:rsidRDefault="00C35476"/>
    <w:p w14:paraId="4205146D" w14:textId="77777777" w:rsidR="00C35476" w:rsidRDefault="00000000">
      <w:r>
        <w:br/>
        <w:t>Beyond the spoken word, non-verbal communication plays a crucial role. Body language, tone of voice, and even subtle gestures can convey more than words. Paying attention to these cues, and being mindful of your own non-verbal communication, is critical in creating a safe and trusting environment. Sometimes, silence can be as significant as words. Allowing for moments of quiet reflection and processing can be just as valuable as actively speaking.</w:t>
      </w:r>
    </w:p>
    <w:p w14:paraId="57ED63DA" w14:textId="77777777" w:rsidR="00C35476" w:rsidRDefault="00C35476"/>
    <w:p w14:paraId="491C7C42" w14:textId="77777777" w:rsidR="00C35476" w:rsidRDefault="00000000">
      <w:r>
        <w:br/>
        <w:t>Another vital aspect of healthy boundaries is establishing personal space and time. This doesn’t mean withdrawing from the relationship; it means recognizing the importance of individual needs and pursuits. After infidelity, the temptation to constantly monitor or control your partner's behavior can be overwhelming. However, this approach is counterproductive. It reinforces feelings of distrust and undermines the very independence and self-esteem crucial for building a healthy relationship.</w:t>
      </w:r>
    </w:p>
    <w:p w14:paraId="64D7D68D" w14:textId="77777777" w:rsidR="00C35476" w:rsidRDefault="00C35476"/>
    <w:p w14:paraId="474ED29D" w14:textId="77777777" w:rsidR="00C35476" w:rsidRDefault="00000000">
      <w:r>
        <w:br/>
        <w:t>Instead, encourage individual activities and hobbies. This could be anything from taking a yoga class to joining a book club or pursuing a personal passion. This personal time provides a sense of self-identity and rejuvenation. It allows each partner to reconnect with their own interests and passions, strengthening their sense of self-worth and reducing dependence on the relationship for validation. This independence ultimately strengthens the relationship by creating a healthier dynamic between the two individuals.</w:t>
      </w:r>
    </w:p>
    <w:p w14:paraId="35F2A063" w14:textId="77777777" w:rsidR="00C35476" w:rsidRDefault="00C35476"/>
    <w:p w14:paraId="37FFB727" w14:textId="77777777" w:rsidR="00C35476" w:rsidRDefault="00000000">
      <w:r>
        <w:lastRenderedPageBreak/>
        <w:br/>
        <w:t>For Sarah and David, this meant consciously creating space for their individual interests. David resumed his weekly hiking trips with friends, something he had neglected during the tumultuous period following his infidelity. Sarah enrolled in a pottery class, a hobby she had always wanted to pursue. This time apart allowed them to reconnect with themselves and return to the relationship with a renewed sense of self-awareness.</w:t>
      </w:r>
    </w:p>
    <w:p w14:paraId="68222E0E" w14:textId="77777777" w:rsidR="00C35476" w:rsidRDefault="00C35476"/>
    <w:p w14:paraId="024DB598" w14:textId="77777777" w:rsidR="00C35476" w:rsidRDefault="00000000">
      <w:r>
        <w:br/>
        <w:t>The establishment of physical boundaries is equally important. This goes beyond physical intimacy; it includes respecting personal space, belongings, and privacy. It means respecting each other's need for alone time and not intruding on their personal space or belongings without permission. This might mean having separate phones and accounts, and respecting each other’s need for privacy within the relationship.</w:t>
      </w:r>
    </w:p>
    <w:p w14:paraId="7A3C27E9" w14:textId="77777777" w:rsidR="00C35476" w:rsidRDefault="00C35476"/>
    <w:p w14:paraId="70D40F7A" w14:textId="77777777" w:rsidR="00C35476" w:rsidRDefault="00000000">
      <w:r>
        <w:br/>
        <w:t>In the case of Sarah and David, they made a conscious decision to respect each other's personal space. They established separate workspaces in their home and designated specific times for work and personal activities. This wasn't about creating distance, but rather about acknowledging and respecting their need for individual time and autonomy.</w:t>
      </w:r>
    </w:p>
    <w:p w14:paraId="1262B994" w14:textId="77777777" w:rsidR="00C35476" w:rsidRDefault="00C35476"/>
    <w:p w14:paraId="707618C9" w14:textId="77777777" w:rsidR="00C35476" w:rsidRDefault="00000000">
      <w:r>
        <w:br/>
        <w:t>Maintaining healthy boundaries also involves setting limits on behaviors that are detrimental to the relationship. This could include anything from excessive alcohol consumption to controlling behavior or emotional manipulation. Identifying and addressing these behaviors is crucial, as they can erode trust and undermine the progress made in the healing process.</w:t>
      </w:r>
    </w:p>
    <w:p w14:paraId="7DA1D5CB" w14:textId="77777777" w:rsidR="00C35476" w:rsidRDefault="00C35476"/>
    <w:p w14:paraId="4493D9D6" w14:textId="77777777" w:rsidR="00C35476" w:rsidRDefault="00000000">
      <w:r>
        <w:br/>
        <w:t>For Sarah and David, David recognized that his alcohol consumption had played a role in his infidelity. They agreed that he would attend Alcoholics Anonymous meetings and refrain from drinking excessively. This wasn't about blame or punishment; it was about establishing a healthy boundary that supported his recovery and protected the relationship.</w:t>
      </w:r>
    </w:p>
    <w:p w14:paraId="7718C1C7" w14:textId="77777777" w:rsidR="00C35476" w:rsidRDefault="00C35476"/>
    <w:p w14:paraId="0BCEE3BC" w14:textId="77777777" w:rsidR="00C35476" w:rsidRDefault="00000000">
      <w:r>
        <w:br/>
        <w:t xml:space="preserve">Finally, remember that maintaining healthy boundaries is an ongoing process. It’s not a one-time fix. Regularly check in with each other to ensure the boundaries are still working and </w:t>
      </w:r>
      <w:r>
        <w:lastRenderedPageBreak/>
        <w:t>adjust them as needed. The commitment to mutual respect and understanding is a cornerstone of a successful recovery journey.</w:t>
      </w:r>
    </w:p>
    <w:p w14:paraId="1B036144" w14:textId="77777777" w:rsidR="00C35476" w:rsidRDefault="00C35476"/>
    <w:p w14:paraId="6BB7297E" w14:textId="77777777" w:rsidR="00C35476" w:rsidRDefault="00000000">
      <w:r>
        <w:br/>
        <w:t>Setting boundaries, then, isn't about creating distance; it's about creating healthy space for growth and healing. It’s about fostering a relationship built on mutual respect, understanding, and a commitment to individual well-being. The consistent practice of these boundary-setting strategies is vital for rebuilding trust, fostering intimacy, and ultimately creating a stronger and more resilient relationship. This ongoing process requires patience, commitment, and a willingness to adapt as the relationship evolves. It’s a journey of continuous learning and growth, where both partners are empowered to heal and create a relationship that truly supports their individual and collective well-being. The success of this journey lies not in the perfection of adherence but in the consistent effort and commitment to prioritize mutual respect and healthy boundaries. The path is challenging, but the destination—a stronger, healthier relationship—is worth the effort.</w:t>
      </w:r>
    </w:p>
    <w:p w14:paraId="6CBFC506" w14:textId="77777777" w:rsidR="00C35476" w:rsidRDefault="00C35476"/>
    <w:p w14:paraId="13F679EF" w14:textId="77777777" w:rsidR="00C35476" w:rsidRDefault="00000000">
      <w:r>
        <w:br w:type="page"/>
      </w:r>
    </w:p>
    <w:p w14:paraId="71B077F3" w14:textId="77777777" w:rsidR="00C35476" w:rsidRDefault="00000000">
      <w:pPr>
        <w:spacing w:before="5040"/>
        <w:jc w:val="center"/>
      </w:pPr>
      <w:r>
        <w:lastRenderedPageBreak/>
        <w:t xml:space="preserve"> Chapter 6:  Resources and Continued Support</w:t>
      </w:r>
    </w:p>
    <w:p w14:paraId="19F692FA" w14:textId="77777777" w:rsidR="00C35476" w:rsidRDefault="00000000">
      <w:r>
        <w:t>The journey toward restoring a relationship after infidelity is deeply personal and often requires professional guidance. While self-help resources and mutual effort are invaluable, the support of a qualified therapist can significantly accelerate healing and enhance the chances of long-term success. Finding the right therapist is crucial, as the therapeutic relationship itself forms a foundation for trust and vulnerability, mirroring the rebuilding process within the relationship itself.</w:t>
      </w:r>
    </w:p>
    <w:p w14:paraId="2371314D" w14:textId="77777777" w:rsidR="00C35476" w:rsidRDefault="00000000">
      <w:r>
        <w:br/>
        <w:t>The first step is recognizing the need for professional help. This isn't a sign of weakness; it's a testament to your commitment to healing and rebuilding your relationship. Many couples initially hesitate, fearing judgment or believing they can manage the challenges alone. However, the complex emotional landscape of infidelity – the betrayal, the hurt, the anger, the confusion – often exceeds the capacity of even the most resilient individuals to navigate independently. A skilled therapist provides a safe, neutral space to process these intense emotions, offering guidance and tools for effective communication and conflict resolution.</w:t>
      </w:r>
    </w:p>
    <w:p w14:paraId="487D1E74" w14:textId="77777777" w:rsidR="00C35476" w:rsidRDefault="00C35476"/>
    <w:p w14:paraId="03062CEC" w14:textId="77777777" w:rsidR="00C35476" w:rsidRDefault="00000000">
      <w:r>
        <w:br/>
        <w:t>When seeking a therapist, it's vital to look beyond basic credentials. While licensure is essential, confirming that the therapist specializes in relationship repair and trauma-informed care is equally important. Infidelity is a traumatic event, affecting not only the betrayed partner but also the offending partner. Trauma-informed care recognizes the impact of trauma on the brain and nervous system, employing approaches that are sensitive, respectful, and prioritize the client's safety and empowerment. Many therapists list their areas of expertise on their websites or professional profiles. Don't hesitate to directly inquire about their experience with infidelity and their therapeutic approach.</w:t>
      </w:r>
    </w:p>
    <w:p w14:paraId="1EF618FA" w14:textId="77777777" w:rsidR="00C35476" w:rsidRDefault="00C35476"/>
    <w:p w14:paraId="6228EDFC" w14:textId="77777777" w:rsidR="00C35476" w:rsidRDefault="00000000">
      <w:r>
        <w:br/>
        <w:t>Consider the various types of therapists who can provide valuable support. Marriage and Family Therapists (MFTs) are specifically trained to work with couples, focusing on improving communication and resolving conflicts. Licensed Clinical Social Workers (LCSWs) also possess significant experience in addressing relational dynamics and individual emotional well-being. Psychologists, particularly those specializing in trauma, offer valuable insights into the psychological impact of infidelity and the healing process. Finding a therapist whose approach resonates with you and your partner is key. Some therapists prefer a more directive approach, offering structured exercises and practical solutions. Others adopt a more exploratory style, encouraging self-discovery and emotional processing. The best fit depends entirely on your preferences and the specific needs of your relationship.</w:t>
      </w:r>
    </w:p>
    <w:p w14:paraId="573ED21C" w14:textId="77777777" w:rsidR="00C35476" w:rsidRDefault="00C35476"/>
    <w:p w14:paraId="200F55CA" w14:textId="77777777" w:rsidR="00C35476" w:rsidRDefault="00000000">
      <w:r>
        <w:lastRenderedPageBreak/>
        <w:br/>
        <w:t>The search process might involve utilizing online directories, seeking referrals from your primary care physician or other healthcare providers, or asking trusted friends and family members for recommendations. Many insurance providers have online directories of in-network therapists, which can help streamline the selection process and manage costs. However, it's important to remember that your choice isn't limited to in-network providers. Explore the profiles of therapists, reading their bios and paying close attention to their areas of expertise and therapeutic approaches. The initial phone call or consultation is crucial. This provides an opportunity to assess the therapist's personality, communication style, and overall compatibility. Don't hesitate to ask direct questions about their experience with infidelity, their therapeutic approach, and their fees. This conversation should leave you feeling comfortable, understood, and hopeful. A strong therapeutic alliance is essential for the success of therapy.</w:t>
      </w:r>
    </w:p>
    <w:p w14:paraId="075AE327" w14:textId="77777777" w:rsidR="00C35476" w:rsidRDefault="00C35476"/>
    <w:p w14:paraId="44C90E8F" w14:textId="77777777" w:rsidR="00C35476" w:rsidRDefault="00000000">
      <w:r>
        <w:br/>
        <w:t>Once you've identified a potential therapist, the initial session serves as a preliminary assessment and an opportunity to establish rapport. Be prepared to discuss the specifics of your situation, including the timeline of events, the emotional impact of the infidelity, and your goals for therapy. The therapist will likely ask questions about your relationship history, individual backgrounds, and current communication patterns. This information helps them understand the context of the infidelity and tailor their approach accordingly. During this session, you should also openly discuss any concerns or hesitations you may have about the therapist or their approach. Remember, therapy is a collaborative process. You're actively participating in the process, not passively receiving treatment. Your comfort level with the therapist is paramount, as is your mutual agreement on the treatment goals.</w:t>
      </w:r>
    </w:p>
    <w:p w14:paraId="7040510C" w14:textId="77777777" w:rsidR="00C35476" w:rsidRDefault="00C35476"/>
    <w:p w14:paraId="6E72360A" w14:textId="77777777" w:rsidR="00C35476" w:rsidRDefault="00000000">
      <w:r>
        <w:br/>
        <w:t>The therapeutic process itself may involve individual sessions, couple sessions, or a combination of both. Individual therapy provides a safe space to address personal emotional responses to the infidelity, process underlying trauma, and build individual coping mechanisms. Couple sessions focus on rebuilding trust, improving communication, and re-establishing intimacy. The therapist will guide you through exercises, provide coping strategies, and help you navigate difficult conversations. This isn't a quick fix; it’s an ongoing journey of healing and self-discovery. The therapist may introduce techniques such as Emotionally Focused Therapy (EFT), which helps couples identify and regulate their emotions, or Cognitive Behavioral Therapy (CBT), which helps identify and change negative thought patterns. The therapist's role is to facilitate this process, providing support, guidance, and accountability.</w:t>
      </w:r>
    </w:p>
    <w:p w14:paraId="2E900110" w14:textId="77777777" w:rsidR="00C35476" w:rsidRDefault="00C35476"/>
    <w:p w14:paraId="65859E26" w14:textId="77777777" w:rsidR="00C35476" w:rsidRDefault="00000000">
      <w:r>
        <w:lastRenderedPageBreak/>
        <w:br/>
        <w:t>Expect the process to be challenging at times. Emotions will run high, and difficult conversations will inevitably arise. However, the therapist's role is to provide a safe and structured environment for these conversations, offering guidance and tools for effective communication. The therapist will help you navigate conflicts, identify underlying issues contributing to the infidelity, and work towards rebuilding a stronger, healthier relationship. Remember, setbacks are normal. Healing from infidelity is not a linear process; it involves ups and downs, progress and regressions. The therapist provides support during these times, offering encouragement and helping you re-focus on the long-term goals.</w:t>
      </w:r>
    </w:p>
    <w:p w14:paraId="521101C1" w14:textId="77777777" w:rsidR="00C35476" w:rsidRDefault="00C35476"/>
    <w:p w14:paraId="717D1CCE" w14:textId="77777777" w:rsidR="00C35476" w:rsidRDefault="00000000">
      <w:r>
        <w:br/>
        <w:t>Throughout the therapeutic process, maintain open communication with your therapist. If you feel the approach isn’t working, or if new issues arise, don't hesitate to express your concerns. The therapeutic relationship is a partnership, and it's important to feel heard and understood. Ultimately, the goal is to achieve healing, improved communication, and a stronger, more resilient relationship. It's a journey that requires commitment, effort, and a willingness to face difficult truths. With the right support and guidance, however, it’s a journey that leads to hope, renewed intimacy, and a stronger connection than before. The investment in professional help is an investment in your future together, providing a roadmap toward healing, forgiveness, and a future built on trust, respect, and genuine connection. The work is challenging, but the potential rewards—a stronger, more resilient relationship—make it a journey well worth undertaking. Remember to be patient with yourselves, and celebrate even the smallest victories along the way.</w:t>
      </w:r>
    </w:p>
    <w:p w14:paraId="67C706EA" w14:textId="77777777" w:rsidR="00C35476" w:rsidRDefault="00C35476"/>
    <w:p w14:paraId="5961376B" w14:textId="77777777" w:rsidR="00C35476" w:rsidRDefault="00000000">
      <w:r>
        <w:t>Beyond the invaluable support of a skilled therapist, the journey of healing after infidelity can be significantly enhanced by connecting with others who understand. Support groups offer a unique space for sharing experiences, validating feelings, and learning from others navigating similar challenges. For both the betrayed and the betraying partner, the isolation and intense emotions following infidelity can feel overwhelming. Support groups provide a sense of community, reminding individuals that they are not alone in their struggle. This shared experience can be profoundly comforting and validating, fostering a sense of hope and reducing the feelings of shame or isolation that often accompany betrayal.</w:t>
      </w:r>
    </w:p>
    <w:p w14:paraId="0197D9BE" w14:textId="77777777" w:rsidR="00C35476" w:rsidRDefault="00000000">
      <w:r>
        <w:br/>
        <w:t xml:space="preserve">For the betrayed partner, a support group offers a safe environment to express the intense range of emotions experienced: anger, hurt, confusion, betrayal, grief, and even a sense of violation. In a group setting, these feelings are validated and normalized, reducing the feeling of being alone in their pain. Hearing others' stories and experiences can offer a powerful sense of perspective and understanding, lessening feelings of isolation and self-blame. The group dynamic allows members to process their complex emotions in a supportive context, helping to identify and challenge unhealthy coping mechanisms. Many </w:t>
      </w:r>
      <w:r>
        <w:lastRenderedPageBreak/>
        <w:t>betrayed partners struggle with trust issues and a profound sense of insecurity following the infidelity. The shared experiences within a support group provide a space to explore these feelings, learn effective coping strategies, and gradually rebuild trust in oneself and in others. The group can act as a sounding board for testing new communication approaches and practicing assertiveness, essential skills for rebuilding relationships both with their partner and with themselves.</w:t>
      </w:r>
    </w:p>
    <w:p w14:paraId="398907A5" w14:textId="77777777" w:rsidR="00C35476" w:rsidRDefault="00C35476"/>
    <w:p w14:paraId="58F71291" w14:textId="77777777" w:rsidR="00C35476" w:rsidRDefault="00000000">
      <w:r>
        <w:br/>
        <w:t>The betraying partner's journey is equally challenging, often characterized by guilt, shame, and regret. While their actions caused significant pain, many find it difficult to articulate their own experiences and emotions without judgment. A support group designed specifically for those who have engaged in infidelity offers a non-judgmental space to confront their actions and take responsibility for their behavior. The group environment allows for self-reflection and exploration of the underlying issues that contributed to the infidelity. Many find that openly sharing their experience, without fear of judgment or condemnation, is a pivotal step in their own healing journey. By engaging in honest self-assessment, they can begin to understand the patterns of behavior that led to their actions and develop strategies for preventing future infidelity. The group can also help them unpack the difficult emotions they are facing – guilt, shame, and remorse – and navigate the complexities of restoring trust with their partner.</w:t>
      </w:r>
    </w:p>
    <w:p w14:paraId="199030E0" w14:textId="77777777" w:rsidR="00C35476" w:rsidRDefault="00C35476"/>
    <w:p w14:paraId="4BAFBFF1" w14:textId="77777777" w:rsidR="00C35476" w:rsidRDefault="00000000">
      <w:r>
        <w:br/>
        <w:t>Finding the right support group is crucial. The ideal group should be facilitated by a trained professional, ensuring a safe and structured environment for open and honest sharing. The facilitator's role is to guide the discussions, manage dynamics within the group, and provide support to individual members. The facilitator's experience in relationship issues and trauma-informed care is especially valuable, helping members process their feelings and develop healthy coping mechanisms. The group size and composition can also significantly impact the experience. Smaller groups may offer a more intimate and connected atmosphere, while larger groups can provide a broader range of perspectives and experiences.</w:t>
      </w:r>
    </w:p>
    <w:p w14:paraId="30634DBA" w14:textId="77777777" w:rsidR="00C35476" w:rsidRDefault="00C35476"/>
    <w:p w14:paraId="6CA9B5DB" w14:textId="77777777" w:rsidR="00C35476" w:rsidRDefault="00000000">
      <w:r>
        <w:br/>
        <w:t xml:space="preserve">Several avenues exist for locating relevant support groups. Online searches can yield numerous results, including local groups, national organizations offering support, and online forums and communities. When searching online, carefully evaluate the group's focus and the credentials of the facilitator. Look for groups specifically designed for individuals experiencing infidelity, ensuring that the group's philosophy aligns with your </w:t>
      </w:r>
      <w:r>
        <w:lastRenderedPageBreak/>
        <w:t>own values and needs. Check reviews and testimonials to get a sense of the group's atmosphere and the effectiveness of the facilitator's leadership.</w:t>
      </w:r>
    </w:p>
    <w:p w14:paraId="45B271DE" w14:textId="77777777" w:rsidR="00C35476" w:rsidRDefault="00C35476"/>
    <w:p w14:paraId="69C72D49" w14:textId="77777777" w:rsidR="00C35476" w:rsidRDefault="00000000">
      <w:r>
        <w:br/>
        <w:t>Many therapists specializing in relationship issues can recommend reputable support groups based on their clients' needs and geographic locations. They can also assess whether a support group is the appropriate addition to the individual or couples therapy you are currently receiving. Your primary care physician, clergy, or other trusted healthcare professionals may also offer referrals to support groups or relevant resources within your community. Local hospitals and mental health clinics often have lists of available support groups and resources, providing further options to explore.</w:t>
      </w:r>
    </w:p>
    <w:p w14:paraId="192128FB" w14:textId="77777777" w:rsidR="00C35476" w:rsidRDefault="00C35476"/>
    <w:p w14:paraId="282DE865" w14:textId="77777777" w:rsidR="00C35476" w:rsidRDefault="00000000">
      <w:r>
        <w:br/>
        <w:t>Participation in a support group is not a replacement for professional therapy, but rather a valuable supplement to the healing process. It allows for peer support and shared experiences, augmenting the individualized attention and guidance provided by a therapist. Consider your individual needs and comfort level when deciding whether a support group is the right fit for your healing journey. Not all support groups are created equal, and finding a group that fosters a sense of safety, empathy, and genuine connection is paramount.</w:t>
      </w:r>
    </w:p>
    <w:p w14:paraId="043941E9" w14:textId="77777777" w:rsidR="00C35476" w:rsidRDefault="00C35476"/>
    <w:p w14:paraId="23A24B9B" w14:textId="77777777" w:rsidR="00C35476" w:rsidRDefault="00000000">
      <w:r>
        <w:br/>
        <w:t>The benefits of attending support groups extend beyond the immediate emotional relief and validation they provide. Members often develop strong bonds with others who understand their unique challenges, forming a network of support that extends beyond the formal group meetings. This sense of community can be deeply comforting and empowering, providing ongoing support during the challenging times that inevitably arise during the healing process. Many individuals find that the friendships and connections forged in support groups last long after their formal participation has ended, providing a long-term support system for navigating life's ups and downs.</w:t>
      </w:r>
    </w:p>
    <w:p w14:paraId="243B497C" w14:textId="77777777" w:rsidR="00C35476" w:rsidRDefault="00C35476"/>
    <w:p w14:paraId="117EDB2A" w14:textId="77777777" w:rsidR="00C35476" w:rsidRDefault="00000000">
      <w:r>
        <w:br/>
        <w:t>Participation in support groups can also empower individuals to take an active role in their own healing. By sharing their experiences and listening to others, they gain valuable insights, new coping strategies, and renewed hope. The group setting provides an opportunity to practice effective communication skills, learning how to articulate their feelings clearly and assertively. This newfound confidence extends into other areas of life, empowering individuals to manage conflicts more effectively and build stronger, healthier relationships.</w:t>
      </w:r>
    </w:p>
    <w:p w14:paraId="4AAA87D0" w14:textId="77777777" w:rsidR="00C35476" w:rsidRDefault="00C35476"/>
    <w:p w14:paraId="0B292130" w14:textId="77777777" w:rsidR="00C35476" w:rsidRDefault="00000000">
      <w:r>
        <w:br/>
        <w:t>It's important to approach support group participation with an open mind and a willingness to engage with others. Sharing personal experiences can be emotionally challenging, but the benefits of connecting with others who truly understand far outweigh the potential discomfort. Remember that you are not alone in your journey, and the shared experience of a support group can provide invaluable strength, support, and encouragement during this difficult time. The process is not always easy, and there may be days when attending a support group feels overwhelming or challenging. Remember that it is okay to take breaks or choose to leave a group that does not feel right for you. The goal is to find an environment where you feel safe, understood, and supported, and to actively participate in your healing journey.</w:t>
      </w:r>
    </w:p>
    <w:p w14:paraId="43EAF41F" w14:textId="77777777" w:rsidR="00C35476" w:rsidRDefault="00C35476"/>
    <w:p w14:paraId="27A42041" w14:textId="77777777" w:rsidR="00C35476" w:rsidRDefault="00000000">
      <w:r>
        <w:br/>
        <w:t>For both partners, the journey to restore a relationship after infidelity requires a significant commitment to self-reflection, empathy, and consistent effort. While professional guidance and support groups provide valuable tools and resources, the ultimate success of the healing process rests on the commitment of both individuals to rebuild trust, communication, and intimacy. Remember that healing takes time, and the path to recovery is rarely linear. Setbacks are to be expected, and it is essential to approach the process with patience, compassion, and a belief in the possibility of healing and restoration. The support groups provide a crucial network of understanding and support, aiding the journey toward rebuilding a stronger, healthier relationship. The combination of professional therapy and support group participation enhances the likelihood of long-term success, offering a path towards a more resilient and fulfilling relationship in the future. Remember to celebrate small victories, acknowledge progress, and approach the journey with unwavering hope and commitment. The healing process requires both individual and collective effort, a testament to the strength and resilience of the human spirit.</w:t>
      </w:r>
    </w:p>
    <w:p w14:paraId="5E763308" w14:textId="77777777" w:rsidR="00C35476" w:rsidRDefault="00C35476"/>
    <w:p w14:paraId="77909671" w14:textId="77777777" w:rsidR="00C35476" w:rsidRDefault="00000000">
      <w:r>
        <w:t>Beyond the invaluable support of a therapist and the shared experiences of a support group, a wealth of self-help resources can significantly aid the healing process after infidelity. These resources offer supplementary tools and strategies to complement professional guidance, providing ongoing support and practical tools for navigating the complexities of rebuilding trust and intimacy. This section explores various self-help resources, including books, websites, and apps, offering a broader spectrum of support for both the betrayed and the betraying partner.</w:t>
      </w:r>
    </w:p>
    <w:p w14:paraId="00E85368" w14:textId="77777777" w:rsidR="00C35476" w:rsidRDefault="00000000">
      <w:r>
        <w:br/>
      </w:r>
    </w:p>
    <w:p w14:paraId="6BD4750D" w14:textId="77777777" w:rsidR="00C35476" w:rsidRDefault="00000000">
      <w:r>
        <w:rPr>
          <w:b/>
        </w:rPr>
        <w:lastRenderedPageBreak/>
        <w:t>Books:</w:t>
      </w:r>
      <w:r>
        <w:t xml:space="preserve"> The literary landscape offers a multitude of resources addressing infidelity and relationship repair. While </w:t>
      </w:r>
      <w:r>
        <w:rPr>
          <w:i/>
        </w:rPr>
        <w:t>RESTORE: A Step-by-Step Healing Plan for Couples Recovering from Infidelity</w:t>
      </w:r>
      <w:r>
        <w:t xml:space="preserve"> provides a structured approach to healing, many other books offer valuable insights and perspectives. It’s crucial to find resources that resonate with your individual needs and experiences. Some books focus specifically on the perspective of the betrayed partner, offering validation and strategies for managing the intense emotions associated with betrayal. Others focus on the perspective of the betraying partner, providing guidance on taking responsibility for their actions and making amends. Some books offer a more general approach to relationship repair, addressing conflict resolution, communication skills, and building stronger emotional intimacy.</w:t>
      </w:r>
    </w:p>
    <w:p w14:paraId="509B5D5F" w14:textId="77777777" w:rsidR="00C35476" w:rsidRDefault="00000000">
      <w:r>
        <w:br/>
        <w:t>When choosing self-help books, it's essential to consider the author's credentials and the book's overall approach. Look for books written by licensed therapists, relationship experts, or other qualified professionals with a proven track record of helping couples recover from infidelity. Avoid books that promote simplistic solutions or blame one partner over the other. A helpful book will acknowledge the complexity of infidelity, validating the diverse range of emotions experienced by both partners, while offering practical tools for healing and restoration.</w:t>
      </w:r>
    </w:p>
    <w:p w14:paraId="7359EF3C" w14:textId="77777777" w:rsidR="00C35476" w:rsidRDefault="00C35476"/>
    <w:p w14:paraId="5C3BB5F3" w14:textId="77777777" w:rsidR="00C35476" w:rsidRDefault="00000000">
      <w:r>
        <w:br/>
        <w:t>Pay attention to the book's focus and approach. Some books provide detailed step-by-step plans, while others offer more general advice and reflections. Some books focus on forgiveness, while others emphasize the importance of setting healthy boundaries. Consider your individual needs and choose books that resonate with your specific circumstances and goals. Online reviews and recommendations can help you identify books that have helped others successfully navigate similar challenges. Remember that reading a book is not a replacement for professional therapy; rather, it should be seen as a supplement to the professional support you receive.</w:t>
      </w:r>
    </w:p>
    <w:p w14:paraId="79C00D81" w14:textId="77777777" w:rsidR="00C35476" w:rsidRDefault="00C35476"/>
    <w:p w14:paraId="57D31316" w14:textId="77777777" w:rsidR="00C35476" w:rsidRDefault="00000000">
      <w:r>
        <w:br/>
        <w:t>Examples of helpful books, though the availability and relevance may vary depending on location and time, might include those focused on emotional regulation, trauma recovery, and relationship communication. Researching titles and authors associated with these areas within the context of infidelity recovery will yield relevant results. Always look for evidence-based approaches and avoid books that offer unrealistic or overly simplistic solutions.</w:t>
      </w:r>
    </w:p>
    <w:p w14:paraId="57900B55" w14:textId="77777777" w:rsidR="00C35476" w:rsidRDefault="00C35476"/>
    <w:p w14:paraId="4C0F9BA3" w14:textId="77777777" w:rsidR="00C35476" w:rsidRDefault="00000000">
      <w:r>
        <w:br/>
      </w:r>
    </w:p>
    <w:p w14:paraId="0DD29B4D" w14:textId="77777777" w:rsidR="00C35476" w:rsidRDefault="00000000">
      <w:r>
        <w:rPr>
          <w:b/>
        </w:rPr>
        <w:lastRenderedPageBreak/>
        <w:t>Websites:</w:t>
      </w:r>
      <w:r>
        <w:t xml:space="preserve"> The internet provides a vast array of information and resources relating to infidelity and relationship repair. However, it's crucial to critically evaluate the information found online. Not all websites provide accurate, reliable, or helpful information. Look for websites created by licensed professionals, reputable organizations, or those that cite credible research. Avoid websites that promote harmful or unrealistic solutions.</w:t>
      </w:r>
    </w:p>
    <w:p w14:paraId="639C9FB4" w14:textId="77777777" w:rsidR="00C35476" w:rsidRDefault="00000000">
      <w:r>
        <w:br/>
        <w:t>Reliable websites often provide articles, blog posts, and other resources offering information, advice, and support. They may also offer online forums or communities where individuals can connect with others who are facing similar challenges. When using online resources, be cautious about the information you share and protect your privacy. It’s crucial to maintain a healthy balance between seeking information online and receiving guidance from qualified professionals. Over-reliance on online resources without professional guidance can be detrimental to the healing process.</w:t>
      </w:r>
    </w:p>
    <w:p w14:paraId="0AA7A837" w14:textId="77777777" w:rsidR="00C35476" w:rsidRDefault="00C35476"/>
    <w:p w14:paraId="5CED0811" w14:textId="77777777" w:rsidR="00C35476" w:rsidRDefault="00000000">
      <w:r>
        <w:br/>
        <w:t>Some reputable organizations, such as the American Association for Marriage and Family Therapy (AAMFT), offer resources and information about infidelity and relationship repair. Their websites often include directories of therapists specializing in these areas. Searching for reputable organizations focused on relationship health and infidelity will lead you to reliable online resources. Always check the credentials and qualifications of the individuals or organizations providing information.</w:t>
      </w:r>
    </w:p>
    <w:p w14:paraId="0C5B55F6" w14:textId="77777777" w:rsidR="00C35476" w:rsidRDefault="00C35476"/>
    <w:p w14:paraId="26FD736B" w14:textId="77777777" w:rsidR="00C35476" w:rsidRDefault="00000000">
      <w:r>
        <w:br/>
      </w:r>
    </w:p>
    <w:p w14:paraId="64419A6C" w14:textId="77777777" w:rsidR="00C35476" w:rsidRDefault="00000000">
      <w:r>
        <w:rPr>
          <w:b/>
        </w:rPr>
        <w:t>Apps:</w:t>
      </w:r>
      <w:r>
        <w:t xml:space="preserve"> Several apps offer support for individuals and couples working through relationship challenges, including those stemming from infidelity. Some apps provide tools for improving communication, managing emotions, and building stronger intimacy. Others offer journaling prompts, mindfulness exercises, or guided meditations to support emotional healing. Again, it is crucial to evaluate the app's credibility and ensure it aligns with your needs and values. Avoid apps that make unrealistic promises or offer simplistic solutions.</w:t>
      </w:r>
    </w:p>
    <w:p w14:paraId="43CE172C" w14:textId="77777777" w:rsidR="00C35476" w:rsidRDefault="00000000">
      <w:r>
        <w:br/>
        <w:t>When selecting an app, consider its features and functionality. Some apps offer a combination of educational materials, interactive exercises, and community support. Others focus on specific aspects of relationship repair, such as communication skills or conflict resolution. Read reviews and compare different apps to find one that best meets your individual needs and preferences. Remember that apps should supplement, not replace, professional support. They can be a helpful tool, but they cannot provide the personalized guidance and expertise of a licensed therapist.</w:t>
      </w:r>
    </w:p>
    <w:p w14:paraId="545BC913" w14:textId="77777777" w:rsidR="00C35476" w:rsidRDefault="00C35476"/>
    <w:p w14:paraId="603DD2CA" w14:textId="77777777" w:rsidR="00C35476" w:rsidRDefault="00000000">
      <w:r>
        <w:br/>
        <w:t>In addition to these resources, consider exploring podcasts and webinars focused on infidelity recovery and relationship repair. Many therapists and relationship experts create content in these formats, offering accessible and engaging information. By combining professional therapy, support groups, and these supplementary self-help resources, individuals can create a comprehensive strategy for healing and rebuilding a stronger, healthier relationship. Remember that the journey of recovery is unique to each individual and couple, and there is no one-size-fits-all solution. The key is to find the resources that resonate with your individual needs, fostering a path towards emotional healing, relationship restoration, and lasting well-being. This multifaceted approach, involving both professional guidance and self-directed efforts, enhances the potential for a successful and lasting recovery. The commitment to self-reflection, consistent effort, and a belief in the possibility of healing forms the cornerstone of this journey. It's a process that demands patience, compassion, and the understanding that setbacks are a natural part of the healing process. Celebrate small victories, acknowledge progress, and continue to nurture hope and commitment throughout your healing journey.</w:t>
      </w:r>
    </w:p>
    <w:p w14:paraId="3ECC7702" w14:textId="77777777" w:rsidR="00C35476" w:rsidRDefault="00C35476"/>
    <w:p w14:paraId="44FE6995" w14:textId="77777777" w:rsidR="00C35476" w:rsidRDefault="00000000">
      <w:r>
        <w:t>Maintaining long-term growth after the upheaval of infidelity requires a commitment to ongoing self-reflection and personal development. The work doesn't end with the completion of therapy or the resolution of immediate conflicts. Rather, it marks the beginning of a journey toward deeper self-understanding and a more resilient relationship. This ongoing process of personal growth is crucial not only for individual healing but also for fostering a healthier, more sustainable partnership.</w:t>
      </w:r>
    </w:p>
    <w:p w14:paraId="6F255B82" w14:textId="77777777" w:rsidR="00C35476" w:rsidRDefault="00000000">
      <w:r>
        <w:br/>
        <w:t>One of the most powerful tools for self-reflection is journaling. Regularly writing down your thoughts, feelings, and experiences can provide a valuable outlet for processing emotions, identifying patterns, and gaining clarity. It allows you to explore the complexities of your emotions without judgment, creating space for self-compassion and understanding. Consider journaling prompts such as: "What are my biggest emotional triggers related to the infidelity?", "How have I changed since the infidelity?", "What are my strengths and weaknesses in relationships?", "What are my needs and expectations in a relationship?", and "What steps can I take to cultivate self-compassion and self-care?". The act of writing itself can be therapeutic, allowing you to articulate your internal world and uncover hidden insights. It’s not about creating a perfectly crafted narrative; it's about giving voice to your experiences and fostering self-awareness.</w:t>
      </w:r>
    </w:p>
    <w:p w14:paraId="07347707" w14:textId="77777777" w:rsidR="00C35476" w:rsidRDefault="00C35476"/>
    <w:p w14:paraId="02C6F122" w14:textId="77777777" w:rsidR="00C35476" w:rsidRDefault="00000000">
      <w:r>
        <w:br/>
        <w:t xml:space="preserve">Mindfulness practices, such as meditation and deep breathing exercises, can be incredibly </w:t>
      </w:r>
      <w:r>
        <w:lastRenderedPageBreak/>
        <w:t>helpful in managing stress, anxiety, and overwhelming emotions. These practices encourage present moment awareness, helping you to detach from rumination and cultivate a sense of calm. Regular mindfulness can improve emotional regulation, making it easier to navigate challenging situations and respond with greater intention rather than reacting impulsively. Numerous apps and guided meditations are available to help you begin a mindfulness practice, tailoring it to your specific needs and preferences. Even dedicating just a few minutes each day to mindful breathing can have a profound impact on your emotional well-being.</w:t>
      </w:r>
    </w:p>
    <w:p w14:paraId="251D5190" w14:textId="77777777" w:rsidR="00C35476" w:rsidRDefault="00C35476"/>
    <w:p w14:paraId="70CEBB3B" w14:textId="77777777" w:rsidR="00C35476" w:rsidRDefault="00000000">
      <w:r>
        <w:br/>
        <w:t>Engaging in personal development exercises can further enhance self-understanding and growth. This could involve exploring personal values, identifying limiting beliefs, or developing healthier coping mechanisms. Consider working with a therapist or life coach to guide you through this process, providing personalized support and feedback. Activities like exploring personality assessments (like the Myers-Briggs Type Indicator or Enneagram) can offer valuable insights into your strengths, weaknesses, and communication styles, enhancing self-awareness and improving interactions within your relationship. Understanding your own patterns and tendencies can help you break free from unhelpful behaviors and cultivate healthier relational dynamics.</w:t>
      </w:r>
    </w:p>
    <w:p w14:paraId="45F1C6F0" w14:textId="77777777" w:rsidR="00C35476" w:rsidRDefault="00C35476"/>
    <w:p w14:paraId="6769AC71" w14:textId="77777777" w:rsidR="00C35476" w:rsidRDefault="00000000">
      <w:r>
        <w:br/>
        <w:t>For the betrayed partner, this process often involves confronting feelings of betrayal, anger, sadness, and confusion. Self-reflection becomes a pathway to understanding not only the partner’s actions but also your own vulnerabilities and needs. It allows for the exploration of attachment styles and patterns of relating that might have contributed to the vulnerability to infidelity. This self-awareness can lead to healthier relationship choices in the future. Journaling prompts can focus on processing the emotional aftermath of the betrayal, identifying personal triggers, and exploring how to build greater self-esteem and resilience.</w:t>
      </w:r>
    </w:p>
    <w:p w14:paraId="5C096149" w14:textId="77777777" w:rsidR="00C35476" w:rsidRDefault="00C35476"/>
    <w:p w14:paraId="6EE61F7C" w14:textId="77777777" w:rsidR="00C35476" w:rsidRDefault="00000000">
      <w:r>
        <w:br/>
        <w:t>For the betraying partner, self-reflection is crucial for taking full responsibility for their actions and understanding the underlying issues that contributed to the infidelity. This involves delving into their own emotional landscape, addressing any personal insecurities, unresolved traumas, or communication difficulties that might have played a role. Journaling prompts could center on identifying the motivations behind the infidelity, acknowledging the pain caused, and committing to making amends and preventing future betrayals. This process necessitates honesty, self-compassion, and a willingness to confront difficult truths.</w:t>
      </w:r>
    </w:p>
    <w:p w14:paraId="0D52BC74" w14:textId="77777777" w:rsidR="00C35476" w:rsidRDefault="00C35476"/>
    <w:p w14:paraId="3A1470E7" w14:textId="77777777" w:rsidR="00C35476" w:rsidRDefault="00000000">
      <w:r>
        <w:lastRenderedPageBreak/>
        <w:br/>
        <w:t>Beyond individual introspection, couples should engage in joint self-reflection exercises. These shared experiences can enhance communication, empathy, and mutual understanding. Regular check-ins, focused on emotional processing and relational needs, can prevent the recurrence of harmful patterns. Open and honest communication, devoid of blame, becomes a foundation for building a stronger, more resilient partnership. Activities like shared journaling, where both partners contribute to a single journal, can foster a sense of shared experience and mutual support. Alternatively, couples might explore guided exercises focused on vulnerability, empathy, and active listening. The goal is not to relive the pain of the infidelity repeatedly but to use it as a catalyst for growth and transformation.</w:t>
      </w:r>
    </w:p>
    <w:p w14:paraId="3D3C21B0" w14:textId="77777777" w:rsidR="00C35476" w:rsidRDefault="00C35476"/>
    <w:p w14:paraId="46E539A0" w14:textId="77777777" w:rsidR="00C35476" w:rsidRDefault="00000000">
      <w:r>
        <w:br/>
        <w:t>Continuing education on relationship dynamics, communication skills, and healthy conflict resolution can significantly enhance the long-term success of the relationship. Attending workshops, seminars, or online courses can provide couples with tools and strategies for navigating future challenges. Understanding different communication styles, learning how to effectively express needs and boundaries, and developing conflict resolution skills are invaluable in building a healthy and sustainable relationship. These resources can supplement the work done in therapy, reinforcing the lessons learned and providing a framework for long-term growth.</w:t>
      </w:r>
    </w:p>
    <w:p w14:paraId="62E07D0C" w14:textId="77777777" w:rsidR="00C35476" w:rsidRDefault="00C35476"/>
    <w:p w14:paraId="592A31F7" w14:textId="77777777" w:rsidR="00C35476" w:rsidRDefault="00000000">
      <w:r>
        <w:br/>
        <w:t>The process of healing and rebuilding after infidelity is not a linear progression. There will be setbacks, moments of doubt, and challenges that require patience and persistence. Self-compassion is crucial throughout this journey. Acknowledging that mistakes are a part of life, learning from them, and showing kindness to oneself and one’s partner is vital for navigating difficult emotions and building resilience. Celebrating small victories, acknowledging progress, and maintaining a focus on hope are important aspects of maintaining momentum in the healing process.</w:t>
      </w:r>
    </w:p>
    <w:p w14:paraId="42CBAD31" w14:textId="77777777" w:rsidR="00C35476" w:rsidRDefault="00C35476"/>
    <w:p w14:paraId="1AC01030" w14:textId="77777777" w:rsidR="00C35476" w:rsidRDefault="00000000">
      <w:r>
        <w:br/>
        <w:t xml:space="preserve">Ultimately, maintaining long-term growth after infidelity necessitates a commitment to continuous self-improvement and relational work. It requires consistent effort, self-reflection, and a willingness to learn and grow as individuals and as a couple. By embracing self-care practices, engaging in personal development, and continuing to nurture the relationship, couples can transform the experience of infidelity into an opportunity for deeper connection, enhanced resilience, and a stronger, more enduring bond. The journey may be challenging, but the potential rewards – a deeper understanding of oneself, a stronger relationship, and enhanced emotional maturity – are significant and lasting. The </w:t>
      </w:r>
      <w:r>
        <w:lastRenderedPageBreak/>
        <w:t>focus must always remain on building a healthier, happier, and more fulfilling future, together.</w:t>
      </w:r>
    </w:p>
    <w:p w14:paraId="5539BDAE" w14:textId="77777777" w:rsidR="00C35476" w:rsidRDefault="00C35476"/>
    <w:p w14:paraId="232E978D" w14:textId="77777777" w:rsidR="00C35476" w:rsidRDefault="00000000">
      <w:r>
        <w:t>Celebrating milestones is not merely about acknowledging achievements; it's about actively reinforcing the positive changes and strengthening the commitment to the healing process. After weathering the storm of infidelity, even small steps forward deserve recognition. These celebrations shouldn't feel forced or superficial; rather, they should genuinely reflect the hard work and dedication both partners have invested in rebuilding their relationship. This active acknowledgment fuels motivation, fostering a sense of accomplishment and providing the necessary momentum to continue the journey.</w:t>
      </w:r>
    </w:p>
    <w:p w14:paraId="4D78BFCF" w14:textId="77777777" w:rsidR="00C35476" w:rsidRDefault="00000000">
      <w:r>
        <w:br/>
        <w:t>One effective method is to establish a shared "milestone journal." This isn't a clinical record of therapy sessions, but a chronicle of the couple's journey. Within this journal, you can record significant moments, both large and small. This could include the date of the first genuinely honest conversation after the revelation of the infidelity, the day you both agreed on a new boundary, the successful navigation of a particularly challenging conflict, the first time you felt a genuine spark of intimacy return, or the anniversary of committing to the healing process. Each entry should not only chronicle the event but also reflect on the emotions associated with it. What did it feel like to achieve this milestone? What were the challenges overcome? What did you learn about yourselves and your relationship in the process?</w:t>
      </w:r>
    </w:p>
    <w:p w14:paraId="2C633BE5" w14:textId="77777777" w:rsidR="00C35476" w:rsidRDefault="00C35476"/>
    <w:p w14:paraId="75FD95E8" w14:textId="77777777" w:rsidR="00C35476" w:rsidRDefault="00000000">
      <w:r>
        <w:br/>
        <w:t>The entries can also include photographs, mementos, or even small handwritten notes. This tactile element adds an extra layer of emotional connection to the journal, creating a tangible record of your journey. This journal is a shared testament to your resilience, your commitment, and your shared victory in navigating the difficult terrain of infidelity. Revisiting this journal during periods of doubt or frustration can provide a powerful reminder of how far you've come and the strength you've demonstrated as a couple.</w:t>
      </w:r>
    </w:p>
    <w:p w14:paraId="1C6CDDB2" w14:textId="77777777" w:rsidR="00C35476" w:rsidRDefault="00C35476"/>
    <w:p w14:paraId="1781A53F" w14:textId="77777777" w:rsidR="00C35476" w:rsidRDefault="00000000">
      <w:r>
        <w:br/>
        <w:t>Beyond the milestone journal, consider celebrating these achievements in other meaningful ways. This could range from small gestures of appreciation to more elaborate celebrations, tailored to your individual preferences and resources. A simple candlelit dinner, a weekend getaway, a heartfelt letter expressing gratitude, or even a shared hobby or activity that you both enjoy can all serve as powerful reminders of your commitment to each other and the progress you’ve made. The key is to make these celebrations authentic and reflective of your relationship's unique dynamics.</w:t>
      </w:r>
    </w:p>
    <w:p w14:paraId="63AD2279" w14:textId="77777777" w:rsidR="00C35476" w:rsidRDefault="00C35476"/>
    <w:p w14:paraId="04106BD4" w14:textId="77777777" w:rsidR="00C35476" w:rsidRDefault="00000000">
      <w:r>
        <w:br/>
        <w:t>Setting realistic goals is crucial for maintaining momentum and preventing burnout. The healing process is not a sprint; it's a marathon. Trying to accomplish too much too quickly can lead to frustration and discouragement. Instead, focus on setting small, achievable goals that build upon each other over time. These goals should be SMART—Specific, Measurable, Achievable, Relevant, and Time-bound. For example, instead of a broad goal like "improve communication," a SMART goal could be: "Engage in 15 minutes of active listening practice every evening this week." Or, instead of "rebuild trust," a SMART goal could be: "Share one vulnerable feeling with my partner during our next conversation."</w:t>
      </w:r>
    </w:p>
    <w:p w14:paraId="05055EC3" w14:textId="77777777" w:rsidR="00C35476" w:rsidRDefault="00C35476"/>
    <w:p w14:paraId="3A1121E7" w14:textId="77777777" w:rsidR="00C35476" w:rsidRDefault="00000000">
      <w:r>
        <w:br/>
        <w:t>These incremental goals allow for consistent progress, fostering a sense of accomplishment and preventing feelings of overwhelm. Regularly reviewing and adjusting these goals is also essential. The healing process is dynamic; your needs and priorities may change over time. Flexibility and adaptation are crucial in maintaining a positive trajectory. Consider weekly or bi-weekly check-ins with your partner to discuss progress, adjust goals, and celebrate achievements. This structured approach helps to maintain focus, provide a sense of direction, and reinforce the commitment to the healing journey.</w:t>
      </w:r>
    </w:p>
    <w:p w14:paraId="3E4E6433" w14:textId="77777777" w:rsidR="00C35476" w:rsidRDefault="00C35476"/>
    <w:p w14:paraId="6066C4BA" w14:textId="77777777" w:rsidR="00C35476" w:rsidRDefault="00000000">
      <w:r>
        <w:br/>
        <w:t>One of the most common mistakes couples make during this process is focusing solely on the negative aspects of the infidelity. While acknowledging the pain and hurt is essential, dwelling on it can hinder progress. Active focus on the positive aspects of the journey – the improvements made, the renewed understanding, and the growing strength of your relationship – is equally important. Celebrating milestones helps shift the focus from the past trauma to the present progress and future possibilities. This shift in perspective is essential for creating a hopeful and optimistic outlook on the future of your relationship.</w:t>
      </w:r>
    </w:p>
    <w:p w14:paraId="6196095B" w14:textId="77777777" w:rsidR="00C35476" w:rsidRDefault="00C35476"/>
    <w:p w14:paraId="53F1D694" w14:textId="77777777" w:rsidR="00C35476" w:rsidRDefault="00000000">
      <w:r>
        <w:br/>
        <w:t>Involving a therapist or counselor can add an extra layer of support and guidance throughout this process. A therapist can provide objective feedback, help you set realistic goals, and assist you in navigating challenging situations. They can also help you identify and address potential obstacles that might hinder your progress. Regular therapy sessions serve as a consistent check-in, allowing for a safe space to discuss your progress, struggles, and any emerging issues. The therapist can offer strategies and tools to overcome difficulties and maintain momentum. Their expertise in relationship dynamics and trauma-informed care provides valuable insight and support throughout the healing process.</w:t>
      </w:r>
    </w:p>
    <w:p w14:paraId="7FC1C287" w14:textId="77777777" w:rsidR="00C35476" w:rsidRDefault="00C35476"/>
    <w:p w14:paraId="4750C248" w14:textId="77777777" w:rsidR="00C35476" w:rsidRDefault="00000000">
      <w:r>
        <w:br/>
        <w:t>Remember that the process of healing after infidelity is unique to each couple. There is no one-size-fits-all approach. What works for one couple may not work for another. It’s crucial to be flexible and adaptive, to listen to your own needs and those of your partner, and to adjust your strategies as necessary. Celebrating milestones is about acknowledging your personal journey, recognizing your shared efforts, and fostering a renewed sense of hope and optimism. It’s about acknowledging the hard work done, the courage displayed, and the unwavering commitment to rebuilding a stronger, healthier, and more fulfilling relationship.</w:t>
      </w:r>
    </w:p>
    <w:p w14:paraId="003A2D23" w14:textId="77777777" w:rsidR="00C35476" w:rsidRDefault="00C35476"/>
    <w:p w14:paraId="52E2372F" w14:textId="77777777" w:rsidR="00C35476" w:rsidRDefault="00000000">
      <w:r>
        <w:br/>
        <w:t>The importance of self-compassion during this challenging process cannot be overstated. There will be setbacks; there will be moments of doubt and frustration. These are normal parts of the healing journey. Instead of self-criticism, offer yourselves understanding and kindness. Recognize that healing takes time, and that progress is not always linear. Celebrate the small victories, acknowledge the challenges overcome, and reaffirm your commitment to the healing process.</w:t>
      </w:r>
    </w:p>
    <w:p w14:paraId="4B6BEB01" w14:textId="77777777" w:rsidR="00C35476" w:rsidRDefault="00C35476"/>
    <w:p w14:paraId="062360EE" w14:textId="77777777" w:rsidR="00C35476" w:rsidRDefault="00000000">
      <w:r>
        <w:br/>
        <w:t>Consider integrating acts of self-care into your celebration routines. This is not about indulgent extravagance but intentional acts of nurturing and replenishment. A relaxing bath, a nature walk, a good book, or a quiet evening of meditation—these are not frivolous distractions but essential elements of the healing process. Self-care allows for emotional regulation, stress reduction, and the restoration of energy needed to continue the work of rebuilding your relationship. When you take care of yourselves, individually and as a couple, you are better equipped to navigate the challenges and celebrate the achievements of your journey.</w:t>
      </w:r>
    </w:p>
    <w:p w14:paraId="164A3C97" w14:textId="77777777" w:rsidR="00C35476" w:rsidRDefault="00C35476"/>
    <w:p w14:paraId="39033430" w14:textId="77777777" w:rsidR="00C35476" w:rsidRDefault="00000000">
      <w:r>
        <w:br/>
        <w:t>The ultimate goal is not simply to "fix" the relationship but to create a stronger, healthier, and more resilient partnership. The experience of infidelity, while painful, can also serve as a catalyst for growth and transformation. By actively celebrating milestones, setting realistic goals, and embracing self-compassion, couples can transform this difficult experience into an opportunity for deeper connection, enhanced understanding, and a renewed commitment to their shared future. The journey will have its ups and downs, but the consistent effort to celebrate even small steps forward will significantly impact the overall outcome and strengthen the bonds between partners.</w:t>
      </w:r>
    </w:p>
    <w:p w14:paraId="4AF5EC47" w14:textId="77777777" w:rsidR="00C35476" w:rsidRDefault="00C35476"/>
    <w:p w14:paraId="57764DA3" w14:textId="77777777" w:rsidR="00C35476" w:rsidRDefault="00000000">
      <w:r>
        <w:br/>
        <w:t>Consider creative ways to celebrate milestones that resonate with your individual preferences. For example, if you enjoy cooking together, you could create a special meal to celebrate a significant breakthrough in communication. If you enjoy outdoor activities, a hike or a bike ride could mark the completion of a challenging phase of therapy. The essence of the celebration lies in the shared experience and the acknowledgment of progress. Personalizing the celebrations adds a unique and meaningful touch, reinforcing the importance of your shared journey and strengthening your bond. The creative expression strengthens the emotional connection between partners, reinforcing their commitment and providing lasting memories of their healing journey.</w:t>
      </w:r>
    </w:p>
    <w:p w14:paraId="708D4AFE" w14:textId="77777777" w:rsidR="00C35476" w:rsidRDefault="00C35476"/>
    <w:p w14:paraId="7782D7E0" w14:textId="77777777" w:rsidR="00C35476" w:rsidRDefault="00000000">
      <w:r>
        <w:br/>
        <w:t>The creation of new rituals can also serve as potent reminders of your commitment and the progress made. These new rituals could involve regular date nights, weekly check-in conversations, or even a shared meditation practice. These rituals, carefully designed to nurture connection and intimacy, help solidify the positive changes and foster a renewed sense of togetherness. Regular engagement in these rituals reinforces your commitment to building a stronger relationship and provides ongoing opportunities for celebration and mutual support. The repetition builds momentum, making progress a tangible and consistent aspect of your relationship.</w:t>
      </w:r>
    </w:p>
    <w:p w14:paraId="71A091E6" w14:textId="77777777" w:rsidR="00C35476" w:rsidRDefault="00C35476"/>
    <w:p w14:paraId="380A298E" w14:textId="77777777" w:rsidR="00C35476" w:rsidRDefault="00000000">
      <w:r>
        <w:br/>
        <w:t>In conclusion, the process of healing after infidelity requires time, patience, and a willingness to work together. Celebrating milestones is not an optional step but an integral part of the healing journey. By consciously acknowledging progress, both small and large, setting achievable goals, and consistently celebrating your achievements, you not only reinforce the positive changes but also provide yourselves with the motivation and encouragement needed to continue forward. This ongoing celebration of milestones fosters resilience, strengthens your bond, and ultimately leads to a healthier, happier, and more fulfilling relationship. Embrace the journey, celebrate the victories, and remember that the future holds the potential for a stronger and more resilient partnership than before. The road may be challenging, but the rewards of a rebuilt and fortified relationship are immeasurable.</w:t>
      </w:r>
    </w:p>
    <w:p w14:paraId="78E8EFF1" w14:textId="77777777" w:rsidR="00C35476" w:rsidRDefault="00C35476"/>
    <w:p w14:paraId="1B49FC12" w14:textId="77777777" w:rsidR="00C35476" w:rsidRDefault="00000000">
      <w:r>
        <w:br w:type="page"/>
      </w:r>
    </w:p>
    <w:p w14:paraId="0057FA69" w14:textId="77777777" w:rsidR="00C35476" w:rsidRDefault="00000000">
      <w:pPr>
        <w:spacing w:before="5040"/>
        <w:jc w:val="center"/>
      </w:pPr>
      <w:r>
        <w:lastRenderedPageBreak/>
        <w:t xml:space="preserve"> Back Matter</w:t>
      </w:r>
    </w:p>
    <w:p w14:paraId="4A2E46A4" w14:textId="77777777" w:rsidR="00C35476" w:rsidRDefault="00000000">
      <w:r>
        <w:t>I am deeply grateful to the many individuals who contributed to the creation of this book. First and foremost, I thank the couples who bravely shared their stories and experiences, allowing me to gain a deeper understanding of the complexities of infidelity and the journey toward healing. Their vulnerability and willingness to participate were instrumental in shaping the content and providing a powerful human element to this guide.</w:t>
      </w:r>
    </w:p>
    <w:p w14:paraId="6C58D9C5" w14:textId="77777777" w:rsidR="00C35476" w:rsidRDefault="00000000">
      <w:r>
        <w:br/>
        <w:t>I also extend my sincere appreciation to my colleagues in the field of marriage and family therapy, whose insights and expertise have greatly enriched my understanding of trauma-informed care and relationship repair. Their ongoing support and encouragement have been invaluable. A special thank you to [Name(s) of specific colleagues or mentors], whose guidance and feedback were particularly helpful in refining the structure and content of this book.</w:t>
      </w:r>
    </w:p>
    <w:p w14:paraId="27A73AC7" w14:textId="77777777" w:rsidR="00C35476" w:rsidRDefault="00C35476"/>
    <w:p w14:paraId="5586A076" w14:textId="77777777" w:rsidR="00C35476" w:rsidRDefault="00000000">
      <w:r>
        <w:br/>
        <w:t>I am also indebted to [Name(s) of editors, agents, or other professionals involved], whose dedication and professionalism made this project possible. Their patience, insightful editing, and unwavering belief in this work were crucial to its completion.</w:t>
      </w:r>
    </w:p>
    <w:p w14:paraId="28C6A33D" w14:textId="77777777" w:rsidR="00C35476" w:rsidRDefault="00C35476"/>
    <w:p w14:paraId="677122DD" w14:textId="77777777" w:rsidR="00C35476" w:rsidRDefault="00000000">
      <w:r>
        <w:br/>
        <w:t>Finally, I would like to extend my heartfelt thanks to my family and friends for their unwavering love and support throughout the writing process. Their patience and understanding allowed me the time and space to focus on this critical endeavor. This book is dedicated to them.</w:t>
      </w:r>
    </w:p>
    <w:p w14:paraId="7A5371F7" w14:textId="77777777" w:rsidR="00C35476" w:rsidRDefault="00C35476"/>
    <w:p w14:paraId="6E481055" w14:textId="77777777" w:rsidR="00C35476" w:rsidRDefault="00000000">
      <w:r>
        <w:t>This appendix contains supplementary resources to aid couples in their healing journey:</w:t>
      </w:r>
    </w:p>
    <w:p w14:paraId="5DA7739B" w14:textId="77777777" w:rsidR="00C35476" w:rsidRDefault="00000000">
      <w:r>
        <w:br/>
      </w:r>
    </w:p>
    <w:p w14:paraId="7C0ADC58" w14:textId="77777777" w:rsidR="00C35476" w:rsidRDefault="00000000">
      <w:r>
        <w:rPr>
          <w:b/>
        </w:rPr>
        <w:t>Resource List:</w:t>
      </w:r>
      <w:r>
        <w:t xml:space="preserve"> A curated list of online resources, support groups, and books focusing on infidelity recovery, trauma healing, and relationship repair. This list includes websites, helplines, and organizations that offer support and information.</w:t>
      </w:r>
    </w:p>
    <w:p w14:paraId="47B41068" w14:textId="77777777" w:rsidR="00C35476" w:rsidRDefault="00000000">
      <w:r>
        <w:br/>
      </w:r>
    </w:p>
    <w:p w14:paraId="61E64A1C" w14:textId="77777777" w:rsidR="00C35476" w:rsidRDefault="00000000">
      <w:r>
        <w:rPr>
          <w:b/>
        </w:rPr>
        <w:lastRenderedPageBreak/>
        <w:t>Sample Journal Prompts:</w:t>
      </w:r>
      <w:r>
        <w:t xml:space="preserve"> A collection of additional journaling prompts designed to stimulate reflection and deeper self-understanding at various stages of the RESTORE process. These prompts can be used to supplement the prompts included in the main text.</w:t>
      </w:r>
    </w:p>
    <w:p w14:paraId="5AB5F654" w14:textId="77777777" w:rsidR="00C35476" w:rsidRDefault="00000000">
      <w:r>
        <w:br/>
      </w:r>
    </w:p>
    <w:p w14:paraId="11B7CC69" w14:textId="77777777" w:rsidR="00C35476" w:rsidRDefault="00000000">
      <w:r>
        <w:rPr>
          <w:b/>
        </w:rPr>
        <w:t>Worksheet Templates:</w:t>
      </w:r>
      <w:r>
        <w:t xml:space="preserve"> Downloadable worksheet templates to assist couples in collaboratively setting goals, tracking progress, and addressing specific challenges within each stage of the RESTORE process. These tools are intended to facilitate open communication and create a structured approach to healing.</w:t>
      </w:r>
    </w:p>
    <w:p w14:paraId="53298E18" w14:textId="77777777" w:rsidR="00C35476" w:rsidRDefault="00000000">
      <w:r>
        <w:t>This glossary defines key terms used throughout the book:</w:t>
      </w:r>
    </w:p>
    <w:p w14:paraId="7C3D002A" w14:textId="77777777" w:rsidR="00C35476" w:rsidRDefault="00000000">
      <w:r>
        <w:br/>
      </w:r>
    </w:p>
    <w:p w14:paraId="4B3C361B" w14:textId="77777777" w:rsidR="00C35476" w:rsidRDefault="00000000">
      <w:r>
        <w:rPr>
          <w:b/>
        </w:rPr>
        <w:t>Active Listening:</w:t>
      </w:r>
      <w:r>
        <w:t xml:space="preserve"> A communication technique involving fully concentrating on what the other person is saying, understanding their perspective, responding thoughtfully, and providing feedback to ensure understanding.</w:t>
      </w:r>
    </w:p>
    <w:p w14:paraId="5FF4848C" w14:textId="77777777" w:rsidR="00C35476" w:rsidRDefault="00000000">
      <w:r>
        <w:br/>
      </w:r>
    </w:p>
    <w:p w14:paraId="428DC76D" w14:textId="77777777" w:rsidR="00C35476" w:rsidRDefault="00000000">
      <w:r>
        <w:rPr>
          <w:b/>
        </w:rPr>
        <w:t>Attachment Theory:</w:t>
      </w:r>
      <w:r>
        <w:t xml:space="preserve"> A psychological theory that explores the patterns of relating to others, formed early in life, that significantly impact adult relationships.</w:t>
      </w:r>
    </w:p>
    <w:p w14:paraId="54286EE6" w14:textId="77777777" w:rsidR="00C35476" w:rsidRDefault="00000000">
      <w:r>
        <w:br/>
      </w:r>
    </w:p>
    <w:p w14:paraId="2E334047" w14:textId="77777777" w:rsidR="00C35476" w:rsidRDefault="00000000">
      <w:r>
        <w:rPr>
          <w:b/>
        </w:rPr>
        <w:t>Boundary Setting:</w:t>
      </w:r>
      <w:r>
        <w:t xml:space="preserve"> The process of establishing clear limits in a relationship to protect personal well-being and ensure healthy communication and interaction.</w:t>
      </w:r>
    </w:p>
    <w:p w14:paraId="7F35ABA5" w14:textId="77777777" w:rsidR="00C35476" w:rsidRDefault="00000000">
      <w:r>
        <w:br/>
      </w:r>
    </w:p>
    <w:p w14:paraId="4906E090" w14:textId="77777777" w:rsidR="00C35476" w:rsidRDefault="00000000">
      <w:r>
        <w:rPr>
          <w:b/>
        </w:rPr>
        <w:t>Emotional Regulation:</w:t>
      </w:r>
      <w:r>
        <w:t xml:space="preserve"> The ability to manage and respond to one's emotions in a healthy and adaptive way.</w:t>
      </w:r>
    </w:p>
    <w:p w14:paraId="27E1C576" w14:textId="77777777" w:rsidR="00C35476" w:rsidRDefault="00000000">
      <w:r>
        <w:br/>
      </w:r>
    </w:p>
    <w:p w14:paraId="1B610ED8" w14:textId="77777777" w:rsidR="00C35476" w:rsidRDefault="00000000">
      <w:r>
        <w:rPr>
          <w:b/>
        </w:rPr>
        <w:t>Infidelity:</w:t>
      </w:r>
      <w:r>
        <w:t xml:space="preserve"> A breach of trust in a committed relationship involving emotional or physical intimacy with someone other than one's partner.</w:t>
      </w:r>
    </w:p>
    <w:p w14:paraId="7583392D" w14:textId="77777777" w:rsidR="00C35476" w:rsidRDefault="00000000">
      <w:r>
        <w:br/>
      </w:r>
    </w:p>
    <w:p w14:paraId="463562D7" w14:textId="77777777" w:rsidR="00C35476" w:rsidRDefault="00000000">
      <w:r>
        <w:rPr>
          <w:b/>
        </w:rPr>
        <w:lastRenderedPageBreak/>
        <w:t>SMART Goals:</w:t>
      </w:r>
      <w:r>
        <w:t xml:space="preserve"> Goals that are Specific, Measurable, Achievable, Relevant, and Time-bound.</w:t>
      </w:r>
    </w:p>
    <w:p w14:paraId="091DB6BD" w14:textId="77777777" w:rsidR="00C35476" w:rsidRDefault="00000000">
      <w:r>
        <w:br/>
      </w:r>
    </w:p>
    <w:p w14:paraId="53F821F6" w14:textId="77777777" w:rsidR="00C35476" w:rsidRDefault="00000000">
      <w:r>
        <w:rPr>
          <w:b/>
        </w:rPr>
        <w:t>Trauma-Informed Care:</w:t>
      </w:r>
      <w:r>
        <w:t xml:space="preserve"> An approach to treatment that acknowledges the impact of trauma and incorporates strategies to foster safety, trust, collaboration, and empowerment.</w:t>
      </w:r>
    </w:p>
    <w:p w14:paraId="713BC822" w14:textId="77777777" w:rsidR="00C35476" w:rsidRDefault="00000000">
      <w:r>
        <w:t>[This section would list all cited sources, using a consistent citation style such as APA or MLA. Due to the absence of specific citations in the provided text, a sample entry is provided below. A comprehensive list would need to be generated based on the full manuscript.]</w:t>
      </w:r>
    </w:p>
    <w:p w14:paraId="1D79C487" w14:textId="77777777" w:rsidR="00C35476" w:rsidRDefault="00000000">
      <w:r>
        <w:br/>
        <w:t>Example:</w:t>
      </w:r>
    </w:p>
    <w:p w14:paraId="63753267" w14:textId="77777777" w:rsidR="00C35476" w:rsidRDefault="00C35476"/>
    <w:p w14:paraId="221B7E93" w14:textId="77777777" w:rsidR="00C35476" w:rsidRDefault="00000000">
      <w:r>
        <w:br/>
        <w:t xml:space="preserve">Gottman, J. M. (1999). </w:t>
      </w:r>
    </w:p>
    <w:p w14:paraId="13D38920" w14:textId="77777777" w:rsidR="00C35476" w:rsidRDefault="00000000">
      <w:r>
        <w:rPr>
          <w:i/>
        </w:rPr>
        <w:t>The marriage clinic: A scientifically based marital therapy</w:t>
      </w:r>
      <w:r>
        <w:t>. W. W. Norton &amp; Company.</w:t>
      </w:r>
    </w:p>
    <w:sectPr w:rsidR="00C35476"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913193214">
    <w:abstractNumId w:val="8"/>
  </w:num>
  <w:num w:numId="2" w16cid:durableId="1088573552">
    <w:abstractNumId w:val="6"/>
  </w:num>
  <w:num w:numId="3" w16cid:durableId="110252134">
    <w:abstractNumId w:val="5"/>
  </w:num>
  <w:num w:numId="4" w16cid:durableId="462043168">
    <w:abstractNumId w:val="4"/>
  </w:num>
  <w:num w:numId="5" w16cid:durableId="1009601149">
    <w:abstractNumId w:val="7"/>
  </w:num>
  <w:num w:numId="6" w16cid:durableId="1318655087">
    <w:abstractNumId w:val="3"/>
  </w:num>
  <w:num w:numId="7" w16cid:durableId="423838776">
    <w:abstractNumId w:val="2"/>
  </w:num>
  <w:num w:numId="8" w16cid:durableId="1225530101">
    <w:abstractNumId w:val="1"/>
  </w:num>
  <w:num w:numId="9" w16cid:durableId="16916450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7"/>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422CBE"/>
    <w:rsid w:val="004C0F6B"/>
    <w:rsid w:val="004C125B"/>
    <w:rsid w:val="00AA1D8D"/>
    <w:rsid w:val="00B47730"/>
    <w:rsid w:val="00C35476"/>
    <w:rsid w:val="00CB0664"/>
    <w:rsid w:val="00F275E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6979820"/>
  <w14:defaultImageDpi w14:val="300"/>
  <w15:docId w15:val="{9771698D-3411-D047-911C-91B51E6EB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Cs/>
      <w:color w:val="000000"/>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b/>
      <w:color w:val="000000"/>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b/>
      <w:iCs/>
      <w:color w:val="000000"/>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b/>
      <w:iCs/>
      <w:color w:val="000000"/>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b/>
      <w:color w:val="000000"/>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b/>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i w:val="0"/>
      <w:color w:val="000000"/>
      <w:sz w:val="28"/>
      <w:szCs w:val="28"/>
      <w:u w:val="none"/>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i w:val="0"/>
      <w:color w:val="000000"/>
      <w:sz w:val="26"/>
      <w:szCs w:val="26"/>
      <w:u w:val="none"/>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i w:val="0"/>
      <w:color w:val="000000"/>
      <w:u w:val="none"/>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val="0"/>
      <w:iCs/>
      <w:color w:val="000000"/>
      <w:u w:val="none"/>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b/>
      <w:i w:val="0"/>
      <w:color w:val="000000"/>
      <w:u w:val="none"/>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b/>
      <w:i w:val="0"/>
      <w:iCs/>
      <w:color w:val="000000"/>
      <w:u w:val="none"/>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b/>
      <w:i w:val="0"/>
      <w:iCs/>
      <w:color w:val="000000"/>
      <w:u w:val="none"/>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b/>
      <w:i w:val="0"/>
      <w:color w:val="000000"/>
      <w:sz w:val="20"/>
      <w:szCs w:val="20"/>
      <w:u w:val="none"/>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b/>
      <w:i w:val="0"/>
      <w:iCs/>
      <w:color w:val="000000"/>
      <w:sz w:val="20"/>
      <w:szCs w:val="20"/>
      <w:u w:val="none"/>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101</Pages>
  <Words>36786</Words>
  <Characters>209683</Characters>
  <Application>Microsoft Office Word</Application>
  <DocSecurity>0</DocSecurity>
  <Lines>1747</Lines>
  <Paragraphs>491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245978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Todd, PhD, LCMHC</dc:creator>
  <cp:keywords/>
  <dc:description>generated by python-docx</dc:description>
  <cp:lastModifiedBy>Carlos Todd, PhD, LCMHC</cp:lastModifiedBy>
  <cp:revision>2</cp:revision>
  <dcterms:created xsi:type="dcterms:W3CDTF">2025-08-12T02:15:00Z</dcterms:created>
  <dcterms:modified xsi:type="dcterms:W3CDTF">2025-08-12T02:15:00Z</dcterms:modified>
  <cp:category/>
</cp:coreProperties>
</file>