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5040"/>
      </w:pPr>
      <w:r>
        <w:t/>
      </w:r>
    </w:p>
    <w:p>
      <w:pPr>
        <w:jc w:val="center"/>
      </w:pPr>
      <w:r>
        <w:rPr/>
        <w:t xml:space="preserve"> Committed &amp; Connected: Using the C.O.N.N.E.C.T.  to Restores Couples Closeness</w:t>
      </w:r>
    </w:p>
    <w:p>
      <w:pPr>
        <w:jc w:val="center"/>
      </w:pPr>
      <w:r>
        <w:t>by</w:t>
      </w:r>
    </w:p>
    <w:p>
      <w:pPr>
        <w:jc w:val="center"/>
      </w:pPr>
      <w:r>
        <w:t>Carlos Todd</w:t>
      </w:r>
    </w:p>
    <w:p>
      <w:r>
        <w:br w:type="page"/>
      </w:r>
    </w:p>
    <w:p>
      <w:pPr>
        <w:spacing w:before="5040"/>
        <w:jc w:val="center"/>
      </w:pPr>
      <w:r>
        <w:rPr/>
        <w:t xml:space="preserve"> Front Matter</w:t>
      </w:r>
    </w:p>
    <w:p>
      <w:r>
        <w:t>To every couple who has ever felt the quiet drift, the growing distance, the longing for a deeper connection that seems just out of reach. This book is for you. It is a testament to the enduring power of commitment, the resilience of love, and the profound beauty that can be rediscovered when we choose to nurture our most important relationship. To my own beloved partner, whose unwavering presence and love have been my greatest inspiration and grounding force – thank you for walking this journey with me, for the countless conversations that sparked insights, and for being my constant reminder of what it means to be truly connected. May this work serve as a beacon for all those seeking to transform their marriages from mere endurance into a vibrant, joyful, and deeply intimate partnership. May it be a source of hope, a guide for action, and a celebration of the commitment that binds you.</w:t>
      </w:r>
    </w:p>
    <w:p>
      <w:r>
        <w:br w:type="page"/>
      </w:r>
    </w:p>
    <w:p>
      <w:pPr>
        <w:spacing w:before="5040"/>
        <w:jc w:val="center"/>
      </w:pPr>
      <w:r>
        <w:rPr/>
        <w:t xml:space="preserve"> Chapter 1: Reaffirming Your Covenant: The Foundation of Commitment</w:t>
      </w:r>
    </w:p>
    <w:p>
      <w:r>
        <w:t>The wedding day is a powerful testament to a couple's love and a formal declaration of their intention to build a life together. The vows exchanged, steeped in tradition and heartfelt emotion, often represent a peak experience—a moment where the future feels limitless and the bond unbreakable. However, as the years unfold, the initial intensity of those promises can sometimes fade, replaced by the practicalities of daily life, routine, and the inevitable challenges that every long-term relationship faces. This is where the true work of commitment begins, moving beyond the solemnity of the vows to embrace the active, ongoing choice to invest in and nurture the partnership. True marital commitment is not merely a passive state of being married, nor is it simply about adhering to a contract to avoid divorce. Instead, it is a dynamic, conscious decision made day in and day out to prioritize the relationship, to actively tend to its needs, and to consciously choose to build a shared future with intention and care. It's about understanding that the "happily ever after" isn't a destination reached upon saying "I do," but a journey undertaken together, requiring continuous effort, adaptation, and a steadfast dedication to each other.</w:t>
      </w:r>
    </w:p>
    <w:p>
      <w:r>
        <w:br/>
        <w:t>This ongoing commitment is the bedrock upon which a resilient and fulfilling marriage is built. It’s the quiet resolve that surfaces when difficulties arise, the underlying current of loyalty that supports individual growth and shared challenges alike. We can think of commitment as a garden. The wedding day might be like planting a beautiful, vibrant seed. But for that seed to grow into a strong, fruit-bearing tree, it requires consistent watering, tending, weeding, and protection from harsh elements. Similarly, a marriage needs daily nurturing to flourish. This nurturing involves a conscious decision to invest time, energy, and emotional resources into the relationship. It’s about showing up, not just physically, but emotionally, for your partner. It means making your spouse a priority amidst the many demands and distractions of modern life. It's about choosing to communicate, to connect, and to care, even when it’s difficult or inconvenient. This active engagement is what transforms a mere legal union into a living, breathing partnership that can withstand the tests of time and change.</w:t>
      </w:r>
    </w:p>
    <w:p/>
    <w:p>
      <w:r>
        <w:br/>
        <w:t>The journey of commitment often involves an evolution, a natural progression from the initial stages of falling in love to a more profound and enduring connection. In the early days, infatuation often fuels the relationship. This is a powerful, intoxicating phase characterized by intense feelings, a sense of exhilaration, and often, an idealized view of the partner. During this time, commitment might feel effortless, driven by the sheer joy of discovery and the thrill of a new bond. However, this intense phase is rarely sustainable. As the relationship matures, infatuation naturally gives way to a deeper, more stable form of love. This mature love is built on a foundation of shared experiences, mutual understanding, and a realistic appreciation of each other's strengths and imperfections. It’s in this transition that commitment truly takes center stage.</w:t>
      </w:r>
    </w:p>
    <w:p/>
    <w:p>
      <w:r>
        <w:br/>
        <w:t>The evolution from infatuation to enduring love is a testament to a couple's ability to navigate the complexities of life together. It’s a journey marked by shared laughter and tears, triumphs and setbacks, quiet moments of comfort and passionate expressions of desire. Each shared experience, whether a joyful celebration or a difficult challenge overcome, adds another layer to the tapestry of the relationship, weaving a narrative of shared history. This shared history becomes a powerful anchor, a reminder of what has been built together and a source of strength for the future. Mutual respect, earned through consistent kindness, honesty, and consideration, forms a crucial part of this mature commitment. When respect is present, even disagreements are approached with a sense of honor for the other person's perspective and dignity.</w:t>
      </w:r>
    </w:p>
    <w:p/>
    <w:p>
      <w:r>
        <w:br/>
        <w:t>Rediscovering the core values that initially drew you together is essential for re-centering your understanding of your commitment. In the hustle and bustle of everyday life, it’s easy to lose sight of the fundamental reasons why you chose your partner. What was it about them that captured your heart? What dreams did you share? What qualities did you admire? Reflecting on these foundational elements is not merely an exercise in nostalgia; it is a vital act of reaffirming the unique bond that forms the bedrock of your marital covenant. It’s about reconnecting with the essence of your union, reminding yourselves of the deep personal connection that underpins your commitment.</w:t>
      </w:r>
    </w:p>
    <w:p/>
    <w:p>
      <w:r>
        <w:br/>
        <w:t>Consider, for instance, the initial spark that ignited your relationship. Perhaps it was a shared sense of humor that made you feel instantly at ease, or a profound intellectual connection that made conversations flow effortlessly. Maybe it was a shared passion for a particular hobby or a common outlook on life that made you feel understood and seen. These initial attractions, however superficial they might seem in retrospect, are often rooted in deeper values and compatibility. They are the whispers of the shared vision that brought you together. When you consciously revisit these aspects, you are not just reminiscing; you are actively reinforcing the foundation of your marriage. You are reminding yourselves of the fundamental qualities and shared aspirations that made you choose each other, and that continue to hold you together.</w:t>
      </w:r>
    </w:p>
    <w:p/>
    <w:p>
      <w:r>
        <w:br/>
        <w:t>This process of rediscovery can be a powerful antidote to feelings of disconnection or complacency that can creep into long-term relationships. When couples feel like they are drifting apart, or that the spark has diminished, returning to the "why" of their union can reignite the flame. It’s like tending to an old photograph that has begun to fade; by bringing it back into the light and remembering the emotions associated with that moment, you can restore its vibrancy and significance. This introspection can help couples identify the core values that have guided them, both individually and as a couple. These values—whether they revolve around family, honesty, adventure, kindness, or personal growth—act as a compass, providing direction and purpose to the marital journey.</w:t>
      </w:r>
    </w:p>
    <w:p/>
    <w:p>
      <w:r>
        <w:br/>
        <w:t>Furthermore, by identifying and articulating these shared values, couples can gain a clearer understanding of their collective identity. What does your marriage stand for? What principles guide your decisions and actions together? Answering these questions can create a stronger sense of shared purpose and belonging. When couples are aligned on their fundamental values, they are better equipped to navigate challenges and make decisions that honor both their individual needs and their commitment to each other. This shared vision becomes a powerful unifying force, reinforcing the idea that they are a team, working towards common goals and supporting each other's dreams.</w:t>
      </w:r>
    </w:p>
    <w:p/>
    <w:p>
      <w:r>
        <w:br/>
        <w:t>The act of intentionally reaffirming commitment can transform the nature of your marital bond. It moves commitment from an assumed status to an actively chosen and nurtured reality. This isn't about grand gestures or dramatic pronouncements; rather, it's about creating consistent, intentional moments that reinforce your dedication to each other. Think of it as a regular tune-up for your relationship. Just as a car needs regular maintenance to run smoothly, a marriage requires consistent attention to thrive. This proactive approach ensures that the relationship doesn't just endure but flourishes, growing stronger and deeper with each passing year.</w:t>
      </w:r>
    </w:p>
    <w:p/>
    <w:p>
      <w:r>
        <w:br/>
        <w:t>The essence of this reaffirmation lies in the conscious choice to invest in the partnership, even when life is busy or challenges arise. It's about recognizing that commitment isn't a one-time event, but an ongoing process. This process involves actively choosing to prioritize your spouse and your marriage amidst the myriad of other demands on your time and energy. It means making deliberate efforts to connect, communicate, and care for one another. This consistent investment builds resilience and fosters a sense of security within the relationship, knowing that both partners are committed to weathering any storm together.</w:t>
      </w:r>
    </w:p>
    <w:p/>
    <w:p>
      <w:r>
        <w:br/>
        <w:t>Moreover, understanding commitment as an active choice empowers couples to take ownership of their marital journey. Instead of passively accepting the status quo or lamenting a perceived decline in connection, couples can proactively engage in activities and conversations that strengthen their bond. This might involve setting aside dedicated time for each other, practicing active listening, or expressing appreciation regularly. These intentional actions, no matter how small, contribute significantly to the overall health and vitality of the marriage. They signal to your partner that they are valued, cherished, and that the relationship remains a top priority.</w:t>
      </w:r>
    </w:p>
    <w:p/>
    <w:p>
      <w:r>
        <w:br/>
        <w:t>The evolution of commitment also involves a shift in perspective, from viewing marriage as a source of obligation to seeing it as a wellspring of joy and fulfillment. When commitment is approached with a sense of duty alone, it can feel like a burden. However, when it is viewed as a conscious choice to nurture a deep and meaningful connection, it becomes a source of profound satisfaction and happiness. This shift in mindset is crucial for transforming a marriage from one that merely endures into one that truly thrives. It opens the door to a more vibrant, intimate, and joyful partnership, where both individuals feel supported, loved, and deeply connected. This chapter aims to provide the foundational understanding of commitment as an active, evolving, and deeply rewarding aspect of marriage, setting the stage for the practical strategies that will follow in subsequent chapters to help you cultivate and deepen that commitment.</w:t>
      </w:r>
    </w:p>
    <w:p/>
    <w:p>
      <w:r>
        <w:br/>
        <w:t>In essence, enduring commitment is not a static promise made once, but a dynamic, living commitment that is actively chosen and nurtured every day. It’s the conscious decision to prioritize your partner and your shared life, even when faced with challenges or the mundane routines of life. This isn't about feeling obligated; it's about choosing to invest in the person and the partnership that bring meaning and joy to your life. The wedding day marks the beginning, the planting of the seed, but the true beauty and strength of the marital covenant emerge through the ongoing cultivation, the consistent tending, and the unwavering dedication to nurture that bond. It is in this active, intentional investment that a marriage evolves from the initial excitement of infatuation into a deep, resilient connection built on shared history, mutual respect, and a profound understanding of each other's core values. This understanding is the vital first step in reaffirming your covenant and building a marriage that not only endures but flourishes.</w:t>
      </w:r>
    </w:p>
    <w:p/>
    <w:p>
      <w:r>
        <w:t>This quiet erosion of closeness, this subtle drift apart, is a common experience for many couples who have been together for an extended period. It’s a phenomenon that doesn’t typically announce itself with dramatic fireworks or overt conflict. Instead, it often begins as a whisper, a gentle fading of the vibrant connection that once characterized the relationship. This "silent ache of disconnection" is not a sign of failure, but rather a signal, a gentle nudge that the vital currents of intimacy and shared life require conscious attention and revitalization. It’s akin to a beautiful garden that, left untended, can gradually become overgrown with weeds, its soil depleted, its vibrant colors muted. The initial planting was successful, the foundation was strong, but the ongoing nourishment has, perhaps, been neglected.</w:t>
      </w:r>
    </w:p>
    <w:p>
      <w:r>
        <w:br/>
        <w:t>One of the most poignant manifestations of this disconnection is the feeling of living as "roommates" rather than partners. This isn't about the practicalities of sharing a living space and managing household responsibilities, which are essential components of a shared life. Rather, it’s about the absence of the deeper emotional and relational engagement that defines a marriage. When couples reach this stage, they might coexist peacefully, sharing the same address, perhaps even coordinating schedules and childcare with efficiency. However, the spontaneous conversations, the shared laughter over a silly observation, the intimate disclosures of daily experiences, and the conscious effort to engage with each other’s inner world begin to wane. The focus shifts from "us" as a connected unit to "me" and "you" as individuals navigating parallel lives within the same home. This can manifest as separate routines, individual hobbies pursued without shared enthusiasm, or evenings spent in the same room but each absorbed in their own digital world or individual pursuits. The silence in the home, once comfortable and companionable, can begin to feel vast and empty, a chasm of unexpressed thoughts and unfelt emotions.</w:t>
      </w:r>
    </w:p>
    <w:p/>
    <w:p>
      <w:r>
        <w:br/>
        <w:t>Another deeply felt aspect of this disconnection is the sensation of being "unseen" or unheard by one's partner. It’s the quiet hurt that arises when your thoughts, feelings, or even your presence seem to go unnoticed. This can be incredibly isolating. Imagine sharing a significant piece of news – a professional triumph, a personal concern, or even a simple observation about your day – only to receive a perfunctory nod, a distracted “uh-huh,” or a rapid redirection of the conversation back to a more familiar topic. This isn't necessarily born of malice or intentional disregard. Often, it stems from a habit of inattention that has crept in over time. When the demands of work, family, and other obligations become all-consuming, the mental bandwidth available for deep, focused engagement with a partner can shrink. The partner who feels unseen begins to internalize this lack of acknowledgment, perhaps questioning their own importance or the value of their experiences within the relationship. This can lead to a gradual withdrawal, a reluctance to share deeply for fear of not being met with genuine interest or understanding. The emotional intimacy that thrives on being seen and understood begins to wither.</w:t>
      </w:r>
    </w:p>
    <w:p/>
    <w:p>
      <w:r>
        <w:br/>
        <w:t>The erosion of shared joy is another significant indicator of disconnection. In the early stages of a relationship, couples often find immense pleasure in simple, shared activities. Whether it's enjoying a meal together, taking a walk, watching a movie, or pursuing a common interest, the shared experience amplifies the happiness. As disconnection sets in, this capacity for shared delight diminishes. The activities might still occur, but the accompanying sense of togetherness and mutual enjoyment fades. A joke might fall flat because the shared context for laughter has narrowed. A movie might be watched in silence, each person lost in their own thoughts. A meal might be consumed with minimal conversation, each focused on the food rather than the company. This loss of shared joy is particularly painful because it strikes at the heart of what makes a partnership fulfilling. It’s the absence of that spark, that effervescent sense of delight in each other’s company that can leave a lingering sadness, a "silent ache" for what once was.</w:t>
      </w:r>
    </w:p>
    <w:p/>
    <w:p>
      <w:r>
        <w:br/>
        <w:t>Several common factors contribute to this gradual drift apart. One of the most pervasive is the relentless pace of modern life. The sheer volume of demands placed upon individuals and couples – demanding careers, parenting responsibilities, financial pressures, extended family obligations, and the constant barrage of information and digital distractions – can leave precious little time and energy for nurturing the marital bond. When couples are constantly running on empty, prioritizing the immediate needs of children, deadlines, or household tasks often takes precedence over the more abstract, yet crucial, needs of the relationship. This isn’t a conscious decision to devalue the marriage, but rather a consequence of the overwhelming nature of daily life. The marriage, in these instances, becomes the last item on an impossibly long to-do list.</w:t>
      </w:r>
    </w:p>
    <w:p/>
    <w:p>
      <w:r>
        <w:br/>
        <w:t>Unresolved conflicts, even those that seem minor or have been consciously put aside, can also create a corrosive effect, leading to emotional distance. When disagreements are not addressed constructively, they can fester, creating an undercurrent of resentment, defensiveness, or avoidance. Couples might develop patterns of sidestepping sensitive topics, leading to a gradual shutting down of open communication. Over time, this can create emotional walls, where partners feel they can no longer express themselves freely for fear of triggering another argument or facing a lack of empathy. This avoidance, while seemingly maintaining peace in the short term, erodes the foundation of trust and psychological safety that is essential for intimacy. The unaddressed issues act like tiny fractures in a dam, slowly weakening its integrity until a more significant breach occurs, or, more subtly, until the water pressure (emotional connection) can no longer build effectively.</w:t>
      </w:r>
    </w:p>
    <w:p/>
    <w:p>
      <w:r>
        <w:br/>
        <w:t>A gradual erosion of shared intimacy, both emotional and physical, is also a significant contributor to disconnection. Emotional intimacy involves sharing vulnerabilities, dreams, fears, and hopes. Physical intimacy, beyond the act of sex, includes gestures of affection like hugging, kissing, holding hands, and simply being physically close. When these aspects of intimacy are neglected, the emotional and physical distance between partners grows. This neglect can stem from a variety of factors, including stress, fatigue, changes in libido, or a lack of effort to initiate and maintain these connections. Without consistent attention, intimacy can feel like a muscle that atrophies from disuse. The comfort and security that arise from deep emotional and physical connection are gradually replaced by a sense of separateness and a longing for what has been lost.</w:t>
      </w:r>
    </w:p>
    <w:p/>
    <w:p>
      <w:r>
        <w:br/>
        <w:t>It is crucial to emphasize that experiencing these signs of disconnection is not a unique failing of any particular couple. This "silent ache" is a widespread, though often unspoken, reality in many long-term marriages. Recognizing these feelings – the sense of being roommates, the feeling of being unseen, the diminished shared joy, the growing distance – is not a cause for despair, but a vital first step towards healing and reconnection. It is an acknowledgment that the garden of your marriage, like any living thing, requires ongoing care and attention to thrive. This recognition, however uncomfortable, is the precursor to consciously choosing to invest in your relationship once again. It is the moment when you can acknowledge the quiet discomfort, validate the feelings of loneliness or unfulfillment, and understand that these are not insurmountable obstacles, but rather invitations to actively rekindle the connection that brought you together in the first place. By naming the disconnect, you begin the process of bridging the gap, transforming the silent ache into a shared endeavor of rebuilding intimacy and revitalizing your marital covenant.</w:t>
      </w:r>
    </w:p>
    <w:p/>
    <w:p>
      <w:r>
        <w:t>In the quiet hum of everyday life, amidst the ebb and flow of responsibilities, routines, and the inevitable challenges that long-term partnerships present, it's easy for the initial spark that ignited your union to dim. We've all experienced it—the slow shift from passionate partners to perhaps efficient co-managers of a shared life. This gradual repositioning, while often unintentional, can lead to a subtle yet significant disconnect, leaving you wondering how you arrived at this point. The previous exploration has touched upon the signs of this gentle drift, the feeling of being roommates rather than deeply connected companions, the sting of feeling unseen, and the muted echoes of shared joy. These are not indictments of your love, but rather vital signals—invitations to pause, reflect, and consciously reinvest in the very foundation of your commitment.</w:t>
      </w:r>
    </w:p>
    <w:p>
      <w:r>
        <w:br/>
        <w:t>Now, as we turn our attention to rediscovering the core of your union, we embark on a journey back to the genesis of your "us." This isn't about dwelling in the past or lamenting what might have faded, but rather about excavating the profound, often unspoken, reasons that drew you together in the first place. It's about unearthing the 'Why' – the deep-seated motivations, shared aspirations, and the unique resonance that convinced you that this person, this partnership, was meant to be a lifelong covenant. This exploration is not a passive exercise; it requires active engagement, vulnerability, and a willingness to revisit those early feelings with fresh eyes and open hearts. It’s akin to revisiting the blueprint of a magnificent structure; understanding its original design and purpose can illuminate the path to its restoration and enhancement.</w:t>
      </w:r>
    </w:p>
    <w:p/>
    <w:p>
      <w:r>
        <w:br/>
        <w:t>Think back to the very beginning. What was it about your partner that captured your attention and, more importantly, your heart? Was it a shared sense of humor that made laughter an effortless, almost constant companion? Perhaps it was a particular strength of character, a resilience in the face of adversity, or a quiet compassion that deeply moved you. It might have been a shared intellectual curiosity, a mutual passion for a particular art form or philosophy, or simply the profound comfort of feeling truly understood for the first time. These initial attractions are more than fleeting infatuations; they are often deeply rooted in fundamental aspects of your personalities and your life philosophies. They represent the fertile ground upon which your entire relationship was built.</w:t>
      </w:r>
    </w:p>
    <w:p/>
    <w:p>
      <w:r>
        <w:br/>
        <w:t>Consider the dreams you shared. In those nascent stages, when the future felt boundless and full of promise, what visions did you paint together? Did you imagine building a family, traveling the world, pursuing ambitious careers side-by-side, or creating a peaceful sanctuary to call home? These shared aspirations are powerful bonding agents. They represent a collective vision for your life, a testament to the belief that your futures were intertwined, that you could achieve more, experience more, and become more, together, than you could apart. Recalling these shared dreams isn’t about measuring whether they've all come to fruition exactly as planned, but about remembering the shared intention, the mutual commitment to a future built in partnership. What were the underlying values driving those dreams? Was it security, adventure, creative expression, or the desire to make a positive impact on the world? Connecting with these core values can reveal the enduring "why" that transcends specific circumstances.</w:t>
      </w:r>
    </w:p>
    <w:p/>
    <w:p>
      <w:r>
        <w:br/>
        <w:t>Beyond the grand visions and specific traits, there was likely a deeper, more intangible connection. A sense of belonging, of finally finding your "person." This can manifest as a profound feeling of being truly seen and accepted, flaws and all. It’s the feeling of coming home, not just to a physical place, but to a person who understands your unspoken thoughts, who can anticipate your needs, and who genuinely celebrates your triumphs and supports you through your struggles. This deep emotional resonance, this feeling of "getting" each other on a fundamental level, is often the bedrock of lasting marital commitment. It’s the quiet confidence that, no matter what life throws your way, you have a steadfast ally, a confidant, and a partner in the truest sense of the word.</w:t>
      </w:r>
    </w:p>
    <w:p/>
    <w:p>
      <w:r>
        <w:br/>
        <w:t>To facilitate this rediscovery, let’s engage in a deliberate exercise. Set aside dedicated time, free from distractions, where you and your partner can openly and honestly share your memories and reflections. This isn't a formal interrogation, but a tender exploration. Perhaps you could begin by each writing down your individual answers to prompts like:</w:t>
      </w:r>
    </w:p>
    <w:p/>
    <w:p>
      <w:r>
        <w:br/>
        <w:t>"What were the first few qualities I noticed and admired in you?"</w:t>
      </w:r>
    </w:p>
    <w:p/>
    <w:p>
      <w:r>
        <w:t>"What made me believe we would have a lasting relationship?"</w:t>
      </w:r>
    </w:p>
    <w:p>
      <w:r>
        <w:t>"What were our shared dreams and aspirations when we first got serious?"</w:t>
      </w:r>
    </w:p>
    <w:p>
      <w:r>
        <w:t>"What was a specific moment that solidified my commitment to you?"</w:t>
      </w:r>
    </w:p>
    <w:p>
      <w:r>
        <w:t>"What do I love about our life together, even when things are difficult?"</w:t>
      </w:r>
    </w:p>
    <w:p>
      <w:r>
        <w:br/>
        <w:t>Then, share your responses. Listen actively, without judgment or interruption. The goal here is to create a space of complete acceptance, allowing each person to express their truth. You might be surprised by what you hear, by memories you’ve forgotten, or by the emphasis your partner places on certain qualities or moments that you might have overlooked. This exchange can be incredibly illuminating, reminding you of the unique, often unarticulated, foundations of your bond.</w:t>
      </w:r>
    </w:p>
    <w:p/>
    <w:p>
      <w:r>
        <w:br/>
        <w:t>For instance, one partner might recall a time when the other bravely stood up for them in a difficult social situation, a moment of fierce loyalty that cemented their admiration. The other partner might remember a shared quiet evening, reading books in comfortable silence, and realizing that even in stillness, their connection was profound and deeply satisfying. These seemingly small moments often hold immense power in defining the "why" of a relationship. They are the whispers of love that, when amplified, can drown out the noise of daily life and reignite the embers of connection.</w:t>
      </w:r>
    </w:p>
    <w:p/>
    <w:p>
      <w:r>
        <w:br/>
        <w:t>It’s also important to acknowledge that the reasons you married might evolve over time, and that’s perfectly natural. The initial attraction to a partner’s adventurous spirit might have been a primary driver, but as life matures, the appreciation for their steady dependability might grow even stronger. The "why" isn't static; it’s a living, breathing aspect of your partnership that can deepen and transform. However, to access this evolving "why," you must first reconnect with its origins. Without understanding the initial blueprint, it’s difficult to appreciate the structural integrity and the beauty of the building that has been constructed over the years.</w:t>
      </w:r>
    </w:p>
    <w:p/>
    <w:p>
      <w:r>
        <w:br/>
        <w:t>This exercise in rediscovering your "why" serves multiple crucial purposes. Firstly, it cultivates profound gratitude. When you consciously recall what you love and admire about your partner, and the reasons you committed to them, it naturally fosters a sense of appreciation. This gratitude is a powerful antidote to the resentment or the taken-for-granted attitudes that can creep into long-term relationships. It shifts your focus from what might be lacking to the abundance that already exists.</w:t>
      </w:r>
    </w:p>
    <w:p/>
    <w:p>
      <w:r>
        <w:br/>
        <w:t>Secondly, it reignites the spark of intimacy. By reminiscing about shared dreams and moments of deep connection, you tap into the emotional wellspring of your relationship. This can evoke the positive emotions that were prevalent in the early days, creating a renewed sense of excitement and desire for closeness. It's a reminder that the love that brought you together is still present, perhaps just in need of conscious rekindling.</w:t>
      </w:r>
    </w:p>
    <w:p/>
    <w:p>
      <w:r>
        <w:br/>
        <w:t>Thirdly, it provides a strong anchor during challenging times. When difficulties arise, as they inevitably will, having a clear understanding of your fundamental "why" can serve as a powerful reminder of the enduring strength of your commitment. It can help you weather storms by anchoring you to the core values and the deep love that initially bound you together. It reminds you that the bond is more than just shared convenience; it is a deliberate choice rooted in genuine affection and shared purpose.</w:t>
      </w:r>
    </w:p>
    <w:p/>
    <w:p>
      <w:r>
        <w:br/>
        <w:t>Furthermore, this exploration helps to realign your present actions with your original intentions. If your "why" was rooted in a desire for shared adventure and mutual growth, and you find yourselves living a life devoid of exploration and challenge, this exercise will highlight that misalignment. It then empowers you to make conscious choices to bring your daily lives back into sync with the fundamental purpose of your union. Perhaps it means scheduling regular date nights with a focus on trying new activities, or dedicating time to learning a new skill together, or even initiating conversations about long-term goals and aspirations that have been dormant.</w:t>
      </w:r>
    </w:p>
    <w:p/>
    <w:p>
      <w:r>
        <w:br/>
        <w:t>The impact of this rediscovery on your commitment cannot be overstated. When couples are able to articulate and connect with their original "why," they are often reignited with a renewed sense of purpose and dedication. This isn't about simply remembering; it's about feeling those emotions, cherishing those shared visions, and understanding the profound value of the partnership you have built. It transforms the marital covenant from a mere legal or social construct into a deeply felt, personal commitment that is actively nurtured and celebrated. It’s about moving from a passive acceptance of the relationship to an active, joyful participation in its ongoing creation and growth.</w:t>
      </w:r>
    </w:p>
    <w:p/>
    <w:p>
      <w:r>
        <w:br/>
        <w:t>In essence, rediscovering your "why" is an act of relational archaeology. It's about digging beneath the layers of accumulated experience, the dust of daily living, and the debris of minor conflicts, to unearth the precious gems that form the foundation of your marital covenant. These gems—the shared dreams, the mutual admiration, the deep understanding, the unwavering support—are the enduring reasons you chose each other. By bringing them back into the light, you not only reaffirm your commitment but also revitalize the very essence of your union, creating a more vibrant, fulfilling, and resilient partnership for the years to come. It’s an investment in the past that pays dividends in the present and builds a stronger foundation for the future. This conscious remembrance is not an escape from reality, but a powerful tool for shaping a more meaningful and connected present.</w:t>
      </w:r>
    </w:p>
    <w:p/>
    <w:p>
      <w:r>
        <w:t>The journey of rediscovering the foundational "why" of your marriage, as we’ve explored, is a vital step in reaffirming your covenant. It’s about excavating the bedrock of your union, unearthing the very essence that drew you together and cemented your decision to embark on a lifelong partnership. However, simply remembering the past, while powerful, is only the first part of the equation. The true strength of commitment lies not just in recalling why you started, but in actively choosing to recommit, day after day, year after year. This is where the practice of a "Commitment Renewal Ritual" becomes not just beneficial, but transformative.</w:t>
      </w:r>
    </w:p>
    <w:p>
      <w:r>
        <w:br/>
        <w:t>Think of your marriage covenant as a living garden. The initial planting – the wedding vows, the early hopes and dreams – provides the essential seeds. The rediscovery of your "why" is like understanding the specific nutrients and sunlight that particular garden needs to thrive. But a garden also requires ongoing tending: watering, weeding, pruning, and sometimes, even replanting to ensure its continued vitality and beauty. A Commitment Renewal Ritual is the intentional act of tending to your marital garden, ensuring that the love, respect, and shared vision that form its foundation are continuously nourished and protected.</w:t>
      </w:r>
    </w:p>
    <w:p/>
    <w:p>
      <w:r>
        <w:br/>
        <w:t>This ritual is not about grand, performative gestures, although those can certainly be meaningful additions. At its core, it is about carving out dedicated, sacred time for you and your partner to consciously and actively recommit to each other and to the shared life you are building. It’s a deliberate act of stepping out of the daily currents of life, the demands of work, family, and personal obligations, to anchor yourselves once more in the profound reality of your partnership. This ritual acknowledges that commitment is not a static state but a dynamic process, requiring consistent, intentional cultivation. It’s a proactive measure against the slow erosion that can occur when life simply happens to a relationship.</w:t>
      </w:r>
    </w:p>
    <w:p/>
    <w:p>
      <w:r>
        <w:br/>
        <w:t>The structure of this ritual can be as unique as your relationship, but the underlying principles remain consistent: creating a dedicated space, fostering open dialogue, mutual affirmation, and a shared intention for the future. It’s an opportunity to pause, to look at each other, and to say, with renewed conviction, "I choose you, I choose us, and I am committed to nurturing this life we share."</w:t>
      </w:r>
    </w:p>
    <w:p/>
    <w:p>
      <w:r>
        <w:br/>
        <w:t>One way to establish this ritual is to set aside a specific, recurring time. This could be monthly, quarterly, or even annually, depending on what feels manageable and meaningful for both of you. The key is consistency. It’s about signaling to yourselves and to each other that this is a priority, a non-negotiable aspect of your married life. Perhaps it’s a quiet evening at home after the children are asleep, a weekend morning with coffee and a shared journal, or even a dedicated hour during a vacation. The setting should be one that minimizes distractions and maximizes intimacy, allowing for focused, present engagement. It’s about creating a bubble, however small, where only your connection matters.</w:t>
      </w:r>
    </w:p>
    <w:p/>
    <w:p>
      <w:r>
        <w:br/>
        <w:t>The ritual itself can be initiated by sharing reflections on your recent experiences as a couple. This isn't about airing grievances, but rather about acknowledging both the joys and the challenges you’ve navigated together. You might start by sharing what you've appreciated about your partner over the past period. This could be a specific act of kindness, a shared moment of laughter, or simply the steady presence of their support. For example, one partner might say, "I really appreciated how you handled that difficult conversation with the kids last week. Your patience and understanding made a huge difference." The other partner might respond with, "And I was so grateful for your willingness to step in and help with that project when I was overwhelmed. It made me feel truly supported." This practice of expressing gratitude and acknowledging positive contributions helps to reinforce the good, creating a positive emotional residue that fuels further commitment.</w:t>
      </w:r>
    </w:p>
    <w:p/>
    <w:p>
      <w:r>
        <w:br/>
        <w:t>Following this sharing of appreciation, the ritual can delve into a discussion about your shared vision for the future, within the context of your marriage. This is where you revisit the dreams and aspirations that have evolved since your early days. It's not about checking off a list of accomplishments, but about re-aligning your individual and collective trajectories. What are your hopes for the next month, the next year, or even the next five years, as a couple? What new experiences do you want to share? What personal growth do you hope to support in each other? What shared goals can you work towards?</w:t>
      </w:r>
    </w:p>
    <w:p/>
    <w:p>
      <w:r>
        <w:br/>
        <w:t>For instance, if a shared aspiration was to travel more, the commitment renewal might involve actively planning a trip, even a small weekend getaway. This isn't just about the vacation itself, but about the shared process of dreaming, planning, and anticipating. It's a tangible manifestation of your commitment to creating new shared experiences. Or perhaps the focus is on personal growth. One partner might express a desire to learn a new skill, and the other can affirm their support, perhaps even offering to learn it alongside them or creating space for them to pursue it independently. This dialogue about shared aspirations serves to strengthen the sense of partnership, reinforcing the idea that you are a team actively building a life together. It allows you to consciously decide where you want to direct your combined energy and focus.</w:t>
      </w:r>
    </w:p>
    <w:p/>
    <w:p>
      <w:r>
        <w:br/>
        <w:t>This part of the ritual also provides a valuable opportunity to discuss individual aspirations within the marital context. While shared vision is crucial, a healthy marriage also supports the individual growth and fulfillment of each partner. So, in this sacred space, you can share personal goals that might impact the relationship. This might involve career ambitions, personal development pursuits, or even a need for more individual time or space. The key is to communicate these needs and desires openly, allowing your partner to understand and offer support, and for you to offer the same. This can prevent the build-up of unspoken resentments or misunderstandings that can arise when individual needs are unmet or unexpressed.</w:t>
      </w:r>
    </w:p>
    <w:p/>
    <w:p>
      <w:r>
        <w:br/>
        <w:t>For example, one partner might share, "I’ve been feeling a pull to go back to school to finish my degree. It’s something I’ve wanted for a long time, and I’m hoping we can figure out how to make that work with our schedule and finances." The other partner’s response, fueled by the spirit of commitment renewal, would be to listen without judgment, ask clarifying questions, and explore how they can collaboratively support this goal. This might involve discussing household responsibilities, financial planning, or even finding ways to celebrate milestones in their educational journey. This act of mutual support for individual growth is a powerful testament to the strength and depth of the marital commitment. It's about recognizing that the health of the individual contributes to the health of the partnership.</w:t>
      </w:r>
    </w:p>
    <w:p/>
    <w:p>
      <w:r>
        <w:br/>
        <w:t>A crucial element of the Commitment Renewal Ritual is the explicit articulation of ongoing commitment. This is where you move beyond discussion to declaration. It can be as simple as looking each other in the eye and saying, "I recommit to you, my partner, my love, my best friend. I am dedicated to nurturing our relationship, to supporting your dreams, and to facing whatever comes our way, together." You might also choose to write down specific affirmations of your commitment to share with each other. These could be written on cards, in a shared journal, or even spoken aloud. Examples include:</w:t>
      </w:r>
    </w:p>
    <w:p/>
    <w:p>
      <w:r>
        <w:br/>
        <w:t>"I commit to continuing to prioritize our connection, even when life gets busy."</w:t>
      </w:r>
    </w:p>
    <w:p/>
    <w:p>
      <w:r>
        <w:t>"I commit to listening with empathy and responding with compassion."</w:t>
      </w:r>
    </w:p>
    <w:p>
      <w:r>
        <w:t>"I commit to finding joy and adventure in our everyday life together."</w:t>
      </w:r>
    </w:p>
    <w:p>
      <w:r>
        <w:t>"I commit to remembering the love that brought us here and actively cultivating it."</w:t>
      </w:r>
    </w:p>
    <w:p>
      <w:r>
        <w:t>"I commit to being your unwavering support and your biggest cheerleader."</w:t>
      </w:r>
    </w:p>
    <w:p>
      <w:r>
        <w:br/>
        <w:t>These declarations are not mere platitudes; they are conscious affirmations of intent, verbal anchors that reinforce the emotional bonds of the marriage. They serve as a reminder that marriage is a verb, an ongoing action, not just a state of being. This active reaffirmation of commitment can be incredibly powerful, providing a sense of security and mutual assurance that strengthens the marital bond. It’s like a regular tune-up for the engine of your relationship, ensuring that all parts are functioning smoothly and efficiently.</w:t>
      </w:r>
    </w:p>
    <w:p/>
    <w:p>
      <w:r>
        <w:br/>
        <w:t>To enhance the impact of this ritual, consider incorporating elements that are personally meaningful to your relationship. This could involve revisiting a special song that represents your love story, sharing a meal that holds significance, or even exchanging small tokens that symbolize your ongoing commitment. The goal is to infuse the ritual with personal meaning, making it a cherished and anticipated event rather than just another item on a to-do list. Perhaps you have a particular tradition from your dating days that you can lovingly recreate, or a shared inside joke that you can bring into your declarations of commitment. These personal touches deepen the emotional resonance of the ritual and make it uniquely yours.</w:t>
      </w:r>
    </w:p>
    <w:p/>
    <w:p>
      <w:r>
        <w:br/>
        <w:t>It’s also important to acknowledge that the success of this ritual hinges on a foundation of open communication and a willingness to be vulnerable. The space created for the commitment renewal must be one of safety and acceptance. Both partners need to feel comfortable expressing their thoughts, feelings, and aspirations without fear of judgment or criticism. This requires cultivating a habit of active listening, seeking to understand your partner’s perspective, and responding with empathy and respect. If difficult emotions or unresolved issues arise during the ritual, it’s important to address them constructively, perhaps by agreeing to revisit the topic at a later, more appropriate time, or by seeking professional guidance if needed. The ritual is not meant to be a battleground, but a sanctuary for connection and recommitment.</w:t>
      </w:r>
    </w:p>
    <w:p/>
    <w:p>
      <w:r>
        <w:br/>
        <w:t>The benefits of consistently practicing a Commitment Renewal Ritual are far-reaching. Firstly, it significantly strengthens the emotional intimacy within the marriage. By dedicating time for deep conversation and mutual affirmation, couples can foster a renewed sense of closeness and connection. This regular investment in emotional intimacy acts as a buffer against the distractions and stresses of daily life that can often lead to emotional distance. Secondly, it enhances resilience. When challenges inevitably arise, couples who regularly reaffirm their commitment are better equipped to navigate them. They have a shared understanding of their enduring bond and a reinforced sense of partnership, which can provide strength and stability during difficult times.</w:t>
      </w:r>
    </w:p>
    <w:p/>
    <w:p>
      <w:r>
        <w:br/>
        <w:t>Furthermore, this ritual fosters a sense of shared purpose and ongoing co-creation. It reminds couples that they are not merely coexisting but are actively building a life together, with shared goals and evolving dreams. This proactive approach to marriage can prevent complacency and ensure that the relationship remains dynamic and fulfilling over the long term. It shifts the narrative from "what is our marriage becoming?" to "what do we want our marriage to become, and how will we actively create that together?" This is the essence of a living, breathing covenant.</w:t>
      </w:r>
    </w:p>
    <w:p/>
    <w:p>
      <w:r>
        <w:br/>
        <w:t>In essence, the Commitment Renewal Ritual is a conscious and intentional practice that transforms the abstract concept of commitment into tangible, actionable moments of connection and dedication. It’s about actively choosing your partner, and your shared life, again and again. By making this a regular part of your marital rhythm, you are not just remembering why you married; you are actively choosing to build a future filled with love, partnership, and an unwavering commitment that will continue to deepen and flourish through all of life’s seasons. It is a testament to the understanding that the most beautiful gardens are those that are tended with consistent care, attention, and a deep, abiding love. This intentional cultivation ensures that the seeds of commitment sown at the beginning continue to yield a rich harvest of shared joy and enduring partnership.</w:t>
      </w:r>
    </w:p>
    <w:p/>
    <w:p>
      <w:r>
        <w:t>The journey from simply weathering the storms of life together to actively cultivating a garden of shared delight is a profound shift in marital perspective. It’s a move from an identity rooted in endurance – the quiet stoicism of making it through another day, another challenge, another season of unmet needs – to one characterized by proactive, vibrant joy. This isn't to diminish the strength and resilience required to simply endure; indeed, there is immense value and often deep love in the commitment that allows couples to persevere through adversity. However, a marriage that is merely enduring is like a plant that survives but doesn't truly flourish. It exists, but it doesn't thrive. The vision we want to set forth now is one that transcends survival and embraces the potential for abundant, effervescent joy.</w:t>
      </w:r>
    </w:p>
    <w:p>
      <w:r>
        <w:br/>
        <w:t xml:space="preserve">Imagine your marriage not as a necessary burden to be carried, but as a shared adventure to be savored. Envision it not as a duty to be performed, but as a vibrant relationship to be actively nurtured. This requires a conscious recalibration of our expectations and a deliberate reorientation of our focus. For too long, perhaps, the narrative has been about what you have to </w:t>
      </w:r>
    </w:p>
    <w:p>
      <w:pPr>
        <w:jc w:val="left"/>
      </w:pPr>
      <w:r>
        <w:rPr>
          <w:i/>
        </w:rPr>
        <w:t>get through</w:t>
      </w:r>
      <w:r>
        <w:t xml:space="preserve">. Now, the story is about what you can actively </w:t>
      </w:r>
      <w:r>
        <w:rPr>
          <w:i/>
        </w:rPr>
        <w:t>create</w:t>
      </w:r>
      <w:r>
        <w:t>. This means shifting the lens from "Can we survive this?" to "How can we delight in this?" It's about recognizing that the foundation of commitment, the bedrock we've been discussing, is not just about staying power; it is the fertile ground from which deep, resonant joy can blossom.</w:t>
      </w:r>
    </w:p>
    <w:p>
      <w:r>
        <w:br/>
        <w:t>This aspiration for joy isn't about a constant state of ecstatic bliss, which is an unrealistic and ultimately unsustainable expectation for any human endeavor, let alone a lifelong partnership. Rather, it’s about cultivating a consistent undercurrent of affection, warmth, shared laughter, and profound intimacy that permeates the everyday. It's about recognizing that moments of deep connection, playful interaction, and heartfelt appreciation are not rare occurrences to be hoped for, but rather the natural outcomes of intentional cultivation. When commitment is viewed through this lens of joyful creation, the very act of being together becomes a source of revitalization and happiness.</w:t>
      </w:r>
    </w:p>
    <w:p/>
    <w:p>
      <w:r>
        <w:br/>
        <w:t>Consider the difference between a couple who views their shared life as a series of obligations and one who sees it as a playground for shared experiences. The former might see a weekend as a time for chores and responsibilities, while the latter sees it as an opportunity to explore a new park, try a new recipe together, or simply engage in deep conversation without the pressure of external demands. This shift in perception is powered by a renewed commitment to each other’s well-being and happiness. It’s a conscious decision to prioritize the health of the emotional bond, understanding that a thriving relationship is one where both partners feel seen, cherished, and genuinely delighted in the presence of the other.</w:t>
      </w:r>
    </w:p>
    <w:p/>
    <w:p>
      <w:r>
        <w:br/>
        <w:t>This requires a proactive engagement with the relationship, moving beyond the passive acceptance of disconnection. Disconnection often creeps in not through grand betrayals, but through a thousand tiny withdrawals – missed opportunities for conversation, unacknowledged efforts, routines that lack spontaneity, and a general fading of the spark that once animated the connection. The shift towards joy involves actively combating these subtle erosions by intentionally seeking out and creating moments of genuine connection. It’s about remembering that the "why" of your marriage isn't just about the initial attraction, but about the ongoing, evolving value you bring to each other’s lives.</w:t>
      </w:r>
    </w:p>
    <w:p/>
    <w:p>
      <w:r>
        <w:br/>
        <w:t>Think about the language you use within your marriage. Does it primarily consist of logistical discussions, requests, and complaints? Or does it also include expressions of admiration, playful teasing, inside jokes, and affirmations of love and appreciation? The subtle, yet powerful, recalibration begins with a conscious effort to infuse your daily interactions with positivity and affection. This might involve making a deliberate effort to greet your partner with warmth each morning, offering a genuine compliment, or simply pausing to share a moment of genuine connection over a cup of coffee. These small acts, when practiced consistently, weave a tapestry of warmth and affection that can transform the atmosphere of your shared life.</w:t>
      </w:r>
    </w:p>
    <w:p/>
    <w:p>
      <w:r>
        <w:br/>
        <w:t>One powerful way to foster this joy is to actively rediscover and pursue shared interests and activities that bring you both pleasure. Often, over time, couples can fall into separate routines, and the shared activities that once bonded them might fall by the wayside. Reigniting these shared passions, or discovering new ones together, can be a potent catalyst for renewed joy. This isn’t about finding a magical activity that will instantly solve all problems, but about engaging in shared experiences that create positive memories, foster laughter, and reinforce the sense of "us."</w:t>
      </w:r>
    </w:p>
    <w:p/>
    <w:p>
      <w:r>
        <w:br/>
        <w:t>For example, if you once enjoyed hiking together but haven’t done so in years, make a commitment to schedule a hike. The act of planning it, preparing for it, and then experiencing it together – the shared effort, the conversations along the trail, the beauty of nature witnessed side-by-side – can rekindle a sense of shared adventure and connection. Or perhaps you used to love cooking together. Dedicate an evening to preparing a special meal, focusing on the process and the enjoyment of creating something together, rather than just the task of feeding yourselves. The key is to actively seek out opportunities for shared pleasure and to invest time and energy into them.</w:t>
      </w:r>
    </w:p>
    <w:p/>
    <w:p>
      <w:r>
        <w:br/>
        <w:t>This vision of joy also encompasses a renewed commitment to physical and emotional intimacy. Intimacy is the lifeblood of a thriving marriage, and it’s an area that can easily suffer when couples are merely enduring. It’s not just about the physical act, but about the emotional vulnerability, the shared laughter in bed, the simple comfort of holding hands, the knowing glance across a crowded room. Recommitting to fostering this deep, nuanced intimacy means being intentional about creating opportunities for closeness. This could involve setting aside dedicated time for physical connection, initiating affection, and communicating your desires and needs openly and without shame.</w:t>
      </w:r>
    </w:p>
    <w:p/>
    <w:p>
      <w:r>
        <w:br/>
        <w:t>A crucial aspect of this is embracing vulnerability. True intimacy requires a willingness to be open and exposed to your partner, sharing your inner world – your fears, your hopes, your insecurities, and your deepest desires. When couples feel safe enough to be vulnerable with each other, a profound bond is forged, one that is rich with trust and emotional depth. This safety is built over time through consistent acts of empathy, acceptance, and non-judgment. When you can share your heart with your partner and know that you will be met with understanding and love, the potential for joy multiplies exponentially.</w:t>
      </w:r>
    </w:p>
    <w:p/>
    <w:p>
      <w:r>
        <w:br/>
        <w:t>Consider the impact of simply expressing gratitude. It sounds almost too simple, doesn't it? Yet, in the day-to-day grind, the simple "thank you" can become a forgotten courtesy. Expressing genuine appreciation for your partner’s efforts, qualities, and presence can transform the relational climate. It acknowledges their value and reinforces the positive aspects of your partnership. Instead of focusing on what’s missing, intentionally highlight what is present and what you cherish. "Thank you for making dinner tonight, I know you had a long day," or "I really admire how you handled that challenging situation with such grace," or even a simple "I’m so glad you’re here with me." These small acknowledgments can create a powerful ripple effect, fostering a sense of being seen and cherished, which are fundamental ingredients for marital joy.</w:t>
      </w:r>
    </w:p>
    <w:p/>
    <w:p>
      <w:r>
        <w:br/>
        <w:t>Furthermore, setting aside dedicated time for "us" – away from the demands of work, children, and external obligations – is paramount. This time is not for problem-solving or strategizing; it's for reconnecting and simply enjoying each other's company. This could be a weekly date night, a monthly weekend getaway, or even just an hour each evening dedicated to undistracted conversation. The purpose of this dedicated time is to deliberately cultivate shared experiences and reinforce the unique bond that exists between you. It's a tangible demonstration that your marriage is a priority and that you are invested in its ongoing vitality and happiness.</w:t>
      </w:r>
    </w:p>
    <w:p/>
    <w:p>
      <w:r>
        <w:br/>
        <w:t>This vision also invites couples to re-examine their assumptions about marriage and what it "should" look like. If the expectation is that marriage will naturally become more comfortable and less exciting over time, that expectation can become a self-fulfilling prophecy. By challenging this notion and actively choosing to pursue novelty, spontaneity, and continued growth within the relationship, couples can defy the predictable trajectory of marital complacency. This might involve learning a new skill together, taking a class, or simply agreeing to try new things outside of your comfort zones. The embrace of the unknown, when faced together, can be incredibly invigorating.</w:t>
      </w:r>
    </w:p>
    <w:p/>
    <w:p>
      <w:r>
        <w:br/>
        <w:t>The shift from endurance to joy is also about embracing imperfection, both in yourselves and in your partner. When the goal is merely to endure, flaws and shortcomings can become sources of constant friction and resentment. However, when the vision is one of joyful connection, imperfections are seen more as opportunities for grace and deeper understanding. This doesn't mean condoning harmful behavior, but rather accepting that neither partner will ever be perfect. By extending grace, practicing forgiveness, and focusing on the shared positive aspects of your relationship, you create an environment where joy can flourish. It's about recognizing that the beauty of your marriage lies not in its flawless execution, but in its authentic, evolving human connection.</w:t>
      </w:r>
    </w:p>
    <w:p/>
    <w:p>
      <w:r>
        <w:br/>
        <w:t>Moreover, this renewed vision calls for a proactive approach to conflict resolution. While avoiding conflict is not healthy, the way in which conflict is managed can either detract from or contribute to marital joy. When disagreements are handled with respect, empathy, and a shared commitment to finding solutions that honor both partners, they can actually strengthen the relationship. This involves active listening, seeking to understand your partner’s perspective even when you disagree, and focusing on the issue at hand rather than resorting to personal attacks. By learning to navigate disagreements constructively, couples can transform potential points of contention into opportunities for deeper understanding and connection.</w:t>
      </w:r>
    </w:p>
    <w:p/>
    <w:p>
      <w:r>
        <w:br/>
        <w:t>Ultimately, setting a new vision of joy for your marriage is an act of profound love and commitment. It’s a conscious choice to move beyond the mere obligation of staying together and to actively cultivate a life filled with shared happiness, deep intimacy, and mutual delight. It’s about recognizing that the potential for joy within your marriage is not a passive outcome, but an active creation. By embracing this perspective, by prioritizing your connection, and by intentionally nurturing affection and shared experience, you can transform your marriage from a journey of endurance into a vibrant celebration of love. This vision serves as a beacon, guiding you toward a future where your commitment is not just a promise to stay, but a passionate endeavor to thrive together, creating a life rich with shared laughter, enduring affection, and a joy that deepens with every passing season. This is not just about surviving marriage; it is about truly living it, fully and joyfully, side by side. It is about transforming the very essence of what it means to be married, from a trial to be overcome, to a gift to be unwrapped, day after day. The potential for this transformation lies within your reach, fueled by a recommitment to seeing and celebrating the best in each other and in your shared life.</w:t>
      </w:r>
    </w:p>
    <w:p/>
    <w:p>
      <w:r>
        <w:br w:type="page"/>
      </w:r>
    </w:p>
    <w:p>
      <w:pPr>
        <w:spacing w:before="5040"/>
        <w:jc w:val="center"/>
      </w:pPr>
      <w:r>
        <w:rPr/>
        <w:t xml:space="preserve"> Chapter 2: The Language of Connection: Mastering Open Communication</w:t>
      </w:r>
    </w:p>
    <w:p>
      <w:r>
        <w:t>The quietest moments in a marriage can often be the most dangerous. It's within the silences, the unspoken thoughts, and the carefully managed expressions that the seeds of disconnection are sown. While communication is the vital artery through which a relationship’s health flows, its absence, or even its muted presence, can lead to a slow, insidious decay. When needs go unvoiced, they don’t simply disappear; instead, they often morph into something far more corrosive: resentment, a sense of injustice, and a profound feeling of being unseen. This tendency to hold back, to retreat into oneself rather than bridge the gap with one's partner, is a common trap that many couples fall into, often without realizing the sheer magnitude of the damage it inflicts on their connection.</w:t>
      </w:r>
    </w:p>
    <w:p>
      <w:r>
        <w:br/>
        <w:t>This withdrawal is frequently a defense mechanism, a shield erected against the perceived threat of conflict, rejection, or misunderstanding. A partner might refrain from expressing a need because they fear it will be met with an argument, dismissed as unimportant, or even seen as a criticism of their existing efforts. They might recall past instances where their attempts at open communication were met with defensiveness or a lack of receptiveness, leading them to believe that voicing their inner world is an exercise in futility. This learned helplessness can be a powerful deterrent, creating a self-fulfilling prophecy where silence becomes the norm, and the very possibility of genuine understanding dwindles with each passing day. The internal monologue becomes a substitute for external dialogue, and the unmet needs begin to fester in the solitary confinement of one's own mind.</w:t>
      </w:r>
    </w:p>
    <w:p/>
    <w:p>
      <w:r>
        <w:br/>
        <w:t>Consider the subtle ways this silence manifests. It might be the sigh of resignation when a particular chore is consistently left undone, a sigh that carries the weight of a thousand unspoken requests. It could be the withdrawn posture, the averted gaze, or the curt, monosyllabic replies that signal a deep well of unexpressed frustration. These are not direct expressions of need, but rather indirect communications of discontent, often easily misinterpreted or entirely missed by the oblivious partner. The person withholding their feelings might believe they are being subtle or avoidant, hoping their partner will somehow intuit their needs. However, intuition, while a valuable component of connection, cannot reliably fill the void left by explicit communication. This is akin to expecting a plant to grow without sunlight; it simply cannot thrive, and eventually, it will wither.</w:t>
      </w:r>
    </w:p>
    <w:p/>
    <w:p>
      <w:r>
        <w:br/>
        <w:t>When these unmet needs begin to accumulate, they form a sort of emotional debris field. Each unvoiced desire, each suppressed feeling of hurt or disappointment, adds another layer to the growing distance. The partner who consistently withholds their needs may start to feel increasingly isolated, as if they are navigating life’s challenges alone within the confines of their marriage. This sense of isolation can be particularly painful, as the very person who is meant to be their closest confidant and greatest source of support is, in essence, being kept at arm's length. The emotional landscape becomes barren, devoid of the warmth and connection that are crucial for a healthy relationship.</w:t>
      </w:r>
    </w:p>
    <w:p/>
    <w:p>
      <w:r>
        <w:br/>
        <w:t>The partner on the receiving end of this silence, while perhaps unaware of the depth of their partner’s unexpressed feelings, may also experience a growing sense of confusion and inadequacy. They might wonder why their partner seems distant or unhappy, without any clear indication of the root cause. This lack of clarity can lead to their own anxieties and speculations, often filling the vacuum with negative assumptions about their own behavior or their partner’s feelings towards them. Without the benefit of open dialogue, misunderstandings can bloom, and the perceived problems can become magnified in the absence of factual information. The silence, ironically, creates a breeding ground for a host of anxieties that might be entirely unfounded if only the truth were spoken.</w:t>
      </w:r>
    </w:p>
    <w:p/>
    <w:p>
      <w:r>
        <w:br/>
        <w:t>Furthermore, the act of consistently suppressing one's own needs can have a significant impact on an individual's self-esteem and sense of worth. When a person habitually prioritizes avoiding conflict over expressing their authentic feelings, they may begin to internalize the message that their needs are less important or that their voice doesn't matter. This erosion of self-worth can spill over into other areas of their life, affecting their confidence in their career, their friendships, and their overall sense of self. The marriage, intended to be a source of strength and affirmation, inadvertently becomes a place where their sense of value is diminished.</w:t>
      </w:r>
    </w:p>
    <w:p/>
    <w:p>
      <w:r>
        <w:br/>
        <w:t>The cumulative effect of unaddressed needs can be devastating. What might have started as a minor inconvenience or a simple unmet expectation can, over time, transform into deep-seated resentment. This resentment is a bitter, pervasive emotion that can poison the wellspring of love and affection within a marriage. It's the feeling of being consistently overlooked, unappreciated, or taken for granted. When a partner feels this way, the small gestures of love and connection that were once cherished can begin to feel hollow or insufficient, overshadowed by the weight of unexpressed grievances.</w:t>
      </w:r>
    </w:p>
    <w:p/>
    <w:p>
      <w:r>
        <w:br/>
        <w:t>This corrosive resentment often leads to emotional withdrawal, which is distinct from, but closely related to, the initial silence driven by fear. Emotional withdrawal is the process of disengaging from the relationship on a deeper, more intimate level. It’s when a partner stops sharing their hopes, dreams, and vulnerabilities. They might still engage in daily routines and conversations, but the emotional intimacy, the shared inner world that makes a marriage truly special, begins to erode. They might start spending more time alone, pursuing solitary hobbies, or investing more energy into external relationships, not necessarily out of malice, but as a coping mechanism to fill the void left by the lack of emotional connection at home.</w:t>
      </w:r>
    </w:p>
    <w:p/>
    <w:p>
      <w:r>
        <w:br/>
        <w:t>This gradual detachment can be incredibly difficult to reverse because the pathway back to intimacy is often blocked by years of unspoken words and accumulated hurts. The partner who has been withholding their needs may have built up such a formidable wall of defense that they no longer remember how to breach it, or they may have forgotten what lies beneath it. The fear of vulnerability, once a deterrent to speaking up, now becomes a profound obstacle to rebuilding trust and emotional closeness. The sheer effort required to excavate years of buried feelings and to risk opening oneself up again can seem overwhelming, leading to a perpetuation of the cycle of silence and distance.</w:t>
      </w:r>
    </w:p>
    <w:p/>
    <w:p>
      <w:r>
        <w:br/>
        <w:t>The temptation to believe that "it's just the way things are" or "that's just how we are" is a powerful seductive force. Couples can fall into a comfortable, albeit unsatisfying, routine where open communication is seen as too much work, too risky, or simply unnecessary. They might develop a pattern of placating each other with superficial agreements or avoiding contentious topics altogether. While this might create a veneer of peace, it comes at the cost of genuine connection and the opportunity for growth. This is the marriage that simply endures, as previously discussed, rather than thrives. The silence here is not necessarily born of acute fear, but of a pervasive inertia, a settling into a pattern that prioritizes comfort over courage.</w:t>
      </w:r>
    </w:p>
    <w:p/>
    <w:p>
      <w:r>
        <w:br/>
        <w:t>The cost of this pervasive silence is immeasurable. It erodes trust, as one partner begins to doubt the other's ability or willingness to truly understand them. It diminishes affection, as feelings of hurt and resentment naturally dampen romantic and emotional closeness. It stunts personal and relational growth, as couples miss out on the opportunities to learn from each other, to deepen their understanding, and to evolve together. The marriage, which should be a dynamic, living entity, becomes stagnant, a relic of what once was, or what could have been. The potential for shared joy and deep fulfillment remains unrealized, buried beneath layers of unspoken needs and the fear that prevents their articulation.</w:t>
      </w:r>
    </w:p>
    <w:p/>
    <w:p>
      <w:r>
        <w:br/>
        <w:t>The journey to breaking this silence requires immense courage. It’s not about being aggressive or demanding, but about cultivating the bravery to be vulnerable and authentic. It involves acknowledging that one's own needs are valid and deserving of attention, and that a healthy relationship is one where these needs can be shared and, ideally, met. This means making a conscious decision to step out of the comfort zone of silence and into the more challenging, yet ultimately more rewarding, territory of open and honest communication. It’s about understanding that while silence might offer temporary relief from potential conflict, it ultimately creates a far deeper and more enduring form of pain: the pain of disconnection from the person you love most.</w:t>
      </w:r>
    </w:p>
    <w:p/>
    <w:p>
      <w:r>
        <w:br/>
        <w:t>The crucial first step in breaking this cycle is self-awareness. It requires individuals to tune into their own feelings, to identify what needs are going unmet, and to understand the underlying fears that are preventing them from expressing these needs. This introspection can be facilitated through journaling, mindfulness practices, or seeking professional guidance. Without this internal clarity, it becomes impossible to articulate one's needs effectively to a partner. It's like trying to give directions to someone without knowing your own destination.</w:t>
      </w:r>
    </w:p>
    <w:p/>
    <w:p>
      <w:r>
        <w:br/>
        <w:t>Once a person has a clearer understanding of their own internal landscape, the next step is to choose the right time and place to communicate. Rushing into a conversation when emotions are high or when distractions are abundant is rarely productive. Finding a calm, private moment, free from interruptions, signals to both partners that this conversation is important and deserves focused attention. This deliberate approach sets a tone of respect and intentionality, increasing the likelihood of a positive outcome.</w:t>
      </w:r>
    </w:p>
    <w:p/>
    <w:p>
      <w:r>
        <w:br/>
        <w:t>When articulating these needs, the language used is paramount. Instead of focusing on blame or accusations, it’s more effective to use "I" statements. For instance, rather than saying, "You never help with the dishes, and I’m always stuck doing them," a more constructive approach would be, "I feel overwhelmed and unappreciated when the dishes pile up, and I would love it if we could find a way to share that responsibility more evenly." This shifts the focus from attacking the partner to expressing one's own feelings and making a clear request for a desired change. It frames the issue as a shared problem that can be tackled together, rather than a personal failing on the part of one individual.</w:t>
      </w:r>
    </w:p>
    <w:p/>
    <w:p>
      <w:r>
        <w:br/>
        <w:t>It is also important to acknowledge the partner's perspective and to listen actively when they respond. Communication is a two-way street, and a healthy dialogue involves not only expressing one's own needs but also being open to understanding the partner's feelings, experiences, and limitations. Sometimes, a partner may not be aware of the impact their actions (or inactions) are having, or they may have their own set of unspoken needs or stressors that are contributing to the situation. Creating a space where both partners feel heard and understood is essential for building bridges rather than walls.</w:t>
      </w:r>
    </w:p>
    <w:p/>
    <w:p>
      <w:r>
        <w:br/>
        <w:t>The process of unlearning the habit of silence and embracing open communication is a marathon, not a sprint. There will be setbacks, moments of old habits resurfacing, and instances where communication breaks down despite best efforts. The key is not to aim for perfection, but for progress. Each time a couple successfully navigates a difficult conversation, each time a need is expressed and met with understanding, the foundation of trust and intimacy is strengthened. These small victories accumulate over time, gradually dismantling the walls of silence and rebuilding a more robust and connected partnership.</w:t>
      </w:r>
    </w:p>
    <w:p/>
    <w:p>
      <w:r>
        <w:br/>
        <w:t>Ultimately, the willingness to break the silence and voice unspoken needs is an act of profound love and commitment. It is a declaration that the relationship is worth the effort, that the connection is valued more than the fear of discomfort. It requires moving beyond the passive role of enduring and embracing the active role of creating a marriage that is not only strong but also deeply satisfying and joyfully connected. The cost of unexpressed needs is the slow, silent erosion of intimacy, trust, and love. The reward for breaking that silence, however, is the potential for a richer, deeper, and more fulfilling partnership, built on a foundation of authentic vulnerability and mutual understanding. It is the courage to speak, to listen, and to truly see one another that breathes life into the heart of a marriage.</w:t>
      </w:r>
    </w:p>
    <w:p/>
    <w:p>
      <w:r>
        <w:t>The journey from unspoken needs and silent resentments to a truly connected marriage is paved with a fundamental shift in how we engage with our partners. It’s a transition from merely hearing words to actively listening—a skill that transcends simply processing auditory information and delves into the profound art of understanding another person's inner world. In the previous sections, we’ve explored the detrimental effects of silence and the courage it takes to break free from its grip. Now, we turn our attention to the reciprocal act that validates and amplifies these brave expressions: active listening. This is not a passive reception of information but an engaged, intentional process designed to build bridges of empathy and connection, ensuring that when one partner shares their heart, the other not only hears the words but truly understands the sentiment behind them.</w:t>
      </w:r>
    </w:p>
    <w:p>
      <w:r>
        <w:br/>
        <w:t>At its core, active listening is about offering your full presence to your partner. It’s a conscious decision to set aside your own agenda, your internal rebuttals, and your predispositions, and instead, to immerse yourself in your partner's experience. Imagine your partner is sharing something deeply personal, perhaps a concern about their day, a feeling of being overwhelmed, or a desire that has gone unacknowledged. In this moment, your role as an active listener is to be a compassionate witness, creating a safe harbor where their thoughts and feelings can land without fear of judgment, interruption, or immediate problem-solving. This requires a deliberate practice of quieting the internal monologue that often races ahead, formulating responses, defenses, or solutions before the speaker has even finished their thought. It’s about prioritizing understanding over immediate agreement or disagreement.</w:t>
      </w:r>
    </w:p>
    <w:p/>
    <w:p>
      <w:r>
        <w:br/>
        <w:t xml:space="preserve">One of the foundational pillars of active listening is the art of </w:t>
      </w:r>
    </w:p>
    <w:p>
      <w:pPr>
        <w:jc w:val="left"/>
      </w:pPr>
      <w:r>
        <w:rPr>
          <w:b/>
        </w:rPr>
        <w:t>paraphrasing</w:t>
      </w:r>
      <w:r>
        <w:t>. This technique involves restating what you believe your partner has said, in your own words, to confirm understanding and demonstrate that you have been paying attention. It’s not about simply repeating their sentences verbatim, but about distilling the essence of their message. For example, if your partner says, "I’m feeling really stressed out because the project deadline is approaching, and I feel like I'm not making enough progress," an active listener might respond with, "So, if I'm understanding you correctly, you're feeling a lot of pressure because the project deadline is looming, and you're worried about not getting enough done?" This simple act of rephrasing serves multiple crucial functions. Firstly, it provides an immediate opportunity to clarify any misunderstandings. Your partner can then confirm, "Yes, that's exactly it," or they might say, "Well, it's not just the deadline, it's also that I feel I don't have the right resources." This allows for immediate correction and deeper exploration. Secondly, paraphrasing signals to your partner that you are invested in grasping their perspective. It communicates, "I care enough about what you're saying to make sure I understand it correctly." This validation is incredibly powerful in building trust and encouraging further open sharing. It moves the conversation away from a monologue towards a genuine dialogue.</w:t>
      </w:r>
    </w:p>
    <w:p>
      <w:r>
        <w:br/>
        <w:t xml:space="preserve">Complementary to paraphrasing is the practice of </w:t>
      </w:r>
    </w:p>
    <w:p>
      <w:pPr>
        <w:jc w:val="left"/>
      </w:pPr>
      <w:r>
        <w:rPr>
          <w:b/>
        </w:rPr>
        <w:t>asking clarifying questions</w:t>
      </w:r>
      <w:r>
        <w:t>. These are not interrogations designed to catch your partner out or to prove them wrong, but rather open-ended inquiries that invite further elaboration and deeper insight. When your partner expresses a feeling or a need, a clarifying question can help you both explore the nuances of that experience. For instance, if your partner expresses a general sense of dissatisfaction, instead of jumping to conclusions, you might ask, "Can you tell me more about what that feeling is like for you?" or "What specifically about this situation is making you feel that way?" These questions demonstrate a genuine curiosity and a desire to understand the complexities of their experience, rather than a need to quickly categorize or solve the problem. They invite your partner to paint a more detailed picture, allowing you to connect with the situation on a more profound level. The key is to ask questions that begin with "what," "how," or "tell me about," rather than "why," which can sometimes sound accusatory. For example, asking "Why are you feeling that way?" can put someone on the defensive, whereas "What is it about this situation that's leading to that feeling?" invites a more open response.</w:t>
      </w:r>
    </w:p>
    <w:p>
      <w:r>
        <w:br/>
        <w:t xml:space="preserve">Beyond the verbal, active listening also encompasses </w:t>
      </w:r>
    </w:p>
    <w:p>
      <w:pPr>
        <w:jc w:val="left"/>
      </w:pPr>
      <w:r>
        <w:rPr>
          <w:b/>
        </w:rPr>
        <w:t>reflecting feelings</w:t>
      </w:r>
      <w:r>
        <w:t>. This involves acknowledging and naming the emotions your partner is expressing, often through empathetic observations. This is a powerful way to validate your partner's emotional experience and show that you are not only hearing their words but also sensing the underlying emotions. For instance, if your partner is recounting a frustrating encounter at work, you might say, "It sounds like you felt really disrespected in that meeting," or "You seem to be feeling quite disappointed about how that turned out." By naming the emotion—frustration, disappointment, sadness, anger—you are showing your partner that you are attuned to their emotional state. This not only makes them feel understood but can also help them process their own emotions more effectively. Often, when we feel our emotions are acknowledged and validated, they lose some of their intensity. It creates a sense of shared emotional space, strengthening the bond between partners. This is different from agreeing with their assessment of the situation; it's about acknowledging the validity of their feelings, regardless of whether you share the same perspective. It's about saying, "I see that you are feeling this, and that is okay. I am here with you in this feeling."</w:t>
      </w:r>
    </w:p>
    <w:p>
      <w:r>
        <w:br/>
        <w:t xml:space="preserve">Creating a </w:t>
      </w:r>
    </w:p>
    <w:p>
      <w:pPr>
        <w:jc w:val="left"/>
      </w:pPr>
      <w:r>
        <w:rPr>
          <w:b/>
        </w:rPr>
        <w:t>safe space</w:t>
      </w:r>
      <w:r>
        <w:t xml:space="preserve"> is paramount for active listening to thrive. This means fostering an environment where vulnerability is not only accepted but also encouraged. It requires a commitment from both partners to approach conversations with respect, patience, and a genuine desire to understand. When one partner is speaking, the other actively works to avoid distractions, both external and internal. This might mean putting away phones, turning off the television, and consciously setting aside worries or to-do lists to give the speaker their undivided attention. It also involves maintaining open body language—making eye contact, nodding to show engagement, and avoiding defensive postures like crossed arms or an averted gaze. These non-verbal cues communicate a willingness to connect and an openness to receive what is being shared. The goal is to create a sense of psychological safety, where each partner feels secure enough to express their true thoughts and feelings without fear of reprisal, ridicule, or dismissal. This safety is built over time, through consistent practice of these listening skills and a demonstrated commitment to valuing each other's inner experiences.</w:t>
      </w:r>
    </w:p>
    <w:p>
      <w:r>
        <w:br/>
        <w:t xml:space="preserve">The benefits of active listening extend far beyond simply resolving immediate conflicts. It is a powerful tool for building </w:t>
      </w:r>
    </w:p>
    <w:p>
      <w:pPr>
        <w:jc w:val="left"/>
      </w:pPr>
      <w:r>
        <w:rPr>
          <w:b/>
        </w:rPr>
        <w:t>empathy</w:t>
      </w:r>
      <w:r>
        <w:t xml:space="preserve">. By truly immersing ourselves in our partner's perspective, we begin to understand not just </w:t>
      </w:r>
      <w:r>
        <w:rPr>
          <w:i/>
        </w:rPr>
        <w:t>what</w:t>
      </w:r>
      <w:r>
        <w:t xml:space="preserve"> they are saying, but </w:t>
      </w:r>
      <w:r>
        <w:rPr>
          <w:i/>
        </w:rPr>
        <w:t>why</w:t>
      </w:r>
      <w:r>
        <w:t xml:space="preserve"> they are saying it. We can begin to grasp the underlying needs, fears, and hopes that drive their words and actions. This deeper understanding fosters compassion and reduces the likelihood of judgment or misunderstanding. When we feel truly heard and understood by our partner, our sense of connection deepens, and the emotional intimacy within the relationship grows. This shared understanding becomes a bedrock upon which a resilient and loving partnership is built. It’s like being given a map to your partner’s inner world, and the more you explore it with empathy, the more familiar and cherished that landscape becomes.</w:t>
      </w:r>
    </w:p>
    <w:p>
      <w:r>
        <w:br/>
        <w:t xml:space="preserve">Moreover, active listening is crucial for </w:t>
      </w:r>
    </w:p>
    <w:p>
      <w:pPr>
        <w:jc w:val="left"/>
      </w:pPr>
      <w:r>
        <w:rPr>
          <w:b/>
        </w:rPr>
        <w:t>problem-solving</w:t>
      </w:r>
      <w:r>
        <w:t>. Often, when people share a problem, they are not necessarily looking for an immediate solution from their partner. Sometimes, they simply need to feel heard and validated in their struggle. By actively listening, paraphrasing, asking clarifying questions, and reflecting feelings, you can help your partner gain clarity on their own situation. Once they feel fully heard, they may be more receptive to exploring solutions, or they might even arrive at their own solutions through the process of verbalizing their thoughts and feelings. Jumping in too quickly with advice can inadvertently shut down this process and make the speaker feel unheard or that their problem is being trivialized. Active listening allows the problem to be fully explored and understood before any attempts are made to fix it, leading to more effective and satisfying resolutions.</w:t>
      </w:r>
    </w:p>
    <w:p>
      <w:r>
        <w:br/>
        <w:t>Consider the scenario where one partner returns home feeling undervalued after a difficult day at work. If the other partner immediately launches into their own day's events or offers unsolicited advice like, "You should have told your boss that," the speaker might feel dismissed. An active listener, however, would instead offer, "It sounds like you had a really rough day and felt your contributions weren't recognized. Is that right?" After receiving confirmation, they might ask, "What was the most frustrating part of that experience for you?" By creating space for the partner to express their feelings and elaborate on the situation, the listener demonstrates genuine care and presence. This can lead to a response like, "Yes, it felt like all my hard work went unnoticed. I just needed to vent." This validation alone can be incredibly therapeutic and strengthen the emotional bond. The active listener then has a clearer understanding of what their partner truly needs—perhaps just a listening ear and some comfort, rather than a tactical solution.</w:t>
      </w:r>
    </w:p>
    <w:p/>
    <w:p>
      <w:r>
        <w:br/>
        <w:t xml:space="preserve">Another aspect of active listening involves recognizing </w:t>
      </w:r>
    </w:p>
    <w:p>
      <w:pPr>
        <w:jc w:val="left"/>
      </w:pPr>
      <w:r>
        <w:rPr>
          <w:b/>
        </w:rPr>
        <w:t>non-verbal communication</w:t>
      </w:r>
      <w:r>
        <w:t>. Our bodies often communicate more than our words. A furrowed brow, a sigh, a slumped posture, or a change in tone can all convey important information about a person's emotional state. An active listener pays attention to these subtle cues, integrating them into their understanding of what their partner is communicating. If your partner says, "I’m fine," but their tone is flat and their gaze is distant, an active listener might gently probe further, not by challenging their words directly, but by acknowledging the discrepancy. For example, "You say you're fine, but I notice you seem a bit withdrawn. Is there anything else going on?" This acknowledges what you see and hear, creating an opening for them to share more if they wish, without making them feel forced or interrogated. It’s about noticing the unspoken and gently inviting the spoken.</w:t>
      </w:r>
    </w:p>
    <w:p>
      <w:r>
        <w:br/>
        <w:t xml:space="preserve">The practice of active listening also requires a willingness to suspend </w:t>
      </w:r>
    </w:p>
    <w:p>
      <w:pPr>
        <w:jc w:val="left"/>
      </w:pPr>
      <w:r>
        <w:rPr>
          <w:b/>
        </w:rPr>
        <w:t>premature judgment</w:t>
      </w:r>
      <w:r>
        <w:t>. It's natural for our minds to interpret information based on our own experiences and biases. However, in active listening, the goal is to understand your partner's reality, not to evaluate or judge it. This means listening without immediately categorizing their behavior as "good" or "bad," "right" or "wrong." It means resisting the urge to interrupt with counter-arguments or to dismiss their feelings as irrational. When we judge, we create a barrier. When we seek to understand, we build a bridge. This requires a conscious effort to stay present and open, even when what our partner is saying is challenging or uncomfortable for us to hear. It's about setting aside our own ego and focusing on the other person's experience.</w:t>
      </w:r>
    </w:p>
    <w:p>
      <w:r>
        <w:br/>
        <w:t>Implementing active listening consistently is a skill that develops over time with conscious effort and practice. It's not always easy, especially when emotions are running high or when the topic of conversation is sensitive. There will be moments when old habits—interrupting, offering unsolicited advice, or getting defensive—may resurface. The key is not to be discouraged by these moments, but to recognize them, learn from them, and recommit to practicing active listening. Couples who are intentional about developing this skill often find that their communication becomes more effective, their conflicts are resolved more constructively, and their overall sense of connection and intimacy deepens significantly. It is through the consistent, attentive, and empathetic engagement with each other's perspectives that the true language of connection is mastered, transforming how couples relate to and understand one another.</w:t>
      </w:r>
    </w:p>
    <w:p/>
    <w:p>
      <w:r>
        <w:t>The journey toward a deeply connected marriage is not solely about receiving your partner’s truth with open ears; it is equally about offering your own with courage and clarity. While active listening creates the receptive space, the next vital step is learning to populate that space with your authentic self. This involves a commitment to honest expression, a willingness to voice your inner world—your thoughts, feelings, and needs—in a manner that honors both your truth and the delicate fabric of your relationship. It’s about speaking your reality with care, ensuring that your words build bridges rather than erect walls.</w:t>
      </w:r>
    </w:p>
    <w:p>
      <w:r>
        <w:br/>
        <w:t>Many couples find themselves caught in a cycle of unspoken resentments or vague complaints, a pattern that erodes intimacy over time. The fear of upsetting their partner, of initiating conflict, or of being misunderstood can lead to a stifling silence. However, this silence, while seemingly protective in the short term, cultivates distance and allows misunderstandings to fester. The key to breaking this cycle lies in developing the art of expressing your truth with care, transforming potentially explosive truths into opportunities for deeper connection and mutual understanding. This requires a conscious shift from communication patterns that aim to win arguments or protect oneself to those that aim to share and connect.</w:t>
      </w:r>
    </w:p>
    <w:p/>
    <w:p>
      <w:r>
        <w:br/>
        <w:t xml:space="preserve">One of the most effective tools for achieving honest yet gentle self-expression is the use of </w:t>
      </w:r>
    </w:p>
    <w:p>
      <w:pPr>
        <w:jc w:val="left"/>
      </w:pPr>
      <w:r>
        <w:rPr>
          <w:b/>
        </w:rPr>
        <w:t>"I" statements</w:t>
      </w:r>
      <w:r>
        <w:t>. This linguistic framework shifts the focus from accusing your partner to describing your own experience. Instead of saying, "You always make me feel ignored when you come home late without calling," which places blame squarely on the partner's actions and character, an "I" statement would reframe it as, "I feel ignored and worried when I don't hear from you after your usual arrival time." Notice the difference: the first statement is an accusation, likely to trigger defensiveness. The second statement, however, describes the speaker's internal emotional and cognitive state ("I feel ignored and worried") and links it to a specific, observable behavior ("when I don't hear from you after your usual arrival time"). This distinction is crucial. It allows your partner to understand the impact of their actions on you without feeling personally attacked or criticized for their inherent character.</w:t>
      </w:r>
    </w:p>
    <w:p>
      <w:r>
        <w:br/>
        <w:t>The power of "I" statements lies in their ability to own your feelings and experiences. They communicate that what you are sharing is your perception, your reality, and your emotional response. This takes the sting out of potentially critical feedback and opens the door for dialogue. For instance, if you feel your partner isn't contributing equally to household chores, a common, albeit unhelpful, approach might be, "You never help around the house." This broad, accusatory statement is likely to elicit a defensive response, such as, "That's not true! I did the dishes yesterday!" and the conversation quickly devolves into a debate about who did what and when. A more constructive approach using an "I" statement would be: "I feel overwhelmed and unsupported when the household tasks pile up, and I notice that I'm doing most of them." This statement focuses on the feeling of being overwhelmed and unsupported, linking it to the observable issue of task distribution. It doesn't label the partner as lazy or unhelpful; instead, it expresses your personal experience and the unmet need for a more balanced distribution of labor. Your partner can then respond to your feeling and the situation without feeling attacked. They might say, "I didn't realize you felt that way. I've been so swamped with work, but I hear you. How can we figure this out together?"</w:t>
      </w:r>
    </w:p>
    <w:p/>
    <w:p>
      <w:r>
        <w:br/>
        <w:t>It’s important to structure "I" statements effectively. A common and highly beneficial template is: "I feel [emotion] when [specific behavior/situation occurs] because [impact or reason]." For example, if your partner frequently interrupts you during conversations, instead of saying, "You always cut me off," try: "I feel frustrated when I'm speaking and you start talking before I've finished my thought, because it makes me feel like what I have to say isn't important." This structure clearly articulates your emotional state, the specific behavior that triggered it, and the underlying reason for your distress. This level of detail helps your partner understand the depth of your feeling and the specific behavior to which you are referring. It moves away from generalizations and towards actionable insights.</w:t>
      </w:r>
    </w:p>
    <w:p/>
    <w:p>
      <w:r>
        <w:br/>
        <w:t xml:space="preserve">Beyond focusing on specific behaviors, it is equally important to </w:t>
      </w:r>
    </w:p>
    <w:p>
      <w:pPr>
        <w:jc w:val="left"/>
      </w:pPr>
      <w:r>
        <w:rPr>
          <w:b/>
        </w:rPr>
        <w:t>avoid character judgments</w:t>
      </w:r>
      <w:r>
        <w:t>. When we label our partner's character—calling them "lazy," "selfish," "inconsiderate," or "needy"—we are not describing a behavior; we are assigning a permanent, negative trait. These labels are rarely accurate and almost always hurtful. They shut down empathy and create significant relational damage. Instead of saying, "You’re so inconsiderate for forgetting our anniversary," which attacks your partner’s character, consider: "I felt deeply hurt and unacknowledged when our anniversary wasn't mentioned because it made me feel like our special day wasn't important to you." This statement expresses the hurt and the underlying meaning derived from the behavior, focusing on the impact of the action rather than a judgment of your partner's entire being. It’s a subtle but profound shift that makes it far more likely for your partner to hear you and respond with understanding rather than defensiveness.</w:t>
      </w:r>
    </w:p>
    <w:p>
      <w:r>
        <w:br/>
        <w:t xml:space="preserve">The essence of honest expression with care also involves cultivating </w:t>
      </w:r>
    </w:p>
    <w:p>
      <w:pPr>
        <w:jc w:val="left"/>
      </w:pPr>
      <w:r>
        <w:rPr>
          <w:b/>
        </w:rPr>
        <w:t>vulnerability</w:t>
      </w:r>
      <w:r>
        <w:t>. This means being willing to share your inner emotional landscape, including your fears, your insecurities, and your tender spots, with your partner. Vulnerability is not weakness; it is courage. It is the willingness to be seen, deeply and truly, by the person you love most. When you share your vulnerabilities, you invite your partner into your inner world, creating opportunities for them to offer comfort, support, and a deeper level of intimacy. For example, if you are feeling insecure about your job performance, instead of projecting this anxiety onto your partner with passive-aggressive comments or withdrawal, you could say, "I've been feeling really anxious about my performance reviews at work lately. I'm worried I might not be meeting expectations, and that's really weighing on me." This open admission of fear allows your partner to respond with empathy and reassurance. It fosters a sense of "us against the problem" rather than "me against you."</w:t>
      </w:r>
    </w:p>
    <w:p>
      <w:r>
        <w:br/>
        <w:t>Sharing vulnerability can be challenging, especially if you've grown up in an environment where emotions were suppressed or if previous attempts to be vulnerable were met with dismissal or ridicule. It requires trust, and that trust is built through consistent, positive interactions. When you share a vulnerability and your partner responds with empathy and support, it strengthens that trust and makes it easier for you to be vulnerable again. Conversely, if your vulnerability is met with judgment or indifference, it can create a deep wound and a reluctance to share your inner world in the future. Therefore, it's a two-way street: one partner expresses vulnerability, and the other receives it with care.</w:t>
      </w:r>
    </w:p>
    <w:p/>
    <w:p>
      <w:r>
        <w:br/>
        <w:t xml:space="preserve">Furthermore, </w:t>
      </w:r>
    </w:p>
    <w:p>
      <w:pPr>
        <w:jc w:val="left"/>
      </w:pPr>
      <w:r>
        <w:rPr>
          <w:b/>
        </w:rPr>
        <w:t>clarity in expressing needs</w:t>
      </w:r>
      <w:r>
        <w:t xml:space="preserve"> is a cornerstone of honest communication. Many marital conflicts arise from unmet needs that go unexpressed or are expressed in ways that are indirect or demanding. Instead of hinting, implying, or assuming your partner should know what you need, state it directly and kindly. For instance, if you need more quality time with your partner, don't just sigh loudly or complain about them being busy. Express your need directly: "I've been feeling a bit disconnected lately, and I really miss spending quality time with you. Would you be open to scheduling a regular date night, maybe once a week, where we can focus just on us?" This is a clear, actionable request that also expresses your underlying feeling and desire for connection. It gives your partner concrete information and an opportunity to respond positively.</w:t>
      </w:r>
    </w:p>
    <w:p>
      <w:r>
        <w:br/>
        <w:t>Consider a situation where one partner feels the other is not contributing enough emotionally. A common reaction might be to withdraw or to engage in passive-aggressive behavior. However, a more constructive approach, rooted in honest expression with care, would be to articulate the emotional need directly. For example, a partner might say, "I've been feeling lonely in our relationship recently. I need to feel more emotionally connected to you. Could we make time to talk each evening about how we're both feeling, even if it’s just for fifteen minutes?" This statement is direct, honest, and focuses on the speaker's feelings and needs. It doesn't accuse the partner of being emotionally distant but rather expresses a personal need for connection. This approach fosters understanding and collaboration rather than conflict. The partner receiving this statement is more likely to hear the plea for connection and respond constructively than if they were met with accusations of being uncaring or distant.</w:t>
      </w:r>
    </w:p>
    <w:p/>
    <w:p>
      <w:r>
        <w:br/>
        <w:t xml:space="preserve">The practice of honest expression with care also involves </w:t>
      </w:r>
    </w:p>
    <w:p>
      <w:pPr>
        <w:jc w:val="left"/>
      </w:pPr>
      <w:r>
        <w:rPr>
          <w:b/>
        </w:rPr>
        <w:t>timing and delivery</w:t>
      </w:r>
      <w:r>
        <w:t>. While it's important to voice your truth, the way and the moment you choose to do so can significantly impact its reception. Choosing a calm, private moment, when both partners are relatively relaxed and undistracted, is generally more conducive to a productive conversation than bringing up a sensitive issue in the middle of a busy workday, in front of children, or when one of you is already stressed or tired. This doesn't mean suppressing your feelings indefinitely, but rather being mindful of creating the best possible conditions for your message to be heard and understood. For example, if you’re upset about something that happened earlier in the day, instead of confronting your partner immediately when they walk in the door, you might say, "I’m feeling a bit unsettled about something that happened earlier. Can we talk about it after dinner when we both have a chance to relax?" This signals your need to communicate, respects the current circumstances, and sets a positive expectation for the conversation to come.</w:t>
      </w:r>
    </w:p>
    <w:p>
      <w:r>
        <w:br/>
        <w:t xml:space="preserve">It's also vital to manage </w:t>
      </w:r>
    </w:p>
    <w:p>
      <w:pPr>
        <w:jc w:val="left"/>
      </w:pPr>
      <w:r>
        <w:rPr>
          <w:b/>
        </w:rPr>
        <w:t>emotional intensity</w:t>
      </w:r>
      <w:r>
        <w:t xml:space="preserve"> during expression. While strong emotions are valid, overwhelming your partner with extreme anger or distress can make it difficult for them to process your message. If you feel yourself becoming excessively angry or agitated, it might be beneficial to take a brief pause, collect yourself, and then re-engage in the conversation. Saying something like, "I'm feeling really upset right now, and I want to be able to talk about this calmly. Can we take a ten-minute break and then come back to this?" can be incredibly helpful. This demonstrates self-awareness and a commitment to communicating effectively, even when emotions are high. It shows your partner you value the conversation enough to ensure it’s productive.</w:t>
      </w:r>
    </w:p>
    <w:p>
      <w:r>
        <w:br/>
        <w:t>Developing the skill of honest expression with care is an ongoing process. It requires consistent practice, patience with yourself and your partner, and a genuine desire to deepen your connection. When you commit to voicing your truth with kindness, clarity, and a focus on your own experience, you create a foundation of trust and transparency. This allows your partner to understand you more deeply, fosters mutual respect, and transforms potential conflicts into opportunities for growth and greater intimacy within the marriage. It's through this courageous and compassionate sharing of your inner world that the true language of connection is spoken, weaving a stronger, more resilient bond between you and your spouse. The goal is not to eliminate all disagreement or discomfort, but to navigate it with grace, ensuring that your love and respect for each other remain the guiding principles. This approach cultivates a relationship where both partners feel safe to be themselves, known and loved for who they truly are, fostering an environment where the marriage can not only survive but thrive.</w:t>
      </w:r>
    </w:p>
    <w:p/>
    <w:p>
      <w:r>
        <w:t>Navigating difficult conversations with grace is a skill that, once mastered, can fundamentally transform the landscape of a marriage. It’s about transforming those moments that often feel like walking through a minefield into opportunities for genuine connection and mutual understanding. These aren’t conversations that are easy by nature; they often touch upon sensitive issues, past hurts, or deep-seated differences. The tendency for many couples is to avoid them altogether, hoping that if they’re left unaddressed, the problem might simply disappear. This, however, is rarely the case. Unspoken issues tend to fester, growing larger and more formidable in the silence, creating an invisible barrier between partners that erodes intimacy and trust. The courage to initiate these conversations, coupled with the grace to navigate them constructively, is what allows a marriage to deepen and strengthen, even in the face of adversity.</w:t>
      </w:r>
    </w:p>
    <w:p>
      <w:r>
        <w:br/>
        <w:t xml:space="preserve">The foundation for approaching any difficult conversation lies in </w:t>
      </w:r>
    </w:p>
    <w:p>
      <w:pPr>
        <w:jc w:val="left"/>
      </w:pPr>
      <w:r>
        <w:rPr>
          <w:b/>
        </w:rPr>
        <w:t>setting the right tone and intention</w:t>
      </w:r>
      <w:r>
        <w:t>. Before you even utter a word, consider your internal state. Are you entering this conversation with the goal of winning, of proving your point, or of assigning blame? Or is your intention to understand, to be understood, and to find a solution that honors both your needs and your partner's? This intention acts as the compass for the entire interaction. If the intention is to connect and problem-solve, the language and demeanor will naturally shift towards collaboration. Conversely, a combative intention will inevitably lead to defensiveness and escalation. It’s about approaching your partner not as an adversary, but as your most trusted ally, with whom you can tackle life’s challenges together. Think of it as a joint venture to improve your shared life, rather than a battle to be won individually. This mindset shift is paramount. It’s the difference between approaching your spouse as the problem and approaching the problem alongside your spouse.</w:t>
      </w:r>
    </w:p>
    <w:p>
      <w:r>
        <w:br/>
        <w:t xml:space="preserve">Crucial to this foundational step is </w:t>
      </w:r>
    </w:p>
    <w:p>
      <w:pPr>
        <w:jc w:val="left"/>
      </w:pPr>
      <w:r>
        <w:rPr>
          <w:b/>
        </w:rPr>
        <w:t>choosing the opportune moment</w:t>
      </w:r>
      <w:r>
        <w:t>. There is a distinct art to timing a difficult conversation. It’s not about ambushing your partner when they are exhausted, stressed, or preoccupied with other urgent matters. Instead, it requires a conscious selection of a time when both of you are relatively calm, present, and have the mental and emotional bandwidth to engage. This might mean scheduling a time to talk, which itself can be a helpful preparatory step. Saying something like, "I have something important I’d like to discuss with you. When would be a good time for us to sit down and talk without distractions?" sets a positive precedent. It signals respect for your partner’s time and emotional state and acknowledges the significance of the conversation. Imagine trying to have a deep discussion about finances when one partner is rushing out the door for an important appointment, or about intimacy when one of you is nursing a bad cold and feeling utterly drained. The context matters immensely. The ideal scenario is a moment when both partners feel relatively secure, relaxed, and able to give their full attention to the dialogue. This might be after dinner, during a quiet weekend morning, or during a dedicated time slot that you’ve agreed upon in advance. The goal is to create an environment where both individuals feel safe and ready to listen and share, rather than feeling pressured or cornered.</w:t>
      </w:r>
    </w:p>
    <w:p>
      <w:r>
        <w:br/>
        <w:t xml:space="preserve">When initiating such a conversation, </w:t>
      </w:r>
    </w:p>
    <w:p>
      <w:pPr>
        <w:jc w:val="left"/>
      </w:pPr>
      <w:r>
        <w:rPr>
          <w:b/>
        </w:rPr>
        <w:t>framing your opening is key</w:t>
      </w:r>
      <w:r>
        <w:t>. Instead of launching into accusations or criticisms, start with a statement that expresses your need to connect and your appreciation for your partner’s willingness to engage. Phrases like, "I’ve been thinking about something that’s been on my mind, and I really want to talk it through with you," or "I’m feeling a little concerned about [topic], and I’d love to get your perspective and work on it together," can gently signal the seriousness of the discussion without immediately triggering a defensive response. It’s about creating an opening that invites your partner into a shared exploration rather than pushing them away. The initial words spoken can either build a bridge or erect a wall. Starting with vulnerability, or a shared commitment to the relationship, can be incredibly effective. For instance, "Honey, I love us, and because I love us, I want to talk about how we handle our disagreements. I feel like sometimes we get stuck, and I want to find a way to navigate that better together." This establishes the positive intent and frames the conversation as a team effort to strengthen the marriage.</w:t>
      </w:r>
    </w:p>
    <w:p>
      <w:r>
        <w:br/>
      </w:r>
    </w:p>
    <w:p>
      <w:pPr>
        <w:jc w:val="left"/>
      </w:pPr>
      <w:r>
        <w:rPr>
          <w:b/>
        </w:rPr>
        <w:t>Maintaining respect throughout the conversation</w:t>
      </w:r>
      <w:r>
        <w:t xml:space="preserve"> is paramount, even when you strongly disagree. This means actively listening to your partner’s perspective without interrupting, validating their feelings even if you don’t agree with their interpretation of events, and speaking in a way that honors their inherent worth and your shared history. Respect is not about agreeing with everything your partner says; it’s about acknowledging their right to their feelings and their viewpoint. It means avoiding contempt, sarcasm, and personal attacks. These corrosive behaviors, even if fleeting, can inflict deep wounds and are notoriously difficult to repair. When disagreements arise, remember that your partner is not your enemy. They are the person you have chosen to build a life with, and their perspective, even if different from your own, is valuable. Acknowledging this can be as simple as saying, "I hear what you're saying about how that made you feel," or "I understand why you see it that way, even though I experienced it differently." This validation doesn't mean you concede your own point; it simply shows that you are making an effort to understand their world.</w:t>
      </w:r>
    </w:p>
    <w:p>
      <w:r>
        <w:br/>
        <w:t xml:space="preserve">It’s also crucial to </w:t>
      </w:r>
    </w:p>
    <w:p>
      <w:pPr>
        <w:jc w:val="left"/>
      </w:pPr>
      <w:r>
        <w:rPr>
          <w:b/>
        </w:rPr>
        <w:t>focus on specific behaviors and their impact, rather than making sweeping generalizations or character assassinations.</w:t>
      </w:r>
      <w:r>
        <w:t xml:space="preserve"> As discussed previously, "I" statements are invaluable here. Instead of "You never help with the kids," try "I feel overwhelmed and unsupported when I’m managing the bedtime routine by myself every night, because it leaves me with very little time for myself afterwards." This shifts the focus from an indictment of your partner’s character to a description of your experience and its consequences. The former is likely to elicit defensiveness, while the latter opens the door for problem-solving. Similarly, if the issue is about finances, instead of "You're terrible with money," a more constructive approach would be, "I feel anxious when I see our credit card balance increasing, because I worry about our ability to meet our savings goals for retirement." This articulates the feeling, links it to a specific observation (the increasing balance), and explains the underlying concern (savings goals). This allows your partner to address the specific concern without feeling like their entire financial competence is being questioned. The goal is to describe the problem you are experiencing, not to label your partner as the problem.</w:t>
      </w:r>
    </w:p>
    <w:p>
      <w:r>
        <w:br/>
        <w:t xml:space="preserve">One of the most potent tools in navigating difficult conversations is the ability to </w:t>
      </w:r>
    </w:p>
    <w:p>
      <w:pPr>
        <w:jc w:val="left"/>
      </w:pPr>
      <w:r>
        <w:rPr>
          <w:b/>
        </w:rPr>
        <w:t>manage your emotional responses</w:t>
      </w:r>
      <w:r>
        <w:t>. It’s natural for emotions to run high when discussing sensitive topics, but unchecked emotions can derail even the most well-intentioned conversation. This requires self-awareness and a commitment to staying regulated. If you find yourself becoming overly angry, frustrated, or defensive, it’s a sign that you need to pause. Taking a brief break—a “time-out”—is not an admission of defeat; it’s a strategic move to preserve the conversation and your relationship. During this pause, you can use grounding techniques, deep breathing, or simply step away to collect your thoughts. Crucially, when you agree to a time-out, you must also agree on a specific time to reconvene. This shows your partner that you are committed to resolving the issue, not avoiding it. For example, "I'm feeling too upset to talk productively right now. Can we take a 30-minute break and then revisit this?" This allows both partners to calm down and approach the conversation with renewed composure. It’s about regaining control of your emotions so you can re-engage with clarity and respect.</w:t>
      </w:r>
    </w:p>
    <w:p>
      <w:r>
        <w:br/>
      </w:r>
    </w:p>
    <w:p>
      <w:pPr>
        <w:jc w:val="left"/>
      </w:pPr>
      <w:r>
        <w:rPr>
          <w:b/>
        </w:rPr>
        <w:t>Active listening</w:t>
      </w:r>
      <w:r>
        <w:t xml:space="preserve"> is not just about hearing words; it’s about understanding the underlying emotions and needs. When your partner is speaking, put aside your own arguments and focus entirely on what they are conveying. Use non-verbal cues to show you are engaged – nodding, maintaining eye contact, and leaning in. Paraphrase what you hear to ensure understanding: "So, if I'm understanding correctly, you're feeling X because of Y. Is that right?" This not only confirms your comprehension but also demonstrates to your partner that they are truly being heard, which can significantly de-escalate tension. When your partner feels genuinely heard, they are much more likely to listen to you in return. This reciprocal process of listening and being listened to creates a safe space for vulnerability and honesty. It’s a dance where each partner takes turns leading with their truth, supported by the other’s attentive presence.</w:t>
      </w:r>
    </w:p>
    <w:p>
      <w:r>
        <w:br/>
        <w:t xml:space="preserve">Furthermore, </w:t>
      </w:r>
    </w:p>
    <w:p>
      <w:pPr>
        <w:jc w:val="left"/>
      </w:pPr>
      <w:r>
        <w:rPr>
          <w:b/>
        </w:rPr>
        <w:t>expressing your own needs clearly and directly</w:t>
      </w:r>
      <w:r>
        <w:t xml:space="preserve"> is essential. Many conflicts stem from unmet needs that are either unexpressed or expressed indirectly through hints, passive aggression, or demands. Instead of expecting your partner to be a mind-reader, articulate your needs with kindness and specificity. For example, if you need more emotional support, don’t just withdraw or become sullen. Say, "I've been feeling a bit down lately, and I could really use some extra emotional support. Would you be willing to talk with me about what’s on my mind later tonight?" This is a direct, vulnerable, and actionable request. It provides your partner with concrete information about what you need and how they can help, making it far more likely that your needs will be met. It transforms a potential source of resentment into an opportunity for your partner to be your supporter and confidant. This clarity also applies to shared responsibilities. If you feel the division of labor is unbalanced, stating, "I’m feeling increasingly burdened by the amount of housework I’m handling, and I need us to find a more equitable way to share these tasks," is far more effective than silently accumulating resentment.</w:t>
      </w:r>
    </w:p>
    <w:p>
      <w:r>
        <w:br/>
        <w:t xml:space="preserve">When discussing sensitive topics, it’s vital to </w:t>
      </w:r>
    </w:p>
    <w:p>
      <w:pPr>
        <w:jc w:val="left"/>
      </w:pPr>
      <w:r>
        <w:rPr>
          <w:b/>
        </w:rPr>
        <w:t>avoid the trap of "kitchen sinking,"</w:t>
      </w:r>
      <w:r>
        <w:t xml:space="preserve"> which involves bringing up every past grievance and unrelated issue into the current conversation. This overwhelms the discussion and prevents any specific issue from being effectively addressed. Focus on the one or two core issues at hand. If other issues need to be discussed, acknowledge them and suggest scheduling separate conversations for them. For example, "I understand you're also frustrated about the vacation planning, but right now, I really want us to focus on resolving the issue of me feeling unheard during our discussions. Can we set aside time to talk about the vacation next week?" This keeps the conversation focused and manageable, increasing the likelihood of a productive outcome for the immediate concern. It demonstrates your commitment to resolving issues systematically, rather than allowing them to become an amorphous blob of marital discontent.</w:t>
      </w:r>
    </w:p>
    <w:p>
      <w:r>
        <w:br/>
      </w:r>
    </w:p>
    <w:p>
      <w:pPr>
        <w:jc w:val="left"/>
      </w:pPr>
      <w:r>
        <w:rPr>
          <w:b/>
        </w:rPr>
        <w:t>Finding common ground and shared goals</w:t>
      </w:r>
      <w:r>
        <w:t xml:space="preserve"> can also transform difficult conversations from confrontations into collaborative problem-solving sessions. Even in the midst of disagreement, there are usually shared values or overarching desires that both partners hold. Identifying these can help shift the focus from opposition to unity. For instance, if you're discussing a parenting disagreement, you might both agree on the ultimate goal of raising well-adjusted, happy children. You could say, "We both want what's best for our children. I’m concerned about X, and I know you’re concerned about Y. How can we combine our concerns to create a parenting approach that feels right for both of us and for them?" This reframing emphasizes the shared objective and invites your partner to brainstorm solutions with you. It reinforces the idea that you are a team working towards a common aspiration.</w:t>
      </w:r>
    </w:p>
    <w:p>
      <w:r>
        <w:br/>
        <w:t xml:space="preserve">Moreover, </w:t>
      </w:r>
    </w:p>
    <w:p>
      <w:pPr>
        <w:jc w:val="left"/>
      </w:pPr>
      <w:r>
        <w:rPr>
          <w:b/>
        </w:rPr>
        <w:t>practicing empathy</w:t>
      </w:r>
      <w:r>
        <w:t xml:space="preserve"> is the cornerstone of graceful communication. Try to put yourself in your partner’s shoes and imagine how they might be experiencing the situation. What are their fears, their insecurities, their underlying needs that might be driving their behavior or their reaction? When you can connect with their perspective on an emotional level, it becomes easier to respond with compassion rather than judgment. This doesn’t mean condoning hurtful behavior, but rather understanding the potential roots of it. A statement like, "I can see how my actions might have made you feel unloved, and that was never my intention. I understand why you would be upset," acknowledges the impact of your actions and validates their emotional response. This can open up pathways for forgiveness and healing. Empathy is the bridge that allows your partner’s experience to become real for you, fostering connection even in moments of conflict.</w:t>
      </w:r>
    </w:p>
    <w:p>
      <w:r>
        <w:br/>
        <w:t xml:space="preserve">Finally, remember that </w:t>
      </w:r>
    </w:p>
    <w:p>
      <w:pPr>
        <w:jc w:val="left"/>
      </w:pPr>
      <w:r>
        <w:rPr>
          <w:b/>
        </w:rPr>
        <w:t>grace in difficult conversations is not about perfection, but about persistence and genuine effort.</w:t>
      </w:r>
      <w:r>
        <w:t xml:space="preserve"> It’s an ongoing practice, and there will be times when you fall short, say the wrong thing, or your partner doesn’t respond as you hoped. The key is to not give up. Acknowledge when you’ve made a mistake, apologize sincerely, and recommit to communicating with care. The ability to recover from missteps and to continue striving for better communication is a testament to the strength and resilience of your marital bond. Each conversation, whether it goes perfectly or not, is an opportunity to learn and grow together. By consistently applying these principles – setting the right intention, choosing the right time, framing your words carefully, maintaining respect, focusing on behavior, managing emotions, listening actively, expressing needs clearly, avoiding distractions, finding common ground, practicing empathy, and persisting with grace – couples can transform their difficult conversations from dreaded confrontations into powerful opportunities for deeper intimacy, stronger connection, and lasting problem-solving. This deliberate and mindful approach builds a marriage that can weather any storm, emerging stronger and more intimately connected on the other side.</w:t>
      </w:r>
    </w:p>
    <w:p>
      <w:r>
        <w:t>In the tapestry of a thriving marriage, connection isn't solely woven during grand gestures or during the resolution of monumental conflicts. Often, the most profound bonds are forged in the quiet, consistent rhythm of everyday interactions. Building on the principles of open and graceful communication, we introduce a practice so deceptively simple that its transformative power might be underestimated: the daily 'check-in.' This isn't about rehashing the day's events in meticulous detail, nor is it a platform for addressing deep-seated issues that require the more extensive approach discussed previously. Instead, the daily check-in is a deliberate, brief moment set aside to offer a glimpse into each other's inner world, a conscious act of emotional attunement that keeps the channels of connection open and vital.</w:t>
      </w:r>
    </w:p>
    <w:p>
      <w:r>
        <w:br/>
        <w:t>Imagine this practice as a gentle, consistent watering of the emotional garden you cultivate together. Without regular nourishment, even the most robust plants can begin to wilt. In a marriage, the "watering" comes in the form of mindful attention to each other's emotional state. Life is a dynamic current, with each partner navigating their own unique experiences, joys, stresses, and subtle shifts in mood. Without a dedicated moment to share these inner currents, small disconnects can begin to form, like tiny hairline fractures in a foundation. These might not be significant enough to trigger a full-blown argument, but they can, over time, create a sense of distance, a feeling of not being fully known or understood by the person closest to you. The daily check-in is designed to proactively address this by creating a predictable, safe space for brief, authentic sharing.</w:t>
      </w:r>
    </w:p>
    <w:p/>
    <w:p>
      <w:r>
        <w:br/>
        <w:t>The beauty of the check-in lies in its accessibility and its adaptability. It doesn't require a formal setting or a significant block of time. It can happen as you're preparing for bed, during a quiet moment with morning coffee, or even while sharing a brief commute. The key is the intention behind it: to actively engage with your partner's emotional landscape, to offer and receive a snapshot of your present state. Think of it as a daily emotional temperature check. How are you feeling, truly? What significant event, however small, touched your heart or mind today? What are you bringing into this shared space, this evening, this next day, from your individual journey?</w:t>
      </w:r>
    </w:p>
    <w:p/>
    <w:p>
      <w:r>
        <w:br/>
        <w:t>To implement this practice effectively, establish a consistent rhythm. It could be as simple as agreeing to ask each other, "How are you feeling today, on a scale of one to ten?" followed by a brief explanation, or a more open-ended, "What was the highlight of your day, and what was a challenge?" The goal isn't to extract a novel, but to invite a few honest sentences. For example, one partner might say, "I’m feeling about a seven today. The client meeting went really well, which was a huge relief, but I’m still a bit drained from it." The other partner might respond, "I’m more like a five. I had that presentation today, and I felt really nervous beforehand, but I think it went okay. I’m just looking forward to a quiet evening." This exchange, while brief, communicates more than just a factual account; it conveys emotional states, stresses, and reliefs. It allows the other partner to register this information and respond with empathy or support, perhaps by saying, "I’m glad your meeting went well. Let’s make sure we keep the evening quiet then," or "I understand feeling drained after a big presentation. I’m here if you want to talk about it, or we can just relax."</w:t>
      </w:r>
    </w:p>
    <w:p/>
    <w:p>
      <w:r>
        <w:br/>
        <w:t xml:space="preserve">This consistent practice serves several crucial functions. Firstly, it cultivates </w:t>
      </w:r>
    </w:p>
    <w:p>
      <w:pPr>
        <w:jc w:val="left"/>
      </w:pPr>
      <w:r>
        <w:rPr>
          <w:b/>
        </w:rPr>
        <w:t>emotional awareness and articulation</w:t>
      </w:r>
      <w:r>
        <w:t>. Many individuals, even those in long-term relationships, may struggle to identify or express their emotions clearly. The daily check-in provides a low-stakes environment to practice this skill. By regularly being asked and by being encouraged to share, partners become more attuned to their own internal states and more comfortable verbalizing them. This increased self-awareness can, in turn, lead to better self-regulation and a greater capacity to communicate needs and feelings constructively. When you can accurately name what you are feeling, you are better equipped to communicate it to your partner in a way that fosters understanding rather than conflict.</w:t>
      </w:r>
    </w:p>
    <w:p>
      <w:r>
        <w:br/>
        <w:t xml:space="preserve">Secondly, it </w:t>
      </w:r>
    </w:p>
    <w:p>
      <w:pPr>
        <w:jc w:val="left"/>
      </w:pPr>
      <w:r>
        <w:rPr>
          <w:b/>
        </w:rPr>
        <w:t>reinforces the sense of being seen and heard</w:t>
      </w:r>
      <w:r>
        <w:t>. In the hustle and bustle of daily life, it’s easy to feel like just another cog in the machinery of responsibilities. A daily check-in is a deliberate act of prioritizing your partner's inner experience. It signals, "You matter to me, and what you are feeling matters." This consistent validation builds a reservoir of goodwill and strengthens the emotional connection. Even on days when the responses are minimal – a simple "I’m tired" or "It was a busy day" – the act of asking and acknowledging is powerful. It’s the intention of connection that’s being communicated, the reaffirmation of your shared space and your shared lives.</w:t>
      </w:r>
    </w:p>
    <w:p>
      <w:r>
        <w:br/>
        <w:t xml:space="preserve">Thirdly, the check-in acts as an </w:t>
      </w:r>
    </w:p>
    <w:p>
      <w:pPr>
        <w:jc w:val="left"/>
      </w:pPr>
      <w:r>
        <w:rPr>
          <w:b/>
        </w:rPr>
        <w:t>early warning system for potential disconnects</w:t>
      </w:r>
      <w:r>
        <w:t>. By regularly attuning to each other's emotional states, couples can often identify subtle shifts that might indicate a growing problem or a need for more in-depth conversation. If one partner consistently reports feeling a low number on the emotional scale, or expresses ongoing stress without relief, this provides an opening for the other partner to inquire further and offer support, or to initiate a more significant discussion about what might be causing these feelings. It’s much easier to address a subtle dimming of a light than a complete blackout. For example, if one partner consistently says they’re feeling "stressed" about work, the other partner might follow up with, "I’ve noticed you’ve been feeling stressed about work a lot lately. Is there anything specific you want to talk about, or anything I can do to help lighten your load?" This gentle inquiry can preempt a build-up of resentment or overwhelm.</w:t>
      </w:r>
    </w:p>
    <w:p>
      <w:r>
        <w:br/>
        <w:t>The structure of the check-in can be flexible to suit individual preferences, but consistency is key. Some couples find it beneficial to have a physical touch associated with the check-in – perhaps holding hands or a brief hug – to amplify the sense of connection. Others prefer a more verbal approach. The important aspect is that it is a dedicated, undistracted time. This means putting away phones, turning off the television, and truly focusing on the interaction for those few minutes. It’s about creating a sacred space for your connection, even if it's only for five minutes.</w:t>
      </w:r>
    </w:p>
    <w:p/>
    <w:p>
      <w:r>
        <w:br/>
        <w:t>Consider the alternative: a marriage where partners go their separate ways each morning, immersed in their individual worlds, only to reconnect at the end of the day in a whirlwind of shared responsibilities, the evening news, or the demands of children. In such scenarios, the emotional distance can grow silently. A partner might be experiencing a significant emotional challenge – a personal disappointment, a triumph, a burgeoning anxiety – and the other partner remains unaware, not through malice, but through a lack of established channels for sharing. The daily check-in serves as a vital bridge across this potential divide.</w:t>
      </w:r>
    </w:p>
    <w:p/>
    <w:p>
      <w:r>
        <w:br/>
        <w:t>For instance, imagine a day where one partner receives unexpected praise at work, a small but significant boost to their morale. If this goes unshared, the joy remains contained, a private flicker. However, in a marriage where daily check-ins are practiced, that partner might share, "Today was a good day; my boss actually complimented my report in front of the whole team. I felt really proud." The responding partner, armed with this insight, can then offer genuine congratulations, share in the joy, and reinforce that positive experience. This simple act of sharing and receiving amplifies the positive emotions and strengthens the sense of shared life and mutual celebration. Conversely, on a day when a partner faces a setback – perhaps a minor health scare or a disagreement with a family member – sharing this during the check-in allows for immediate emotional support. "I’m feeling a bit worried today because my test results were a little unusual," one partner might say. The other partner’s immediate response can be one of comfort, reassurance, and a commitment to facing it together, rather than the recipient of the news discovering it indirectly or feeling alone with their anxiety.</w:t>
      </w:r>
    </w:p>
    <w:p/>
    <w:p>
      <w:r>
        <w:br/>
        <w:t>The check-in also serves as a practice ground for the skills honed in more challenging conversations. By regularly engaging in brief, honest sharing, couples build the muscle of vulnerability and active listening. They become more adept at expressing their needs and feelings in a concise, non-accusatory manner. This daily practice normalizes the act of sharing one’s inner world, making it feel less daunting when a more significant issue arises. When you have a regular habit of saying, "I’m feeling a bit overwhelmed today," it becomes much easier to later say, "I’m feeling overwhelmed by the current division of household chores, and I’d like to talk about it." The foundation for such a conversation has already been laid by the consistent practice of daily attunement.</w:t>
      </w:r>
    </w:p>
    <w:p/>
    <w:p>
      <w:r>
        <w:br/>
        <w:t>Furthermore, the check-in can prevent the accumulation of minor irritations that, if left unaddressed, can fester and grow. A small oversight, a forgotten promise, a perceived slight – these are the everyday occurrences that can chip away at goodwill. During a check-in, a partner might subtly hint at an unmet need or a minor frustration. For example, "I was hoping we could spend some time together this evening, but I know you have that project deadline." This gentle observation, rather than a direct accusation, opens the door for the other partner to acknowledge it and perhaps say, "You’re right, I’m really focused on this deadline. Can we plan for some dedicated time tomorrow night? I want to make sure we connect." Without this opportunity, the initial partner might carry that unmet expectation, leading to a silent build-up of disappointment.</w:t>
      </w:r>
    </w:p>
    <w:p/>
    <w:p>
      <w:r>
        <w:br/>
        <w:t>It's important to approach the check-in with the right mindset. It’s not a performance review or an interrogation. It’s an offering of self, a moment of shared humanity. The aim is not to achieve a perfect emotional state, but to acknowledge the reality of your feelings and experiences, however mundane or difficult they may be. Both partners should feel safe to express whatever they are genuinely feeling, without fear of judgment or the need to present a polished façade. If one partner is having a day where they feel "flat" or "uninspired," that is a valid state to share. The other partner’s role is to receive this with understanding and perhaps a simple, "I hear you. I’m here with you."</w:t>
      </w:r>
    </w:p>
    <w:p/>
    <w:p>
      <w:r>
        <w:br/>
        <w:t xml:space="preserve">The success of the daily check-in also depends on </w:t>
      </w:r>
    </w:p>
    <w:p>
      <w:pPr>
        <w:jc w:val="left"/>
      </w:pPr>
      <w:r>
        <w:rPr>
          <w:b/>
        </w:rPr>
        <w:t>reciprocity</w:t>
      </w:r>
      <w:r>
        <w:t>. While one partner might initiate the practice, both individuals need to engage authentically. If one partner consistently shares while the other offers only perfunctory responses, the practice can feel one-sided and eventually lose its momentum. It requires a mutual commitment to showing up for each other, even in these brief moments. If you notice a lack of reciprocity, it might be worth gently revisiting the practice and its importance for both of you. A simple conversation might go like this: "I’ve really been valuing our daily check-ins, but I’ve noticed I’m doing most of the sharing. I’d love to hear more about your day and how you’re really feeling. Is there anything that makes it difficult for you to share?" This approach is non-confrontational and focuses on the shared goal of connection.</w:t>
      </w:r>
    </w:p>
    <w:p>
      <w:r>
        <w:br/>
        <w:t>Moreover, the check-in should not be a substitute for deeper, more involved conversations when they are needed. It is a maintenance tool, not a repair kit for major breaches. If a significant issue arises, the check-in can provide the opening to address it, but the subsequent conversation will likely require more time, depth, and the application of the communication strategies discussed elsewhere in this book. The check-in can be the gentle nudge that says, "We need to talk about that difficult topic we’ve been avoiding."</w:t>
      </w:r>
    </w:p>
    <w:p/>
    <w:p>
      <w:r>
        <w:br/>
        <w:t>In essence, the daily check-in is a powerful habit that cultivates emotional intimacy and robust communication by fostering consistent, mindful attention to each other’s inner lives. It’s a daily commitment to being present for one another, a simple yet profound act that builds a resilient and deeply connected marital bond, one brief, honest exchange at a time. It’s about making sure that the vital arteries of your emotional connection remain open and healthy, ensuring that no matter how turbulent the waters of life become, you always have a clear and immediate line of communication to your partner, and they to you. This practice is the quiet hum of connection that underpins the louder melodies of your shared life.</w:t>
      </w:r>
    </w:p>
    <w:p/>
    <w:p>
      <w:r>
        <w:br w:type="page"/>
      </w:r>
    </w:p>
    <w:p>
      <w:pPr>
        <w:spacing w:before="5040"/>
        <w:jc w:val="center"/>
      </w:pPr>
      <w:r>
        <w:rPr/>
        <w:t xml:space="preserve"> Chapter 3: Building a Sanctuary: Nurturing Emotional Safety</w:t>
      </w:r>
    </w:p>
    <w:p>
      <w:r>
        <w:t>The architecture of trust is not a sudden, monumental construction, but rather a meticulous assembly of countless individual actions, each reinforcing the structure of safety. Within the intimate landscape of marriage, emotional safety emerges not from an absence of difficulty, but from the profound presence of predictable, reliable support and genuine understanding. It is built, brick by careful brick, through the consistent application of principles that signal to your partner, "I am here for you, and you can count on me." This isn't about the absence of arguments or disagreements; rather, it's about the assurance that even when these arise, the underlying foundation of care and respect remains unshaken.</w:t>
      </w:r>
    </w:p>
    <w:p>
      <w:r>
        <w:br/>
        <w:t xml:space="preserve">At the core of this architecture lies the concept of </w:t>
      </w:r>
    </w:p>
    <w:p>
      <w:pPr>
        <w:jc w:val="left"/>
      </w:pPr>
      <w:r>
        <w:rPr>
          <w:b/>
        </w:rPr>
        <w:t>consistent positive regard</w:t>
      </w:r>
      <w:r>
        <w:t>. This means maintaining a fundamental belief in your partner's good intentions and inherent worth, even during moments of frustration or conflict. It's the internal compass that, even when faced with a difficult behavior, still points towards the person you love and respect. Imagine a situation where one partner forgets a significant anniversary. While the immediate reaction might be disappointment or anger, consistent positive regard would prompt the other partner to consider the myriad possibilities for the oversight – perhaps extreme stress at work, a personal health concern, or a genuine lapse in memory that doesn't reflect a lack of love. This doesn't excuse the forgetfulness, but it frames the response in a way that prioritizes the relationship's overall health. Instead of launching into an accusation, a more constructive approach might be, "I'm feeling hurt that our anniversary was overlooked. Is everything okay? I'm worried something might be going on." This statement acknowledges the hurt but opens the door for dialogue and support, rather than condemnation. This consistent belief in the other’s underlying goodness creates an environment where mistakes can be processed without threatening the entire relationship’s stability. It’s the steady hand on the tiller, even when the seas get rough.</w:t>
      </w:r>
    </w:p>
    <w:p>
      <w:r>
        <w:br/>
        <w:t xml:space="preserve">Crucially intertwined with positive regard is the </w:t>
      </w:r>
    </w:p>
    <w:p>
      <w:pPr>
        <w:jc w:val="left"/>
      </w:pPr>
      <w:r>
        <w:rPr>
          <w:b/>
        </w:rPr>
        <w:t>validation of feelings</w:t>
      </w:r>
      <w:r>
        <w:t>. This means acknowledging and accepting your partner’s emotional experience as real and legitimate, even if you don’t fully understand it or agree with its source. Validation is not agreement; it is acceptance. If your partner expresses feeling overwhelmed by a particular situation, validating that feeling would sound like, "I can see how that would make you feel overwhelmed," or "It makes sense that you’re feeling stressed about this." This simple acknowledgment communicates, "Your feelings are valid, and I see you." It’s the opposite of dismissal, which might sound like, "You’re overreacting," or "It’s not that big of a deal." Dismissal erodes the foundation of trust because it tells your partner that their internal world is not to be trusted or taken seriously. When a couple consistently validates each other's emotions, they build a sanctuary where vulnerability is safe. For example, if one partner expresses sadness about a perceived snub from a friend, the other partner might respond, "I understand why that would sting. It's natural to feel hurt when you feel excluded." This response validates the feeling of hurt without needing to analyze the friend’s behavior or judge the partner’s reaction. It creates a space of empathy, reinforcing the message that, "Your feelings matter to me."</w:t>
      </w:r>
    </w:p>
    <w:p>
      <w:r>
        <w:br/>
        <w:t>This validation is particularly powerful when it comes to difficult or messy emotions, such as anger, jealousy, or insecurity. Often, people fear expressing these emotions in relationships because they worry about being judged, rejected, or even seen as "bad." However, a marriage built on emotional safety embraces all aspects of a partner’s experience. When one partner can express a difficult emotion and be met with understanding rather than defensiveness, it strengthens the bond immeasurably. Consider a scenario where one partner feels a pang of jealousy when the other talks enthusiastically about a colleague. Instead of dismissing the jealousy or becoming defensive, a validating response might be, "I hear you. It sounds like you're feeling a little insecure right now, and that's understandable. Tell me more about what's going on for you." This approach acknowledges the emotion without letting it dictate behavior or create blame. It allows the underlying fear or insecurity to be explored in a safe space.</w:t>
      </w:r>
    </w:p>
    <w:p/>
    <w:p>
      <w:r>
        <w:br/>
        <w:t xml:space="preserve">Furthermore, the architecture of trust is cemented by the </w:t>
      </w:r>
    </w:p>
    <w:p>
      <w:pPr>
        <w:jc w:val="left"/>
      </w:pPr>
      <w:r>
        <w:rPr>
          <w:b/>
        </w:rPr>
        <w:t>assurance of support</w:t>
      </w:r>
      <w:r>
        <w:t>. This is the unwavering knowledge that your partner will stand by you, offering practical help, emotional comfort, or simply a listening ear when you need it most. It’s about being a reliable source of strength and solace. This assurance is built not through grand, infrequent gestures, but through a steady stream of smaller, consistent actions. It’s the partner who offers to take on an extra chore when the other is exhausted, who sits patiently through a difficult phone call, or who simply says, "I'm here for you, whatever you need." When a partner consistently demonstrates their commitment to supporting each other through thick and thin, it creates a profound sense of security.</w:t>
      </w:r>
    </w:p>
    <w:p>
      <w:r>
        <w:br/>
        <w:t>Think about a time when a significant challenge arose, such as a job loss, a health crisis, or a family emergency. In a marriage where support is a foundational element, the immediate reaction from the partner is not one of panic or self-preservation, but of rallying together. One partner might say, "This is tough, but we’ll get through this together. How can I best support you right now?" This statement embodies the assurance of support. It’s not just words; it's the willingness to actively engage and share the burden. This assurance is also built during everyday moments. It's the partner who remembers to pick up a prescription, who helps navigate a complex bureaucracy, or who simply offers a comforting touch during a stressful day. These seemingly small acts accumulate, creating a reservoir of trust that can be drawn upon during more significant trials.</w:t>
      </w:r>
    </w:p>
    <w:p/>
    <w:p>
      <w:r>
        <w:br/>
        <w:t>The predictability of these supportive actions is key. When your partner’s response to your needs is reliably helpful and empathetic, it builds a deep sense of security. Conversely, if a partner’s support is inconsistent, conditional, or absent, it creates anxiety and erodes trust. If, for instance, one partner consistently turns to the other for comfort after a bad day, but is frequently met with distraction or indifference, they learn that they cannot rely on their partner for emotional sustenance. This can lead to them withdrawing and feeling isolated, even within the marriage. Therefore, making a conscious effort to be present, responsive, and helpful, even when it’s inconvenient, is an essential building block of this architectural trust. It’s about being the dependable presence your partner can always count on.</w:t>
      </w:r>
    </w:p>
    <w:p/>
    <w:p>
      <w:r>
        <w:br/>
        <w:t xml:space="preserve">The element of </w:t>
      </w:r>
    </w:p>
    <w:p>
      <w:pPr>
        <w:jc w:val="left"/>
      </w:pPr>
      <w:r>
        <w:rPr>
          <w:b/>
        </w:rPr>
        <w:t>predictability</w:t>
      </w:r>
      <w:r>
        <w:t xml:space="preserve"> in emotional interactions is another cornerstone. This doesn't mean that every day will be the same, or that emotions will always be mild. Rather, it refers to the predictability of how your partner will respond to your emotional states and needs. When your partner's reactions are generally consistent, understandable, and aligned with your relational values, it fosters a sense of safety. You can anticipate, with a reasonable degree of confidence, how they will handle a given situation or emotional expression. This predictability removes the anxiety of the unknown.</w:t>
      </w:r>
    </w:p>
    <w:p>
      <w:r>
        <w:br/>
        <w:t>Consider how children feel safe when their parents’ rules and responses are consistent. They know what to expect. In marriage, this predictability translates to knowing that your partner, when expressing their own emotions or responding to yours, will generally do so with respect, kindness, and a commitment to the relationship’s well-being. For example, if your partner is generally a calm communicator, you can predict that even during a disagreement, they will likely strive to maintain a respectful tone. If they are prone to emotional outbursts, the lack of predictability can be unsettling. You might constantly be on guard, anticipating an escalation. This constant vigilance is exhausting and incompatible with emotional safety.</w:t>
      </w:r>
    </w:p>
    <w:p/>
    <w:p>
      <w:r>
        <w:br/>
        <w:t>This predictability also extends to how your partner handles conflicts. A marriage where conflicts are handled with a general adherence to agreed-upon communication guidelines – avoiding name-calling, listening actively, taking breaks when needed – fosters predictability. The partner knows that even in disagreement, the other will likely not resort to destructive tactics. Conversely, a partner who frequently resorts to passive aggression, silent treatment, or explosive anger creates an environment of unpredictability. You never quite know what will trigger a negative reaction, or how severe that reaction will be. This lack of predictable safety makes it difficult to be fully open and vulnerable.</w:t>
      </w:r>
    </w:p>
    <w:p/>
    <w:p>
      <w:r>
        <w:br/>
        <w:t xml:space="preserve">The architecture of trust is also about creating a </w:t>
      </w:r>
    </w:p>
    <w:p>
      <w:pPr>
        <w:jc w:val="left"/>
      </w:pPr>
      <w:r>
        <w:rPr>
          <w:b/>
        </w:rPr>
        <w:t>secure base</w:t>
      </w:r>
      <w:r>
        <w:t>. This is a concept borrowed from attachment theory, which posits that a secure base is a person or place that provides safety and encouragement from which to explore the world. In marriage, your partner ideally serves as this secure base. When you know you have your partner’s unwavering support and love, you feel more confident to take risks, pursue your passions, and face life’s challenges. This secure base allows for greater authenticity because you don’t have to expend energy constantly protecting yourself or seeking external validation.</w:t>
      </w:r>
    </w:p>
    <w:p>
      <w:r>
        <w:br/>
        <w:t>Imagine a scenario where one partner decides to pursue a new career path that involves a pay cut and a steep learning curve. If their spouse acts as a secure base, they will express enthusiasm and support, perhaps saying, "That’s an exciting opportunity! I know you’ll be amazing, and I’m here to support you through the transition." This response reinforces the secure base, allowing the individual to embrace the new venture with confidence. If, however, the spouse reacts with anxiety about finances or expresses doubt about their partner’s abilities, the secure base is compromised. The individual might then feel hesitant to pursue their dreams, fearing the potential negative repercussions from their partner.</w:t>
      </w:r>
    </w:p>
    <w:p/>
    <w:p>
      <w:r>
        <w:br/>
        <w:t>This secure base is built through consistent emotional availability. It’s about being present and responsive when your partner turns to you, whether for celebration or commiseration. It’s about creating a home environment where emotional openness is encouraged and met with warmth. When partners consistently experience each other as a source of comfort and strength, they are more likely to lean into vulnerability and share their authentic selves, further solidifying the foundations of trust and safety. It’s the feeling that no matter what happens outside the home, within the marriage, there is a safe harbor.</w:t>
      </w:r>
    </w:p>
    <w:p/>
    <w:p>
      <w:r>
        <w:br/>
        <w:t>Ultimately, emotional safety in marriage is not a passive state; it is an active, ongoing creation. It’s the result of conscious, consistent effort to build trust, validate feelings, offer support, and maintain predictability in emotional interactions. These are the fundamental building blocks that create a sanctuary within the relationship, a place where both partners can feel seen, heard, and secure enough to be their true selves. This unwavering foundation allows the marriage to withstand the inevitable storms of life, emerging stronger and more resilient with each challenge overcome. It’s in these consistent acts of care and commitment that the true architecture of trust is revealed, providing a shelter that nurtures deep intimacy and enduring love.</w:t>
      </w:r>
    </w:p>
    <w:p/>
    <w:p>
      <w:r>
        <w:t>In the journey of building a sanctuary of emotional safety within marriage, understanding the forces that can undermine this delicate construction is paramount. While we've explored the foundational elements of trust, validation, and support, it's equally vital to recognize the patterns of interaction that can, if left unchecked, erode this foundation and leave the relationship vulnerable to significant damage. Dr. John Gottman, a renowned relationship researcher, identified four such detrimental patterns, often referred to as the "Four Horsemen of the Apocalypse" of relationships. These are not simply occasional lapses in communication but rather chronic ways of interacting that predict relationship distress and, ultimately, failure. Recognizing these patterns within your own marriage is the crucial first step toward disarming them and cultivating a more resilient and nurturing bond.</w:t>
      </w:r>
    </w:p>
    <w:p>
      <w:r>
        <w:br/>
        <w:t xml:space="preserve">The first of these destructive patterns is </w:t>
      </w:r>
    </w:p>
    <w:p>
      <w:pPr>
        <w:jc w:val="left"/>
      </w:pPr>
      <w:r>
        <w:rPr>
          <w:b/>
        </w:rPr>
        <w:t>criticism</w:t>
      </w:r>
      <w:r>
        <w:t>. Criticism, in the context of Gottman's research, is not the same as constructive feedback. While constructive feedback addresses a specific behavior and is often framed with care and consideration for the other person's feelings, criticism is a broader, more personal attack on a partner's character. It often begins with "you" statements that assign blame and convey an implicit or explicit message that there is something fundamentally wrong with the partner. For instance, a partner might say, "You always leave your clothes on the floor. You’re so messy and irresponsible!" This statement doesn't just address the scattered clothing; it attacks the partner's inherent qualities, labeling them as "messy" and "irresponsible." The intent here is often to imply wrongdoing and to hold the partner at fault for a perceived flaw in their personality or character. It’s an accusation disguised as a complaint. Another example might be, "You never listen to me. You’re so selfish and inconsiderate!" This criticism implies a character defect, suggesting the partner is inherently a poor listener and self-centered, rather than addressing a specific instance where communication broke down. The impact of such criticisms is deeply wounding. They can make a partner feel attacked, defensive, and unloved, leading them to withdraw rather than engage in problem-solving. Over time, a steady diet of criticism can create a hostile environment where the recipient feels constantly judged and inadequate, chipping away at their self-esteem and their sense of safety within the relationship. When criticism becomes the default mode of communication, it signals a deeper disconnect, a sense of being fundamentally at odds with one another, rather than a team working through challenges together. The focus shifts from the problem to the person, creating an adversarial dynamic that is toxic to emotional intimacy.</w:t>
      </w:r>
    </w:p>
    <w:p>
      <w:r>
        <w:br/>
        <w:t xml:space="preserve">The antidote to criticism is </w:t>
      </w:r>
    </w:p>
    <w:p>
      <w:pPr>
        <w:jc w:val="left"/>
      </w:pPr>
      <w:r>
        <w:rPr>
          <w:b/>
        </w:rPr>
        <w:t>gentle startup</w:t>
      </w:r>
      <w:r>
        <w:t>. This means approaching difficult conversations with softness, focusing on your own feelings and needs rather than attacking your partner's character. Instead of launching into an accusation, begin by expressing your feelings and describing the specific situation that is causing you distress, using "I" statements. For the example of the clothes on the floor, a gentle startup might be: "I feel overwhelmed and a bit frustrated when I see clothes on the floor, because it makes it harder for me to keep the bedroom tidy and I feel like I'm the only one taking care of it. Could we talk about how to manage this?" This statement focuses on the speaker's feelings ("I feel overwhelmed and frustrated"), describes the specific behavior ("clothes on the floor"), explains the impact ("makes it harder for me to keep the bedroom tidy"), and proposes a collaborative solution ("Could we talk about how to manage this?"). It avoids blaming and invites dialogue. Similarly, if a partner feels unheard, a gentle startup might be, "I'm feeling a little unheard right now, and I'm worried we're not on the same page about this. Can we take a moment to reconnect and make sure we're both understanding each other?" This approach validates the speaker's experience without attacking the partner. It acknowledges the shared reality of the situation and opens the door for mutual understanding and problem-solving. The key is to express your needs and feelings in a way that invites connection, not defensiveness. It's about expressing hurt without inflicting it, and expressing needs without making demands. It requires a conscious effort to manage your own emotions before initiating a conversation, ensuring that your intent is to connect and resolve, not to shame or blame. Practicing gentle startups transforms potentially explosive arguments into opportunities for deeper understanding and connection. It’s the difference between declaring war and initiating peace talks.</w:t>
      </w:r>
    </w:p>
    <w:p>
      <w:r>
        <w:br/>
        <w:t xml:space="preserve">The second Horseman is </w:t>
      </w:r>
    </w:p>
    <w:p>
      <w:pPr>
        <w:jc w:val="left"/>
      </w:pPr>
      <w:r>
        <w:rPr>
          <w:b/>
        </w:rPr>
        <w:t>contempt</w:t>
      </w:r>
      <w:r>
        <w:t xml:space="preserve">. Contempt is arguably the most destructive of the Four Horsemen, as it represents a complete breakdown of respect. It is the expression of disgust, ridicule, or mockery toward one's partner. Contempt communicates that the partner is inferior, flawed, or disgusting. It can manifest in many ways, including sarcasm, cynicism, name-calling, eye-rolling, sneering, hostile humor, and a general attitude of superiority. For example, a partner might say, "Oh, please, you think </w:t>
      </w:r>
      <w:r>
        <w:rPr>
          <w:i/>
        </w:rPr>
        <w:t>that's</w:t>
      </w:r>
      <w:r>
        <w:t xml:space="preserve"> a good idea? That's just typical of your cluelessness," accompanied by a dismissive smirk. Or, after a partner shares a personal struggle, the response could be, "You always play the victim. It's so pathetic," delivered with a tone of utter disdain. When contempt is present, it’s as if the speaker is looking down upon their partner from a great height, conveying a fundamental lack of regard. Gottman’s research shows that contempt is a powerful predictor of divorce, often more so than criticism. This is because contempt conveys an unbearable message: "I don't respect you," or even, "I don't even like you." It creates an atmosphere of emotional toxicity where vulnerability is impossible and connection withers. It suggests that the partner is fundamentally unacceptable, and when one feels fundamentally unacceptable to the person they love most, the very foundation of the relationship is threatened. This can lead to profound feelings of shame, worthlessness, and alienation. The relationship becomes a battleground where one partner feels constantly demeaned and belittled.</w:t>
      </w:r>
    </w:p>
    <w:p>
      <w:r>
        <w:br/>
        <w:t xml:space="preserve">The antidote to contempt is to cultivate a </w:t>
      </w:r>
    </w:p>
    <w:p>
      <w:pPr>
        <w:jc w:val="left"/>
      </w:pPr>
      <w:r>
        <w:rPr>
          <w:b/>
        </w:rPr>
        <w:t>culture of appreciation and respect</w:t>
      </w:r>
      <w:r>
        <w:t>. This involves consciously shifting your perspective to focus on your partner's positive qualities and the things you admire about them. It requires actively looking for the good and expressing gratitude and admiration regularly. Instead of resorting to sarcasm or ridicule, practice expressing appreciation for your partner's contributions, their strengths, and their positive traits, even in small ways. When a situation arises that might trigger a contemptuous thought or feeling, consciously challenge it. Ask yourself: "What do I appreciate about my partner in this moment?" or "What is one good thing about them that I can focus on right now?" For instance, instead of scoffing at a partner's suggestion, a partner could try saying, "I appreciate that you're thinking about this and trying to come up with solutions," even if they don't agree with the suggestion. Or, after a minor mistake, rather than mocking, a partner might say, "It's okay, we all make mistakes. I'm here to help sort it out." This requires a deliberate effort to reframe your internal narrative and consciously practice empathy and positive regard. It means developing a genuine sense of awe and admiration for your partner, celebrating their successes, and being their champion. Regularly expressing genuine appreciation, through words or actions, can systematically dismantle contempt. It can be as simple as saying, "Thank you for making dinner tonight, it was delicious and I really appreciate the effort you put in," or "I really admire how you handled that difficult situation at work with such grace." These statements reinforce your partner’s value and worth. Cultivating this culture of appreciation involves a daily practice of noticing and acknowledging your partner's good qualities and efforts. It’s about building a reservoir of positive regard that can buffer against moments of frustration or disagreement. It is the active choice to see your partner through eyes of love and respect, rather than disdain. This shift in perspective is fundamental to rebuilding a sense of safety and connection.</w:t>
      </w:r>
    </w:p>
    <w:p>
      <w:r>
        <w:br/>
        <w:t xml:space="preserve">The third Horseman is </w:t>
      </w:r>
    </w:p>
    <w:p>
      <w:pPr>
        <w:jc w:val="left"/>
      </w:pPr>
      <w:r>
        <w:rPr>
          <w:b/>
        </w:rPr>
        <w:t>defensiveness</w:t>
      </w:r>
      <w:r>
        <w:t>. Defensiveness is a natural human response to feeling attacked, but in relationships, it often escalates conflict rather than resolving it. When a partner feels criticized or blamed, their instinct is often to defend themselves. However, defensiveness is characterized by responding to a complaint with counter-complaints, excuses, or by blaming the other person. It's a way of avoiding responsibility and shifting blame. For example, if a partner says, "I feel like you haven't been contributing much to the household chores lately," a defensive response might be, "Well, I work a lot more hours than you do, so what do you expect? Besides, you never do the dishes properly anyway." This response deflects the initial complaint by bringing up the partner's perceived failings and justifying the speaker's own actions with external factors. Another example could be, "I was late because traffic was terrible, it's not my fault!" while the partner’s original concern was about the impact of the lateness on a shared commitment. Defensiveness essentially communicates, "It's not me, it's you." It creates a stalemate where neither partner feels heard or understood, and the underlying issue remains unaddressed. Gottman's research indicates that while defensiveness is common, if it becomes the primary mode of response, it hinders the possibility of resolution and can lead to increased resentment and a sense of hopelessness within the relationship. It prevents genuine problem-solving because it signals an unwillingness to acknowledge one's own role in the situation. This can leave the partner making the complaint feeling unheard, invalidated, and even attacked, which can then lead to them becoming more critical or contemptuous, thus perpetuating the cycle.</w:t>
      </w:r>
    </w:p>
    <w:p>
      <w:r>
        <w:br/>
        <w:t xml:space="preserve">The antidote to defensiveness is </w:t>
      </w:r>
    </w:p>
    <w:p>
      <w:pPr>
        <w:jc w:val="left"/>
      </w:pPr>
      <w:r>
        <w:rPr>
          <w:b/>
        </w:rPr>
        <w:t>taking responsibility</w:t>
      </w:r>
      <w:r>
        <w:t>. This involves accepting your part in the situation, even if it's just a small part. It means acknowledging your partner's feelings and perspective, even if you don't fully agree with their interpretation of events. When a partner expresses a complaint, instead of immediately jumping to defend yourself, try to pause and consider: "What might my role in this situation be?" or "How might my partner be experiencing this?" A responsible response might be, "You're right, I haven't been pulling my weight with the chores lately, and I apologize for that. I've been feeling overwhelmed with work, but that's no excuse. How can we work this out together?" This response acknowledges the partner's perception, admits to a contribution to the problem, apologizes, and invites collaboration. It's not about admitting to being entirely wrong, but about acknowledging your part and showing a willingness to work towards a solution. Another example, responding to the lateness concern: "You're right, I was late, and I understand why that's frustrating when we had plans. I should have left earlier, even with the traffic. I'm sorry for the inconvenience." This takes ownership without making excuses. The key is to communicate that you are willing to hear your partner's concerns and to accept accountability for your actions or inactions. It requires a shift from a defensive posture to one of openness and willingness to collaborate. This can be challenging, especially when you feel unfairly accused, but it's essential for de-escalating conflict and moving towards resolution. By taking responsibility, you signal to your partner that their feelings matter and that you are committed to working on the relationship together. This fosters trust and creates a safe space for open and honest communication, rather than a cycle of accusation and counter-accusation. It’s about owning your part in the dance, even when you feel like you’re being stepped on.</w:t>
      </w:r>
    </w:p>
    <w:p>
      <w:r>
        <w:br/>
        <w:t xml:space="preserve">The fourth and final Horseman is </w:t>
      </w:r>
    </w:p>
    <w:p>
      <w:pPr>
        <w:jc w:val="left"/>
      </w:pPr>
      <w:r>
        <w:rPr>
          <w:b/>
        </w:rPr>
        <w:t>stonewalling</w:t>
      </w:r>
      <w:r>
        <w:t>. Stonewalling occurs when a partner withdraws from interaction, shutting down emotionally and behaviorally. This can manifest as the silent treatment, giving evasive answers, physically turning away, or simply refusing to engage in communication. It's a passive way of responding to conflict that signals a feeling of being overwhelmed or emotionally flooded, leading the stonewaller to disengage as a coping mechanism. For example, during a heated discussion, one partner might simply get up and leave the room, saying, "I can't talk about this anymore," or become completely silent and unresponsive, giving the impression that they are not listening or do not care. Stonewalling is often a consequence of prolonged exposure to criticism, contempt, and defensiveness. When a partner feels constantly attacked or is emotionally overwhelmed, stonewalling can feel like the only way to protect themselves. However, Gottman's research clearly shows that stonewalling is a significant predictor of relationship failure. It communicates a message of "I cannot deal with this" or "I am emotionally checked out," which is deeply damaging to a partner who is seeking connection or resolution. It leaves the other partner feeling abandoned, unheard, and alone in the relationship. The person who is stonewalled can feel frustrated, angry, and desperate to re-engage, leading them to intensify their efforts, which can further overwhelm the stonewaller, perpetuating the cycle. This withdrawal creates a chasm between partners, making it impossible to repair ruptures and build emotional intimacy.</w:t>
      </w:r>
    </w:p>
    <w:p>
      <w:r>
        <w:br/>
        <w:t xml:space="preserve">The antidote to stonewalling is </w:t>
      </w:r>
    </w:p>
    <w:p>
      <w:pPr>
        <w:jc w:val="left"/>
      </w:pPr>
      <w:r>
        <w:rPr>
          <w:b/>
        </w:rPr>
        <w:t>physiological self-soothing and taking a break</w:t>
      </w:r>
      <w:r>
        <w:t>. When you feel overwhelmed or flooded by intense emotions during a conflict, it is crucial to recognize these signs and take a deliberate pause before responding. This doesn't mean withdrawing permanently, but rather stepping away temporarily to calm down and regain emotional equilibrium. This self-soothing can involve deep breathing exercises, listening to calming music, going for a short walk, or engaging in any activity that helps to regulate your physiological arousal. The key is to communicate your need for a break to your partner in a non-confrontational way, such as, "I'm feeling really overwhelmed right now and need to take a break. Can we pause this conversation for 20 minutes and then come back to it when we're both feeling calmer?" This statement acknowledges the intensity of the situation, expresses a need for a break, and proposes a specific time to reconvene, reassuring the partner that the conversation is not being abandoned entirely. It's essential to actually follow through with the return to the conversation. When you return, you can then try to re-engage with a softer, more open approach, perhaps starting with an apology for the need to pause or an acknowledgment of your partner’s feelings. This practice helps to prevent the escalation of emotions and creates an opportunity to return to the discussion with a clearer mind and a more constructive attitude. It's about recognizing your own emotional limits and taking proactive steps to manage them, rather than letting them dictate destructive behavior. By learning to self-soothe and take constructive breaks, you can transform moments of potential stonewalling into opportunities for self-regulation and relational repair, ultimately strengthening the emotional safety within the marriage. It's the difference between slamming the door shut and hitting the pause button.</w:t>
      </w:r>
    </w:p>
    <w:p>
      <w:r>
        <w:t>Validation and empathy are not merely pleasantries or optional extras in a marriage; they are the very bedrock upon which emotional safety is built. Without these fundamental pillars, the sanctuary of your marital home risks becoming a place of isolation and misunderstanding, rather than a haven of connection and support. While previous discussions have touched upon the importance of constructive communication and avoiding destructive patterns, this section delves deeply into the active practices that nurture genuine emotional safety: validation and empathy. These are the lifeblood of a resilient partnership, enabling both individuals to feel seen, heard, and understood, even amidst life’s inevitable storms.</w:t>
      </w:r>
    </w:p>
    <w:p>
      <w:r>
        <w:br/>
        <w:t>Let's begin with validation. At its core, validation is the act of acknowledging and accepting your partner's feelings and experiences as real and legitimate, even if you don't necessarily agree with their perspective or the intensity of their emotion. It’s about communicating, "I hear you, and I understand that this is how you feel," without judgment or the immediate urge to fix, change, or minimize their emotional state. Think of it as offering a safe harbor for your partner's emotions, allowing them to express themselves without fear of dismissal or invalidation.</w:t>
      </w:r>
    </w:p>
    <w:p/>
    <w:p>
      <w:r>
        <w:br/>
        <w:t>Why is validation so crucial? Because the opposite – invalidation – is deeply damaging. Invalidation occurs when we dismiss, deny, or downplay our partner's feelings, implying that their emotional response is wrong, irrational, or an overreaction. This can manifest in phrases like, "You're overreacting," "It's not that big of a deal," "You shouldn't feel that way," or simply changing the subject when a partner expresses distress. When a partner’s feelings are consistently invalidated, they learn that their inner world is not safe to share. This can lead to a sense of isolation, shame, and a belief that they are fundamentally flawed. Over time, this erodes trust and creates emotional distance, as the partner who feels invalidated will likely stop sharing their vulnerabilities to protect themselves from further hurt.</w:t>
      </w:r>
    </w:p>
    <w:p/>
    <w:p>
      <w:r>
        <w:br/>
        <w:t>Consider a common scenario: your partner comes home from work feeling stressed and overwhelmed by a demanding project. They express their frustration by saying, "I just feel like I can't catch a break today. Everything is piling up, and I'm so exhausted."</w:t>
      </w:r>
    </w:p>
    <w:p/>
    <w:p>
      <w:r>
        <w:br/>
        <w:t>An invalidating response might be: "Oh, stop complaining. You think you have it bad? I had to deal with a broken printer and three angry customers before lunch. Yours is nothing compared to that." This response immediately escalates the situation by creating a "who has it worse" competition, dismissing the partner's feelings and invalidating their experience.</w:t>
      </w:r>
    </w:p>
    <w:p/>
    <w:p>
      <w:r>
        <w:br/>
        <w:t>A validating response, however, would focus on acknowledging the partner's emotional state. It might sound like: "Wow, it sounds like you're having a really rough day. I can see how overwhelmed and exhausted you must feel with everything piling up. That sounds incredibly tough."</w:t>
      </w:r>
    </w:p>
    <w:p/>
    <w:p>
      <w:r>
        <w:br/>
        <w:t xml:space="preserve">Notice the difference: the validating response doesn't necessarily agree that the day was objectively the "worst" or that the partner's feelings are the </w:t>
      </w:r>
    </w:p>
    <w:p>
      <w:pPr>
        <w:jc w:val="left"/>
      </w:pPr>
      <w:r>
        <w:rPr>
          <w:i/>
        </w:rPr>
        <w:t>only</w:t>
      </w:r>
      <w:r>
        <w:t xml:space="preserve"> valid ones. Instead, it focuses on reflecting and accepting the partner's expressed emotional reality. It communicates, "I see your struggle, and I acknowledge your feelings." This simple act can be incredibly powerful in diffusing tension and fostering a sense of connection.</w:t>
      </w:r>
    </w:p>
    <w:p>
      <w:r>
        <w:br/>
        <w:t>To further practice validation, couples can implement several techniques:</w:t>
      </w:r>
    </w:p>
    <w:p/>
    <w:p>
      <w:r>
        <w:br/>
      </w:r>
    </w:p>
    <w:p>
      <w:pPr>
        <w:jc w:val="left"/>
      </w:pPr>
      <w:r>
        <w:rPr>
          <w:b/>
        </w:rPr>
        <w:t>Active Listening:</w:t>
      </w:r>
      <w:r>
        <w:t xml:space="preserve"> This goes beyond just hearing the words. It involves paying full attention, making eye contact, nodding, and reflecting back what you’ve heard to ensure understanding. You might say, "So, if I'm understanding correctly, you're feeling overwhelmed because of the project deadlines and the extra workload?" This confirms that you are engaged and processing their experience.</w:t>
      </w:r>
    </w:p>
    <w:p>
      <w:pPr>
        <w:jc w:val="left"/>
      </w:pPr>
      <w:r>
        <w:rPr>
          <w:b/>
        </w:rPr>
        <w:t>Reflecting Feelings:</w:t>
      </w:r>
      <w:r>
        <w:t xml:space="preserve"> Explicitly name the emotion you perceive your partner is experiencing. "It sounds like you're feeling really disappointed about that cancellation," or "I imagine you must be feeling frustrated right now." This requires you to tune into their non-verbal cues as well as their words.</w:t>
      </w:r>
    </w:p>
    <w:p>
      <w:pPr>
        <w:jc w:val="left"/>
      </w:pPr>
      <w:r>
        <w:rPr>
          <w:b/>
        </w:rPr>
        <w:t>Expressing Empathy:</w:t>
      </w:r>
      <w:r>
        <w:t xml:space="preserve"> This is closely linked to validation and will be discussed more in-depth, but in essence, it's about trying to understand and share your partner's feelings from their perspective.</w:t>
      </w:r>
    </w:p>
    <w:p>
      <w:pPr>
        <w:jc w:val="left"/>
      </w:pPr>
      <w:r>
        <w:rPr>
          <w:i/>
        </w:rPr>
      </w:r>
      <w:r>
        <w:rPr>
          <w:b/>
        </w:rPr>
        <w:t>Validating with Agreement (Optional but powerful):</w:t>
      </w:r>
      <w:r>
        <w:t xml:space="preserve"> If you </w:t>
      </w:r>
      <w:r>
        <w:t>can agree with your partner's feelings or perspective, even in part, express that. "I can understand why you'd feel angry about that; I would be too," or "You're right, that was a frustrating situation." This strengthens the sense of shared experience.</w:t>
      </w:r>
    </w:p>
    <w:p>
      <w:r>
        <w:br/>
        <w:t xml:space="preserve">The key takeaway for validation is that it’s not about agreeing with the </w:t>
      </w:r>
    </w:p>
    <w:p>
      <w:pPr>
        <w:jc w:val="left"/>
      </w:pPr>
      <w:r>
        <w:rPr>
          <w:i/>
        </w:rPr>
        <w:t>reason</w:t>
      </w:r>
      <w:r>
        <w:t xml:space="preserve"> for the feeling, but about accepting the </w:t>
      </w:r>
      <w:r>
        <w:rPr>
          <w:i/>
        </w:rPr>
        <w:t>existence</w:t>
      </w:r>
      <w:r>
        <w:t xml:space="preserve"> of the feeling itself. You can validate that your partner feels angry about something without agreeing that the situation was inherently unfair or that their anger is the only correct response. It’s about respecting their internal landscape.</w:t>
      </w:r>
    </w:p>
    <w:p>
      <w:r>
        <w:br/>
        <w:t xml:space="preserve">Now, let’s turn to empathy. Empathy is often described as the ability to step into another person’s shoes and understand their feelings and perspective as if they were your own. It’s more than just acknowledging; it’s about feeling </w:t>
      </w:r>
    </w:p>
    <w:p>
      <w:pPr>
        <w:jc w:val="left"/>
      </w:pPr>
      <w:r>
        <w:rPr>
          <w:i/>
        </w:rPr>
        <w:t>with</w:t>
      </w:r>
      <w:r>
        <w:t xml:space="preserve"> your partner. While validation says, "I hear you and accept your feelings," empathy says, "I understand and share your feelings." This profound connection can transform a difficult moment into an opportunity for deep intimacy.</w:t>
      </w:r>
    </w:p>
    <w:p>
      <w:r>
        <w:br/>
        <w:t>Empathy isn't about having the exact same experience, but about resonating with the emotional core of what your partner is going through. It involves a willingness to set aside your own immediate reactions or defensiveness and truly consider the situation from their vantage point. This requires curiosity and a genuine desire to understand their internal world.</w:t>
      </w:r>
    </w:p>
    <w:p/>
    <w:p>
      <w:r>
        <w:br/>
        <w:t>Let’s revisit the stressed partner scenario, but this time focusing on empathy. Imagine your partner is feeling dejected after a professional setback. They confide, "I really messed up that presentation. I feel like such a failure. I don't know how I'll recover from this."</w:t>
      </w:r>
    </w:p>
    <w:p/>
    <w:p>
      <w:r>
        <w:br/>
        <w:t>A purely validating response might be: "It sounds like you're feeling like a failure right now, and that must be really hard." This is good. But an empathetic response goes deeper:</w:t>
      </w:r>
    </w:p>
    <w:p/>
    <w:p>
      <w:r>
        <w:br/>
        <w:t>"Oh, honey, I can only imagine how much that stings. When you put so much effort into something, and it doesn't land the way you hoped, it's devastating. I remember feeling that way when my project at X was rejected, and it felt like a punch to the gut. It makes complete sense that you’re feeling like a failure right now. I'm so sorry you're going through this."</w:t>
      </w:r>
    </w:p>
    <w:p/>
    <w:p>
      <w:r>
        <w:br/>
        <w:t>In this empathetic response, there are several key elements:</w:t>
      </w:r>
    </w:p>
    <w:p/>
    <w:p>
      <w:r>
        <w:br/>
      </w:r>
    </w:p>
    <w:p>
      <w:pPr>
        <w:jc w:val="left"/>
      </w:pPr>
      <w:r>
        <w:rPr>
          <w:b/>
        </w:rPr>
        <w:t>Acknowledgement of the emotional pain:</w:t>
      </w:r>
      <w:r>
        <w:t xml:space="preserve"> "I can only imagine how much that stings."</w:t>
      </w:r>
    </w:p>
    <w:p>
      <w:pPr>
        <w:jc w:val="left"/>
      </w:pPr>
      <w:r>
        <w:rPr>
          <w:b/>
        </w:rPr>
        <w:t>Understanding the underlying cause:</w:t>
      </w:r>
      <w:r>
        <w:t xml:space="preserve"> "When you put so much effort into something, and it doesn't land the way you hoped, it's devastating." This shows an understanding of the connection between effort, outcome, and emotional response.</w:t>
      </w:r>
    </w:p>
    <w:p>
      <w:pPr>
        <w:jc w:val="left"/>
      </w:pPr>
      <w:r>
        <w:rPr>
          <w:i/>
        </w:rPr>
      </w:r>
      <w:r>
        <w:rPr>
          <w:b/>
        </w:rPr>
        <w:t>Sharing a relatable experience (optional but powerful):</w:t>
      </w:r>
      <w:r>
        <w:t xml:space="preserve"> "I remember feeling that way when..." This doesn't mean your experience was identical, but it connects on an emotional level, demonstrating that you understand the </w:t>
      </w:r>
      <w:r>
        <w:t>feeling of disappointment or failure.</w:t>
      </w:r>
    </w:p>
    <w:p>
      <w:pPr>
        <w:jc w:val="left"/>
      </w:pPr>
      <w:r>
        <w:rPr>
          <w:b/>
        </w:rPr>
        <w:t>Explicitly stating understanding and acceptance:</w:t>
      </w:r>
      <w:r>
        <w:t xml:space="preserve"> "It makes complete sense that you’re feeling like a failure right now." This reinforces validation and shows you're not judging their reaction.</w:t>
      </w:r>
    </w:p>
    <w:p>
      <w:pPr>
        <w:jc w:val="left"/>
      </w:pPr>
      <w:r>
        <w:rPr>
          <w:b/>
        </w:rPr>
        <w:t>Expressing care and support:</w:t>
      </w:r>
      <w:r>
        <w:t xml:space="preserve"> "I'm so sorry you're going through this."</w:t>
      </w:r>
    </w:p>
    <w:p>
      <w:r>
        <w:br/>
        <w:t>Empathy can be challenging, especially when we are also feeling hurt, frustrated, or are preoccupied with our own issues. It requires a conscious effort to shift our focus and to access our own capacity for compassion. Dr. Brené Brown, a leading researcher on vulnerability and shame, highlights that empathy is not about fixing, but about connecting. It's saying, "I’m here with you," rather than, "Look what I found to help you."</w:t>
      </w:r>
    </w:p>
    <w:p/>
    <w:p>
      <w:r>
        <w:br/>
        <w:t>To cultivate empathy in your marriage, consider these practical exercises and mindsets:</w:t>
      </w:r>
    </w:p>
    <w:p/>
    <w:p>
      <w:r>
        <w:br/>
      </w:r>
    </w:p>
    <w:p>
      <w:pPr>
        <w:jc w:val="left"/>
      </w:pPr>
      <w:r>
        <w:rPr>
          <w:b/>
        </w:rPr>
        <w:t>The "Imagine If" Exercise:</w:t>
      </w:r>
      <w:r>
        <w:t xml:space="preserve"> When your partner shares something difficult, pause and internally prompt yourself: "Imagine if I were in their situation, feeling what they are feeling, having their background and current stressors. How would I feel? What would I need?" This mental exercise can help bridge the gap between your experience and theirs.</w:t>
      </w:r>
    </w:p>
    <w:p>
      <w:pPr>
        <w:jc w:val="left"/>
      </w:pPr>
      <w:r>
        <w:rPr>
          <w:b/>
        </w:rPr>
        <w:t>Curiosity Over Judgment:</w:t>
      </w:r>
      <w:r>
        <w:t xml:space="preserve"> Approach your partner's feelings with a genuine desire to understand their "why." Ask open-ended questions like, "What was it about that situation that upset you so much?" or "Can you help me understand what you were feeling in that moment?" instead of jumping to conclusions or offering unsolicited advice.</w:t>
      </w:r>
    </w:p>
    <w:p>
      <w:pPr>
        <w:jc w:val="left"/>
      </w:pPr>
      <w:r>
        <w:rPr>
          <w:b/>
        </w:rPr>
        <w:t>Emotional Vocabulary:</w:t>
      </w:r>
      <w:r>
        <w:t xml:space="preserve"> Sometimes, people struggle to identify and articulate their feelings. Help your partner by gently offering possibilities: "Were you feeling more frustrated or disappointed?" or "It sounds like you might be feeling a bit resentful about that." This isn't about putting words in their mouth, but about facilitating their own emotional exploration.</w:t>
      </w:r>
    </w:p>
    <w:p>
      <w:pPr>
        <w:jc w:val="left"/>
      </w:pPr>
      <w:r>
        <w:rPr>
          <w:b/>
        </w:rPr>
        <w:t>Non-Verbal Empathy:</w:t>
      </w:r>
      <w:r>
        <w:t xml:space="preserve"> Empathy isn't always verbal. A gentle touch on the arm, a comforting hug, holding their hand, or simply being present and attentive can convey deep understanding and support. Your body language can communicate volumes about your willingness to connect with their emotional state.</w:t>
      </w:r>
    </w:p>
    <w:p>
      <w:pPr>
        <w:jc w:val="left"/>
      </w:pPr>
      <w:r>
        <w:rPr>
          <w:b/>
        </w:rPr>
        <w:t>Practice "Shared Experience" Framing:</w:t>
      </w:r>
      <w:r>
        <w:t xml:space="preserve"> When discussing challenges, try framing it as a shared experience, even if your role was different. "We both went through that difficult period with the job loss," or "That was a tough time for both of us, even though we experienced it in different ways." This reinforces the idea of being a team.</w:t>
      </w:r>
    </w:p>
    <w:p>
      <w:pPr>
        <w:jc w:val="left"/>
      </w:pPr>
      <w:r>
        <w:rPr>
          <w:b/>
        </w:rPr>
        <w:t>Vulnerability Reciprocity:</w:t>
      </w:r>
      <w:r>
        <w:t xml:space="preserve"> Empathy thrives in an environment of shared vulnerability. When one partner shares an emotion, and the other responds with empathy, it creates a positive feedback loop. Be willing to be vulnerable yourself, as this often opens the door for your partner to do the same, deepening mutual understanding.</w:t>
      </w:r>
    </w:p>
    <w:p>
      <w:r>
        <w:br/>
        <w:t xml:space="preserve">A crucial distinction is between empathy and sympathy. Sympathy often involves feeling sorry </w:t>
      </w:r>
    </w:p>
    <w:p>
      <w:pPr>
        <w:jc w:val="left"/>
      </w:pPr>
      <w:r>
        <w:rPr>
          <w:i/>
        </w:rPr>
        <w:t>for</w:t>
      </w:r>
      <w:r>
        <w:t xml:space="preserve"> someone from a distance, maintaining an emotional separation. "Oh, that's too bad," said with a sigh, can be sympathetic. Empathy, on the other hand, is about feeling </w:t>
      </w:r>
      <w:r>
        <w:rPr>
          <w:i/>
        </w:rPr>
        <w:t>with</w:t>
      </w:r>
      <w:r>
        <w:t xml:space="preserve"> someone, a shared emotional experience. It dissolves the distance and creates connection.</w:t>
      </w:r>
    </w:p>
    <w:p>
      <w:r>
        <w:br/>
        <w:t>The impact of consistent validation and empathy in a marriage cannot be overstated. It fosters a profound sense of emotional safety, allowing both partners to be their authentic selves without fear of rejection or judgment. When you know that your feelings will be met with understanding and acceptance, you are more likely to be open, honest, and vulnerable. This, in turn, strengthens the marital bond, creating a resilient partnership capable of weathering any storm.</w:t>
      </w:r>
    </w:p>
    <w:p/>
    <w:p>
      <w:r>
        <w:br/>
        <w:t>Imagine a couple who has learned to validate and empathize with each other. When one partner is upset about something trivial to the other – perhaps a misplaced item or a minor inconvenience – the other partner doesn't dismiss it. Instead, they might say, "I can see that really bothered you, and I understand why. It's frustrating when things aren't where you expect them to be." This might seem like a small thing, but it signals to the upset partner that their feelings matter, and their partner is attuned to their emotional state. This builds a foundation of trust that can be called upon during much larger, more significant challenges.</w:t>
      </w:r>
    </w:p>
    <w:p/>
    <w:p>
      <w:r>
        <w:br/>
        <w:t>Conversely, consider a couple where invalidation and a lack of empathy are prevalent. When one partner expresses distress, the other might respond with advice, criticism, or a dismissive comment. Over time, the distressed partner learns to internalize their feelings, to suppress them, or to seek emotional support elsewhere. This creates a slow but steady erosion of intimacy, leaving both partners feeling disconnected and alone, even when they are physically together. The sanctuary of their marriage becomes a place of emotional exile.</w:t>
      </w:r>
    </w:p>
    <w:p/>
    <w:p>
      <w:r>
        <w:br/>
        <w:t>Developing these skills is an ongoing practice, not a one-time fix. It requires patience, self-awareness, and a consistent commitment to understanding your partner. There will be times when you falter, when your own emotions get the better of you, or when you find it difficult to access empathy. In those moments, remember the power of a gentle startup: acknowledge your own difficulty, perhaps apologize for your reaction, and then recommit to trying again. "I'm sorry I reacted so dismissively earlier. I was feeling stressed myself, but I want to understand how you're feeling now. Can you tell me more about it?"</w:t>
      </w:r>
    </w:p>
    <w:p/>
    <w:p>
      <w:r>
        <w:br/>
        <w:t>Validation and empathy are the active ingredients that transform a house into a home, and a partnership into a sanctuary. They are the quiet, consistent efforts that build a deep and abiding connection, ensuring that both partners feel safe, seen, and cherished, no matter what life may bring. By prioritizing these pillars, couples lay the groundwork for a marriage that is not only enduring but also deeply fulfilling. They create a space where vulnerability is not a weakness, but an invitation to a more profound and resilient love. They actively choose to see, hear, and feel with their partner, building an unbreakable emotional bond, one empathetic conversation at a time. This commitment to understanding fosters a sense of security that is essential for both individual well-being and the health of the marital union, making it the ultimate expression of care and respect.</w:t>
      </w:r>
    </w:p>
    <w:p/>
    <w:p>
      <w:r>
        <w:t>The foundation of any robust marriage isn't the absence of disagreement, but rather the presence of a resilient framework for navigating it. Just as a well-built structure can withstand storms, a conflict-resilient marital environment allows couples to face challenges without their fundamental connection being compromised. It’s about shifting the perception of conflict from a destructive force to an opportunity for growth and deeper understanding. This requires a conscious, ongoing commitment to building specific skills and establishing shared norms around how disagreements are handled. The goal is not to eliminate conflict entirely – an unrealistic and even unhealthy aim – but to transform its expression and impact, ensuring that arguments serve to strengthen the bond rather than erode it.</w:t>
      </w:r>
    </w:p>
    <w:p>
      <w:r>
        <w:br/>
        <w:t xml:space="preserve">Establishing a shared understanding of what constitutes a "good" disagreement is paramount. This begins with recognizing that the </w:t>
      </w:r>
    </w:p>
    <w:p>
      <w:pPr>
        <w:jc w:val="left"/>
      </w:pPr>
      <w:r>
        <w:rPr>
          <w:i/>
        </w:rPr>
        <w:t>way</w:t>
      </w:r>
      <w:r>
        <w:t xml:space="preserve"> you fight is often more significant than the </w:t>
      </w:r>
      <w:r>
        <w:rPr>
          <w:i/>
        </w:rPr>
        <w:t>reason</w:t>
      </w:r>
      <w:r>
        <w:t xml:space="preserve"> for the fight. A conflict-resilient environment is one where both partners feel safe enough to express their needs, grievances, and perspectives without the fear of personal attacks, contempt, or stonewalling. It’s about creating a shared "contract" for how you will engage when tensions rise, a set of principles that guide your interactions even when emotions are running high. These principles are not about suppressing feelings, but about channeling them constructively, ensuring that the underlying love and respect for one another remain intact, even when you disagree.</w:t>
      </w:r>
    </w:p>
    <w:p>
      <w:r>
        <w:br/>
        <w:t>One of the most critical elements in building this resilience is the establishment of ground rules for arguments. These aren't rigid dictates designed to stifle discussion, but rather gentle guardrails that prevent conversations from spiraling into destructive territory. Consider these as the foundational principles for any disagreement:</w:t>
      </w:r>
    </w:p>
    <w:p/>
    <w:p>
      <w:r>
        <w:br/>
      </w:r>
    </w:p>
    <w:p>
      <w:pPr>
        <w:jc w:val="left"/>
      </w:pPr>
      <w:r>
        <w:rPr>
          <w:b/>
        </w:rPr>
        <w:t>The "No Personal Attacks" Rule:</w:t>
      </w:r>
      <w:r>
        <w:t xml:space="preserve"> This is perhaps the most crucial. It means refraining from name-calling, insults, belittling comments, or any language that attacks your partner’s character, intelligence, or worth. Instead of saying, "You're so lazy and selfish for not helping," a more constructive approach would be, "I feel overwhelmed and unsupported when the chores aren't shared. Can we talk about how to divide them?" The focus shifts from attacking the person to addressing the behavior or the impact of the behavior. This rule is about preserving dignity and respect, recognizing that even in anger, your partner is a person deserving of basic courtesy.</w:t>
      </w:r>
    </w:p>
    <w:p>
      <w:pPr>
        <w:jc w:val="left"/>
      </w:pPr>
      <w:r>
        <w:rPr>
          <w:b/>
        </w:rPr>
        <w:t>The "No Bringing Up the Past" Rule:</w:t>
      </w:r>
      <w:r>
        <w:t xml:space="preserve"> While past grievances can inform present issues, constantly dredging up old hurts can create an endless cycle of resentment. When addressing a current problem, try to keep the discussion focused on the here and now. If a past issue is directly relevant, frame it carefully: "This situation reminds me of how we handled X in the past, and I’m worried we might fall into the same pattern." This acknowledges history without using it as a weapon to guilt or shame. The aim is to resolve the current conflict, not to win a historical debate.</w:t>
      </w:r>
    </w:p>
    <w:p>
      <w:pPr>
        <w:jc w:val="left"/>
      </w:pPr>
      <w:r>
        <w:rPr>
          <w:b/>
        </w:rPr>
        <w:t>The "No Contempt" Rule:</w:t>
      </w:r>
      <w:r>
        <w:t xml:space="preserve"> Contempt, characterized by sarcasm, eye-rolling, cynicism, and sneering, is one of the most corrosive forces in a relationship. It signals that you see your partner as beneath you, foolish, or disgusting. Actively work to replace contemptuous behaviors with respectful communication. Instead of a sarcastic eye-roll when your partner shares an idea, try a curious, "Tell me more about that," or a gentle, "I'm not sure I follow, can you explain?" This requires a conscious effort to monitor your non-verbal cues and to actively cultivate appreciation and admiration, even when you’re frustrated.</w:t>
      </w:r>
    </w:p>
    <w:p>
      <w:pPr>
        <w:jc w:val="left"/>
      </w:pPr>
      <w:r>
        <w:rPr>
          <w:b/>
        </w:rPr>
        <w:t>The "One Speaker at a Time" Rule:</w:t>
      </w:r>
      <w:r>
        <w:t xml:space="preserve"> While passionate discussion can be healthy, constant interruption can make a partner feel unheard and disrespected. Agree to let each person finish their thoughts before the other begins. This can be facilitated by using phrases like, "May I share my perspective when you’re done?" or by a simple signal that indicates you wish to speak. It ensures that both voices have a chance to be fully expressed and considered.</w:t>
      </w:r>
    </w:p>
    <w:p>
      <w:pPr>
        <w:jc w:val="left"/>
      </w:pPr>
      <w:r>
        <w:rPr>
          <w:b/>
        </w:rPr>
        <w:t>The "Focus on the Issue, Not the Person" Rule:</w:t>
      </w:r>
      <w:r>
        <w:t xml:space="preserve"> This reiterates the importance of addressing the specific behavior or situation that is causing conflict, rather than making sweeping judgments about your partner's character. For instance, instead of saying, "You never listen to me," which is a generalization and likely untrue, try, "I feel unheard when I try to explain my concerns about X, and I would appreciate it if you could listen without interrupting." This is specific, focuses on your feelings, and requests a behavior change.</w:t>
      </w:r>
    </w:p>
    <w:p>
      <w:r>
        <w:br/>
        <w:t>Implementing these ground rules requires practice and a shared commitment. It’s not about perfection, but about consistent effort. When a rule is broken, the response shouldn't be punitive, but rather a gentle reminder and a recommitment to the agreed-upon guidelines. "Hey, remember we agreed not to name-call? Can we take a breath and try again?" This kind of gentle redirection reinforces the rules without creating further conflict.</w:t>
      </w:r>
    </w:p>
    <w:p/>
    <w:p>
      <w:r>
        <w:br/>
        <w:t>Beyond establishing ground rules, a crucial component of conflict resilience is learning to manage escalating emotions. Arguments can quickly become overwhelming, pushing couples into a state of fight, flight, or freeze. In these moments, rational thought often goes out the window, and partners are driven by intense emotional responses. This is where the skill of taking a break becomes indispensable. It's not about avoidance or giving up, but about strategic disengagement to prevent irreparable damage.</w:t>
      </w:r>
    </w:p>
    <w:p/>
    <w:p>
      <w:r>
        <w:br/>
        <w:t>When emotions run too high, continuing the conversation is often counterproductive. You might find yourself saying things you regret, or your partner might reach a point where they can no longer hear you. Recognizing the signs of escalating emotion in yourself and your partner is key. These can include: increased heart rate, rapid breathing, flushed face, tense muscles, raised voice, a feeling of being overwhelmed, or an inability to focus on the issue at hand. When these signs appear, it’s time to call for a pause.</w:t>
      </w:r>
    </w:p>
    <w:p/>
    <w:p>
      <w:r>
        <w:br/>
        <w:t xml:space="preserve">The art of the "time-out" or "pause" is not about shutting down communication, but about creating space for emotional regulation. It’s about agreeing beforehand on a signal or a phrase that signifies the need for a break. This could be as simple as saying, "I need to take a break right now," or agreeing on a specific word or gesture. It's important to agree on the </w:t>
      </w:r>
    </w:p>
    <w:p>
      <w:pPr>
        <w:jc w:val="left"/>
      </w:pPr>
      <w:r>
        <w:rPr>
          <w:i/>
        </w:rPr>
        <w:t>intention</w:t>
      </w:r>
      <w:r>
        <w:t xml:space="preserve"> behind the pause: it’s to calm down and return to the conversation later, not to escape it permanently.</w:t>
      </w:r>
    </w:p>
    <w:p>
      <w:r>
        <w:br/>
        <w:t>When calling for a break, it’s also important to set a clear time frame for returning to the discussion. This prevents the pause from becoming indefinite avoidance. Something like, "I need to step away for 20 minutes to calm down. Can we revisit this at 7 PM?" or "I’ll take a walk for an hour, and then we can talk. I want to hear your perspective." This commitment to returning demonstrates that you value the conversation and your partner’s feelings, even when you need a moment.</w:t>
      </w:r>
    </w:p>
    <w:p/>
    <w:p>
      <w:r>
        <w:br/>
        <w:t xml:space="preserve">During the break, the goal is to engage in self-soothing activities that help regulate your emotions. This might involve deep breathing exercises, listening to calming music, going for a brisk walk, meditating, or engaging in a hobby that helps you relax. Crucially, it means </w:t>
      </w:r>
    </w:p>
    <w:p>
      <w:pPr>
        <w:jc w:val="left"/>
      </w:pPr>
      <w:r>
        <w:rPr>
          <w:i/>
        </w:rPr>
        <w:t>avoiding</w:t>
      </w:r>
      <w:r>
        <w:t xml:space="preserve"> ruminating on the argument or planning your next attack. The purpose is to de-escalate, not to strategize for victory.</w:t>
      </w:r>
    </w:p>
    <w:p>
      <w:r>
        <w:br/>
        <w:t>Upon returning, it’s vital to acknowledge the break and recommit to the conversation. This might sound like, "Thank you for giving me that space. I’ve calmed down, and I’m ready to talk now. I want to hear what you were trying to say earlier." This brief acknowledgement can re-establish connection and signal that you are ready to re-engage constructively. This practice of taking breaks, when done mindfully and with commitment, can be a powerful tool for preventing emotional damage and fostering a more resilient approach to conflict. It teaches couples that they can manage intense emotions without resorting to destructive behaviors, thereby building confidence in their ability to handle future disagreements.</w:t>
      </w:r>
    </w:p>
    <w:p/>
    <w:p>
      <w:r>
        <w:br/>
        <w:t>Beyond managing the intensity of arguments, a conflict-resilient environment is cultivated by shifting the underlying mindset from one of "winning" to one of "understanding." In many conflicts, couples unconsciously adopt a competitive stance, where the primary goal is to prove their point, win the argument, and emerge victorious. This approach inevitably leads to one person feeling defeated, unheard, and resentful, which erodes the foundation of the relationship.</w:t>
      </w:r>
    </w:p>
    <w:p/>
    <w:p>
      <w:r>
        <w:br/>
        <w:t>The alternative is to prioritize understanding. This means genuinely seeking to grasp your partner's perspective, their feelings, and their underlying needs, even if you don't agree with them. It involves curiosity and a willingness to explore your partner’s internal world. When you approach conflict with the goal of understanding, the dynamic shifts dramatically. Instead of adversaries, you become partners in problem-solving.</w:t>
      </w:r>
    </w:p>
    <w:p/>
    <w:p>
      <w:r>
        <w:br/>
        <w:t>This shift in focus can be encouraged through several practices:</w:t>
      </w:r>
    </w:p>
    <w:p/>
    <w:p>
      <w:r>
        <w:br/>
      </w:r>
    </w:p>
    <w:p>
      <w:pPr>
        <w:jc w:val="left"/>
      </w:pPr>
      <w:r>
        <w:rPr>
          <w:b/>
        </w:rPr>
        <w:t>Active Listening for Understanding:</w:t>
      </w:r>
      <w:r>
        <w:t xml:space="preserve"> This goes beyond simply waiting for your turn to speak. It involves truly engaging with what your partner is saying, trying to decipher their meaning, their emotions, and their intent. As discussed in the previous section, techniques like paraphrasing, summarizing, and asking clarifying questions are essential here. For example, "So, if I understand correctly, you're feeling overlooked when I make plans without consulting you because it signals that my priorities are elsewhere. Is that right?" This confirms your understanding and shows you are making an effort to get it.</w:t>
      </w:r>
    </w:p>
    <w:p>
      <w:pPr>
        <w:jc w:val="left"/>
      </w:pPr>
      <w:r>
        <w:rPr>
          <w:i/>
        </w:rPr>
      </w:r>
      <w:r>
        <w:rPr>
          <w:b/>
        </w:rPr>
        <w:t>Empathy as a Tool:</w:t>
      </w:r>
      <w:r>
        <w:t xml:space="preserve"> As explored previously, empathy allows you to step into your partner's shoes and feel </w:t>
      </w:r>
      <w:r>
        <w:t>with them. When you can connect with the emotions your partner is experiencing, even if the situation itself doesn't elicit the same response in you, it opens the door to resolution. "I can see how frustrating that must be for you when your efforts aren't recognized," is a powerful statement that validates their feelings and fosters connection.</w:t>
      </w:r>
    </w:p>
    <w:p>
      <w:pPr>
        <w:jc w:val="left"/>
      </w:pPr>
      <w:r>
        <w:rPr>
          <w:b/>
        </w:rPr>
        <w:t>"What Do You Need?" Questions:</w:t>
      </w:r>
      <w:r>
        <w:t xml:space="preserve"> Instead of assuming what your partner wants or needs, ask directly. "What would be most helpful for you right now?" or "What do you need from me to feel supported in this situation?" This empowers your partner to articulate their needs and gives you a clear path to meeting them, fostering collaboration.</w:t>
      </w:r>
    </w:p>
    <w:p>
      <w:pPr>
        <w:jc w:val="left"/>
      </w:pPr>
      <w:r>
        <w:rPr>
          <w:b/>
        </w:rPr>
        <w:t>Focus on Shared Goals:</w:t>
      </w:r>
      <w:r>
        <w:t xml:space="preserve"> Remind yourselves that you are on the same team, working towards a shared goal of a happy and healthy marriage. When a conflict arises, reframe it as a shared challenge to overcome, rather than a battle between two individuals. "We’re both unhappy with how this is going. How can we, together, find a better way forward?"</w:t>
      </w:r>
    </w:p>
    <w:p>
      <w:pPr>
        <w:jc w:val="left"/>
      </w:pPr>
      <w:r>
        <w:rPr>
          <w:b/>
        </w:rPr>
        <w:t>The "What If I'm Wrong?" Mindset:</w:t>
      </w:r>
      <w:r>
        <w:t xml:space="preserve"> Approach disagreements with a degree of humility, acknowledging the possibility that your own perspective might be incomplete or flawed. This opens you up to learning from your partner and finding a more balanced solution.</w:t>
      </w:r>
    </w:p>
    <w:p>
      <w:r>
        <w:br/>
        <w:t>When couples consistently practice focusing on understanding rather than winning, they build immense resilience. They learn that disagreements do not have to lead to emotional distance or damage. Instead, they can be opportunities to deepen their connection, to learn more about each other, and to strengthen their partnership. Each resolved conflict, navigated with understanding and respect, becomes a building block in the sanctuary of their marriage. It fosters a sense of security, knowing that even when things get tough, their relationship is strong enough to handle it. This is not about suppressing difficult emotions or avoiding conflict, but about transforming the way conflict is experienced, turning potential destruction into a powerful force for connection and growth. This proactive approach to conflict resolution is one of the most profound ways couples can nurture emotional safety and build a marriage that not only endures but thrives. It’s the active construction of a resilient relationship, where disagreements become stepping stones, not stumbling blocks, on the path to a shared future.</w:t>
      </w:r>
    </w:p>
    <w:p/>
    <w:p>
      <w:r>
        <w:t>The journey toward genuine emotional safety in marriage is deeply intertwined with the willingness to share our inner worlds. This isn't about a superficial exchange of daily events, but about the courageous act of revealing the parts of ourselves that often remain hidden – our deepest fears, our most tender insecurities, our most cherished hopes, and our most profound vulnerabilities. This "vulnerability exchange" is not merely a technique; it's a vital process that, when nurtured, transforms a marital connection from one of shared existence to one of profound intimacy and unshakeable trust.</w:t>
      </w:r>
    </w:p>
    <w:p>
      <w:r>
        <w:br/>
        <w:t>Imagine a sanctuary, a place built not with bricks and mortar, but with shared confidences and accepted imperfections. Within this sanctuary, each partner has the freedom to disrobe their emotional armor, to stand before the other not as the flawless, capable individual they might present to the world, but as the complex, human being they truly are. This requires an intentional cultivation of a space where judgment is suspended, where misunderstanding is met with curiosity, and where fear of rejection is replaced by the quiet assurance of acceptance. When this kind of safety is present, the vulnerability exchange can flourish, becoming a cornerstone of marital strength.</w:t>
      </w:r>
    </w:p>
    <w:p/>
    <w:p>
      <w:r>
        <w:br/>
        <w:t>The very act of opening up, of articulating anxieties that might seem irrational or insecurities that feel shameful, is an act of profound trust. It’s a declaration that says, "I trust you with the most sensitive parts of me, and I believe you will handle them with care." When a partner responds not with dismissal, but with empathy, with validation, and with a reciprocal sharing of their own inner landscape, a powerful bond is forged. This reciprocal vulnerability creates a feedback loop of trust and connection, each act of openness reinforcing the safety of the space for future revelations. It’s like weaving a tapestry, each shared vulnerability a new thread added to the fabric of your shared life, strengthening its texture and resilience.</w:t>
      </w:r>
    </w:p>
    <w:p/>
    <w:p>
      <w:r>
        <w:br/>
        <w:t>Consider the common experience of feeling inadequate or unlovable in certain areas. Perhaps one partner harbors a deep-seated fear of failure in their career, constantly battling imposter syndrome. Or perhaps the other struggles with a persistent feeling of not being "enough" in the relationship, a lingering insecurity from past experiences. When these feelings are kept locked away, they can fester, manifesting as irritability, defensiveness, or emotional distance. However, when one partner courageously articulates these hidden struggles – "I’ve been feeling really overwhelmed at work lately, and I’m worried I’m not measuring up. It makes me feel like a failure" – and the other responds with understanding, perhaps by saying, "I can see how much that’s weighing on you. I’ve felt that way too, that sense of not being good enough. Let’s talk about what we can do to support you," a profound moment of connection occurs. This is not just about hearing words; it’s about being seen, understood, and accepted at a core level.</w:t>
      </w:r>
    </w:p>
    <w:p/>
    <w:p>
      <w:r>
        <w:br/>
        <w:t>The vulnerability exchange is not a one-time event but an ongoing practice. It requires consistent effort to create and maintain the conditions for safe disclosure. This involves developing a keen awareness of your partner’s emotional state and responding with sensitivity. It means choosing your words carefully, ensuring that your communication is compassionate, even when discussing difficult topics. It also involves recognizing and respecting your partner’s pace of disclosure. Not everyone is comfortable baring their soul immediately. Building this safety takes time, patience, and a consistent demonstration of care.</w:t>
      </w:r>
    </w:p>
    <w:p/>
    <w:p>
      <w:r>
        <w:br/>
        <w:t>One of the most potent aspects of the vulnerability exchange is its power to demystify and normalize difficult emotions. Often, we believe our struggles are unique, that we are somehow alone in our fears or insecurities. When a partner shares similar feelings or experiences, it can be incredibly liberating. It alleviates the burden of isolation and fosters a sense of "we’re in this together." This shared humanity, this recognition that both partners are imperfect and often wrestling with internal challenges, is a profound source of intimacy. It moves the relationship from a place of projecting an image of perfection to embracing the beauty of authentic imperfection.</w:t>
      </w:r>
    </w:p>
    <w:p/>
    <w:p>
      <w:r>
        <w:br/>
        <w:t>To facilitate this exchange, it’s crucial to establish rituals of connection that provide dedicated time and space for deeper conversation. These aren't necessarily formal sit-downs, but can be woven into the fabric of daily life. It might be a quiet moment before bed, a walk in the park, or a shared meal where the focus is on each other, not distractions. During these times, encourage open-ended questions that invite more than a superficial answer. Instead of "How was your day?" try, "What was the most challenging part of your day?" or "What brought you joy today?" These prompts can open the door to more meaningful sharing.</w:t>
      </w:r>
    </w:p>
    <w:p/>
    <w:p>
      <w:r>
        <w:br/>
        <w:t>The ability to share one's inner world is also deeply influenced by the capacity for self-reflection. Before we can effectively share our vulnerabilities, we must first understand them ourselves. This means taking time for introspection, identifying our triggers, our fears, and our unmet needs. When we have a clearer grasp of our own internal landscape, we are better equipped to articulate it to our partner. This might involve journaling, mindfulness practices, or simply setting aside quiet time to process our thoughts and feelings.</w:t>
      </w:r>
    </w:p>
    <w:p/>
    <w:p>
      <w:r>
        <w:br/>
        <w:t>Furthermore, the vulnerability exchange thrives on active listening and empathetic responding. When your partner shares a fear, resist the urge to immediately offer solutions or to minimize their feelings. Instead, focus on understanding. What are they truly feeling? What is the underlying need being expressed? Phrases like, "It sounds like you’re feeling really scared about X," or "I hear that you’re worried about Y, and that makes sense," validate their experience and create a safe container for their emotions. Following up with, "Thank you for sharing that with me. It means a lot that you trust me with this," reinforces the value of their disclosure.</w:t>
      </w:r>
    </w:p>
    <w:p/>
    <w:p>
      <w:r>
        <w:br/>
        <w:t>Consider the difference in impact between these two responses:</w:t>
      </w:r>
    </w:p>
    <w:p/>
    <w:p>
      <w:r>
        <w:br/>
        <w:t>Partner A: "I’m really worried I’m not good enough to get this promotion."</w:t>
      </w:r>
    </w:p>
    <w:p/>
    <w:p>
      <w:r>
        <w:t>Partner B (minimizing): "Oh, don't be silly. You’re great at your job. You’ll definitely get it."</w:t>
      </w:r>
    </w:p>
    <w:p>
      <w:r>
        <w:br/>
        <w:t>Partner A: "I’m really worried I’m not good enough to get this promotion."</w:t>
      </w:r>
    </w:p>
    <w:p/>
    <w:p>
      <w:r>
        <w:t>Partner B (validating and empathetic): "It sounds like you’re feeling a lot of pressure and self-doubt about this promotion. That must be really tough, especially when you’ve put in so much effort. Thank you for telling me how you’re feeling. I’m here with you, whatever happens."</w:t>
      </w:r>
    </w:p>
    <w:p>
      <w:r>
        <w:br/>
        <w:t>The second response, while not necessarily offering a solution, creates a profound sense of being supported and understood. It acknowledges the validity of the emotion and offers presence, which is often more valuable than immediate problem-solving. This creates a fertile ground for further sharing.</w:t>
      </w:r>
    </w:p>
    <w:p/>
    <w:p>
      <w:r>
        <w:br/>
        <w:t>The willingness to be vulnerable also extends to admitting mistakes and expressing regret. In any relationship, misunderstandings and hurt feelings are inevitable. When a partner can sincerely apologize for their actions and express remorse for the pain they’ve caused, it’s a powerful act of vulnerability. It signifies a recognition of their impact on the other and a commitment to making amends. Similarly, when a partner receives an apology with openness and forgiveness, rather than holding onto resentment, they are also demonstrating a form of vulnerability – the vulnerability of trusting that the apology is genuine and that the relationship can heal.</w:t>
      </w:r>
    </w:p>
    <w:p/>
    <w:p>
      <w:r>
        <w:br/>
        <w:t>It’s important to acknowledge that not all partners are equally adept at vulnerability. Some individuals may have grown up in environments where emotions were suppressed or where vulnerability was met with ridicule or exploitation. In such cases, building the capacity for vulnerability exchange requires patience, gentle encouragement, and a slow, steady building of trust. It’s a process of co-creating safety, where each partner contributes to making the space feel secure enough for authentic sharing.</w:t>
      </w:r>
    </w:p>
    <w:p/>
    <w:p>
      <w:r>
        <w:br/>
        <w:t>The practice of vulnerability exchange also involves a commitment to curiosity about your partner’s internal experiences. Instead of making assumptions about why they are acting a certain way, ask. "I noticed you seemed a bit quiet earlier. Is everything okay?" or "When X happened, I saw a flash of something in your eyes. What was that about?" These inquiries, delivered with genuine interest and without accusation, can unlock doors to understanding that would otherwise remain shut. They signal that you care about their inner world and are invested in comprehending it.</w:t>
      </w:r>
    </w:p>
    <w:p/>
    <w:p>
      <w:r>
        <w:br/>
        <w:t>One of the most challenging aspects of vulnerability is sharing those deeply held beliefs or fears that might be at odds with your partner’s. Perhaps one partner has a profound spiritual belief that the other doesn’t share, or a deep-seated fear of abandonment stemming from childhood trauma. When these core aspects of self are shared, the response determines the future of the vulnerability exchange. Rejection, dismissal, or attempts to "fix" these deeply ingrained aspects can shut down future sharing. Conversely, a response of respectful curiosity, even if there is disagreement, can solidify trust. "I may not understand this from the same perspective, but I hear how important it is to you, and I respect that it's a part of who you are."</w:t>
      </w:r>
    </w:p>
    <w:p/>
    <w:p>
      <w:r>
        <w:br/>
        <w:t>The vulnerability exchange is also the bedrock of navigating difficult life transitions together. Whether it’s the loss of a job, a health crisis, the death of a loved one, or even the challenges of parenting, these events often bring up intense emotions. The ability to share these emotions – the fear, the grief, the anger, the uncertainty – with each other, rather than retreating into individual coping mechanisms, is what allows couples to truly support each other. When one partner can say, "I’m terrified of what this diagnosis means for us," and the other can respond with, "I am too. It’s overwhelming, but we’ll face it together," they are not just sharing a difficult truth; they are reinforcing their commitment and strengthening their partnership.</w:t>
      </w:r>
    </w:p>
    <w:p/>
    <w:p>
      <w:r>
        <w:br/>
        <w:t xml:space="preserve">To foster this environment, couples can actively practice validating each other’s feelings, even when those feelings seem disproportionate to the situation or are difficult to understand. Validation doesn't mean agreeing with the </w:t>
      </w:r>
    </w:p>
    <w:p>
      <w:pPr>
        <w:jc w:val="left"/>
      </w:pPr>
      <w:r>
        <w:rPr>
          <w:i/>
        </w:rPr>
        <w:t>reason</w:t>
      </w:r>
      <w:r>
        <w:t xml:space="preserve"> for the feeling, but acknowledging the </w:t>
      </w:r>
      <w:r>
        <w:rPr>
          <w:i/>
        </w:rPr>
        <w:t>existence</w:t>
      </w:r>
      <w:r>
        <w:t xml:space="preserve"> and </w:t>
      </w:r>
      <w:r>
        <w:rPr>
          <w:i/>
        </w:rPr>
        <w:t>validity</w:t>
      </w:r>
      <w:r>
        <w:t xml:space="preserve"> of the feeling itself. "I understand why you would feel hurt by that comment, even if they didn’t intend it that way," or "It makes sense that you’re feeling angry, given how you experienced that." This skill is a powerful antidote to the common tendency to dismiss or invalidate a partner’s emotional responses.</w:t>
      </w:r>
    </w:p>
    <w:p>
      <w:r>
        <w:br/>
        <w:t>The vulnerability exchange is also intrinsically linked to the development of empathy. As you learn to share your inner world, and as you witness your partner doing the same, your capacity to understand and share their feelings grows. You begin to recognize their emotional cues, to anticipate their needs, and to respond with greater sensitivity. This mutual understanding creates a positive cycle where increased vulnerability leads to increased empathy, which in turn encourages even greater vulnerability.</w:t>
      </w:r>
    </w:p>
    <w:p/>
    <w:p>
      <w:r>
        <w:br/>
        <w:t>It’s crucial to remember that vulnerability is not about oversharing or burdening your partner with every emotional turmoil. There’s a balance to be struck. It’s about sharing what is relevant to the relationship, what impacts your connection, and what allows your partner to know you more deeply. It’s also about maintaining personal responsibility for one's own emotional regulation, even while seeking support and connection from your partner.</w:t>
      </w:r>
    </w:p>
    <w:p/>
    <w:p>
      <w:r>
        <w:br/>
        <w:t>The ultimate outcome of a robust vulnerability exchange is a deeper, more resilient, and profoundly intimate marriage. When partners feel safe enough to share their authentic selves, their fears, their dreams, and their imperfections, they create a bond that can weather any storm. This sanctuary of shared vulnerability is where true love, acceptance, and unwavering support reside, forming the bedrock of a truly enduring partnership. It is in these moments of unguarded openness that the deepest connections are forged, transforming two individuals into a unified, loving team, capable of facing anything together.</w:t>
      </w:r>
    </w:p>
    <w:p/>
    <w:p>
      <w:r>
        <w:br w:type="page"/>
      </w:r>
    </w:p>
    <w:p>
      <w:pPr>
        <w:spacing w:before="5040"/>
        <w:jc w:val="center"/>
      </w:pPr>
      <w:r>
        <w:rPr/>
        <w:t xml:space="preserve"> Chapter 4: Navigating the Currents: Managing Differences Constructively</w:t>
      </w:r>
    </w:p>
    <w:p>
      <w:r>
        <w:t>The tapestry of marriage, rich with shared dreams and intertwined lives, is also woven with threads of difference. Two distinct individuals, each with a unique history, a unique way of perceiving the world, and a unique set of needs and desires, come together to build a shared future. It is precisely this inherent individuality, this beautiful mosaic of two souls, that makes conflict not only possible, but utterly inevitable. To enter into a marriage with the expectation that disagreements will never arise is to set oneself up for disappointment, perhaps even for disillusionment. Instead, a more constructive and ultimately more rewarding path lies in understanding and embracing conflict as a natural, even essential, component of a thriving marital relationship.</w:t>
      </w:r>
    </w:p>
    <w:p>
      <w:r>
        <w:br/>
        <w:t>Think of your marriage not as a perfectly smooth, unbroken road, but as a dynamic river. Rivers encounter rocks, bends, and varying currents. These aren't signs that the river is failing; they are simply the nature of its journey. Similarly, the occasional turbulence in a marriage, the moments of friction and disagreement, are not indicators of a broken relationship, but rather a testament to the fact that two separate, vibrant lives are navigating their course together. These differences can manifest in countless ways, from seemingly minor preferences about household chores or entertainment choices, to more profound divergences in life goals, parenting styles, or even core values. One partner might be a meticulous planner, thriving on order and predictability, while the other embraces spontaneity and a more laid-back approach. One might value quiet introspection, while the other finds energy and connection in social interaction. These are not flaws; they are simply the natural variations that make each partner who they are.</w:t>
      </w:r>
    </w:p>
    <w:p/>
    <w:p>
      <w:r>
        <w:br/>
        <w:t xml:space="preserve">The crucial shift in perspective that couples need to make is to move away from viewing conflict as an enemy to be avoided at all costs, and towards seeing it as an opportunity. When approached constructively, disagreements can serve as powerful catalysts for deeper understanding, personal growth, and ultimately, a more resilient and intimate partnership. It is in the resolution of these differences, in the navigating of these divergent currents, that couples can truly learn to appreciate each other’s unique perspectives, to compromise effectively, and to build a shared life that is richer and more robust precisely </w:t>
      </w:r>
    </w:p>
    <w:p>
      <w:pPr>
        <w:jc w:val="left"/>
      </w:pPr>
      <w:r>
        <w:rPr>
          <w:i/>
        </w:rPr>
        <w:t>because</w:t>
      </w:r>
      <w:r>
        <w:t xml:space="preserve"> of, rather than in spite of, their individual differences. This isn't about erasing individuality or forcing conformity; it's about learning to dance together, even when your steps are not always perfectly synchronized.</w:t>
      </w:r>
    </w:p>
    <w:p>
      <w:r>
        <w:br/>
        <w:t>Consider the myriad ways these differences can surface. Imagine one partner who meticulously budgets every penny, finding comfort in financial predictability, while the other has a more relaxed attitude towards spending, prioritizing experiences over strict adherence to a plan. This difference in financial philosophy, while potentially a source of friction, also presents an opportunity. It allows for a conversation about shared financial goals, about the importance of security versus the value of immediate gratification. It requires a deeper dive into each person's underlying beliefs about money, about what it represents for them – be it safety, freedom, or a means to achieve particular life experiences. By engaging in this conversation, by seeking to understand the 'why' behind each other's approach, a couple can arrive at a shared financial strategy that respects both partners' needs and values. This is not about one person "winning" and the other "losing" the financial debate, but about co-creating a financial framework that supports their shared life.</w:t>
      </w:r>
    </w:p>
    <w:p/>
    <w:p>
      <w:r>
        <w:br/>
        <w:t>Another common area where differences arise is in communication styles. One partner might be direct and to-the-point, valuing efficiency and clarity, while the other prefers a more nuanced, emotionally expressive approach, often sharing feelings and context before stating a direct need. If this difference isn't acknowledged, the direct communicator might perceive the other as rambling or inefficient, while the expressive communicator might feel shut down or misunderstood by the other’s brevity. The opportunity here lies in recognizing that both styles have their strengths. The direct partner can learn to appreciate the richness and depth that comes from a more elaborated expression, perhaps by actively listening for the underlying emotions or needs being conveyed. Conversely, the expressive partner can learn to appreciate the value of clarity and conciseness, perhaps by practicing summarizing their core message or by being mindful of the other’s preferred communication pace. This mutual adaptation fosters greater understanding and reduces the likelihood of misinterpretation, turning potential communication breakdowns into opportunities for connection.</w:t>
      </w:r>
    </w:p>
    <w:p/>
    <w:p>
      <w:r>
        <w:br/>
        <w:t>The realm of leisure and social engagement is also fertile ground for marital differences. One spouse might be an extrovert who thrives on regular social gatherings, drawing energy from interaction with others, while the other is an introvert who needs significant downtime and solitude to recharge. Without understanding this fundamental difference, the extrovert might feel lonely or rejected when the introvert declines social invitations, and the introvert might feel overwhelmed or drained by constant social demands. The opportunity for growth here is immense. The couple can learn to balance their needs by finding a rhythm that works for both. This might involve the extroverted partner occasionally attending events alone or with friends, while the introverted partner commits to a certain number of shared social activities per month, with the understanding that they will need recovery time afterward. It’s about respecting each other’s energy levels and social batteries, and finding ways to fulfill both the need for connection and the need for personal space.</w:t>
      </w:r>
    </w:p>
    <w:p/>
    <w:p>
      <w:r>
        <w:br/>
        <w:t>Even deeply held aspirations and life goals can present divergent paths. One partner might be driven by a strong ambition for career advancement, seeking promotions and increased responsibility, while the other may prioritize work-life balance and personal fulfillment over professional climbing. This difference isn't necessarily a red flag; rather, it’s an invitation to a profound conversation about what success and a meaningful life look like for each of you, and how those visions can be integrated into a shared future. It might involve supporting each other's individual pursuits while ensuring that the overarching direction of the marriage remains aligned. Perhaps the career-driven partner agrees to limit their travel, or the partner prioritizing balance agrees to take on more responsibility in certain areas to facilitate the other's professional growth. The key is open dialogue, mutual support, and a willingness to find a compromise that honors both individuals’ aspirations.</w:t>
      </w:r>
    </w:p>
    <w:p/>
    <w:p>
      <w:r>
        <w:br/>
        <w:t>The fundamental principle at play is that conflict is not a symptom of marital failure, but a natural byproduct of two complex individuals co-creating a life. The success of a marriage does not lie in the absence of disagreement, but in the capacity of the couple to navigate these differences with respect, empathy, and a commitment to understanding. By reframing conflict from a threat to an opportunity, couples can unlock a deeper level of intimacy, build a more resilient partnership, and ultimately, create a marriage that is not only enduring but also deeply enriching. It is in embracing the inevitability of differences that couples can truly begin to master the art of managing them constructively.</w:t>
      </w:r>
    </w:p>
    <w:p/>
    <w:p>
      <w:r>
        <w:br/>
        <w:t xml:space="preserve">The very act of engaging with conflict constructively requires a willingness to step outside of one's own immediate perspective and to genuinely try to inhabit the other's frame of reference. This is more than just listening to words; it’s about trying to understand the emotions, the experiences, and the underlying beliefs that shape your partner’s point of view. When a couple can achieve this level of attunement, disagreements transform from adversarial battles into collaborative problem-solving sessions. For instance, if one partner expresses frustration about the division of household chores, it’s easy for the other partner to become defensive, feeling accused of not doing enough. However, if the receiving partner can pause and consider </w:t>
      </w:r>
    </w:p>
    <w:p>
      <w:pPr>
        <w:jc w:val="left"/>
      </w:pPr>
      <w:r>
        <w:rPr>
          <w:i/>
        </w:rPr>
        <w:t>why</w:t>
      </w:r>
      <w:r>
        <w:t xml:space="preserve"> this is important to their spouse – perhaps it stems from a feeling of being overburdened, a need for shared responsibility, or a desire for a more equitable partnership – then the conversation can shift from blame to understanding. The first partner might then say, "I hear that you feel overwhelmed with the chores, and I can see how that would be frustrating. It's not my intention for you to feel that way. Can you help me understand what feels most unfair or burdensome to you?" This opening allows for a more productive discussion, where solutions can be explored that address the root cause of the frustration, rather than just the surface-level complaint.</w:t>
      </w:r>
    </w:p>
    <w:p>
      <w:r>
        <w:br/>
        <w:t>Furthermore, the ability to manage differences constructively is deeply intertwined with the development of emotional regulation skills. When faced with a disagreement, our initial emotional responses can often be intense – frustration, anger, anxiety, or hurt. If we are unable to manage these immediate feelings, we are more likely to react impulsively, resorting to criticism, withdrawal, or defensiveness, all of which escalate conflict. Developing the capacity to pause, identify our emotions, and choose a more measured response is crucial. This might involve taking a few deep breaths, stating a need for a brief break to collect our thoughts, or practicing self-soothing techniques. By managing our own emotional reactions, we create a more conducive environment for productive dialogue and problem-solving, transforming potential emotional explosions into opportunities for shared understanding and co-regulation.</w:t>
      </w:r>
    </w:p>
    <w:p/>
    <w:p>
      <w:r>
        <w:br/>
        <w:t>The process of managing differences also necessitates the cultivation of a "growth mindset" within the relationship. This means viewing challenges and disagreements not as fixed indicators of incompatibility, but as opportunities to learn, adapt, and strengthen the bond. Couples who embrace a growth mindset understand that intimacy is not a static state, but a dynamic process that deepens through shared challenges and mutual effort. When faced with a conflict, instead of thinking, "We're just too different; this is never going to work," they might instead consider, "How can we learn from this difference? What can this disagreement teach us about each other and about our needs as a couple?" This reframing empowers couples to approach conflict with curiosity and a sense of shared purpose, rather than with dread or resignation. It encourages a proactive approach to problem-solving, where both partners are invested in finding solutions that benefit the relationship as a whole.</w:t>
      </w:r>
    </w:p>
    <w:p/>
    <w:p>
      <w:r>
        <w:br/>
        <w:t>Another vital aspect of navigating differences is the development of a shared language and set of "rules of engagement" for conflict. Couples who have explicit discussions about how they want to handle disagreements are better equipped to do so effectively. These conversations might involve agreeing on principles such as: no name-calling or personal attacks, avoiding bringing up past grievances unrelated to the current issue, committing to active listening, and agreeing to take breaks when emotions run too high. Establishing these boundaries upfront can prevent many of the destructive patterns that derail constructive conflict resolution. It creates a framework of safety and respect, ensuring that even during heated discussions, the underlying commitment to the relationship remains intact. These agreed-upon rules act as guardrails, guiding the couple back to productive dialogue when they start to stray into unproductive territory.</w:t>
      </w:r>
    </w:p>
    <w:p/>
    <w:p>
      <w:r>
        <w:br/>
        <w:t>Moreover, the ability to apologize sincerely and to forgive readily is paramount. Conflicts, by their very nature, often involve moments where one or both partners cause unintentional hurt or disappointment. A genuine apology, delivered with remorse and a commitment to not repeating the behavior, can be incredibly powerful in repairing relational ruptures. Similarly, the willingness to forgive, to let go of resentment and move forward, is essential for preventing the accumulation of bitterness that can erode a marriage over time. This isn’t about condoning harmful behavior, but about choosing to release the past and invest in the future of the relationship. When apologies are met with gracious acceptance and forgiveness is offered freely, it creates a virtuous cycle of repair and renewed trust, reinforcing the couple’s ability to overcome obstacles together.</w:t>
      </w:r>
    </w:p>
    <w:p/>
    <w:p>
      <w:r>
        <w:br/>
        <w:t>The context of cultural and familial backgrounds also plays a significant role in how individuals approach and perceive conflict. What one person considers a normal way to express disagreement might be perceived as aggressive or disrespectful by someone from a different cultural or familial upbringing. Understanding and appreciating these differing backgrounds can foster greater empathy and patience during conflict. For example, a couple where one partner was raised in a family that openly debated issues, while the other came from a family where conflict was suppressed and avoided, will likely have different baseline expectations for how disagreements should unfold. The partner from the conflict-avoidant background might naturally try to de-escalate or withdraw from any sign of tension, while the partner from the openly debating background might inadvertently push for resolution when the other is feeling overwhelmed. Recognizing these influences allows for a more compassionate approach to understanding each other's conflict styles and working towards a shared approach that honors both influences.</w:t>
      </w:r>
    </w:p>
    <w:p/>
    <w:p>
      <w:r>
        <w:br/>
        <w:t>Ultimately, viewing conflict as inevitable is not an invitation to despair, but a foundational step toward building a stronger, more resilient, and deeply connected marriage. It shifts the focus from preventing disagreements to mastering the art of navigating them. When couples embrace their differences, cultivate effective communication and emotional regulation skills, establish clear conflict boundaries, and commit to mutual respect and forgiveness, they transform potential points of fracture into opportunities for growth and deeper intimacy. This proactive and positive approach to conflict is a hallmark of marriages that not only endure but truly flourish, demonstrating that the richness of a partnership often lies not in the absence of storms, but in the skill and dedication with which they are weathered together.</w:t>
      </w:r>
    </w:p>
    <w:p/>
    <w:p>
      <w:r>
        <w:t>When two distinct individuals decide to embark on the journey of marriage, they bring with them not just their hopes and dreams, but also their ingrained patterns of responding to adversity and disagreement. These patterns, often formed over years of upbringing, personal experiences, and ingrained personality traits, are known as conflict styles. Understanding these styles is not about labeling oneself or one's partner as "right" or "wrong," but rather about gaining crucial insight into the predictable ways you both tend to react when faced with differences, stress, or perceived threats to your well-being or your relationship. This self-awareness, coupled with an understanding of your partner's typical approach, forms a vital foundation for navigating the inevitable currents of marital discord constructively.</w:t>
      </w:r>
    </w:p>
    <w:p>
      <w:r>
        <w:br/>
        <w:t xml:space="preserve">Consider the spectrum of how humans typically engage with conflict. At one end, we have the </w:t>
      </w:r>
    </w:p>
    <w:p>
      <w:pPr>
        <w:jc w:val="left"/>
      </w:pPr>
      <w:r>
        <w:rPr>
          <w:b/>
        </w:rPr>
        <w:t>Avoiding</w:t>
      </w:r>
      <w:r>
        <w:t xml:space="preserve"> style. Individuals who default to avoidance often see conflict as futile, unpleasant, or even dangerous. Their primary goal is to sidestep confrontation, sometimes by remaining silent, changing the subject, or physically withdrawing from the situation. This might stem from a belief that bringing up an issue will only make things worse, or a deep-seated discomfort with emotional intensity. While avoidance can be a useful short-term strategy to de-escalate a tense situation, when it becomes a chronic pattern, it prevents issues from being addressed and can lead to resentment and a growing distance between partners. Imagine a couple where one partner, upon sensing a disagreement brewing, immediately retreats to their study or immerses themselves in a task, effectively shutting down communication. The other partner, left to deal with the unresolved issue alone, might feel abandoned and unheard, their frustration mounting with each instance of avoidance. This isn't a malicious act, but a deeply ingrained coping mechanism that, without conscious effort to adapt, can create significant relational barriers.</w:t>
      </w:r>
    </w:p>
    <w:p>
      <w:r>
        <w:br/>
        <w:t xml:space="preserve">Next, we encounter the </w:t>
      </w:r>
    </w:p>
    <w:p>
      <w:pPr>
        <w:jc w:val="left"/>
      </w:pPr>
      <w:r>
        <w:rPr>
          <w:b/>
        </w:rPr>
        <w:t>Accommodating</w:t>
      </w:r>
      <w:r>
        <w:t xml:space="preserve"> style. Those who lean towards accommodation often prioritize harmony and the needs of others above their own. They might yield to a partner's wishes, even when it goes against their own preferences, in an effort to maintain peace or to show support. This style can be a beautiful expression of love and consideration, demonstrating a willingness to prioritize the relationship. However, a consistent pattern of accommodation can lead to a sense of being taken advantage of or a loss of personal identity within the relationship. If one partner consistently "gives in," they may begin to feel that their own needs are not valued or even recognized. Consider a scenario where one spouse has a strong preference for how a particular family event should be organized, and the other, while having different ideas, simply agrees to their partner's plan to avoid a disagreement. While this might result in a peaceful event, over time, the accommodating partner may harbor unspoken wishes and feel a lack of agency in their shared life. This can manifest as a quiet dissatisfaction, a sense of unfulfilled desires that may eventually surface in other, perhaps less constructive, ways.</w:t>
      </w:r>
    </w:p>
    <w:p>
      <w:r>
        <w:br/>
        <w:t xml:space="preserve">The </w:t>
      </w:r>
    </w:p>
    <w:p>
      <w:pPr>
        <w:jc w:val="left"/>
      </w:pPr>
      <w:r>
        <w:rPr>
          <w:b/>
        </w:rPr>
        <w:t>Competing</w:t>
      </w:r>
      <w:r>
        <w:t xml:space="preserve"> style, often characterized by assertiveness and a focus on winning, is about pursuing one's own concerns at the expense of others. Individuals with this style are typically direct, goal-oriented, and can be quite persuasive. They are not afraid to voice their opinions and may see disagreements as opportunities to prove their point or to emerge victorious. While assertiveness is a valuable trait, a purely competitive approach in a marriage can be detrimental. It can lead to win-lose dynamics, where one partner's needs are consistently prioritized over the other's, fostering a sense of adversarialism rather than partnership. Imagine a couple debating a significant financial decision. One partner, driven by a competitive urge to be "right," might aggressively present their case, dismissing counterarguments without thorough consideration, and pushing for their preferred outcome. The other partner might feel unheard, invalidated, and even attacked, leading to defensiveness and a breakdown in collaborative problem-solving. This style can create an environment where vulnerability is seen as weakness, and emotional connection is sacrificed for the sake of "winning" the argument.</w:t>
      </w:r>
    </w:p>
    <w:p>
      <w:r>
        <w:br/>
        <w:t xml:space="preserve">A more balanced approach is </w:t>
      </w:r>
    </w:p>
    <w:p>
      <w:pPr>
        <w:jc w:val="left"/>
      </w:pPr>
      <w:r>
        <w:rPr>
          <w:b/>
        </w:rPr>
        <w:t>Compromising</w:t>
      </w:r>
      <w:r>
        <w:t>. This style involves finding a middle ground where both individuals give up something to gain something. It's about seeking a mutually acceptable solution, even if it doesn't fully satisfy either party. Compromise is often seen as a fair and practical way to resolve disputes, especially when time is limited or when the issue is not of paramount importance to either partner. However, a sole reliance on compromise can sometimes lead to solutions that are less than ideal, a "half-a-loaf" approach that doesn't fully address the underlying needs of either partner. It can also lead to a situation where couples become adept at negotiating and bargaining, but may miss opportunities for deeper understanding or more creative, mutually beneficial solutions. Consider a couple deciding on their vacation destination. One partner wants a beach vacation, the other a city exploration. They might compromise by choosing a location that offers both, perhaps a coastal city. While this satisfies elements of both desires, it might not fully capture the essence of what each truly sought from their ideal vacation – perhaps the deep relaxation of a secluded beach or the vibrant immersion of a bustling metropolis. Over time, a constant cycle of compromise without deeper exploration of underlying desires can lead to a feeling of never quite getting what you truly want.</w:t>
      </w:r>
    </w:p>
    <w:p>
      <w:r>
        <w:br/>
        <w:t xml:space="preserve">Finally, at the most integrated and potentially satisfying end of the spectrum, lies </w:t>
      </w:r>
    </w:p>
    <w:p>
      <w:pPr>
        <w:jc w:val="left"/>
      </w:pPr>
      <w:r>
        <w:rPr>
          <w:b/>
        </w:rPr>
        <w:t>Collaborating</w:t>
      </w:r>
      <w:r>
        <w:t>. This style is characterized by a deep commitment to exploring an issue thoroughly, with the goal of finding a solution that fully satisfies the concerns of both individuals. It requires a high degree of openness, creativity, and a genuine desire to understand each other's needs and values. Collaborating is about working together to find innovative solutions that honor both partners' perspectives. This often involves identifying the underlying needs behind each person's position, rather than just focusing on the stated positions themselves. It's a process of "win-win" problem-solving. For instance, in the financial decision scenario, a collaborative approach would involve both partners openly sharing their financial anxieties and aspirations, discussing what security and opportunity mean to each of them, and then jointly devising a financial plan that addresses both sets of concerns. This might lead to a more complex but ultimately more robust and satisfying solution than a simple compromise or a competitive win. However, collaboration is also the most time-consuming and energy-intensive style, requiring significant trust, communication skills, and a shared commitment to the relationship's well-being.</w:t>
      </w:r>
    </w:p>
    <w:p>
      <w:r>
        <w:br/>
        <w:t>Recognizing these styles in yourselves and your partner is the first, crucial step. Often, we have a primary or default style, but we might also shift between styles depending on the situation, the topic of conflict, or our emotional state. For instance, someone who typically avoids conflict might become competitive when a core value is challenged, or an accommodator might, after repeated instances of being taken advantage of, surprisingly shift to a competing stance. The goal is not to eliminate any particular style entirely, but to develop flexibility and the ability to choose the most appropriate style for a given situation, while always aiming for a collaborative approach when possible.</w:t>
      </w:r>
    </w:p>
    <w:p/>
    <w:p>
      <w:r>
        <w:br/>
        <w:t>To begin this process of identification, take some time to reflect on your own patterns. When disagreements arise, what is your immediate urge? Do you want to shut down and escape the conversation? Do you tend to go along to get along? Do you feel a strong impulse to win the argument or prove your point? Or do you look for a quick middle ground, or do you feel motivated to dig deeper and find a solution that truly works for both of you? Be honest with yourself, free from judgment. Consider specific past disagreements and how you reacted. Did you withdraw? Did you concede? Did you argue forcefully? Did you seek a compromise? Did you try to understand your partner's perspective more deeply?</w:t>
      </w:r>
    </w:p>
    <w:p/>
    <w:p>
      <w:r>
        <w:br/>
        <w:t>Similarly, observe your partner's typical reactions. What do you notice when they are in conflict? Do they become silent or leave the room? Do they readily agree with you, perhaps too readily? Do they become argumentative and determined to have their way? Do they propose a quick fix that might not fully address the issue? Or do they seem genuinely interested in understanding your point of view and working through the problem together? Again, approach these observations with curiosity rather than criticism. Your goal is understanding, not indictment.</w:t>
      </w:r>
    </w:p>
    <w:p/>
    <w:p>
      <w:r>
        <w:br/>
        <w:t>It's also helpful to consider the underlying motivations for these styles. Avoiders might be driven by a fear of rejection or a desire to protect themselves from emotional pain. Accommodators might be motivated by a strong sense of empathy or a deep-seated need for approval. Competitors might be driven by a need for control, a belief in hierarchical relationships, or a desire to prove their competence. Compromisers are often motivated by a sense of fairness and pragmatism, while collaborators are driven by a desire for mutual growth, deep connection, and optimal solutions. Understanding these motivations can foster greater empathy and reduce the tendency to personalize your partner's actions as purely negative or intentional.</w:t>
      </w:r>
    </w:p>
    <w:p/>
    <w:p>
      <w:r>
        <w:br/>
        <w:t>Once you have a clearer picture of your individual styles, the next step is to discuss them openly with your partner. This is not a debate to be "won," but a shared exploration. You might say, "I've been thinking about how we handle disagreements, and I've realized that I tend to [describe your style]. I think this might be because [explain your motivation]. How do you see me reacting, and what do you notice about your own responses?" This type of opening creates a safe space for vulnerability and mutual learning.</w:t>
      </w:r>
    </w:p>
    <w:p/>
    <w:p>
      <w:r>
        <w:br/>
        <w:t>The beauty of understanding these styles is that it equips you with the knowledge to intentionally shift your approach. If you recognize that you are an avoider, you can consciously practice staying present in difficult conversations, even when it feels uncomfortable. You can set small, achievable goals, like staying engaged for five minutes before taking a brief, agreed-upon break. If you are a chronic compromiser, you can practice identifying and articulating your deeper needs and desires, and explore whether a more collaborative solution might be possible before settling for a compromise. If you tend to be competitive, you can practice active listening, genuinely trying to understand your partner's perspective before formulating your own response, and reminding yourself that the goal is a strong partnership, not a personal victory.</w:t>
      </w:r>
    </w:p>
    <w:p/>
    <w:p>
      <w:r>
        <w:br/>
        <w:t>This exploration of conflict styles is not a one-time event; it's an ongoing process of self-discovery and relational growth. As your marriage evolves and you encounter new challenges, your styles may adapt, and new insights will emerge. The commitment to understanding yourselves and each other in moments of difference is a profound act of love, laying the groundwork for a marriage that can not only weather the storms but also grow stronger and more resilient with each challenge overcome. By shedding light on these ingrained patterns, you gain the power to choose your responses, to communicate more effectively, and to build a shared life that is richer, more understanding, and more deeply connected. It is in this awareness and willingness to adapt that the true art of navigating marital differences is honed.</w:t>
      </w:r>
    </w:p>
    <w:p/>
    <w:p>
      <w:r>
        <w:t>The art of negotiation within marriage is not about winning or losing, but about the intricate dance of understanding, respecting, and valuing each other's perspectives to arrive at a shared destination. It’s a conscious endeavor to transform potential points of contention into opportunities for deeper connection and more robust decision-making. When couples embark on this journey of constructive negotiation, they are essentially building a bridge over the chasms of differing opinions, constructing it with the materials of empathy, clear communication, and a genuine commitment to the partnership. This process begins with a fundamental shift in mindset: viewing disagreements not as battles to be fought, but as puzzles to be solved collaboratively. It requires moving away from a "me versus you" mentality and embracing a "us versus the problem" approach.</w:t>
      </w:r>
    </w:p>
    <w:p>
      <w:r>
        <w:br/>
        <w:t>At the heart of effective negotiation lies the practice of active listening. This is far more than simply waiting for your turn to speak; it's about truly hearing and understanding your partner's message, both the spoken words and the underlying emotions. When your partner expresses a concern or a desire, resist the urge to immediately formulate your rebuttal or to defend your own position. Instead, focus your full attention on them. This means putting away distractions – phones, laptops, even mental to-do lists – and making eye contact. It involves listening for the feelings behind the words. Is your partner expressing frustration, fear, disappointment, or perhaps a longing for connection? Sometimes, people articulate their needs indirectly, wrapped in complaints or demands. Active listening involves picking up on these cues, acknowledging the emotions, and reflecting them back to your partner to ensure you've understood. Phrases like, "It sounds like you're feeling frustrated because..." or "So, if I'm understanding correctly, what you really need is..." can be incredibly powerful. This validation signals to your partner that their experience is being heard and taken seriously, creating a safe space for them to be vulnerable and for genuine dialogue to emerge.</w:t>
      </w:r>
    </w:p>
    <w:p/>
    <w:p>
      <w:r>
        <w:br/>
        <w:t>Beyond just listening, effective negotiation demands clarity in expressing your own needs and desires. Often, couples fall into patterns of hinting, expecting their partner to read their minds, or making demands rather than requests. When negotiating, it’s crucial to articulate your needs directly and respectfully. Frame your statements using "I" messages, focusing on your own feelings and experiences rather than placing blame on your partner. For example, instead of saying, "You never consider my feelings when you make plans," you might say, "I feel overlooked and a bit anxious when plans are made without my input, because it makes me feel like my preferences aren't as important." This approach communicates your experience without triggering defensiveness in your partner, making them more receptive to understanding your perspective. The goal is to share your inner world honestly, fostering a sense of shared responsibility for finding a solution that accommodates both of your realities.</w:t>
      </w:r>
    </w:p>
    <w:p/>
    <w:p>
      <w:r>
        <w:br/>
        <w:t>Once both partners have had the opportunity to express their perspectives and feelings without interruption or judgment, the next crucial step is brainstorming solutions together. This is where the magic of collaboration truly begins to unfold. Think of yourselves as a creative team, tasked with finding innovative ways to meet both of your needs. At this stage, the emphasis is on quantity and openness, not on immediate feasibility or perfection. Encourage each other to throw out any and all ideas, no matter how outlandish they might seem at first. The more options you generate, the greater the likelihood of discovering a solution that truly satisfies everyone involved. This phase requires a suspension of critical judgment; save the evaluation for later. You might find that by combining elements of each person’s initial ideas, or by thinking completely outside the box, you can arrive at a solution neither of you would have conceived of independently. For instance, if one partner wants to save money for a down payment on a house while the other wants to go on an extravagant vacation, instead of compromising on a mediocre trip, you might brainstorm options like a more modest staycation combined with a significant boost to savings, or a shorter, more budget-friendly trip to a less expensive destination, followed by a dedicated savings drive. The key is to maintain a sense of playfulness and creativity, viewing this as an opportunity to build something new together.</w:t>
      </w:r>
    </w:p>
    <w:p/>
    <w:p>
      <w:r>
        <w:br/>
        <w:t>The willingness to compromise is an indispensable component of successful marital negotiation. While collaboration aims for ideal, "win-win" solutions, compromise acknowledges that in many situations, a perfect outcome for everyone may not be immediately attainable. Compromise involves a degree of give-and-take, where each partner may need to adjust their expectations or yield on certain points to reach a mutually acceptable agreement. This is not about sacrificing your core values or needs, but about finding a middle ground that allows the relationship to move forward harmoniously. The art of compromise lies in understanding what is truly essential and what is negotiable. It requires asking yourselves: "What are the non-negotiables for me in this situation, and where can I be flexible?" This self-awareness allows you to negotiate from a place of informed intention, rather than simply conceding to avoid conflict. When you do compromise, it’s important to ensure that the compromise feels balanced and fair to both parties. Avoid scenarios where one partner consistently gives more than the other, as this can breed resentment over time. Clearly articulate what you are willing to concede and why, and express appreciation when your partner does the same. This mutual acknowledgment of sacrifice strengthens the sense of partnership and reinforces the value you place on maintaining a strong marital bond.</w:t>
      </w:r>
    </w:p>
    <w:p/>
    <w:p>
      <w:r>
        <w:br/>
        <w:t>Finding that middle ground often involves a process of negotiation where you might explore various options and their potential consequences. For example, if a disagreement arises about how to spend a Saturday afternoon, one partner might prefer to relax at home, while the other is eager to engage in an outdoor activity. A pure compromise might involve splitting the day, perhaps spending the morning at home and the afternoon outdoors, or vice versa. However, a more nuanced negotiation might explore the underlying needs. If the need for relaxation stems from exhaustion from the work week, perhaps a short, invigorating walk followed by quiet time at home could meet both needs more effectively than a rigid split of time. If the desire for outdoor activity is about connecting with nature, perhaps a relaxing picnic in a park could offer a blend of both gentle activity and peaceful surroundings. This deeper exploration of "why" behind a desire can unlock more creative and satisfying solutions than simply meeting in the middle on the surface issue.</w:t>
      </w:r>
    </w:p>
    <w:p/>
    <w:p>
      <w:r>
        <w:br/>
        <w:t>It’s also vital to approach negotiation with a spirit of flexibility and a willingness to revisit decisions. The dynamics of a marriage are not static; needs and circumstances can change. What felt like a fair compromise a year ago might need re-evaluation today. Therefore, establishing a practice of periodically checking in on decisions that were made through negotiation can be highly beneficial. This allows couples to ensure that the agreements are still working for both individuals and for the relationship as a whole. If a particular solution is no longer serving its intended purpose, or if it has unintentionally created new challenges, you can return to the negotiation table with renewed understanding and a shared commitment to finding a better way forward. This ongoing dialogue and adjustment process fosters a dynamic and resilient partnership, capable of adapting to life's ever-evolving landscape.</w:t>
      </w:r>
    </w:p>
    <w:p/>
    <w:p>
      <w:r>
        <w:br/>
        <w:t>Furthermore, a crucial element of successful negotiation is managing emotions constructively. Disagreements can naturally evoke strong feelings, and it’s essential to have strategies for navigating these emotions without letting them derail the process. If either partner becomes overwhelmed, angry, or overly defensive, it can be helpful to agree on a "time-out" signal or phrase. This isn't about shutting down communication but about pausing the conversation to allow emotions to de-escalate. During this break, each partner can engage in self-soothing activities, reflect on their own emotional triggers, and perhaps even jot down their thoughts and feelings. When you reconvene, approach the conversation with a renewed sense of calm and a commitment to respectful dialogue. It can be beneficial to preface the renewed discussion by acknowledging the previous difficulty, for instance, "I’m feeling calmer now, and I want to try to understand your perspective better."</w:t>
      </w:r>
    </w:p>
    <w:p/>
    <w:p>
      <w:r>
        <w:br/>
        <w:t>The practice of appreciation and acknowledgment plays a significant role in making the negotiation process feel more positive and less like a chore. When your partner makes an effort to understand your needs, to compromise, or to brainstorm creatively, acknowledge and thank them for their efforts. Genuine appreciation can significantly soften the edges of disagreement and reinforce the positive aspects of your collaborative problem-solving. Even when you don't reach your ideal outcome, acknowledging the effort your partner made can strengthen the relational bond. A simple "Thank you for really listening to me on that" or "I appreciate you being willing to meet me halfway" can go a long way in fostering goodwill and a positive emotional climate for future negotiations.</w:t>
      </w:r>
    </w:p>
    <w:p/>
    <w:p>
      <w:r>
        <w:br/>
        <w:t>In essence, the art of negotiation in marriage is a continuous practice in cultivating a deep and abiding respect for each other. It’s about recognizing that your partner’s needs and desires are just as valid as your own, even when they differ significantly. By embracing active listening, clear and honest communication, collaborative brainstorming, and a willingness to find equitable compromises, couples can navigate their differences not as adversaries, but as a united front against the challenges that life inevitably presents. This process transforms potential conflict points into opportunities for growth, strengthening the foundation of the marriage and fostering a shared future built on mutual understanding and enduring love. The skills honed in negotiation become invaluable tools, enabling couples to tackle any issue, from the mundane to the profound, with confidence and a shared sense of purpose, ultimately enriching their lives together.</w:t>
      </w:r>
    </w:p>
    <w:p/>
    <w:p>
      <w:r>
        <w:t>The heat of a disagreement can feel like a rapidly rising tide, threatening to pull even the strongest couples under. In the midst of raised voices, hurt feelings, and differing perspectives, it’s easy to become entrenched in our own position, convinced of our own righteousness. This is precisely when the delicate art of the "repair attempt" becomes not just helpful, but essential. These are the moments, often small and seemingly insignificant, where one partner extends a lifeline, a gesture designed to de-escalate the tension and steer the interaction back towards connection rather than further division. Think of them as the crucial course corrections that prevent a marital ship from running aground after weathering a storm. Without these vital attempts to mend the rift, conflicts can leave lingering damage, eroding trust and creating a chasm of unspoken grievances that can grow wider with each passing disagreement.</w:t>
      </w:r>
    </w:p>
    <w:p>
      <w:r>
        <w:br/>
        <w:t>Repair attempts are, at their core, expressions of a desire to reconnect and to preserve the bond of the relationship, even when deeply entrenched in a conflict. They are the conscious, albeit sometimes imperfect, efforts to say, "I value you and our connection more than I value being 'right' in this moment." These attempts can take many forms, from a spoken word to a nonverbal gesture, and their effectiveness often hinges on timing, sincerity, and the underlying emotional state of both partners. When executed well, they serve as a powerful antidote to the negative cycles that can so easily consume couples during conflict. They are the bridge builders, the olive branches, the gentle hands reaching across the divide to say, "Let's find our way back to each other."</w:t>
      </w:r>
    </w:p>
    <w:p/>
    <w:p>
      <w:r>
        <w:br/>
        <w:t>One of the most straightforward yet powerful forms of a repair attempt is the simple, heartfelt apology. This isn't about admitting fault for everything, but about taking responsibility for one's own contribution to the escalation of the conflict. Phrases like, "I'm sorry for raising my voice," or "I regret saying that; it wasn't fair," can be incredibly effective in diffusing a heated situation. The key here is sincerity. A mumbled or insincere apology can sometimes feel more like an attempt to shut down the conversation than to genuinely repair it. When offering an apology, focus on your specific behavior and its impact, rather than making it a conditional or generalized statement. For instance, "I'm sorry I interrupted you. I know how important it is for you to feel heard, and I didn't let that happen." This demonstrates an understanding of your partner's experience and a willingness to acknowledge your role in causing them distress.</w:t>
      </w:r>
    </w:p>
    <w:p/>
    <w:p>
      <w:r>
        <w:br/>
        <w:t>Another potent repair attempt involves the use of gentle humor. Humor, when appropriate and not used to mock or dismiss your partner’s feelings, can be a remarkable tension diffuser. It can break the cycle of seriousness and remind both partners of the shared joy and lightness that often exists in their relationship. This is not about making light of the core issue, but about acknowledging the absurdity or intensity of the current moment. Imagine a couple locked in a heated debate about whose turn it is to do a particular chore. One partner might, with a twinkle in their eye, say something like, "You know, I think we're approaching epic poem territory here. Maybe we should just flip a coin for the glory?" This kind of humor, delivered with a warm tone and a soft gaze, can cut through the tension, reminding them that they are on the same team and can find lighthearted ways to navigate even mundane disputes. However, it’s crucial to gauge your partner’s receptiveness. If they are deeply upset or feeling invalidated, humor might be perceived as dismissive. The key is to ensure the humor is gentle, self-deprecating, or about the situation itself, rather than at your partner’s expense.</w:t>
      </w:r>
    </w:p>
    <w:p/>
    <w:p>
      <w:r>
        <w:br/>
        <w:t>Nonverbal cues are equally, if not more, important in the realm of repair attempts. A gentle touch on the arm, a comforting hand squeeze, or even just leaning in slightly to create a sense of physical closeness can communicate volumes. These actions can convey empathy and a desire to reconnect that words alone might struggle to achieve, especially when emotions are running high. Consider a scenario where a conversation has become strained, and one partner notices the other pulling back or looking overwhelmed. Reaching out and gently placing a hand on their knee or shoulder, accompanied by a soft, "Are you okay?" can be a profound repair attempt. It signals that you are still present, still caring, and that you are not simply focused on winning the argument. These small physical gestures can create an immediate sense of connection, reminding both individuals of the physical and emotional intimacy that forms the bedrock of their partnership.</w:t>
      </w:r>
    </w:p>
    <w:p/>
    <w:p>
      <w:r>
        <w:br/>
        <w:t>Expressing vulnerability is another powerful avenue for repair attempts. When one partner can lower their defenses and share their own fears or anxieties related to the conflict, it often invites a similar openness from the other. This can shift the dynamic from a defensive standoff to a shared exploration of underlying emotions. For instance, instead of stubbornly insisting on a particular course of action, a partner might say, "I'm really worried that if we do X, it will lead to Y, and I don't want us to end up in that difficult place." This vulnerability can disarm the other partner, as it reveals the genuine concern driving their stance, making it easier for the other to empathize and collaborate on a solution. It's a way of saying, "I'm not just being difficult; I'm scared, and I need your help navigating this."</w:t>
      </w:r>
    </w:p>
    <w:p/>
    <w:p>
      <w:r>
        <w:br/>
        <w:t>Accepting a repair attempt is just as critical as making one. Often, couples can get stuck in a cycle where one partner tries to de-escalate, but the other, still caught in the heat of the moment, either misses the attempt or rejects it. This can be incredibly disheartening and can make the offering partner less likely to try again in the future. Recognizing and validating a repair attempt is key. If your partner apologizes, accept it graciously. If they use gentle humor, acknowledge it with a smile or a soft laugh. If they reach out physically, reciprocate the gesture. Even if you don't immediately agree with their perspective or feel that the issue is fully resolved, acknowledging their effort to repair the connection is vital. You can say, "I appreciate you saying that," or "Thank you for trying to calm things down." This validation reinforces the positive behavior and encourages its continued use.</w:t>
      </w:r>
    </w:p>
    <w:p/>
    <w:p>
      <w:r>
        <w:br/>
        <w:t xml:space="preserve">It's important to understand that not all repair attempts are created equal, and not all will land perfectly. Sometimes, an attempt might be misfired – perhaps the humor is a bit off, or the apology feels slightly incomplete. The crucial element is the </w:t>
      </w:r>
    </w:p>
    <w:p>
      <w:pPr>
        <w:jc w:val="left"/>
      </w:pPr>
      <w:r>
        <w:rPr>
          <w:i/>
        </w:rPr>
        <w:t>intention</w:t>
      </w:r>
      <w:r>
        <w:t xml:space="preserve"> behind the attempt. When a partner is genuinely trying to bridge the gap, it’s important to give them the benefit of the doubt and to try and meet them halfway. This doesn’t mean ignoring your own feelings or needs, but rather acknowledging the effort and perhaps gently guiding the conversation towards a more effective repair. For example, if an apology feels a bit superficial, you might respond with, "I appreciate that you're sorry, and I still feel hurt by X. Can we talk about that more?" This opens the door for a deeper level of repair without rejecting the initial attempt.</w:t>
      </w:r>
    </w:p>
    <w:p>
      <w:r>
        <w:br/>
        <w:t>Furthermore, learning to recognize your own patterns of behavior during conflict is essential for making effective repair attempts. Are you someone who tends to withdraw when things get heated? Or do you become more critical or accusatory? Understanding your typical responses can help you consciously choose to employ a repair attempt when you notice yourself or your partner falling into familiar negative patterns. For instance, if you know you tend to shut down, you can make a commitment to yourself to offer a verbal repair attempt within a certain timeframe, such as, "I need a minute, but I want to come back to this. I value you."</w:t>
      </w:r>
    </w:p>
    <w:p/>
    <w:p>
      <w:r>
        <w:br/>
        <w:t>The ability to make and receive repair attempts is a skill that can be learned and strengthened over time. It requires self-awareness, emotional regulation, and a deep commitment to the well-being of the relationship. When couples intentionally practice making these attempts – offering apologies, using gentle humor, offering physical comfort, expressing vulnerability – and when they consciously work to accept and validate these attempts from their partners, they build a powerful buffer against the corrosive effects of conflict. This practice transforms disagreements from potential relationship-enders into opportunities for growth, deeper understanding, and renewed connection. It’s in these moments of conscious repair that the resilience of a marriage is truly forged, ensuring that the currents of difference do not pull couples apart, but rather serve to deepen their bond.</w:t>
      </w:r>
    </w:p>
    <w:p/>
    <w:p>
      <w:r>
        <w:br/>
        <w:t>The landscape of marital conflict is often a challenging terrain, and navigating it without a map can lead to unintended consequences. One critical element that can make all the difference between a relationship that thrives and one that falters under pressure is the conscious practice of making and accepting "repair attempts." These are the crucial gestures, both verbal and non-verbal, that a partner extends to de-escalate tension, soothe emotional wounds, and steer the interaction back towards connection rather than further division. They are the vital life rafts that can pull couples back from the brink of destructive conflict cycles, preventing the lingering damage that can erode intimacy and trust over time. Without these deliberate efforts to mend the fraying edges of disagreement, conflicts can become breeding grounds for resentment and misunderstanding, creating chasms that are increasingly difficult to bridge.</w:t>
      </w:r>
    </w:p>
    <w:p/>
    <w:p>
      <w:r>
        <w:br/>
        <w:t>Think of repair attempts as the essential "oops, I overstepped" or "let's reset" moments within a disagreement. They are the conscious recognition that the heat of the moment is damaging the connection, and a genuine desire to shift that dynamic. These aren't necessarily grand declarations or sweeping apologies for every perceived wrong. Often, they are small, timely interventions that acknowledge the partner's feelings or the inappropriateness of one's own behavior. The effectiveness of these attempts often lies in their sincerity and their ability to cut through the emotional intensity that often characterizes conflict. When a partner offers a repair attempt, they are, in essence, offering a bridge back to mutual understanding and respect, signaling that the relationship itself is more important than the immediate point of contention.</w:t>
      </w:r>
    </w:p>
    <w:p/>
    <w:p>
      <w:r>
        <w:br/>
        <w:t>One of the most universally recognized forms of repair attempt is the apology. However, in the context of conflict, a truly effective apology goes beyond a simple "I'm sorry." It involves acknowledging specific actions or words that contributed to the partner's distress and expressing regret for that impact. For example, instead of a generalized "I'm sorry if you were offended," a more potent repair attempt would be, "I'm truly sorry for interrupting you earlier. I can see how that made you feel unheard, and I regret not allowing you to finish your thought." This type of apology demonstrates not only remorse but also an understanding of the partner's emotional experience, which is crucial for validation. It's about taking ownership of one's part in the escalation, even if the underlying issue remains unresolved. The sincerity behind the words is paramount; a perfunctory or coerced apology can often do more harm than good, signaling a desire to simply end the unpleasantness rather than genuinely mend the rift.</w:t>
      </w:r>
    </w:p>
    <w:p/>
    <w:p>
      <w:r>
        <w:br/>
        <w:t>Beyond verbal apologies, gentle humor can serve as a powerful, albeit delicate, repair attempt. When used appropriately, humor can cut through the tension of a heated exchange, reminding both partners of the shared joy and connection that exists between them. This is not about making light of the core issue or dismissing the partner’s feelings, but rather about acknowledging the often-absurd intensity of the situation itself. Imagine a couple engaged in a prolonged, heated debate over a minor household task. One partner might, with a gentle smile and a soft tone, say something like, "You know, I think we're getting a bit dramatic about this. Maybe we should flip a coin for the ultimate authority on dish duty?" This kind of humor, delivered with warmth and a clear intention to de-escalate, can remind them that they are a team, capable of finding lighthearted ways to navigate disagreements. However, it's crucial to be attuned to your partner's emotional state. If they are deeply hurt or feeling invalidated, humor can easily be perceived as dismissive, so a careful assessment of the situation is necessary. The humor should be self-deprecating or directed at the situation, never at the partner’s expense.</w:t>
      </w:r>
    </w:p>
    <w:p/>
    <w:p>
      <w:r>
        <w:br/>
        <w:t>Nonverbal cues often speak volumes in the context of repair attempts, sometimes even more powerfully than words. A gentle touch on the arm, a reassuring squeeze of the hand, a comforting presence, or even just leaning in to create a sense of physical closeness can communicate empathy and a desire to reconnect. These gestures can be particularly effective when emotions are running high and verbal communication has become strained. Consider a scenario where a conversation has escalated, and one partner notices the other becoming visibly distressed or withdrawn. Reaching out and gently placing a hand on their knee, accompanied by a soft, "Are you okay?" can be a profound repair attempt. It signifies that despite the disagreement, the partner is still seen, still cared for, and that the relationship remains a priority. These small physical acts can create an immediate bridge of connection, reminding both individuals of the physical and emotional intimacy that forms the foundation of their partnership.</w:t>
      </w:r>
    </w:p>
    <w:p/>
    <w:p>
      <w:r>
        <w:br/>
        <w:t>Expressing vulnerability can also be a potent form of repair. When one partner is willing to set aside their defensiveness and articulate their fears or anxieties related to the conflict, it often opens the door for the other to do the same. This shift can transform a standoff into a shared exploration of underlying emotions. For example, instead of rigidly adhering to a particular stance, a partner might say, "I'm really concerned that if we go down this path, it will lead to a situation where we feel disconnected, and I don't want that for us." This vulnerability disarms the other partner by revealing the genuine concern driving their position, making them more receptive to understanding and collaboration. It’s a way of communicating, "I’m not trying to be difficult; I’m feeling scared, and I need your help to navigate this fear."</w:t>
      </w:r>
    </w:p>
    <w:p/>
    <w:p>
      <w:r>
        <w:br/>
        <w:t>The ability to recognize and accept a partner’s repair attempt is equally, if not more, important than making one. Often, couples become trapped in cycles where one partner tries to de-escalate, but the other, still too caught up in the heat of the moment, either misses the attempt or rejects it outright. This can be deeply discouraging and can lead the offering partner to cease making future attempts, fearing rejection. Therefore, it is essential to acknowledge and validate a repair attempt when it is offered. If your partner apologizes, accept it gracefully. If they use gentle humor, acknowledge it with a smile or a soft laugh. If they offer a physical gesture of comfort, reciprocate it. Even if the core issue remains unresolved, acknowledging the partner's effort to repair the connection is crucial. Phrases like, "I appreciate you saying that," or "Thank you for trying to calm things down," can reinforce positive behavior and encourage its continuation.</w:t>
      </w:r>
    </w:p>
    <w:p/>
    <w:p>
      <w:r>
        <w:br/>
        <w:t>It is also important to understand that not all repair attempts will be perfectly executed, nor will they always be immediately successful. Sometimes, an attempt may be misfired – perhaps the humor is a little off, or the apology feels somewhat incomplete. In these instances, the underlying intention behind the attempt is what matters most. When a partner is genuinely trying to bridge the gap, it is vital to give them the benefit of the doubt and to try and meet them halfway. This does not mean sacrificing your own feelings or needs, but rather acknowledging the effort and, if necessary, gently guiding the conversation towards a more effective repair. For example, if an apology feels superficial, you might respond by saying, "I appreciate that you're sorry, and I still feel hurt by X. Can we talk about that a bit more?" This opens the door for deeper repair without outright rejecting the initial attempt.</w:t>
      </w:r>
    </w:p>
    <w:p/>
    <w:p>
      <w:r>
        <w:br/>
        <w:t>Cultivating the skill of making and receiving repair attempts requires a commitment to self-awareness and emotional regulation. Understanding your own typical patterns of behavior during conflict is crucial. Do you tend to withdraw when things get heated? Or do you become more critical and accusatory? Recognizing these ingrained responses can empower you to consciously choose to employ a repair attempt when you notice yourself or your partner slipping into familiar negative patterns. For instance, if you know that your tendency is to shut down emotionally, you can make a deliberate decision to offer a verbal repair attempt within a specific timeframe, such as, "I need a moment to collect my thoughts, but I want to come back to this. You're important to me."</w:t>
      </w:r>
    </w:p>
    <w:p/>
    <w:p>
      <w:r>
        <w:br/>
        <w:t>Ultimately, the practice of making and receiving repair attempts is a dynamic skill that can be learned and strengthened over time. It requires emotional intelligence, a willingness to be vulnerable, and a profound commitment to the health and longevity of the relationship. When couples consciously practice offering these gestures of reconciliation – through apologies, gentle humor, physical comfort, and expressed vulnerability – and when they actively work to accept and validate these attempts from their partners, they build a robust defense against the corrosive nature of conflict. This consistent practice transforms disagreements from potential relationship-enders into valuable opportunities for growth, deeper understanding, and renewed intimacy. It is within these moments of conscious repair that the true resilience of a marriage is forged, ensuring that the inevitable currents of difference do not pull couples apart, but rather serve to deepen their connection and strengthen their shared journey.</w:t>
      </w:r>
    </w:p>
    <w:p/>
    <w:p>
      <w:r>
        <w:t>The heat of a disagreement can feel like a rapidly rising tide, threatening to pull even the strongest couples under. In the midst of raised voices, hurt feelings, and differing perspectives, it’s easy to become entrenched in our own position, convinced of our own righteousness. This is precisely when the delicate art of the "repair attempt" becomes not just helpful, but essential. These are the moments, often small and seemingly insignificant, where one partner extends a lifeline, a gesture designed to de-escalate the tension and steer the interaction back towards connection rather than further division. Think of them as the crucial course corrections that prevent a marital ship from running aground after weathering a storm. Without these vital attempts to mend the rift, conflicts can leave lingering damage, eroding trust and creating a chasm of unspoken grievances that can grow wider with each passing disagreement.</w:t>
      </w:r>
    </w:p>
    <w:p>
      <w:r>
        <w:br/>
        <w:t>Repair attempts are, at their core, expressions of a desire to reconnect and to preserve the bond of the relationship, even when deeply entrenched in a conflict. They are the conscious, albeit sometimes imperfect, efforts to say, "I value you and our connection more than I value being 'right' in this moment." These attempts can take many forms, from a spoken word to a nonverbal gesture, and their effectiveness often hinges on timing, sincerity, and the underlying emotional state of both partners. When executed well, they serve as a powerful antidote to the negative cycles that can so easily consume couples during conflict. They are the bridge builders, the olive branches, the gentle hands reaching across the divide to say, "Let's find our way back to each other."</w:t>
      </w:r>
    </w:p>
    <w:p/>
    <w:p>
      <w:r>
        <w:br/>
        <w:t>One of the most straightforward yet powerful forms of a repair attempt is the simple, heartfelt apology. This isn't about admitting fault for everything, but about taking responsibility for one's own contribution to the escalation of the conflict. Phrases like, "I'm sorry for raising my voice," or "I regret saying that; it wasn't fair," can be incredibly effective in diffusing a heated situation. The key here is sincerity. A mumbled or insincere apology can sometimes feel more like an attempt to shut down the conversation than to genuinely repair it. When offering an apology, focus on your specific behavior and its impact, rather than making it a conditional or generalized statement. For instance, "I'm sorry I interrupted you. I know how important it is for you to feel heard, and I didn't let that happen." This demonstrates an understanding of your partner's experience and a willingness to acknowledge your role in causing them distress.</w:t>
      </w:r>
    </w:p>
    <w:p/>
    <w:p>
      <w:r>
        <w:br/>
        <w:t>Another potent repair attempt involves the use of gentle humor. Humor, when appropriate and not used to mock or dismiss your partner’s feelings, can be a remarkable tension diffuser. It can break the cycle of seriousness and remind both partners of the shared joy and lightness that often exists in their relationship. This is not about making light of the core issue, but about acknowledging the absurdity or intensity of the current moment. Imagine a couple locked in a heated debate about whose turn it is to do a particular chore. One partner might, with a twinkle in their eye, say something like, "You know, I think we're approaching epic poem territory here. Maybe we should just flip a coin for the glory?" This kind of humor, delivered with a warm tone and a soft gaze, can cut through the tension, reminding them that they are on the same team and can find lighthearted ways to navigate even mundane disputes. However, it’s crucial to gauge your partner’s receptiveness. If they are deeply upset or feeling invalidated, humor might be perceived as dismissive. The key is to ensure the humor is gentle, self-deprecating, or about the situation itself, rather than at your partner’s expense.</w:t>
      </w:r>
    </w:p>
    <w:p/>
    <w:p>
      <w:r>
        <w:br/>
        <w:t>Nonverbal cues are equally, if not more, important in the realm of repair attempts. A gentle touch on the arm, a comforting hand squeeze, or even just leaning in slightly to create a sense of physical closeness can communicate volumes. These actions can convey empathy and a desire to reconnect that words alone might struggle to achieve, especially when emotions are running high. Consider a scenario where a conversation has become strained, and one partner notices the other pulling back or looking overwhelmed. Reaching out and gently placing a hand on their knee or shoulder, accompanied by a soft, "Are you okay?" can be a profound repair attempt. It signals that you are still present, still caring, and that you are not simply focused on winning the argument. These small physical gestures can create an immediate sense of connection, reminding both individuals of the physical and emotional intimacy that forms the bedrock of their partnership.</w:t>
      </w:r>
    </w:p>
    <w:p/>
    <w:p>
      <w:r>
        <w:br/>
        <w:t>Expressing vulnerability is another powerful avenue for repair attempts. When one partner can lower their defenses and share their own fears or anxieties related to the conflict, it often invites a similar openness from the other. This can shift the dynamic from a defensive standoff to a shared exploration of underlying emotions. For instance, instead of stubbornly insisting on a particular course of action, a partner might say, "I'm really worried that if we do X, it will lead to Y, and I don't want us to end up in that difficult place." This vulnerability can disarm the other partner, as it reveals the genuine concern driving their stance, making it easier for the other to empathize and collaborate on a solution. It's a way of saying, "I'm not just being difficult; I'm scared, and I need your help navigating this."</w:t>
      </w:r>
    </w:p>
    <w:p/>
    <w:p>
      <w:r>
        <w:br/>
        <w:t>Accepting a repair attempt is just as critical as making one. Often, couples can get stuck in a cycle where one partner tries to de-escalate, but the other, still caught in the heat of the moment, either misses the attempt or rejects it. This can be incredibly disheartening and can make the offering partner less likely to try again in the future. Recognizing and validating a repair attempt is key. If your partner apologizes, accept it graciously. If they use gentle humor, acknowledge it with a smile or a soft laugh. If they reach out physically, reciprocate the gesture. Even if you don't immediately agree with their perspective or feel that the issue is fully resolved, acknowledging their effort to repair the connection is vital. You can say, "I appreciate you saying that," or "Thank you for trying to calm things down." This validation reinforces the positive behavior and encourages its continued use.</w:t>
      </w:r>
    </w:p>
    <w:p/>
    <w:p>
      <w:r>
        <w:br/>
        <w:t xml:space="preserve">It's important to understand that not all repair attempts are created equal, and not all will land perfectly. Sometimes, an attempt might be misfired – perhaps the humor is a bit off, or the apology feels slightly incomplete. The crucial element is the </w:t>
      </w:r>
    </w:p>
    <w:p>
      <w:pPr>
        <w:jc w:val="left"/>
      </w:pPr>
      <w:r>
        <w:rPr>
          <w:i/>
        </w:rPr>
        <w:t>intention</w:t>
      </w:r>
      <w:r>
        <w:t xml:space="preserve"> behind the attempt. When a partner is genuinely trying to bridge the gap, it’s important to give them the benefit of the doubt and to try and meet them halfway. This doesn’t mean ignoring your own feelings or needs, but rather acknowledging the effort and perhaps gently guiding the conversation towards a more effective repair. For example, if an apology feels a bit superficial, you might respond with, "I appreciate that you're sorry, and I still feel hurt by X. Can we talk about that more?" This opens the door for a deeper level of repair without rejecting the initial attempt.</w:t>
      </w:r>
    </w:p>
    <w:p>
      <w:r>
        <w:br/>
        <w:t>Furthermore, learning to recognize your own patterns of behavior during conflict is essential for making effective repair attempts. Are you someone who tends to withdraw when things get heated? Or do you become more critical or accusatory? Understanding your typical responses can help you consciously choose to employ a repair attempt when you notice yourself or your partner falling into familiar negative patterns. For instance, if you know you tend to shut down, you can make a commitment to yourself to offer a verbal repair attempt within a certain timeframe, such as, "I need a minute, but I want to come back to this. I value you."</w:t>
      </w:r>
    </w:p>
    <w:p/>
    <w:p>
      <w:r>
        <w:br/>
        <w:t>The ability to make and receive repair attempts is a skill that can be learned and strengthened over time. It requires self-awareness, emotional regulation, and a deep commitment to the well-being of the relationship. When couples intentionally practice making these attempts – offering apologies, using gentle humor, offering physical comfort, expressing vulnerability – and when they consciously work to accept and validate these attempts from their partners, they build a powerful buffer against the corrosive effects of conflict. This practice transforms disagreements from potential relationship-enders into opportunities for growth, deeper understanding, and renewed connection. It’s in these moments of conscious repair that the resilience of a marriage is truly forged, ensuring that the currents of difference do not pull couples apart, but rather serve to deepen their bond.</w:t>
      </w:r>
    </w:p>
    <w:p/>
    <w:p>
      <w:r>
        <w:br/>
        <w:t>The landscape of marital conflict is often a challenging terrain, and navigating it without a map can lead to unintended consequences. One critical element that can make all the difference between a relationship that thrives and one that falters under pressure is the conscious practice of making and accepting "repair attempts." These are the crucial gestures, both verbal and non-verbal, that a partner extends to de-escalate tension, soothe emotional wounds, and steer the interaction back towards connection rather than further division. They are the vital life rafts that can pull couples back from the brink of destructive conflict cycles, preventing the lingering damage that can erode intimacy and trust over time. Without these deliberate efforts to mend the fraying edges of disagreement, conflicts can become breeding grounds for resentment and misunderstanding, creating chasms that are increasingly difficult to bridge.</w:t>
      </w:r>
    </w:p>
    <w:p/>
    <w:p>
      <w:r>
        <w:br/>
        <w:t>Think of repair attempts as the essential "oops, I overstepped" or "let's reset" moments within a disagreement. They are the conscious recognition that the heat of the moment is damaging the connection, and a genuine desire to shift that dynamic. These aren't necessarily grand declarations or sweeping apologies for every perceived wrong. Often, they are small, timely interventions that acknowledge the partner's feelings or the inappropriateness of one's own behavior. The effectiveness of these attempts often lies in their sincerity and their ability to cut through the emotional intensity that often characterizes conflict. When a partner offers a repair attempt, they are, in essence, offering a bridge back to mutual understanding and respect, signaling that the relationship itself is more important than the immediate point of contention.</w:t>
      </w:r>
    </w:p>
    <w:p/>
    <w:p>
      <w:r>
        <w:br/>
        <w:t>One of the most universally recognized forms of repair attempt is the apology. However, in the context of conflict, a truly effective apology goes beyond a simple "I'm sorry." It involves acknowledging specific actions or words that contributed to the partner's distress and expressing regret for that impact. For example, instead of a generalized "I'm sorry if you were offended," a more potent repair attempt would be, "I'm truly sorry for interrupting you earlier. I can see how that made you feel unheard, and I regret not allowing you to finish your thought." This type of apology demonstrates not only remorse but also an understanding of the partner's emotional experience, which is crucial for validation. It's about taking ownership of one's part in the escalation, even if the underlying issue remains unresolved. The sincerity behind the words is paramount; a perfunctory or coerced apology can often do more harm than good, signaling a desire to simply end the unpleasantness rather than genuinely mend the rift.</w:t>
      </w:r>
    </w:p>
    <w:p/>
    <w:p>
      <w:r>
        <w:br/>
        <w:t>Beyond verbal apologies, gentle humor can serve as a powerful, albeit delicate, repair attempt. When used appropriately, humor can cut through the tension of a heated exchange, reminding both partners of the shared joy and connection that exists between them. This is not about making light of the core issue or dismissing the partner’s feelings, but rather about acknowledging the often-absurd intensity of the situation itself. Imagine a couple engaged in a prolonged, heated debate over a minor household task. One partner might, with a gentle smile and a soft tone, say something like, "You know, I think we're getting a bit dramatic about this. Maybe we should flip a coin for the ultimate authority on dish duty?" This kind of humor, delivered with warmth and a clear intention to de-escalate, can remind them that they are a team, capable of finding lighthearted ways to navigate disagreements. However, it's crucial to be attuned to your partner's emotional state. If they are deeply hurt or feeling invalidated, humor can easily be perceived as dismissive, so a careful assessment of the situation is necessary. The humor should be self-deprecating or directed at the situation, never at the partner’s expense.</w:t>
      </w:r>
    </w:p>
    <w:p/>
    <w:p>
      <w:r>
        <w:br/>
        <w:t>Nonverbal cues often speak volumes in the context of repair attempts, sometimes even more powerfully than words. A gentle touch on the arm, a reassuring squeeze of the hand, a comforting presence, or even just leaning in to create a sense of physical closeness can communicate empathy and a desire to reconnect. These gestures can be particularly effective when emotions are running high and verbal communication has become strained. Consider a scenario where a conversation has escalated, and one partner notices the other becoming visibly distressed or withdrawn. Reaching out and gently placing a hand on their knee, accompanied by a soft, "Are you okay?" can be a profound repair attempt. It signifies that despite the disagreement, the partner is still seen, still cared for, and that the relationship remains a priority. These small physical acts can create an immediate bridge of connection, reminding both individuals of the physical and emotional intimacy that forms the foundation of their partnership.</w:t>
      </w:r>
    </w:p>
    <w:p/>
    <w:p>
      <w:r>
        <w:br/>
        <w:t>Expressing vulnerability can also be a potent form of repair. When one partner is willing to set aside their defensiveness and articulate their fears or anxieties related to the conflict, it often opens the door for the other to do the same. This shift can transform a standoff into a shared exploration of underlying emotions. For example, instead of rigidly adhering to a particular stance, a partner might say, "I'm really concerned that if we go down this path, it will lead to a situation where we feel disconnected, and I don't want that for us." This vulnerability disarms the other partner by revealing the genuine concern driving their position, making them more receptive to understanding and collaboration. It’s a way of communicating, "I’m not trying to be difficult; I’m feeling scared, and I need your help to navigate this fear."</w:t>
      </w:r>
    </w:p>
    <w:p/>
    <w:p>
      <w:r>
        <w:br/>
        <w:t>The ability to recognize and accept a partner’s repair attempt is equally, if not more, important than making one. Often, couples become trapped in cycles where one partner tries to de-escalate, but the other, still too caught up in the heat of the moment, either misses the attempt or rejects it outright. This can be deeply discouraging and can lead the offering partner to cease making future attempts, fearing rejection. Therefore, it is essential to acknowledge and validate a repair attempt when it is offered. If your partner apologizes, accept it gracefully. If they use gentle humor, acknowledge it with a smile or a soft laugh. If they offer a physical gesture of comfort, reciprocate it. Even if the core issue remains unresolved, acknowledging the partner's effort to repair the connection is crucial. Phrases like, "I appreciate you saying that," or "Thank you for trying to calm things down," can reinforce positive behavior and encourage its continuation.</w:t>
      </w:r>
    </w:p>
    <w:p/>
    <w:p>
      <w:r>
        <w:br/>
        <w:t>It is also important to understand that not all repair attempts will be perfectly executed, nor will they always be immediately successful. Sometimes, an attempt may be misfired – perhaps the humor is a little off, or the apology feels somewhat incomplete. In these instances, the underlying intention behind the attempt is what matters most. When a partner is genuinely trying to bridge the gap, it is vital to give them the benefit of the doubt and to try and meet them halfway. This does not mean sacrificing your own feelings or needs, but rather acknowledging the effort and, if necessary, gently guiding the conversation towards a more effective repair. For example, if an apology feels superficial, you might respond by saying, "I appreciate that you're sorry, and I still feel hurt by X. Can we talk about that a bit more?" This opens the door for deeper repair without outright rejecting the initial attempt.</w:t>
      </w:r>
    </w:p>
    <w:p/>
    <w:p>
      <w:r>
        <w:br/>
        <w:t>Cultivating the skill of making and receiving repair attempts requires a commitment to self-awareness and emotional regulation. Understanding your own typical patterns of behavior during conflict is crucial. Do you tend to withdraw when things get heated? Or do you become more critical and accusatory? Recognizing these ingrained responses can empower you to consciously choose to employ a repair attempt when you notice yourself or your partner slipping into familiar negative patterns. For instance, if you know that your tendency is to shut down emotionally, you can make a deliberate decision to offer a verbal repair attempt within a specific timeframe, such as, "I need a moment to collect my thoughts, but I want to come back to this. You're important to me."</w:t>
      </w:r>
    </w:p>
    <w:p/>
    <w:p>
      <w:r>
        <w:br/>
        <w:t>Ultimately, the practice of making and receiving repair attempts is a dynamic skill that can be learned and strengthened over time. It requires emotional intelligence, a willingness to be vulnerable, and a profound commitment to the health and longevity of the relationship. When couples consciously practice offering these gestures of reconciliation – through apologies, gentle humor, physical comfort, and expressed vulnerability – and when they actively work to accept and validate these attempts from their partners, they build a robust defense against the corrosive nature of conflict. This consistent practice transforms disagreements from potential relationship-enders into valuable opportunities for growth, deeper understanding, and renewed intimacy. It is within these moments of conscious repair that the true resilience of a marriage is forged, ensuring that the inevitable currents of difference do not pull couples apart, but rather serve to deepen their connection and strengthen their shared journey.</w:t>
      </w:r>
    </w:p>
    <w:p/>
    <w:p>
      <w:r>
        <w:br/>
        <w:t>From Disagreement to Deeper Understanding</w:t>
      </w:r>
    </w:p>
    <w:p/>
    <w:p>
      <w:r>
        <w:br/>
        <w:t>It is in the crucible of disagreement that the true strength and depth of a marital bond are often revealed. While conflict is an inevitable part of any close relationship, the manner in which couples navigate these moments of friction can either lead to an amplification of distance or an opening to profound, transformative understanding. Instead of viewing disagreements as adversarial battles where one partner must "win" and the other must "lose," it is far more constructive to reframe them as collaborative expeditions into the intricate landscape of each other’s inner worlds. This shift in perspective, from competition to exploration, is fundamental to fostering a resilient and deeply connected partnership. It’s about moving beyond the immediate issue at hand and recognizing that beneath every argument lies a rich tapestry of underlying needs, emotions, values, and fears that, when understood, can bring partners closer than ever before.</w:t>
      </w:r>
    </w:p>
    <w:p/>
    <w:p>
      <w:r>
        <w:br/>
        <w:t xml:space="preserve">This perspective shift requires a conscious commitment to curiosity rather than judgment. When you find yourself in a disagreement, pause and resist the urge to immediately defend your position or prove your partner wrong. Instead, cultivate a genuine interest in understanding </w:t>
      </w:r>
    </w:p>
    <w:p>
      <w:pPr>
        <w:jc w:val="left"/>
      </w:pPr>
      <w:r>
        <w:rPr>
          <w:i/>
        </w:rPr>
        <w:t>why</w:t>
      </w:r>
      <w:r>
        <w:t xml:space="preserve"> they hold their particular viewpoint. What experiences, beliefs, or unmet needs might be driving their perspective? This is not about excusing behavior that has caused hurt, but about seeking the root causes that inform their reactions. For example, if one partner consistently feels that the other is not contributing enough to household chores, the surface-level disagreement might be about the division of labor. However, digging deeper might reveal that for one partner, this is tied to a fundamental need for fairness and a feeling of being overwhelmed, while for the other, it might stem from a different understanding of shared responsibility or perhaps a deep-seated fear of not being seen as capable or helpful. Asking open-ended questions like, "Can you help me understand what makes this so important to you?" or "What are you feeling when this happens?" can unlock a wealth of insight.</w:t>
      </w:r>
    </w:p>
    <w:p>
      <w:r>
        <w:br/>
        <w:t xml:space="preserve">Empathy is the cornerstone of this deeper understanding. It involves the ability to step into your partner’s shoes, to feel with them, even if you don't necessarily agree with their perspective or actions. This is different from sympathy, which is feeling </w:t>
      </w:r>
    </w:p>
    <w:p>
      <w:pPr>
        <w:jc w:val="left"/>
      </w:pPr>
      <w:r>
        <w:rPr>
          <w:i/>
        </w:rPr>
        <w:t>for</w:t>
      </w:r>
      <w:r>
        <w:t xml:space="preserve"> someone. Empathy is about feeling </w:t>
      </w:r>
      <w:r>
        <w:rPr>
          <w:i/>
        </w:rPr>
        <w:t>with</w:t>
      </w:r>
      <w:r>
        <w:t xml:space="preserve"> them. It’s about acknowledging the validity of their emotional experience, even if the triggers or your own reactions differ. When a partner feels truly seen and understood, even in the midst of a conflict, it creates an environment of safety and trust that allows for vulnerability and authentic connection. This might involve verbalizing your understanding, such as, "It sounds like you feel really frustrated when X happens because it makes you feel unappreciated. Is that right?" The act of validation, even when you don’t share the same emotional response, can be incredibly powerful in de-escalating tension and fostering connection.</w:t>
      </w:r>
    </w:p>
    <w:p>
      <w:r>
        <w:br/>
        <w:t>Furthermore, disagreements can serve as invaluable opportunities to learn more about each other’s core values and personal histories. What does your partner truly cherish? What experiences in their past have shaped their current views and reactions? For instance, a disagreement about financial spending might be deeply rooted in differing values regarding security versus spontaneity, or it might be influenced by childhood experiences of scarcity or abundance. Understanding these underlying values can transform a seemingly simple disagreement into a lesson about your partner’s fundamental principles and priorities. This knowledge allows for greater compassion and the ability to find solutions that honor both partners’ deeply held beliefs. It moves the conversation from a surface-level debate to a more meaningful dialogue about what truly matters to each of you.</w:t>
      </w:r>
    </w:p>
    <w:p/>
    <w:p>
      <w:r>
        <w:br/>
        <w:t>The process of transforming conflict into connection is an ongoing practice, not a one-time fix. It involves a willingness to be patient with yourselves and with each other. There will be times when old patterns resurface, and when the initial attempts at understanding fall short. In these moments, the commitment to repair attempts, as discussed previously, becomes even more critical. It’s about returning to the table with a renewed intention to connect and understand, rather than to win. This journey requires courage – the courage to be vulnerable, to admit when you don’t understand, and to express your own needs and fears with honesty and respect.</w:t>
      </w:r>
    </w:p>
    <w:p/>
    <w:p>
      <w:r>
        <w:br/>
        <w:t>When couples actively engage in this process, they begin to build a shared narrative of their relationship that is characterized not by the absence of conflict, but by their ability to navigate it together with grace and mutual respect. They learn to see each other not as adversaries, but as teammates united in their desire for a loving and fulfilling partnership. Each disagreement, when approached with a spirit of curiosity and empathy, becomes a stepping stone, reinforcing their commitment and deepening their understanding of the unique individuals they are, and the powerful couple they are becoming. This transformational approach to conflict is what truly fortifies a marriage, turning potential ruptures into opportunities for growth, resilience, and enduring intimacy. It is through navigating these currents of difference with intention and compassion that couples discover the profound capacity for connection that lies at the heart of lasting love.</w:t>
      </w:r>
    </w:p>
    <w:p/>
    <w:p>
      <w:r>
        <w:br w:type="page"/>
      </w:r>
    </w:p>
    <w:p>
      <w:pPr>
        <w:spacing w:before="5040"/>
        <w:jc w:val="center"/>
      </w:pPr>
      <w:r>
        <w:rPr/>
        <w:t xml:space="preserve"> Chapter 5: The Language of Touch: Engaging in Affection</w:t>
      </w:r>
    </w:p>
    <w:p>
      <w:r>
        <w:t>The human need for physical connection is as fundamental as the air we breathe, a primal language that speaks directly to our hearts and minds. In the context of marriage, this language of touch is an essential dialect, spoken not only in moments of grand passion but in the quiet, everyday exchanges that weave the fabric of a lasting union. It is through physical affection that couples can convey a depth of emotion, reassurance, and belonging that words alone often struggle to articulate. This is not merely about romantic gestures or sexual intimacy, though those are certainly vital components. Rather, it encompasses a vast spectrum of physical expressions – a lingering hug, a tender caress, a reassuring hand on the arm, or even simply leaning against one another – that serve to reinforce the profound bond shared between partners. These gestures are the silent affirmations of love, care, and unwavering support, acting as a constant reminder of the safety and comfort found within the relationship.</w:t>
      </w:r>
    </w:p>
    <w:p>
      <w:r>
        <w:br/>
        <w:t>The science behind the power of touch offers compelling evidence for its importance in marital well-being. When we engage in physical affection with our loved ones, our bodies release a remarkable chemical called oxytocin. Often dubbed the "bonding hormone" or the "love hormone," oxytocin plays a pivotal role in fostering feelings of trust, attachment, and emotional closeness. It’s the biological mechanism that helps to solidify the connection between partners, creating a sense of security and deepens the emotional intimacy shared. This neurochemical response is not limited to intense physical contact; even subtle gestures like holding hands or a gentle pat on the back can trigger the release of oxytocin, initiating a cascade of positive physiological and emotional effects. Furthermore, physical touch has been scientifically proven to be a potent stress reducer. When a partner offers a comforting embrace during a difficult time, it can measurably lower cortisol levels, the body’s primary stress hormone. This physiological calming effect not only alleviates immediate distress but also contributes to a greater sense of overall emotional regulation and resilience within the relationship. It’s a tangible way for partners to support each other through life’s inevitable challenges, communicating, "I’m here with you, and we’ll get through this together."</w:t>
      </w:r>
    </w:p>
    <w:p/>
    <w:p>
      <w:r>
        <w:br/>
        <w:t>It is crucial to dispel the misconception that physical affection is solely synonymous with sexual activity. While a fulfilling sexual relationship is a significant aspect of many marriages, the language of touch extends far beyond the bedroom. Non-sexual touch serves as a continuous thread of connection, weaving a sense of intimacy and belonging into the everyday tapestry of married life. Think of the simple act of a husband reaching for his wife's hand as they walk down the street, or a wife resting her head on her husband’s shoulder while they watch television. These are not necessarily precursors to intimacy, but rather affirmations of their bond, expressions of comfort, and quiet acknowledgments of their shared journey. These small, consistent acts of affection can act as emotional anchors, particularly during times of external stress or internal disagreement. They create a sense of safety and predictability, reinforcing the idea that no matter what challenges arise, they have each other. This consistent physical reassurance can prevent the emotional distance that often creeps into relationships when couples neglect these subtle, yet powerful, forms of connection.</w:t>
      </w:r>
    </w:p>
    <w:p/>
    <w:p>
      <w:r>
        <w:br/>
        <w:t>The impact of regular, non-sexual physical affection on marital satisfaction is well-documented. Couples who regularly engage in forms of touch like hugging, kissing, holding hands, and cuddling report higher levels of relationship satisfaction, greater emotional intimacy, and a stronger sense of commitment. These actions serve as a constant reaffirmation of love and appreciation, communicating to the partner that they are valued and desired. In essence, physical touch acts as a buffer against the everyday wear and tear that relationships can experience. It’s the emotional equivalent of regular maintenance for a cherished possession, ensuring its longevity and continued functionality. Without this consistent reinforcement, couples can begin to feel disconnected, unappreciated, and even lonely within their own marriage.</w:t>
      </w:r>
    </w:p>
    <w:p/>
    <w:p>
      <w:r>
        <w:br/>
        <w:t>Consider the different ways physical touch can be expressed and the unique messages they convey. A warm, lingering hug can communicate deep comfort and support, a feeling of being held and safe. A gentle kiss on the cheek or forehead can be a tender gesture of affection and care, a simple yet profound "I love you." Holding hands, whether across a dinner table or while walking, signifies partnership, unity, and a shared journey. A reassuring touch on the arm or shoulder can convey empathy and understanding, letting your partner know you are present and attuned to their feelings. Even something as simple as sitting close together on a couch, their legs or arms touching, can foster a sense of closeness and shared space. Each of these acts, however small, contributes to a larger narrative of love and connection, strengthening the marital bond in ways that words alone might not be able to achieve.</w:t>
      </w:r>
    </w:p>
    <w:p/>
    <w:p>
      <w:r>
        <w:br/>
        <w:t>The absence or scarcity of physical affection, conversely, can have detrimental effects on a marriage. When partners stop touching each other, it can signal an emotional disconnect, a growing distance, or even a lack of interest. This can leave one or both partners feeling unloved, neglected, and insecure. The void left by the absence of touch can be filled with doubt, speculation, and resentment, slowly eroding the foundation of the relationship. It’s a quiet erosion, often starting with a missed hug or a less frequent kiss, that can culminate in a significant emotional chasm if left unaddressed. Therefore, consciously prioritizing and cultivating a habit of physical affection, regardless of sexual desire, is paramount to maintaining a healthy and vibrant marital connection. It’s about nurturing the emotional intimacy that sustains the relationship through all its phases.</w:t>
      </w:r>
    </w:p>
    <w:p/>
    <w:p>
      <w:r>
        <w:br/>
        <w:t>For couples who may have drifted apart physically, or for those who find themselves in a rut, the good news is that the language of touch can be relearned and revitalized. It requires intentionality and a willingness to be vulnerable. Sometimes, it simply means making a conscious decision to initiate physical contact more often. This could start with small, consistent gestures like a brief hug each morning, holding hands during a car ride, or offering a comforting touch during conversations. It’s important to remember that the goal is not always to escalate to a sexual encounter, but to foster a general sense of warmth, closeness, and affection. By reintroducing these everyday forms of touch, couples can gradually rebuild a foundation of physical intimacy that can then naturally extend into sexual intimacy.</w:t>
      </w:r>
    </w:p>
    <w:p/>
    <w:p>
      <w:r>
        <w:br/>
        <w:t>Furthermore, understanding each other's "love language," and how physical touch fits into that, can be incredibly helpful. Some individuals are more responsive to physical affection than others, and what feels natural and loving to one partner might feel insufficient or even overwhelming to the other. Open communication about preferences and boundaries is key. A conversation might sound like this: "I really appreciate when you hug me when I get home. It makes me feel so loved." Or, "Sometimes, when we’re talking about something serious, a gentle hand on my arm really helps me feel connected to you." Conversely, expressing needs might involve saying, "I’ve been missing your hugs lately, and I was wondering if we could make a point to hug each other before we leave the house each morning." Such conversations can foster a deeper understanding of each other’s needs and create a more intentional approach to expressing affection.</w:t>
      </w:r>
    </w:p>
    <w:p/>
    <w:p>
      <w:r>
        <w:br/>
        <w:t>It’s also important to acknowledge that life circumstances can impact a couple’s ability or inclination to engage in physical affection. Stress, fatigue, illness, or significant life transitions can all put a strain on a couple's physical intimacy. During these times, even small gestures of touch can become more challenging to initiate or receive. However, it is precisely during these difficult periods that physical affection can be most crucial. It can serve as a lifeline, reminding partners of their enduring connection and providing a sense of shared strength. In these moments, patience, understanding, and a willingness to adapt to each other’s needs become even more important. It might mean offering a gentle touch rather than an embrace, or a brief cuddle rather than a longer period of closeness, acknowledging the limitations while still honoring the need for connection.</w:t>
      </w:r>
    </w:p>
    <w:p/>
    <w:p>
      <w:r>
        <w:br/>
        <w:t>The power of physical connection in marriage is multifaceted. It’s a biological imperative that releases feel-good hormones, a psychological balm that reduces stress and enhances emotional well-being, and a symbolic language that communicates love, security, and belonging. By consciously prioritizing and practicing both sexual and non-sexual forms of physical affection, couples can cultivate a deeper, more resilient, and profoundly satisfying marital bond. It is through this consistent, gentle, and often unspoken communication of touch that the heart of a marriage continues to beat strongly, ensuring that partners feel seen, cherished, and intimately connected, day after day. The commitment to physical affection is not just about nurturing the romance; it’s about sustaining the fundamental human need for connection that underpins a truly flourishing partnership. It’s about remembering that in the quiet moments, the gentle touch speaks volumes, reinforcing the enduring strength and beauty of their shared life.</w:t>
      </w:r>
    </w:p>
    <w:p/>
    <w:p>
      <w:r>
        <w:t>Understanding your partner's unique "love language," particularly as it relates to physical affection, is a cornerstone of a deeply connected marriage. Just as individuals have distinct ways of expressing and receiving love, the language of touch also has its own dialects and nuances. What one person finds deeply comforting and affirming, another might experience as indifferent or even overwhelming. This is not a reflection of a lack of love, but rather a difference in how our sensory and emotional systems are wired to respond to physical contact. Recognizing and respecting these individual preferences is crucial for ensuring that your expressions of affection land as intended, fostering deeper intimacy rather than confusion or a sense of unmet need.</w:t>
      </w:r>
    </w:p>
    <w:p>
      <w:r>
        <w:br/>
        <w:t>The concept of love languages, famously articulated by Dr. Gary Chapman, provides a powerful framework for understanding these differences. While Chapman outlines five primary love languages – Words of Affirmation, Quality Time, Receiving Gifts, Acts of Service, and Physical Touch – it's within the realm of Physical Touch that we often find the most intricate and personal variations. For some, the simple act of holding hands is a profound expression of unity and connection, a tangible link that reassures them of their partner's presence and affection. For others, a prolonged, warm hug can convey a sense of safety and deep emotional support, a silent promise that they are cherished and protected. Still others might find immense comfort and intimacy in a gentle back rub after a long day, or a reassuring touch on the arm during a difficult conversation. These are not minor details; they are the specific vocabulary through which a person's heart best receives and understands love through touch.</w:t>
      </w:r>
    </w:p>
    <w:p/>
    <w:p>
      <w:r>
        <w:br/>
        <w:t>To truly master the language of touch within your marriage, the first and most critical step is open and honest communication. It’s about moving beyond assumptions and actively seeking to understand your partner’s unique “touch language.” This often involves a willingness to be vulnerable and articulate your own preferences, while also creating a safe space for your partner to do the same. A conversation might begin with a simple, curious question: "When you hug me, what is it that you most appreciate about it?" or "Is there a particular way I touch you that makes you feel most loved?" This kind of inquiry opens the door to discovering what truly resonates with your partner. You might be surprised to learn that a quick kiss on the cheek, which you might have considered a casual gesture, is deeply cherished by your spouse as a sign of consistent affection. Conversely, you might discover that while you enjoy a prolonged cuddle, your partner finds more meaning in the brief, but firm, hand squeeze that signifies solidarity.</w:t>
      </w:r>
    </w:p>
    <w:p/>
    <w:p>
      <w:r>
        <w:br/>
        <w:t>It’s important to recognize that preferences for touch can evolve over time and can also be influenced by external factors such as stress, fatigue, or even the stage of life you are in. What felt perfectly right in the early days of your marriage might feel different now, and that’s entirely natural. For instance, a partner who once craved constant physical contact might, during a period of intense work pressure, find solace in more subtle forms of touch, like a hand resting on their leg as you pass by, or a gentle squeeze of the shoulder. Understanding these shifts and being adaptable is key to maintaining a robust connection. This also means being attentive to your partner’s non-verbal cues. Sometimes, a slight pulling away or a subtle stiffening can indicate that a particular type of touch is not currently welcome or is perhaps too much. Learning to read these signals is as vital as direct verbal communication.</w:t>
      </w:r>
    </w:p>
    <w:p/>
    <w:p>
      <w:r>
        <w:br/>
        <w:t>Consider the myriad ways physical touch can manifest, each with its own unique message. Holding hands, for example, is a universally recognized symbol of partnership and connection. It can convey a sense of "we're in this together," whether you're navigating a crowded street or sitting in quiet contemplation. A hug, depending on its duration and intensity, can communicate anything from a brief hello to a deep expression of comfort and reassurance. A gentle caress on the cheek or a stroke of the hair can be incredibly tender, conveying care and adoration. Back rubs or shoulder massages can be both physically relaxing and emotionally bonding, a way to soothe away the day's stresses while reinforcing a sense of intimacy. Even simply leaning against one another while watching television or sitting side-by-side can create a palpable sense of closeness and shared presence.</w:t>
      </w:r>
    </w:p>
    <w:p/>
    <w:p>
      <w:r>
        <w:br/>
        <w:t>The goal isn’t to replicate every possible form of touch or to feel obligated to engage in something that feels unnatural. Instead, it’s about identifying the specific gestures that speak most profoundly to your partner’s heart and to your own. This might involve a deliberate conversation: "I love it when you rub my shoulders after a long day. It makes me feel so cared for," or "Sometimes, when I’m feeling stressed, just holding your hand helps me feel more grounded." Such statements provide concrete examples and direct your partner towards actions that are most meaningful. Equally important is articulating your own needs: "I’ve been missing your hugs lately. Would you be open to us hugging for a few seconds each morning before we leave for work?" This kind of proactive communication ensures that both partners feel seen and that their needs for affection are being met.</w:t>
      </w:r>
    </w:p>
    <w:p/>
    <w:p>
      <w:r>
        <w:br/>
        <w:t xml:space="preserve">Furthermore, it’s beneficial to explore the </w:t>
      </w:r>
    </w:p>
    <w:p>
      <w:pPr>
        <w:jc w:val="left"/>
      </w:pPr>
      <w:r>
        <w:rPr>
          <w:i/>
        </w:rPr>
        <w:t>context</w:t>
      </w:r>
      <w:r>
        <w:t xml:space="preserve"> in which touch is most appreciated. For some, touch is most impactful during moments of emotional vulnerability or when offering support. For others, it's a daily affirmation of love and commitment, woven into the fabric of routine interactions. Understanding these contextual preferences can help you offer touch at precisely the right moments. For instance, if your partner’s primary touch language is about comfort and support, initiating a gentle touch on their arm or a comforting embrace when they are upset will likely be far more impactful than a playful tap on the back during a casual conversation. It’s about attunement – being sensitive to your partner’s emotional state and responding with the type of touch that best meets their needs in that moment.</w:t>
      </w:r>
    </w:p>
    <w:p>
      <w:r>
        <w:br/>
        <w:t>We also need to acknowledge that not all touch is received positively, and boundaries are essential. What one person perceives as a loving gesture, another might find intrusive or unwelcome. This is particularly true when a partner is experiencing pain, fatigue, or emotional distress. If a spouse is recovering from an injury, for example, a light touch might be preferred over a strong embrace. If one partner is feeling overwhelmed, they might need personal space rather than immediate physical contact. Openly discussing comfort levels and respecting each other’s boundaries around physical touch is vital. This includes being able to say, "I’m not really feeling up for a lot of touching right now, but I appreciate you wanting to connect," without fear of judgment. This honesty fosters trust and ensures that physical affection always feels like a gift, never an obligation.</w:t>
      </w:r>
    </w:p>
    <w:p/>
    <w:p>
      <w:r>
        <w:br/>
        <w:t>Discovering your partner’s preferred ways of receiving touch is an ongoing journey of exploration and appreciation. It’s not a one-time conversation, but a continuous dialogue and a series of attentive observations. Pay attention to how your partner responds to different types of touch. Do they melt into a hug, or do they stiffen slightly? Do they initiate hand-holding, or do they prefer more casual touches? These subtle cues can provide valuable insights. When you make an effort to understand and speak your partner’s language of touch, you are not just performing an act of affection; you are conveying a powerful message: "I see you, I know you, and I love you in a way that truly resonates with your being." This deep level of understanding and intentionality is what transforms physical touch from a mere bodily sensation into a profound expression of marital love and commitment. It’s about learning to speak the unique dialect of touch that will make your partner feel most deeply loved and connected.</w:t>
      </w:r>
    </w:p>
    <w:p/>
    <w:p>
      <w:r>
        <w:t>The beauty of a thriving marriage often lies not in grand, sweeping declarations, but in the quiet, consistent symphony of everyday interactions. Within the intricate dance of physical affection, this truth is particularly resonant. While significant displays of touch certainly have their place, it is the small, seemingly insignificant gestures woven into the fabric of daily life that often build the most enduring bridges of connection and reinforce a constant sense of being cherished. These are the micro-moments of affection, the daily bread of physical closeness, that, when offered with intention and regularity, cultivate a profound and unwavering sense of warmth, intimacy, and ongoing affirmation within the marital bond. They are the quiet whispers of love that reaffirm, "You are important to me, you are seen, and you are loved," not just in times of celebration or crisis, but in the ordinary ebb and flow of shared existence.</w:t>
      </w:r>
    </w:p>
    <w:p>
      <w:r>
        <w:br/>
        <w:t>Think about the simple act of returning home. For many, the moment a partner walks through the door is a natural point of reconnection. Instead of a perfunctory nod or a distracted greeting, imagine the impact of a warm, unhurried hug. This isn't just a fleeting embrace; it's a physical grounding, a tangible "welcome back" that says, "You are home, and you are missed." It’s a deliberate pause in the day’s demands, a moment to consciously acknowledge each other’s presence and transition back into shared space. This hug can be a gentle release of the day’s tensions, a soft landing for both individuals. It might involve a moment of holding each other close, feeling the steady beat of a heart, or simply resting your head on their shoulder for a few seconds. The length and intensity can vary, of course, but the core intention remains the same: to offer a physical anchor of connection as the day’s external world recedes and the marital sanctuary is re-entered. It's a way of saying, "My day is better with you here, and I'm happy to be back with you."</w:t>
      </w:r>
    </w:p>
    <w:p/>
    <w:p>
      <w:r>
        <w:br/>
        <w:t>Consider the simple act of walking together. Whether it's a stroll around the block, a walk to the car, or even just navigating a busy grocery store aisle, the opportunity to hold hands is a potent, yet often overlooked, expression of unity. This shared physical contact creates an immediate sense of partnership. It’s a tangible reminder that you are a team, moving through life’s journey side-by-side. The texture of your partner’s skin against yours, the slight pressure of their fingers intertwined with yours, can be incredibly grounding. It’s a silent conversation of "I’m here with you," and "We’re in this together." This gesture can be particularly meaningful during times of uncertainty or when navigating unfamiliar territory, providing a subtle but powerful sense of reassurance and shared strength. Even a casual, brief holding of hands, perhaps as you pass each other in a hallway, can inject a spark of intimacy into the mundane.</w:t>
      </w:r>
    </w:p>
    <w:p/>
    <w:p>
      <w:r>
        <w:br/>
        <w:t>Another powerful daily gesture involves the comforting presence of an arm around a partner. This can manifest in countless ways. It might be an arm casually draped over a shoulder while sitting on the sofa watching a movie, a gentle hand resting on a thigh during a meal, or a supportive arm around the waist as you walk. These touches convey a sense of possession in the most positive sense of the word – a claiming of each other, a silent declaration of belonging. They are gestures that say, "You are mine, and I am yours," creating a subtle but profound sense of security and intimacy. This physical closeness, even when not the primary focus, reinforces the marital bond, reminding both partners that they are not alone. The warmth that emanates from such a touch can be incredibly soothing, a constant, gentle reminder of the enduring love that underpins the relationship.</w:t>
      </w:r>
    </w:p>
    <w:p/>
    <w:p>
      <w:r>
        <w:br/>
        <w:t>Incorporating these small acts into the daily rhythm doesn't require grand gestures or a significant investment of time. It's about mindful presence and a conscious decision to prioritize physical connection. It might be a gentle caress of the cheek as you pass your partner in the kitchen, a reassuring squeeze of the arm before one of you leaves for work, or a lingering touch on the back as you sit together at dinner. These are the “bookends” of affection that can frame the day, providing moments of warmth and connection that punctuate the ordinary. They are the consistent, low-level hum of intimacy that keeps the marital connection vibrant and strong, preventing the slow erosion that can occur when physical affection is reserved only for special occasions or significant emotional moments.</w:t>
      </w:r>
    </w:p>
    <w:p/>
    <w:p>
      <w:r>
        <w:br/>
        <w:t xml:space="preserve">Consider the impact of these gestures on emotional well-being. In a world that often bombards us with stress and demands, these small acts of touch can serve as vital recalibrations. They are moments of calm, of safety, of being truly present with each other. A study published in the </w:t>
      </w:r>
    </w:p>
    <w:p>
      <w:pPr>
        <w:jc w:val="left"/>
      </w:pPr>
      <w:r>
        <w:rPr>
          <w:i/>
        </w:rPr>
        <w:t>Journal of Personality and Social Psychology</w:t>
      </w:r>
      <w:r>
        <w:t xml:space="preserve"> highlighted how physical affection, even in the form of casual touches, can buffer the effects of stress and increase feelings of relationship satisfaction. This is because touch releases oxytocin, often dubbed the "bonding hormone," which promotes feelings of trust, calmness, and security. When these small, consistent touches are present, they create a positive feedback loop, reinforcing the emotional bond and making the couple more resilient to life's challenges.</w:t>
      </w:r>
    </w:p>
    <w:p>
      <w:r>
        <w:br/>
        <w:t>It’s also important to note that the appreciation for these daily gestures is often deeply personal. What one partner finds deeply meaningful, another might not even register. This underscores the importance of understanding your partner’s individual "touch language," as discussed in previous contexts. While a hug upon returning home might be deeply cherished by one, another might feel more affirmed by a hand held during a shared activity. The key is not to perform a checklist of affectionate acts, but to learn what resonates most profoundly with your spouse and to offer those gestures with genuine intention. Open communication about these preferences is invaluable. A simple conversation like, "I really appreciate it when you hold my hand when we walk; it makes me feel so connected to you," can provide powerful insight and guide future expressions of affection.</w:t>
      </w:r>
    </w:p>
    <w:p/>
    <w:p>
      <w:r>
        <w:br/>
        <w:t>Furthermore, these daily gestures can serve as an important barometer of the relationship's health. If these small acts of touch become absent, it can be an early indicator that the emotional connection might be weakening. Conversely, a marriage where these small touches are abundant is often one where the partners feel deeply seen, understood, and cherished on a day-to-day basis. They are the quiet affirmations that keep the embers of love glowing, preventing them from being extinguished by the routine and the demands of everyday life. They are not meant to be grand performances, but rather the natural, unforced expressions of a deep and abiding connection, woven into the very fabric of shared existence.</w:t>
      </w:r>
    </w:p>
    <w:p/>
    <w:p>
      <w:r>
        <w:br/>
        <w:t>The consistency of these gestures is paramount. A single, heartfelt hug upon returning home is wonderful, but a hug that becomes a regular part of the homecoming ritual carries a cumulative power. It establishes an expectation of warmth and connection, a predictable source of affirmation. Similarly, holding hands during a regular walk becomes a comforting constant, a touchstone in the week. These aren’t isolated incidents; they are the ongoing, reliable expressions of love that build a strong emotional foundation. They are the daily practices that reinforce the marital covenant, ensuring that the physical expression of love remains a vibrant and vital part of the relationship, not an occasional afterthought.</w:t>
      </w:r>
    </w:p>
    <w:p/>
    <w:p>
      <w:r>
        <w:br/>
        <w:t>Think about how these small acts can counteract feelings of loneliness or disconnection, even when couples are physically together. In busy households, with competing schedules and individual demands, it's easy for partners to feel like they are co-existing rather than truly connecting. These daily gestures of touch act as powerful antidotes to this potential isolation. A gentle touch on the arm as you pass in the hallway, a shared glance with a smile and a hand squeeze, or even just sitting close enough that your shoulders brush – these are all small but significant ways of saying, "I'm here, I'm aware of you, and I value our connection." They create a sense of shared space and presence that can combat the insidious creep of emotional distance.</w:t>
      </w:r>
    </w:p>
    <w:p/>
    <w:p>
      <w:r>
        <w:br/>
        <w:t>Moreover, these daily touches serve as a form of non-verbal communication that can often convey more than words. A comforting touch can speak volumes when words fail, especially during times of stress or sadness. When a partner is upset or overwhelmed, a gentle hand on their back, a comforting arm around their shoulders, or simply holding their hand can provide solace and support in a way that verbal reassurances might not. This ability to offer comfort through touch is a profound aspect of marital intimacy, and it is cultivated through the practice of these small, everyday gestures. It teaches us to be attuned to our partner’s needs and to respond with physical affection that communicates care and empathy.</w:t>
      </w:r>
    </w:p>
    <w:p/>
    <w:p>
      <w:r>
        <w:br/>
        <w:t>The intentionality behind these gestures is what truly magnifies their impact. When a touch is offered mindlessly, it can be easily missed or undervalued. However, when a touch is given with conscious awareness and a genuine desire to connect, it carries a much greater weight. For example, making a deliberate choice to pause and offer your partner a warm hug when they arrive home, rather than just a fleeting peck on the cheek while you’re distracted, signals that you are making them a priority. This deliberate act of prioritizing your partner’s need for affection, even in small ways, reinforces their sense of value within the marriage. It's about being present and engaged in the act of showing love.</w:t>
      </w:r>
    </w:p>
    <w:p/>
    <w:p>
      <w:r>
        <w:br/>
        <w:t>Consider the long-term effects of consistently incorporating these small gestures. Over time, they build a reservoir of positive connection and emotional security. Couples who regularly engage in these daily acts of affection often report higher levels of marital satisfaction, greater intimacy, and a stronger sense of commitment. This is because these gestures create a continuous cycle of positive reinforcement, where acts of affection are met with appreciation and reciprocation, further encouraging more affectionate behavior. It’s a virtuous cycle that strengthens the marital bond and creates a more resilient and fulfilling relationship. These consistent, small touches become the bedrock of emotional security, providing a constant sense of love and belonging.</w:t>
      </w:r>
    </w:p>
    <w:p/>
    <w:p>
      <w:r>
        <w:br/>
        <w:t>It is also important to recognize that these daily gestures of affection do not need to be elaborate or grand. The power lies in their regularity and their sincerity. A simple hand on the arm as you walk by, a lingering touch on the shoulder, or a gentle stroke of the hair can be as impactful as a more extended embrace. The key is to be mindful and intentional in these moments, to offer them with presence and genuine care. These small acts, when woven into the daily fabric of a marriage, create a tapestry of love and connection that is both beautiful and enduring. They are the quiet, consistent affirmations that speak volumes about the depth of a couple’s bond, reinforcing intimacy and ensuring that both partners feel deeply cherished and connected on a daily basis.</w:t>
      </w:r>
    </w:p>
    <w:p/>
    <w:p>
      <w:r>
        <w:t>The landscape of marriage, much like any enduring journey, is not always a smooth, upward trajectory. There will be seasons of profound connection and times when a subtle, almost imperceptible, drift occurs. Sometimes, this distance can be the result of life’s relentless demands – careers, children, personal challenges – that inadvertently push intimacy to the background. Other times, it might stem from unresolved conflict or a period of emotional strain that leaves both partners feeling wary or disconnected. Whatever the cause, the experience of emotional or physical distance within a marriage is a reality for many couples. And for those who wish to rekindle the warmth and closeness they once shared, the prospect of reintroducing affection can feel daunting, even fraught with apprehension.</w:t>
      </w:r>
    </w:p>
    <w:p>
      <w:r>
        <w:br/>
        <w:t>It is a common, and entirely understandable, experience to find that after a period of estrangement, whether it be brief or prolonged, the spontaneous flow of physical affection can feel disrupted. The ease with which a hand might have once found another’s, or a spontaneous hug might have been initiated, can now be replaced by a sense of hesitation. This is not a reflection of a diminished love, but rather a natural consequence of the break in connection. The pathways of physical intimacy, like any well-worn path, can become overgrown when not regularly traversed. Consequently, the initial attempts to re-establish physical closeness might feel clumsy, awkward, or even a little forced. This is the critical juncture where many couples falter, not because they no longer desire intimacy, but because they are unsure of how to navigate this unfamiliar terrain.</w:t>
      </w:r>
    </w:p>
    <w:p/>
    <w:p>
      <w:r>
        <w:br/>
        <w:t>The key to bridging this gap lies in acknowledging the initial awkwardness without letting it become a permanent barrier. Imagine trying to restart a conversation after a long silence; it often begins with tentative questions, a gentle probing of the other’s current state. The same principle applies to physical affection. Instead of aiming for grand, sweeping gestures that might feel overwhelming, consider the power of incredibly gentle, low-pressure initiations. This might look like sitting closer on the sofa than you have in a while, allowing your shoulders to brush against each other. It could be a brief, light touch on your partner’s arm as you pass them in the hallway, a simple acknowledgment of their presence that doesn’t demand an immediate, reciprocal physical response. The intention here is to signal a desire for connection without creating an obligation. It’s about offering a small, unvarnished invitation to reconnect, leaving the space for your partner to respond in a way that feels comfortable for them.</w:t>
      </w:r>
    </w:p>
    <w:p/>
    <w:p>
      <w:r>
        <w:br/>
        <w:t>When you are the recipient of such a gentle overture, the most crucial aspect is to respond with openness and warmth, even if your initial internal reaction is one of surprise or a flicker of apprehension. If your partner reaches for your hand as you walk, try to meet that gesture with a gentle squeeze back, or at least a relaxed acceptance of their touch. Resist the urge to overthink it or to immediately analyze its significance. The immediate goal is to reinforce the positive, however small. Think of it as receiving a delicate gift; a simple "thank you" or a warm smile can encourage the giver to offer more. In this context, accepting and returning the affection, even in a subtle way, communicates, "I am open to this. I appreciate this." This positive reinforcement is vital for building momentum. If attempts at affection are met with a stiff withdrawal or a perceived rejection, the hesitant partner is less likely to try again.</w:t>
      </w:r>
    </w:p>
    <w:p/>
    <w:p>
      <w:r>
        <w:br/>
        <w:t>Patience is, without question, a paramount virtue in this process. Rebuilding a habit of affection after a period of distance is not a race. It requires a conscious and consistent effort to create an environment where physical touch feels safe, desired, and natural again. This means celebrating small victories. Did you manage to hold hands for a few minutes during a car ride? Acknowledge that. Did your partner offer a hug that felt a little more present than usual? Appreciate that. These are not insignificant steps; they are the building blocks. Over time, as these small, positive interactions accumulate, the initial awkwardness will begin to fade, replaced by a growing sense of ease and a renewed anticipation of touch. The goal isn’t to replicate the affection of the past overnight, but to create a new foundation of connection, built with consistent, gentle effort.</w:t>
      </w:r>
    </w:p>
    <w:p/>
    <w:p>
      <w:r>
        <w:br/>
        <w:t>The emotional undercurrent of touch is what truly gives it its power, especially when seeking to bridge a distance. When you initiate a gentle touch, or respond positively to your partner’s, try to imbue that gesture with the underlying emotion you wish to convey: reassurance, care, affection, a longing for connection. This is not about dramatic pronouncements, but about the subtle transmission of feeling through the physical act. A hand placed on a knee during a conversation, for example, can communicate, "I’m here with you, I’m listening, and I care about what you’re saying." This emotional intention transforms a simple touch into a meaningful exchange. Similarly, when receiving such a touch, try to feel the emotion behind it. Allow yourself to be touched not just physically, but emotionally, by your partner’s gesture of reaching out.</w:t>
      </w:r>
    </w:p>
    <w:p/>
    <w:p>
      <w:r>
        <w:br/>
        <w:t>It is also beneficial to understand that both partners might be at different stages in their readiness to re-engage with affection. One partner might be eager to bridge the gap, while the other might still be processing the reasons for the distance or feeling more residual apprehension. Communication, therefore, becomes a critical companion to touch. It’s not about having a heavy, analytical discussion every time you wish to connect physically, but about creating an ongoing, open dialogue about your comfort levels and desires. A simple, gentle statement like, "I’d love to hold your hand if you’re comfortable with that," or "How would you feel about a hug after dinner?" can be incredibly helpful. It allows for consent and ensures that affection is always a shared desire, not a one-sided imposition. This mindful approach to initiating touch can significantly reduce pressure and foster a more organic return to intimacy.</w:t>
      </w:r>
    </w:p>
    <w:p/>
    <w:p>
      <w:r>
        <w:br/>
        <w:t>Consider the act of physical touch as a form of gentle re-introduction, much like you might reintroduce a beloved pet to a new environment. You wouldn’t overwhelm them; you’d provide a calm space, offer reassuring words, and let them explore at their own pace. In the same vein, when seeking to reignite affection after a period of distance, allow your partner space to receive your touch without feeling cornered or pressured. This might mean offering a touch that can be easily disengaged from, like a hand resting on their back rather than a full embrace, or sitting side-by-side on separate chairs rather than immediately on the same sofa. The objective is to create opportunities for connection that feel entirely optional and comfortable.</w:t>
      </w:r>
    </w:p>
    <w:p/>
    <w:p>
      <w:r>
        <w:br/>
        <w:t>Furthermore, it’s important to create a positive feedback loop. When your partner makes an effort to reach out physically, and you respond positively, acknowledge that. A verbal "I liked that" or a warm smile can go a long way in reinforcing their behavior. This positive reinforcement is not about manipulation; it's about nurturing the nascent stages of reconnection. It validates their effort and encourages them to continue exploring this avenue of intimacy. Conversely, if you are the one initiating and are met with an unexpectedly cool reception, try to respond with understanding rather than disappointment. You can always follow up later with a conversation about how you’re feeling, but in the moment, preserving the attempt at connection is often more important than a perfect response.</w:t>
      </w:r>
    </w:p>
    <w:p/>
    <w:p>
      <w:r>
        <w:br/>
        <w:t>The ultimate goal is to move beyond the initial awkwardness by consistently choosing small, intentional moments of connection. These moments, strung together, begin to weave a new pattern of intimacy. It’s about building confidence in each other’s willingness to reconnect. As the comfort level increases, the duration and depth of physical affection can naturally evolve. What might start as a brief touch on the arm could progress to holding hands, then to a longer hug, and eventually, to more intimate forms of touch. This gradual progression, guided by patience, communication, and a focus on the emotional intent behind the physical gesture, is the most effective way to reignite affection after a period of distance. It's a testament to the enduring power of love and the resilience of the marital bond, a quiet rebuilding of the intimate landscape one gentle touch at a time.</w:t>
      </w:r>
    </w:p>
    <w:p/>
    <w:p>
      <w:r>
        <w:br/>
        <w:t>When couples have experienced a significant period of disconnection, the idea of physical touch can become loaded with past hurts, unmet needs, or even a sense of fear about vulnerability. The very act that once signified closeness might now feel like a potential trigger for disappointment or conflict. This is where the concept of “softening” the approach to affection becomes paramount. Instead of launching into a physical gesture that requires immediate reciprocation, think about creating proximity and comfort first. This could involve simply choosing to sit in the same room while engaged in separate activities. The shared physical space, even without direct touch, can begin to normalize the presence of each other and reduce the sense of ‘otherness’ that distance often creates.</w:t>
      </w:r>
    </w:p>
    <w:p/>
    <w:p>
      <w:r>
        <w:br/>
        <w:t>Consider the intentionality of gaze and non-verbal cues. Before even initiating a physical touch, making eye contact and offering a warm, genuine smile can convey a great deal of affection and reassurance. This non-verbal communication can prepare the ground for physical contact, signaling your positive intent and gauging your partner’s receptiveness. If your partner meets your smile and holds your gaze, it’s a much safer invitation to then extend a hand or offer a gentle touch. It’s about building a bridge of emotional connection before the physical one, making the latter feel more natural and less demanding.</w:t>
      </w:r>
    </w:p>
    <w:p/>
    <w:p>
      <w:r>
        <w:br/>
        <w:t>The language of touch, when re-establishing it after a gap, is often best spoken in whispers rather than shouts. This means choosing gestures that are easily withdrawn or that don’t require a significant commitment of time or energy from either partner. For instance, a brief touch on the arm as you walk past your partner, or a hand resting on their shoulder for a moment while standing together, are excellent starting points. These touches are fleeting, offering a sense of connection without the pressure of an immediate, sustained response. They are like small seeds planted, which, with consistent watering, can grow into more substantial expressions of affection. The key is to create an environment where initiating and receiving touch feels low-risk and high-reward, even if the reward is simply a moment of softened connection.</w:t>
      </w:r>
    </w:p>
    <w:p/>
    <w:p>
      <w:r>
        <w:br/>
        <w:t>When your partner makes an attempt at physical connection, particularly if it feels tentative or a little hesitant, focus on the gesture itself and the courage it represents. Avoid the temptation to critique the quality or duration of the touch. Instead, receive it with as much openness and warmth as you can muster. If your partner’s hand brushes yours, don’t pull away. Let it rest there for a moment. If they lean in slightly, try to reciprocate that subtle movement. These small acts of acceptance and gentle reciprocation are powerful affirmations. They communicate, "I see you, I feel you, and I am open to this reconnection." This positive feedback is incredibly important for encouraging further attempts and for rebuilding confidence in the physical dimension of the relationship.</w:t>
      </w:r>
    </w:p>
    <w:p/>
    <w:p>
      <w:r>
        <w:br/>
        <w:t>It is also vital to manage expectations. The journey back to a comfortable level of physical affection after a period of distance is rarely linear. There will be days when it feels easier and more natural, and other days when the old hesitations resurface. This is normal. The important thing is to not get discouraged by these dips. Instead, view them as temporary pauses rather than regressions. The underlying commitment to reconnect is what matters most. If a particular attempt at affection doesn’t land as hoped, resist the urge to label it a failure. Instead, consider it a learning opportunity. What can you both do differently next time? Perhaps more gentle initiation, or perhaps a brief, calm conversation afterward about how you are both feeling about the process.</w:t>
      </w:r>
    </w:p>
    <w:p/>
    <w:p>
      <w:r>
        <w:br/>
        <w:t>The role of shared activities in re-establishing touch cannot be overstated. Engaging in low-pressure, enjoyable activities together can create natural opportunities for physical connection to arise organically. This could be anything from cooking a meal side-by-side, gardening, playing a board game, or even just listening to music together. During these shared moments, the proximity and the focus on a mutual activity can make physical touch feel more natural and less conspicuous. A hand reaching for a utensil might accidentally brush against your partner’s. A shared laugh might lead to a quick, spontaneous embrace. These are the moments where the emotional connection, fostered by the shared experience, naturally spills over into physical expression, often without the feeling of being forced or overly planned.</w:t>
      </w:r>
    </w:p>
    <w:p/>
    <w:p>
      <w:r>
        <w:br/>
        <w:t>Communication about touch, while it should not always precede every gesture, is crucial for navigating this phase. Sometimes, a direct conversation about how you both feel can be incredibly beneficial. This isn’t about assigning blame or rehashing past issues, but about expressing current needs and desires. A statement like, "I’ve been missing our physical connection, and I’m a little nervous about how to get back to it. What do you think might help us feel more comfortable with touching again?" can open the door for honest dialogue. Your partner’s response can provide valuable insight into their own feelings and anxieties, allowing you both to approach the reintroduction of affection with a shared understanding and a collaborative spirit. It’s about building a roadmap together.</w:t>
      </w:r>
    </w:p>
    <w:p/>
    <w:p>
      <w:r>
        <w:br/>
        <w:t>The emphasis should always be on progress, not perfection. The goal is to create a climate of safety and trust where physical affection can flourish once more. This requires a conscious effort from both partners to be gentle with each other, to be patient, and to celebrate the small steps forward. As you consistently choose to offer and receive touch with openness and care, you will gradually rebuild the pathways of intimacy. The awkwardness will recede, replaced by a renewed sense of closeness and a deeper appreciation for the profound role that physical affection plays in nurturing a marriage. It's a journey of rediscovery, a testament to the enduring capacity of love to find its way back, even after periods of absence.</w:t>
      </w:r>
    </w:p>
    <w:p/>
    <w:p>
      <w:r>
        <w:t>Beyond the palpable comfort and profound connection that physical touch offers, a marriage thrives on a rich tapestry of affection woven through words and actions. While the preceding discussion has illuminated the vital role of physical intimacy, it is equally crucial to recognize that love is expressed and received in a multitude of ways. Often, the very fabric of a strong marital bond is reinforced not only by the warmth of a hand held or a shared embrace, but also by the deliberate cultivation of affection through spoken words and intentional deeds. These elements, when integrated seamlessly into the daily rhythm of a relationship, create a profound sense of being seen, cherished, and deeply understood. They are the quiet affirmations that whisper, "You are valued," and the tangible acts that declare, "You are my priority."</w:t>
      </w:r>
    </w:p>
    <w:p>
      <w:r>
        <w:br/>
        <w:t>Verbal affirmations form a cornerstone of emotional connection. These are the spoken expressions of appreciation, admiration, and love that acknowledge your partner’s worth and your gratitude for their presence in your life. It’s easy, amidst the routines of domesticity and the demands of external life, for these affirmations to become infrequent or even absent. However, the impact of a sincere "I appreciate you" or "You did a great job with that project" can be immense. These are not simply polite courtesies; they are declarations of recognition that validate your partner’s efforts and character. Consider the subtle yet powerful difference between noticing a positive attribute and vocalizing it. For example, instead of simply observing your partner’s patience when dealing with a difficult situation, offering a verbal acknowledgement like, "I really admire how patient you were just now; that takes incredible strength," can significantly boost their self-esteem and reinforce that specific positive trait. These words act as emotional nourishment, reminding your partner that their qualities are not only noticed but deeply valued.</w:t>
      </w:r>
    </w:p>
    <w:p/>
    <w:p>
      <w:r>
        <w:br/>
        <w:t>Furthermore, verbal affirmations extend beyond acknowledging specific actions or traits. They encompass expressing love directly and without reservation. A simple "I love you," delivered with genuine feeling, can be a powerful anchor, particularly during moments of doubt or stress. However, the depth of verbal affection can be amplified by elaborating on the sentiment. Instead of a rote "I love you," try "I love the way you always know how to make me laugh, even on tough days," or "I love how your passion for [hobby/cause] inspires me." These more specific expressions paint a clearer picture of what you love about your partner, making the sentiment feel more personal and impactful. It’s about being specific and authentic in your praise and expressions of love. This can also involve verbally acknowledging the positive impact your partner has on your life. Statements like, "My life is so much richer and happier because you are in it," or "I feel so much more confident and capable when I have your support," communicate the profound significance of their presence. These are not empty platitudes; they are heartfelt acknowledgments of the essential role they play in your well-being and happiness.</w:t>
      </w:r>
    </w:p>
    <w:p/>
    <w:p>
      <w:r>
        <w:br/>
        <w:t>The art of active listening is another critical component of verbal affection. It’s not enough to simply hear words; true connection lies in demonstrating that you are truly listening and engaged with what your partner is saying. This involves setting aside distractions, maintaining eye contact, and offering verbal cues that signal comprehension and empathy, such as "I understand," "Tell me more," or nodding in agreement. When your partner shares a concern, a joy, or even a mundane detail about their day, responding with genuine interest and thoughtful questions shows that their thoughts and feelings matter to you. For instance, if your partner recounts a challenging interaction at work, an appropriate response might be, "That sounds incredibly frustrating. What did you say to them then?" or "How did that make you feel?" This demonstrates that you are not just passively receiving information but actively participating in their emotional world. This level of engagement fosters a sense of being truly heard and understood, which is a deeply affectionate act.</w:t>
      </w:r>
    </w:p>
    <w:p/>
    <w:p>
      <w:r>
        <w:br/>
        <w:t>Beyond spoken words, acts of service offer a tangible demonstration of love and commitment. These are actions undertaken to ease your partner’s burdens, contribute to their well-being, or simply make their life easier. In the busyness of daily life, these acts can sometimes go unnoticed or unappreciated if not performed with intention and acknowledged. They are the quiet sacrifices and diligent efforts that say, "I care about you and your comfort." This could range from preparing a favorite meal when your partner has had a long day, to taking on a chore they particularly dislike, or even running an errand for them without being asked. The key is that these actions are done out of love and a desire to support, rather than obligation. Think about anticipating your partner’s needs. If you know they have an early start the next day, making their lunch or packing their bag the night before is a profound act of service. Similarly, if you notice they are struggling with a particular task, offering to help or taking it over entirely, if feasible, speaks volumes.</w:t>
      </w:r>
    </w:p>
    <w:p/>
    <w:p>
      <w:r>
        <w:br/>
        <w:t>Acts of service can also be more subtle. It might involve ensuring that shared resources, like the car or household supplies, are always well-maintained and readily available for your partner. It could be as simple as refilling their water glass or ensuring the thermostat is set to their preferred temperature. These small gestures, when consistently offered, build a reservoir of goodwill and demonstrate a deep-seated care for your partner’s daily comfort. They are the practical expressions of love that can be just as, if not more, impactful than grand romantic gestures, especially when they address genuine needs or alleviate stress. It’s about being a supportive partner in the practicalities of life, demonstrating through action that their well-being is a priority.</w:t>
      </w:r>
    </w:p>
    <w:p/>
    <w:p>
      <w:r>
        <w:br/>
        <w:t>Quality time is another vital channel for expressing affection, and it goes beyond merely being in the same physical space. It is about dedicating undivided attention to your partner, creating opportunities for meaningful connection and shared experiences. This means being fully present, putting away phones, and engaging in activities that both partners enjoy or that allow for conversation and interaction. It's about creating moments where you can truly connect with each other's thoughts, feelings, and experiences. This could involve a dedicated "date night" once a week, even if it's just an evening at home without distractions, or simply setting aside 20 minutes each day for an uninterrupted conversation. The intention behind the time spent is what transforms it into a form of affection. It’s about prioritizing your partner and showing them that they are worthy of your focused attention.</w:t>
      </w:r>
    </w:p>
    <w:p/>
    <w:p>
      <w:r>
        <w:br/>
        <w:t>Shared hobbies and interests can be excellent avenues for quality time. Engaging in activities you both enjoy together, whether it’s hiking, cooking, playing a sport, or exploring a new city, creates shared memories and strengthens your bond. However, quality time also involves being open to exploring your partner’s interests, even if they are not your own. Demonstrating a genuine curiosity and willingness to participate in something they are passionate about can be a powerful expression of love. For example, if your partner is an avid reader, offering to listen to them discuss a book they’ve just finished, or even asking for recommendations, shows that you value their passions. Conversely, if you have a particular interest, inviting your partner to share it with you, explaining its significance to you, and enjoying their company while you engage in it, can also be a wonderful way to spend quality time. The core principle is mutual engagement and a shared sense of presence.</w:t>
      </w:r>
    </w:p>
    <w:p/>
    <w:p>
      <w:r>
        <w:br/>
        <w:t>Thoughtful gestures, often unexpected, can also serve as potent expressions of affection, serving as tangible reminders of your love and consideration. These are the small, spontaneous acts that demonstrate you are thinking of your partner and want to bring them joy. This might involve bringing them their favorite coffee on a morning you know they’re tired, sending a text message during the day just to say you’re thinking of them, or picking up a small item you know they’ve been wanting. These gestures are effective because they are often unsolicited and reveal a level of attentiveness to your partner’s preferences and moods. They are the "just because" moments that punctuate the ordinary with a touch of the extraordinary.</w:t>
      </w:r>
    </w:p>
    <w:p/>
    <w:p>
      <w:r>
        <w:br/>
        <w:t>Consider the element of surprise in thoughtful gestures. An unexpected gift, whether it’s elaborate or simple, can convey a strong message of love. This doesn't always need to be a material possession. It could be planning a surprise outing, booking a weekend getaway, or even preparing a special dessert. The element of surprise adds an extra layer of thoughtfulness, indicating that you’ve invested time and effort into creating a moment of joy for your partner. Furthermore, thoughtful gestures can also be about creating comfort and convenience. This could involve warming their side of the bed before they get in, ensuring their favorite blanket is within reach, or simply making sure their favorite snacks are stocked in the pantry. These actions, though small, communicate a deep sense of care and a desire to nurture your partner’s comfort and happiness.</w:t>
      </w:r>
    </w:p>
    <w:p/>
    <w:p>
      <w:r>
        <w:br/>
        <w:t>The key to all these forms of affection – verbal affirmations, acts of service, quality time, and thoughtful gestures – lies in intention and consistency. It’s not about performing grand gestures once in a while, but about weaving these expressions of love into the fabric of your everyday interactions. When these diverse forms of affection are present, they create a robust and resilient relationship, one where partners feel deeply loved, supported, and connected. They complement and enhance the importance of physical touch, ensuring that the marital bond is nurtured through a rich and varied language of love. By consciously engaging in these different expressions, couples can ensure their partner feels consistently seen, valued, and adored, creating a relationship that is not only intimate but also deeply satisfying on multiple levels. This holistic approach to affection ensures that love is not just a feeling, but a consistent, lived experience.</w:t>
      </w:r>
    </w:p>
    <w:p/>
    <w:p>
      <w:r>
        <w:br w:type="page"/>
      </w:r>
    </w:p>
    <w:p>
      <w:pPr>
        <w:spacing w:before="5040"/>
        <w:jc w:val="center"/>
      </w:pPr>
      <w:r>
        <w:rPr/>
        <w:t xml:space="preserve"> Chapter 6: Cultivating Shared Meaning and Transforming Intimacy</w:t>
      </w:r>
    </w:p>
    <w:p>
      <w:r>
        <w:t>The creation of a shared life is far more than the sum of individual days and experiences; it is a deliberately constructed narrative, a testament to a partnership that actively chooses to weave its stories together. Within this narrative, rituals and traditions serve as the essential threads, binding moments, memories, and meanings into a cohesive and enduring fabric. They are the intentional practices that elevate the mundane into the memorable, transforming ordinary routines into markers of your unique journey as a couple. These shared actions, imbued with personal significance, cultivate a profound sense of "us," a collective identity that anchors your relationship against the ebb and flow of life's challenges.</w:t>
      </w:r>
    </w:p>
    <w:p>
      <w:r>
        <w:br/>
        <w:t>Consider the power of a simple morning ritual. For some couples, this might be the quiet companionship of sharing a cup of coffee or tea before the day’s demands begin. It’s not just about the beverage; it’s about the shared silence, the brief exchange of sleepy smiles, or the quick, affectionate touch before diverging into separate tasks. This seemingly small act, repeated day after day, becomes a private sanctuary, a brief period of connection that sets a positive tone for the hours ahead. It’s an unspoken agreement to start the day together, even if only for a few minutes. For others, the morning ritual might involve a quick check-in, a brief discussion of the day’s plans, or even a shared moment of gratitude for waking up together. The specificity of the ritual matters less than its consistent, intentional execution and the shared meaning it holds for the couple. It’s the regularity and the mutual participation that imbue these everyday moments with a deep sense of connection.</w:t>
      </w:r>
    </w:p>
    <w:p/>
    <w:p>
      <w:r>
        <w:br/>
        <w:t>Beyond the dawn, weekly rituals offer another crucial opportunity to nurture your bond. Date nights, whether a formal dinner out or a cozy evening at home, are classic examples. The intention behind a date night is to deliberately set aside time for each other, free from the distractions of work, household chores, or the needs of others. It’s about rekindling romance, fostering conversation, and experiencing something new or familiar together. However, the effectiveness of a date night lies not just in its occurrence but in its mindful execution. This means actively planning it, looking forward to it, and ensuring that the time spent is genuinely focused on each other. It can be about revisiting a favorite restaurant, trying a new recipe together, attending a concert, or simply dedicating an evening to deep conversation and shared activities at home. The key is the shared commitment to prioritizing the relationship and creating dedicated time for connection.</w:t>
      </w:r>
    </w:p>
    <w:p/>
    <w:p>
      <w:r>
        <w:br/>
        <w:t>The rhythm of the week can also be punctuated by smaller, recurring traditions. Perhaps it’s a shared Sunday brunch, a Friday night movie marathon, or a Saturday morning walk in the park. These traditions act as regular touchpoints, offering consistent opportunities for connection and shared enjoyment. They become anticipated highlights, moments that break the monotony of the week and reinforce the couple’s shared life. The beauty of these traditions is their adaptability; they can evolve as the couple’s lives change, but their underlying purpose – to create shared experiences and strengthen the bond – remains constant. It's about building a predictable pattern of togetherness that fosters a sense of security and joy.</w:t>
      </w:r>
    </w:p>
    <w:p/>
    <w:p>
      <w:r>
        <w:br/>
        <w:t>As seasons turn and years unfold, annual traditions become even more significant. These are the cornerstones of your shared history, the events that mark the passage of time and create a rich tapestry of memories. Holiday celebrations are often the most obvious examples. The way you decorate your home, the specific meals you prepare, the gifts you exchange, and the people you choose to celebrate with – all these elements contribute to a unique set of holiday traditions that define your family’s experience. These traditions can stem from your individual upbringings, be entirely new creations, or be a blend of both. The important aspect is that they are shared and embraced by both partners, creating a collective sense of belonging and continuity.</w:t>
      </w:r>
    </w:p>
    <w:p/>
    <w:p>
      <w:r>
        <w:br/>
        <w:t>Consider the planning and execution of an annual vacation. This is not merely a break from routine; it’s an opportunity to embark on a shared adventure, create new memories, and deepen your connection through shared exploration and relaxation. The process of choosing a destination, planning the itinerary, and experiencing the trip together creates a concentrated period of shared focus and mutual engagement. It’s a chance to see each other in different environments, to navigate new experiences as a team, and to return home with a refreshed sense of togetherness and a wealth of new shared memories. The anticipation of the vacation itself can also be a bonding experience, a shared dream to look forward to.</w:t>
      </w:r>
    </w:p>
    <w:p/>
    <w:p>
      <w:r>
        <w:br/>
        <w:t>Beyond grand events, even smaller annual traditions can hold immense power. This might be a yearly visit to a particular landmark, a special anniversary dinner at a restaurant that holds sentimental value, or a personal tradition like writing each other letters on a significant date. These recurring events serve as reminders of your shared journey, anchoring your relationship in a continuous narrative of love and commitment. They provide a framework for celebrating your milestones and reaffirming your bond year after year.</w:t>
      </w:r>
    </w:p>
    <w:p/>
    <w:p>
      <w:r>
        <w:br/>
        <w:t>The creation and maintenance of these rituals and traditions are not passive endeavors. They require intentionality, communication, and a willingness to adapt. It’s important for couples to consciously discuss what kind of shared life they want to build and what traditions would best reflect their values and desires. What activities bring you joy as a couple? What memories do you want to create for yourselves and potentially for future generations? What are the non-negotiables that will anchor your shared experience?</w:t>
      </w:r>
    </w:p>
    <w:p/>
    <w:p>
      <w:r>
        <w:br/>
        <w:t>Open communication is key. Couples should feel comfortable discussing their desires and expectations regarding shared activities and traditions. One partner might have a strong desire to continue a tradition from their childhood, while the other may have a different idea of what makes a tradition meaningful. Navigating these differences requires empathy, compromise, and a commitment to finding common ground. The goal isn’t to impose one person’s vision but to co-create a shared experience that resonates with both partners.</w:t>
      </w:r>
    </w:p>
    <w:p/>
    <w:p>
      <w:r>
        <w:br/>
        <w:t>Furthermore, rituals and traditions should not become rigid or obligatory. Life changes, and what once brought joy may no longer serve the couple’s needs. The ability to adapt and evolve these practices is crucial. Perhaps a weekly date night transforms into a monthly one due to new work schedules, or a holiday tradition shifts to accommodate new family members. The underlying spirit of connection and shared experience should remain, even as the form of the ritual evolves. It’s about staying attuned to each other’s needs and the evolving dynamics of the relationship.</w:t>
      </w:r>
    </w:p>
    <w:p/>
    <w:p>
      <w:r>
        <w:br/>
        <w:t>The beauty of cultivating shared rituals and traditions lies in their ability to create a deep sense of belonging and security. They provide a predictable framework for your shared life, a comforting rhythm that assures you that you are not alone, and that you have a partner who is committed to building a life with you. These shared experiences become the building blocks of your collective identity, the unique story that defines your partnership. They are the moments that you will look back on with fondness, the anchors that will hold your relationship steady through the storms of life. By actively designing and cherishing these shared moments, couples can ensure that their relationship is not just a collection of individual lives lived side-by-side, but a rich, meaningful, and deeply connected shared existence. They are the tangible expressions of a love that is actively nurtured and intentionally built, day by day, year by year.</w:t>
      </w:r>
    </w:p>
    <w:p/>
    <w:p>
      <w:r>
        <w:t>Shared Values and Goals: A Common Vision</w:t>
      </w:r>
    </w:p>
    <w:p>
      <w:r>
        <w:br/>
        <w:t>Beyond the shared experiences and comforting rhythms of rituals and traditions, the bedrock of a truly enduring and meaningful partnership lies in the alignment of core values and the pursuit of shared goals. This alignment isn't merely about agreeing on surface-level preferences; it's about a deeper understanding and mutual commitment to the principles that guide your individual lives and, by extension, your life together. When partners have a common vision for their future, it acts as a powerful compass, orienting their decisions, actions, and aspirations towards a unified direction. This shared foresight transforms the partnership from a day-to-day existence into a purposeful journey, where each step is taken with a conscious awareness of the destination you are building together.</w:t>
      </w:r>
    </w:p>
    <w:p/>
    <w:p>
      <w:r>
        <w:br/>
        <w:t>The process of discovering and articulating these shared values and goals is an ongoing conversation, not a one-time event. It begins with introspection, a dedicated time for each individual to identify what truly matters to them. What are the guiding principles that inform your moral compass? What does a life well-lived look like for you? What ethical standards do you hold dear? These questions might touch upon honesty, integrity, compassion, responsibility, or personal growth. Once these individual reflections are made, the crucial step is to bring them into the shared space of the relationship. This requires vulnerability and openness, creating an environment where both partners feel safe to express their deepest beliefs and aspirations without judgment.</w:t>
      </w:r>
    </w:p>
    <w:p/>
    <w:p>
      <w:r>
        <w:br/>
        <w:t>Consider the value of honesty. For some, absolute truthfulness is paramount, even when it’s difficult. For others, tact and the consideration of another’s feelings might lead to a more nuanced approach. Understanding these subtle differences in how values are prioritized can prevent misunderstandings and foster deeper empathy. Similarly, when it comes to goals, the scope can be vast. It might encompass ambitions for career advancement, the desire to build a family and raise children, the commitment to financial security and responsible stewardship of resources, or the aspiration for continuous personal and intellectual growth. Each of these areas represents a potential intersection where individual dreams can either diverge or converge.</w:t>
      </w:r>
    </w:p>
    <w:p/>
    <w:p>
      <w:r>
        <w:br/>
        <w:t>The beauty of establishing shared goals is that they provide a framework for mutual support. When you and your partner are working towards a common objective, you naturally become each other’s biggest cheerleaders and staunchest allies. This shared endeavor strengthens the sense of "us" and reinforces the understanding that you are a team facing life’s challenges and opportunities together. For instance, if both partners value financial security and aspire to own a home, they can collaboratively create a budget, set savings targets, and make joint decisions about major purchases. This shared financial vision not only brings them closer to their goal but also fosters a sense of partnership in managing their resources and planning for the future. The act of jointly planning and saving, discussing trade-offs, and celebrating milestones along the way—like reaching a specific savings benchmark—builds a unique bond centered on shared accomplishment.</w:t>
      </w:r>
    </w:p>
    <w:p/>
    <w:p>
      <w:r>
        <w:br/>
        <w:t>Alternatively, a shared goal might revolve around personal development. Perhaps one partner wishes to learn a new language, while the other is interested in mastering a musical instrument. If these individual pursuits are seen as contributing to the overall enrichment of both lives and the partnership, they can be actively supported. This might involve one partner encouraging the other to dedicate time to their studies, or perhaps even participating in the learning process together, such as enrolling in a joint language class or taking music lessons as a couple. The shared commitment to growth, even in individual pursuits, demonstrates a willingness to invest in each other's well-being and to foster an environment where personal aspirations are nurtured within the context of the relationship. This creates a dynamic where success for one is seen as a victory for both.</w:t>
      </w:r>
    </w:p>
    <w:p/>
    <w:p>
      <w:r>
        <w:br/>
        <w:t>When partners can articulate a shared vision for their future, it provides a roadmap for their journey. This vision can be a powerful motivator, especially during difficult times. When faced with setbacks or disagreements, recalling and reaffirming this shared vision can help couples regain perspective and remember what they are working towards together. It shifts the focus from immediate problems to the larger, more enduring purpose of their partnership. For example, if a couple has a shared goal of traveling the world, and they encounter financial difficulties that temporarily halt their travel plans, their shared vision serves as a reminder that this is a temporary obstacle, and they can work together to find alternative ways to achieve their dream or to adjust their timeline without losing sight of the ultimate aspiration. The conversation might then shift to exploring more budget-friendly travel options or focusing on saving more aggressively for future adventures, all while keeping the core vision alive.</w:t>
      </w:r>
    </w:p>
    <w:p/>
    <w:p>
      <w:r>
        <w:br/>
        <w:t>The process of identifying shared values and goals is inherently a dialogue. It involves actively listening to each other, seeking to understand the underlying motivations and desires behind each person’s aspirations, and then finding points of convergence. This is not about one partner dictating the vision or the other passively accepting it. It is a co-creation, a collaborative art form where both individuals contribute their unique perspectives and dreams to build something larger than themselves. It’s in this co-creation that a profound sense of meaning and purpose begins to emerge within the relationship.</w:t>
      </w:r>
    </w:p>
    <w:p/>
    <w:p>
      <w:r>
        <w:br/>
        <w:t>One key area where shared values and goals are particularly impactful is in the realm of family. Whether a couple decides to have children or not, the values they hold regarding family life, parenting styles, and the roles each partner will play are critical. Discussing these aspirations early on can prevent significant future conflict. For instance, if one partner envisions a large, close-knit family with numerous children, while the other prioritizes a career and a more minimalist lifestyle with fewer or no children, this fundamental difference in values and goals needs to be explored and addressed with honesty and respect. Finding a shared understanding or a mutually agreeable compromise, perhaps by defining what "family" means to them and how they will nurture that bond, is essential for long-term harmony. This might involve discussing specific parenting philosophies, educational approaches, or the balance between work and family life.</w:t>
      </w:r>
    </w:p>
    <w:p/>
    <w:p>
      <w:r>
        <w:br/>
        <w:t>Finances are another area where shared values and goals are paramount. Beyond simply agreeing on a budget, it’s about understanding each other’s underlying values related to money: Is it primarily a tool for security, a means to experience life, a symbol of success, or an opportunity to be generous? Aligning on these core financial values can lead to shared goals such as debt reduction, saving for a down payment, investing for retirement, or establishing a charitable giving fund. When couples approach their finances with a unified purpose, they can navigate the complexities of earning, spending, and saving with greater ease and confidence, knowing they are working towards a common financial future. This shared financial vision can alleviate a significant source of marital stress and transform the management of money into a collaborative and empowering activity. The discussions might involve topics like risk tolerance in investments, generosity towards family and friends, or the balance between present enjoyment and future security.</w:t>
      </w:r>
    </w:p>
    <w:p/>
    <w:p>
      <w:r>
        <w:br/>
        <w:t>Personal growth, too, can be a powerful shared goal. This might involve a commitment to lifelong learning, pursuing new hobbies, maintaining physical health, or cultivating emotional intelligence. When partners actively support each other’s personal growth journeys, they create a dynamic environment of mutual encouragement and inspiration. This could manifest as a shared commitment to regular exercise, mutual participation in workshops or classes, or simply creating space and time for each other to pursue individual interests. The understanding is that by investing in their own personal development, each partner is also contributing to the richness and vitality of the relationship. This fosters a sense of continuous evolution as a couple, rather than stagnation.</w:t>
      </w:r>
    </w:p>
    <w:p/>
    <w:p>
      <w:r>
        <w:br/>
        <w:t>The articulation of a shared vision can also involve creating a "couple's mission statement" or a set of guiding principles that define the essence of your partnership. This exercise can be incredibly illuminating, forcing couples to think deeply about what they want their relationship to represent in the world and to each other. It’s about defining the legacy they wish to create together, not just in terms of tangible achievements, but in terms of the qualities they embody as a couple and the impact they have on those around them.</w:t>
      </w:r>
    </w:p>
    <w:p/>
    <w:p>
      <w:r>
        <w:br/>
        <w:t>It is important to acknowledge that shared values and goals are not static. As individuals grow and evolve, and as life circumstances change, the shared vision may need to be revisited and adapted. This requires ongoing communication and a willingness to renegotiate aspirations. What might have been a primary goal in the early years of a marriage might become less important as the couple navigates different life stages. For example, a shared goal of frequent travel might naturally evolve into a desire for a more settled life with a focus on community involvement as the couple ages or starts a family. The ability to adapt the shared vision, while holding onto the core values that underpin it, is a hallmark of a resilient and thriving partnership. This adaptability ensures that the couple remains aligned and continues to move forward together, even as the landscape of their lives shifts.</w:t>
      </w:r>
    </w:p>
    <w:p/>
    <w:p>
      <w:r>
        <w:br/>
        <w:t>The continuous process of discussing and refining shared values and goals provides a vital context for resolving conflicts. When disagreements arise, a couple can return to their shared vision and values to find common ground or to re-center their decision-making process. This shared framework helps to depersonalize conflicts, transforming them from battles of will into collaborative problem-solving opportunities aimed at upholding the integrity of their partnership and their mutual aspirations. It reinforces the idea that they are on the same team, striving for outcomes that benefit both individuals and the relationship as a whole.</w:t>
      </w:r>
    </w:p>
    <w:p/>
    <w:p>
      <w:r>
        <w:br/>
        <w:t>Ultimately, cultivating shared values and goals is about creating a sense of profound connection and purpose in marriage. It’s about recognizing that you are not just two individuals sharing a life, but two souls intertwined, intentionally building a future together based on a common understanding of what truly matters. This shared vision provides direction, fosters mutual support, and imbues the partnership with a deep, enduring meaning that transcends the everyday. It is the conscious decision to walk a common path, guided by shared principles and animated by shared dreams, that transforms intimacy into a powerful force for collective fulfillment and lasting commitment. It is the architecture of a shared life built not on chance, but on deliberate, mutual intention.</w:t>
      </w:r>
    </w:p>
    <w:p/>
    <w:p>
      <w:r>
        <w:t>Beyond the tangible aspirations and the resonance of shared principles, lies a profound territory within marital intimacy: the realm of spiritual and emotional connection. This is where couples can discover and nurture a shared sense of the transcendent, a connection that anchors them not just to each other, but to something larger than themselves. It's about creating a sacred space within the relationship, a sanctuary where vulnerability is met with deep understanding and where the most profound questions of life are not only welcomed but explored together. This dimension of intimacy is not exclusive to those with a formal religious affiliation; it is accessible to all couples willing to engage with life's existential inquiries and the deeper currents of human experience.</w:t>
      </w:r>
    </w:p>
    <w:p>
      <w:r>
        <w:br/>
        <w:t>At its core, spiritual intimacy in marriage is about sharing a sense of purpose, wonder, and awe. It’s about recognizing that while you are two distinct individuals, your journey together can be imbued with a significance that extends beyond the immediate. This can manifest in myriad ways, beginning with a shared appreciation for life’s mysteries and the often-unseen forces that shape our existence. For some, this might involve a shared faith tradition. Engaging in prayer together, attending religious services, or participating in spiritual study can forge a powerful bond. This shared practice can create a rhythm of connection, a predictable yet deeply personal way to acknowledge a higher power or a universal consciousness. It offers a common language for expressing gratitude, seeking guidance, and finding solace during challenging times. When a couple prays together, they are not merely reciting words; they are often sharing their deepest hopes, fears, and confessions, creating an unparalleled level of openness and trust. Imagine a couple who, after a particularly stressful week, dedicate a few quiet moments to praying for strength and wisdom. This act of shared supplication can be incredibly bonding, reinforcing their sense of unity and their reliance on something beyond their own capabilities.</w:t>
      </w:r>
    </w:p>
    <w:p/>
    <w:p>
      <w:r>
        <w:br/>
        <w:t>For couples who do not adhere to a specific religious doctrine, spiritual intimacy can be cultivated through shared philosophical inquiries, mindfulness practices, or a deep appreciation for nature. The act of meditating together, even for a few minutes each day, can foster a profound sense of presence and shared calm. It’s an invitation to quiet the external noise and to connect with each other on a deeper, more intuitive level. This shared silence, when approached with intention, can be more communicative than words, fostering a sense of deep peace and understanding. Consider a couple who makes it a practice to watch the sunset together each evening, not necessarily speaking, but simply sharing the quiet beauty of the moment. This shared experience of awe can be a powerful spiritual connector, reminding them of the vastness of the universe and their place within it, together.</w:t>
      </w:r>
    </w:p>
    <w:p/>
    <w:p>
      <w:r>
        <w:br/>
        <w:t>Discussing life’s profound questions is another crucial avenue for spiritual and emotional intimacy. These are the conversations that delve into the meaning of life, the nature of love, the impact of our choices, and our hopes for legacy. These conversations require a willingness to be vulnerable, to share one's deepest thoughts and feelings without fear of judgment. It’s about creating a safe harbor where existential anxieties and spiritual curiosities can be openly explored. A couple might engage in discussions about what it means to live a good life, what values they wish to embody, or what impact they hope to have on the world. These dialogues, while not always yielding concrete answers, foster a sense of shared exploration and intellectual companionship that can be deeply intimate. Imagine a couple reading a book together that touches on philosophical themes and then spending an hour discussing its implications for their own lives and beliefs. This shared intellectual journey strengthens their emotional bond and deepens their understanding of each other's inner worlds.</w:t>
      </w:r>
    </w:p>
    <w:p/>
    <w:p>
      <w:r>
        <w:br/>
        <w:t>Emotional intimacy, in this context, is inextricably linked to spiritual intimacy. It’s about being emotionally present and responsive to your partner, especially when they are exploring their inner landscape or grappling with life’s deeper meanings. This means listening with empathy, offering comfort without trying to “fix” everything, and validating their feelings and experiences. When one partner shares a moment of spiritual questioning or an existential doubt, the other’s response can either deepen or erode their connection. A response that is dismissive or overly practical can shut down the avenue for intimacy, while a response that acknowledges the depth of the feeling and offers compassionate presence can open it further. For instance, if one partner expresses a feeling of spiritual emptiness or a questioning of their life's purpose, the other can respond not with platitudes, but with an invitation to explore those feelings together, perhaps by researching spiritual practices, reading philosophical texts, or simply holding space for their partner’s journey.</w:t>
      </w:r>
    </w:p>
    <w:p/>
    <w:p>
      <w:r>
        <w:br/>
        <w:t>Shared vulnerability is the cornerstone of this deep connection. It’s about allowing your partner to see your unvarnished self, your doubts, your questions, your moments of awe, and your fears about the unknown. This level of openness requires immense trust, and it is precisely this trust that is built and solidified through these shared explorations. When couples feel safe enough to be spiritually and emotionally vulnerable with each other, they create a bond that is resilient and profound. This vulnerability can be expressed through sharing dreams, fears about mortality, or reflections on personal growth and transformation. It’s in these moments that the relationship truly becomes a sanctuary, a place where the soul can find rest and recognition.</w:t>
      </w:r>
    </w:p>
    <w:p/>
    <w:p>
      <w:r>
        <w:br/>
        <w:t>Consider the experience of facing a significant life transition, such as retirement, the loss of a loved one, or a major health challenge. These are often periods that trigger profound existential questions about life, meaning, and one's place in the world. For a couple, navigating these times together, with shared spiritual and emotional openness, can be transformative. They can find strength in each other’s presence, share their anxieties, and perhaps even discover new spiritual or philosophical perspectives as they move through the experience. For example, if a couple faces the illness of a parent, they might find solace and deeper connection by discussing their feelings about loss, their beliefs about life after death, or their gratitude for the time they have together. This shared grappling with mortality and meaning can deepen their appreciation for each other and their commitment to cherishing their shared life.</w:t>
      </w:r>
    </w:p>
    <w:p/>
    <w:p>
      <w:r>
        <w:br/>
        <w:t>The practice of creating a "sacred space" within the relationship is vital for nurturing spiritual and emotional intimacy. This space is not necessarily a physical location, but rather an intentional atmosphere of acceptance, respect, and shared exploration. It’s about setting aside time and mental energy to connect on these deeper levels, free from the distractions of daily life. This might involve scheduling regular "meaning-making" conversations, dedicating a portion of their week to shared spiritual practice, or simply making a conscious effort to be present and attentive when either partner expresses a need for deeper connection. It’s about valuing these intimate exchanges as much as, if not more than, external achievements or material comforts.</w:t>
      </w:r>
    </w:p>
    <w:p/>
    <w:p>
      <w:r>
        <w:br/>
        <w:t>Moreover, spiritual and emotional intimacy can provide a unique buffer against the inevitable stresses and conflicts that arise in any long-term relationship. When a couple has a strong foundation of shared meaning and emotional connection, they are better equipped to navigate disagreements. They are more likely to approach conflict from a place of empathy and understanding, remembering their shared purpose and the depth of their emotional bond. This shared inner life acts as an anchor, helping them to weather storms and to emerge stronger and more connected. When disagreements arise about practical matters, a couple with a strong spiritual and emotional intimacy can often reframe the issue within the context of their shared values and their commitment to each other's well-being, finding solutions that honor both their individual needs and the integrity of their partnership.</w:t>
      </w:r>
    </w:p>
    <w:p/>
    <w:p>
      <w:r>
        <w:br/>
        <w:t>In essence, cultivating spiritual and emotional intimacy is an ongoing, dynamic process. It requires intentionality, curiosity, and a willingness to explore the less tangible, yet profoundly impactful, dimensions of human connection. It’s about recognizing that love, in its deepest sense, is not just about shared activities or mutual affection, but about sharing the journey of the soul. By fostering this sacred space for vulnerability, shared meaning, and existential exploration, couples can build a marriage that is not only fulfilling but deeply resonant, transcending the ordinary and touching upon the eternal. This dimension of intimacy enriches the marital bond, providing a wellspring of resilience, comfort, and profound, shared purpose that sustains the relationship through all of life's seasons. It is in this shared exploration of the profound that a marriage truly finds its deepest, most enduring meaning.</w:t>
      </w:r>
    </w:p>
    <w:p/>
    <w:p>
      <w:r>
        <w:t>The vibrant tapestry of marital connection is woven with many threads, and among the most essential, yet often misunderstood, is the intricate dance of physical intimacy. While emotional and spiritual bonds form the bedrock of a lasting partnership, it is through the renewal of passion and the exploration of pleasure that a marriage can truly sing with vitality. Many couples find that as the years pass, the initial spark that ignited their physical desire can begin to dim, replaced by routine, distraction, or a hesitant quietness about their most intimate needs. This is not a sign of failure, but rather a common challenge that, when addressed with intentionality and care, can lead to a deeper, more fulfilling sexual connection than ever before.</w:t>
      </w:r>
    </w:p>
    <w:p>
      <w:r>
        <w:br/>
        <w:t>The journey of renewing physical intimacy begins with a candid conversation, one that acknowledges the ebb and flow of desire and the unique ways each partner experiences pleasure. It requires moving beyond assumptions and the unspoken, creating a safe space to share fantasies, curiosities, and even anxieties. For too long, societal conditioning has often relegated discussions about sex to hushed tones or awkward silences, leaving couples ill-equipped to navigate the complexities of their shared sexual landscape. Yet, it is precisely through open and honest dialogue that couples can unlock new avenues of pleasure and deepen their physical bond. Consider the power of simply asking, "What makes you feel truly desired?" or "Is there anything new you've been curious about exploring together?" These questions, posed with tenderness and genuine interest, can open doors to conversations that were once closed, allowing partners to understand each other's evolving needs and desires.</w:t>
      </w:r>
    </w:p>
    <w:p/>
    <w:p>
      <w:r>
        <w:br/>
        <w:t>One of the most prevalent hurdles couples face is the disparity in libidos, a natural variation that can sometimes lead to feelings of rejection or inadequacy. It's crucial to remember that differing sexual drives are not a reflection of diminished love or attraction, but rather a biological and psychological reality. Instead of viewing this difference as an insurmountable obstacle, couples can approach it as an opportunity for creative problem-solving and a deeper understanding of each other's bodies and responses. This might involve exploring the concept of "erotic responsiveness" – the idea that desire can often be ignited by initiating intimacy, rather than waiting for spontaneous arousal. For the partner with a higher libido, this might mean initiating physical connection with a gentle touch, a lingering kiss, or a whispered compliment that signals their desire without pressure. For the partner with a lower libido, it can involve setting aside any guilt and focusing on the present moment, allowing themselves to be present and open to the experience. Communication here is paramount; a simple, "I’m not feeling very aroused right now, but I’d love to feel close to you in another way," can be far more effective than withdrawing or feeling obligated.</w:t>
      </w:r>
    </w:p>
    <w:p/>
    <w:p>
      <w:r>
        <w:br/>
        <w:t>The path to renewed passion also involves a willingness to step outside of established patterns and embrace exploration. Routine, while comforting in some aspects of life, can be the silent killer of sexual excitement. This doesn't necessarily mean a complete overhaul of your sex life, but rather a conscious effort to introduce novelty and spontaneity. This could involve scheduling dedicated time for intimacy, not as a chore, but as a priority, much like a special date night. During these times, couples can experiment with different forms of touch, from sensual massage to exploring erogenous zones that may have been previously overlooked. The focus should shift from a singular goal of intercourse to a broader appreciation of physical connection and mutual pleasure. Consider the impact of introducing a new texture, a different scent, or even just changing the location or time of day for intimacy. These small shifts can break down mental barriers and reawaken curiosity.</w:t>
      </w:r>
    </w:p>
    <w:p/>
    <w:p>
      <w:r>
        <w:br/>
        <w:t xml:space="preserve">Exploring fantasies, when approached with respect and without judgment, can be a powerful catalyst for igniting passion. Fantasies are often deeply personal windows into our desires and can provide valuable insights into what truly excites us. The key is to share these in a way that invites exploration, not obligation. Framing a fantasy as something you’d like to explore </w:t>
      </w:r>
    </w:p>
    <w:p>
      <w:pPr>
        <w:jc w:val="left"/>
      </w:pPr>
      <w:r>
        <w:rPr>
          <w:i/>
        </w:rPr>
        <w:t>together</w:t>
      </w:r>
      <w:r>
        <w:t xml:space="preserve"> or asking, "What’s something that’s always intrigued you sexually?" can open up a world of shared possibility. For instance, one partner might express a desire for role-playing, while the other might be intrigued by the idea of sensual touch without the pressure of intercourse. By openly discussing these desires, couples can find common ground and integrate elements of their fantasies into their shared intimate life, leading to a richer and more exciting sexual experience.</w:t>
      </w:r>
    </w:p>
    <w:p>
      <w:r>
        <w:br/>
        <w:t>Beyond the act of sex itself, the prelude to intimacy plays a crucial role in building anticipation and fostering a sense of connection. The journey to passion often begins long before the bedroom door closes. This includes cultivating a culture of affection and desire throughout the day. Small gestures, such as lingering hugs, loving text messages, playful touches, or shared intimate moments like enjoying a bath together, can create a continuous stream of erotic energy. It’s about making each other feel desired and cherished in everyday interactions, which naturally translates into a more vibrant physical connection. When couples prioritize these small acts of affection, they are essentially building a reservoir of desire that can be drawn upon when they choose to deepen their intimacy.</w:t>
      </w:r>
    </w:p>
    <w:p/>
    <w:p>
      <w:r>
        <w:br/>
        <w:t>Prioritizing intimacy is also about protecting that space from the encroachments of daily life. In our fast-paced world, work, family responsibilities, and digital distractions can easily siphon away the time and energy needed for physical connection. Couples must consciously decide to safeguard their intimate life, recognizing its importance for their overall well-being and the health of their marriage. This might involve establishing boundaries, such as agreeing not to bring work-related stress into the bedroom or setting aside specific times for connection that are free from electronic devices. It's about creating a sanctuary where partners can truly be present with each other, free from external pressures.</w:t>
      </w:r>
    </w:p>
    <w:p/>
    <w:p>
      <w:r>
        <w:br/>
        <w:t>Furthermore, the concept of pleasure in a marriage should be understood as a broad spectrum, encompassing not just orgasm, but the entire experience of closeness, touch, and shared sensation. This can involve exploring different types of physical intimacy that may not always lead to intercourse but are deeply satisfying in their own right. For example, mutual masturbation, oral sex, or simply prolonged, passionate kissing can be incredibly bonding and pleasurable experiences. It's about celebrating the diversity of physical expression and finding joy in the journey as much as the destination. The goal is to create an atmosphere where both partners feel safe to explore, to give and receive pleasure without pressure or expectation.</w:t>
      </w:r>
    </w:p>
    <w:p/>
    <w:p>
      <w:r>
        <w:br/>
        <w:t>When couples encounter difficulties in their physical intimacy, it's also essential to address any underlying emotional or psychological factors that might be at play. Stress, unresolved conflict, body image issues, or past trauma can all impact sexual desire and function. Seeking professional guidance from a therapist or counselor specializing in sex therapy can be incredibly beneficial. These professionals can provide a safe and supportive environment to explore these issues, offer practical tools and strategies, and help couples to communicate more effectively about their intimate lives. Remember, seeking help is a sign of strength and a commitment to the health of your relationship.</w:t>
      </w:r>
    </w:p>
    <w:p/>
    <w:p>
      <w:r>
        <w:br/>
        <w:t>The evolution of physical intimacy in a marriage is a continuous process of discovery and adaptation. What works at one stage of life may need to be revisited and redefined at another. As bodies change, life circumstances shift, and individual desires evolve, couples must remain committed to open communication and a willingness to explore together. It’s about embracing the journey with curiosity and a spirit of adventure, remembering that the physical connection is a vital expression of the love and commitment shared between partners. By actively nurturing their physical intimacy, couples can ensure that this powerful dimension of their relationship remains a source of joy, deep connection, and enduring pleasure, enriching their marriage for years to come. This commitment to rekindling passion and prioritizing pleasure is not just about sex; it is a profound affirmation of their bond, a celebration of their shared life, and a testament to their enduring love.</w:t>
      </w:r>
    </w:p>
    <w:p/>
    <w:p>
      <w:r>
        <w:br/>
        <w:t>This commitment to exploring and revitalizing physical intimacy requires a conscious effort to shift focus from potential anxieties or past disappointments to the possibilities of present pleasure and future connection. Many couples fall into a pattern of engaging in sex out of obligation or habit, which can quickly lead to a decline in genuine desire and satisfaction. To counteract this, it’s helpful to actively cultivate a mindset of anticipation and excitement around intimacy. This can involve incorporating sensual elements into the environment – perhaps dim lighting, soft music, or aromatic candles – to create a more inviting and romantic atmosphere. It's about signaling to your partner, and to yourself, that this time is special and dedicated to pleasure.</w:t>
      </w:r>
    </w:p>
    <w:p/>
    <w:p>
      <w:r>
        <w:br/>
        <w:t>The practice of "foreplay" itself often needs to be redefined and expanded. For many, foreplay is seen as a mere preamble to intercourse, a means to an end. However, when couples approach it as a significant and pleasurable experience in its own right, the entire dynamic of their intimate encounters can transform. This involves dedicating ample time to kissing, caressing, exploring each other's bodies with undivided attention, and engaging in mutual touch that builds arousal gradually and sensually. It’s about savoring the journey, focusing on the sensations and the connection with each touch, word, and gaze. Consider the power of prolonged eye contact during intimate moments, or the impact of whispering words of affection and desire directly into your partner’s ear. These small acts can amplify the sense of intimacy and anticipation, making the eventual progression towards intercourse (or other forms of intimacy) even more profound.</w:t>
      </w:r>
    </w:p>
    <w:p/>
    <w:p>
      <w:r>
        <w:br/>
        <w:t>One of the most effective strategies for deepening physical intimacy is through the practice of mindful touch. This involves being fully present in the moment, focusing on the sensory experience of touch without judgment or expectation. When one partner is touching the other, the intention should be to explore, to connect, and to give pleasure, rather than solely focusing on arousal or a specific outcome. This might involve learning about different massage techniques, exploring the erogenous zones of the body, or simply engaging in gentle, loving touch that communicates care and desire. When couples practice mindful touch, they are not only heightening their physical sensations but also fostering a deeper emotional connection, as touch is a powerful conduit for expressing love and vulnerability.</w:t>
      </w:r>
    </w:p>
    <w:p/>
    <w:p>
      <w:r>
        <w:br/>
        <w:t>The concept of "erotic intelligence" – the understanding of one's own sexuality and the ability to communicate it effectively – is also crucial for renewing physical intimacy. This involves not only understanding what feels good but also being able to articulate those needs and desires to one’s partner. Many individuals struggle with this, either due to shyness, fear of rejection, or a lack of vocabulary. Couples can work on building their erotic intelligence together by reading books on sexuality, attending workshops, or simply making a conscious effort to describe their experiences and sensations during intimate encounters. This ongoing dialogue creates a feedback loop that allows both partners to learn and adapt, leading to a more mutually satisfying sexual relationship. For instance, after an intimate moment, a couple might debrief by sharing what they enjoyed most or what they found particularly arousing, creating a shared understanding that can be built upon in future encounters.</w:t>
      </w:r>
    </w:p>
    <w:p/>
    <w:p>
      <w:r>
        <w:br/>
        <w:t>It’s also important to recognize that sexual desire is not always a constant force. There will be times when one or both partners may feel less inclined towards sex due to stress, fatigue, or other life factors. In these moments, it’s vital to approach the situation with empathy and understanding, rather than criticism or pressure. Instead of focusing solely on intercourse, couples can explore other ways to maintain physical intimacy, such as cuddling, holding hands, or engaging in other forms of non-sexual touch. These moments of closeness, even without sexual activity, can help to maintain the emotional bond and create a sense of safety and connection that can pave the way for renewed desire. Sometimes, the most intimate moments are those shared in quiet comfort and mutual reassurance, reinforcing the idea that physical intimacy is about much more than just sex.</w:t>
      </w:r>
    </w:p>
    <w:p/>
    <w:p>
      <w:r>
        <w:br/>
        <w:t>The role of novelty and variety cannot be overstated when it comes to rekindling passion. While familiarity can breed comfort, it can also lead to a sense of predictability that can dampen excitement. Couples can introduce novelty by trying new positions, exploring different types of erotica together, experimenting with sensual toys, or even taking a spontaneous weekend getaway to focus solely on their connection. The key is to approach these explorations with a sense of adventure and a willingness to step outside of comfort zones, knowing that the shared experience of trying something new can be incredibly bonding and arousing. It’s about keeping the element of surprise and discovery alive within the marriage.</w:t>
      </w:r>
    </w:p>
    <w:p/>
    <w:p>
      <w:r>
        <w:br/>
        <w:t>Furthermore, couples can benefit from actively cultivating a sense of sexual self-awareness and self-pleasure. Understanding one’s own body and what brings personal pleasure can enhance one’s ability to communicate those desires to a partner and to experience greater satisfaction within the relationship. This can involve exploring masturbation as a way to connect with one's own sexuality and to discover what feels good, information that can then be shared with a partner. This personal exploration can empower individuals and lead to a more fulfilling intimate life within the marriage.</w:t>
      </w:r>
    </w:p>
    <w:p/>
    <w:p>
      <w:r>
        <w:br/>
        <w:t>The act of consciously deciding to prioritize intimacy, even when tired or stressed, sends a powerful message of commitment and value to one’s partner. It’s about recognizing that physical intimacy is not a luxury but a fundamental component of a healthy and thriving marriage. By making it a deliberate choice and investing time and energy into nurturing this aspect of their relationship, couples can ensure that their physical connection remains a vibrant source of joy, pleasure, and deep intimacy, further strengthening the overall bond of their marriage. This proactive approach to physical intimacy is a cornerstone of a passionate and enduring partnership, ensuring that the flames of desire continue to burn brightly throughout the years.</w:t>
      </w:r>
    </w:p>
    <w:p/>
    <w:p>
      <w:r>
        <w:t>Marriage, at its core, is not a static destination, but a vibrant, unfolding journey. The commitments made on a wedding day are not final pronouncements, but rather the initial steps onto a path that will be walked together, day after day, year after year. This path is rarely a straight, unblemished road. It winds through sunlit meadows of joy and shared laughter, but also traverses valleys of challenge, periods of quiet struggle, and unexpected detours. The true strength of a marital connection lies not in the absence of these difficulties, but in the couple's unwavering commitment to navigate them together, with intention, resilience, and a persistent spirit of growth. Embracing this lifelong perspective is fundamental to fostering a deep and abiding sense of shared meaning.</w:t>
      </w:r>
    </w:p>
    <w:p>
      <w:r>
        <w:br/>
        <w:t>The principles and practices discussed throughout this book, particularly those outlined in the C.O.N.N.E.C.T. framework – Communication, Openness, Nurturing, Novelty, Empathy, Commitment, and Trust – are not merely tools to be deployed during times of crisis or periods of stagnant routine. They are the very threads with which the rich tapestry of a lasting marriage is continually rewoven. Each day offers a fresh opportunity to apply these principles, to deepen understanding, to rekindle connection, and to strengthen the bonds that hold a couple together. Consider, for instance, the ongoing practice of Communication. It is not enough to have had a few deep conversations early in the marriage; effective communication is a daily discipline. It involves actively listening, even when the message is difficult to hear, and responding with clarity and kindness. It means choosing to engage in conversations about desires, fears, and dreams, rather than letting them wither in silence. This continuous dialogue acts as a vital check-in, ensuring that both partners remain attuned to each other’s evolving inner worlds and that unspoken resentments do not have the opportunity to take root.</w:t>
      </w:r>
    </w:p>
    <w:p/>
    <w:p>
      <w:r>
        <w:br/>
        <w:t>Openness, too, is a quality that must be actively cultivated throughout the marriage. It is the willingness to be vulnerable, to share one’s authentic self, even when it feels risky. As life progresses, new experiences, changing perspectives, and personal growth will naturally occur. It is crucial to remain open to these transformations in one’s partner and to be willing to share one’s own evolving identity. This might mean discussing new passions that emerge, acknowledging shifts in personal beliefs, or expressing evolving needs within the relationship. Without this ongoing openness, couples can find themselves growing apart, becoming strangers living in the same house. The courage to be transparent, to reveal one’s inner landscape with honesty and without apology, is a powerful testament to the depth of a committed relationship.</w:t>
      </w:r>
    </w:p>
    <w:p/>
    <w:p>
      <w:r>
        <w:br/>
        <w:t>Nurturing, in its broadest sense, is the act of tending to the relationship with care and attention. This extends beyond grand gestures to the small, consistent acts of love and appreciation that form the daily rhythm of married life. It is in the warm smile of greeting, the offer of a helping hand, the genuine inquiry into how one’s partner’s day unfolded. It is about creating a supportive environment where both individuals feel seen, valued, and cherished. As life circumstances change – perhaps with the arrival of children, career shifts, or aging parents – the demands on a couple’s time and energy will undoubtedly increase. It is during these busier seasons that intentional nurturing becomes even more critical. Making time for one another, even in small increments, can prevent the slow erosion of affection and ensure that the relationship remains a priority amidst the complexities of life. This might look like a shared cup of coffee in the morning before the day’s demands begin, a quick phone call during a lunch break to simply say "I'm thinking of you," or a dedicated fifteen minutes in the evening to connect without distractions.</w:t>
      </w:r>
    </w:p>
    <w:p/>
    <w:p>
      <w:r>
        <w:br/>
        <w:t>The principle of Novelty is not about constant external excitement, but about maintaining a sense of freshness and curiosity within the relationship. As routines become ingrained, it is easy for a sense of predictability to creep in, potentially dulling the spark. Introducing novelty can be as simple as exploring a new restaurant, taking a different route on a walk, or trying a new recipe together. On a deeper level, it involves being open to new experiences as a couple, whether that’s learning a new skill, embarking on a travel adventure, or exploring new dimensions of intimacy, as discussed in previous sections. The willingness to step outside of established patterns, to embrace the unexpected, and to continuously discover new facets of one another keeps the relationship dynamic and engaging. It’s about maintaining a sense of shared adventure, even in the mundane.</w:t>
      </w:r>
    </w:p>
    <w:p/>
    <w:p>
      <w:r>
        <w:br/>
        <w:t>Empathy, the ability to understand and share the feelings of another, is perhaps the most potent balm for the inevitable wounds that life can inflict on a relationship. When challenges arise, when one partner is experiencing pain, stress, or disappointment, the other’s empathetic response can be a source of immense comfort and strength. This involves not just acknowledging the other’s feelings, but truly striving to step into their shoes, to understand their perspective, even if it differs from one’s own. It means offering compassion rather than judgment, support rather than criticism. As couples mature together, they will inevitably witness each other navigate significant life events, losses, and triumphs. The capacity to meet these moments with genuine empathy will deepen their connection and reinforce their sense of being a united front against the adversities of life. It is in these moments of shared vulnerability and understanding that the foundation of trust is further solidified.</w:t>
      </w:r>
    </w:p>
    <w:p/>
    <w:p>
      <w:r>
        <w:br/>
        <w:t>Commitment is the bedrock upon which all other aspects of a successful marriage are built. It is the conscious decision to remain dedicated to the partnership, even when the feelings of romance may ebb and flow. This commitment is not a passive state, but an active affirmation of love and loyalty. It means choosing one’s partner, day after day, through all seasons of life. This choice is particularly significant when facing difficulties. Instead of viewing challenges as reasons to question the marriage, a committed couple sees them as opportunities to reaffirm their dedication and to work through issues together. This unwavering resolve to stay the course, to invest in the relationship’s longevity, is a powerful driver of lasting connection. It’s about understanding that the "in sickness and in health" vows are not merely words, but a profound commitment to weathering life’s storms together.</w:t>
      </w:r>
    </w:p>
    <w:p/>
    <w:p>
      <w:r>
        <w:br/>
        <w:t>Finally, Trust is the quiet, often invisible, force that underpins the entire marital edifice. It is the belief in one’s partner’s good intentions, their integrity, and their unwavering devotion. Trust is earned through consistent actions, honest communication, and the reliable fulfillment of promises. Once established, it creates an environment of safety and security, allowing for the full expression of intimacy and vulnerability. However, trust can be fragile and requires ongoing reinforcement. Every act of honesty, every keeping of a promise, every demonstration of loyalty strengthens this essential component. Conversely, breaches of trust, even small ones, can chip away at its foundation. Therefore, couples must be diligent in nurturing and protecting the trust they share, recognizing that it is the cornerstone of a truly secure and fulfilling marital connection. This requires transparency, accountability, and a constant willingness to be dependable.</w:t>
      </w:r>
    </w:p>
    <w:p/>
    <w:p>
      <w:r>
        <w:br/>
        <w:t>The journey of marriage is inherently one of continuous adaptation. As individuals evolve, so too will the dynamics of the relationship. What brought joy and connection in the early years may need to be revisited and redefined as life unfolds. This is not a sign of failure, but a natural and healthy progression. The key is to approach these shifts with curiosity and a willingness to explore together. Rather than resisting change, couples can embrace it as an opportunity for renewed growth and deeper understanding. For example, a couple that once enjoyed spontaneous adventures might find their priorities shifting as they age or have children. The challenge then becomes finding new ways to create shared experiences and maintain a sense of adventure that is aligned with their current life stage. This might involve planning family outings that foster connection, or carving out dedicated time for each other amidst busy schedules.</w:t>
      </w:r>
    </w:p>
    <w:p/>
    <w:p>
      <w:r>
        <w:br/>
        <w:t>Viewing challenges not as insurmountable obstacles, but as integral parts of the process, is a crucial mindset for a lifelong journey of connection. Every couple will face disagreements, periods of distance, and moments of doubt. These are not indicators that the marriage is doomed, but rather opportunities for learning and strengthening. When a conflict arises, the focus should shift from "winning" the argument to understanding each other’s perspectives and finding a mutually agreeable solution. This requires patience, active listening, and a commitment to preserving the relationship above all else. Similarly, periods of emotional distance are often temporary and can be navigated by intentionally reaching out, initiating connection, and reaffirming love and commitment. These moments, when handled with care and intention, can actually lead to a stronger, more resilient bond.</w:t>
      </w:r>
    </w:p>
    <w:p/>
    <w:p>
      <w:r>
        <w:br/>
        <w:t>The C.O.N.N.E.C.T. framework, therefore, serves not as a finite set of instructions, but as a dynamic compass, guiding couples through the ever-changing landscape of married life. It is a testament to the enduring power of intentionality in relationships. By consistently applying these principles, couples can ensure that their commitment blossoms into a fulfilling and joyful union that deepens over time. It is about recognizing that the health and vitality of the marriage depend on ongoing effort and a commitment to continuous growth. The rewards of this dedication are immeasurable: a partnership that offers unwavering support, profound intimacy, shared laughter, and a deep sense of belonging that only a lifelong journey undertaken together can provide.</w:t>
      </w:r>
    </w:p>
    <w:p/>
    <w:p>
      <w:r>
        <w:br/>
        <w:t>Ultimately, the pursuit of a deeply connected marriage is an ongoing adventure. It is a commitment to showing up for one another, day in and day out, with open hearts and a willingness to learn and grow. It is about recognizing that the most profound joys often lie in the shared experiences, the overcome challenges, and the ever-deepening understanding that comes from navigating life side-by-side. The journey may have its difficult stretches, but with the tools and mindset cultivated, couples can approach each new phase with confidence, knowing that their connection is not only resilient but also capable of continuous renewal and deepening fulfillment. The richness of a marriage is not measured in its perfection, but in its persistent pursuit of love, understanding, and shared meaning, transforming the ordinary days into an extraordinary life lived together. This continuous application of the C.O.N.N.E.C.T. principles ensures that the marital bond remains a vibrant, evolving entity, a source of strength, joy, and enduring partnership throughout a lifetime. It is in this ongoing dedication to each other and to the relationship itself that the true magic of a lifelong connection is realized.</w:t>
      </w:r>
    </w:p>
    <w:p/>
    <w:p>
      <w:r>
        <w:br w:type="page"/>
      </w:r>
    </w:p>
    <w:p>
      <w:pPr>
        <w:spacing w:before="5040"/>
        <w:jc w:val="center"/>
      </w:pPr>
      <w:r>
        <w:rPr/>
        <w:t xml:space="preserve"> Back Matter</w:t>
      </w:r>
    </w:p>
    <w:p>
      <w:r>
        <w:t>This appendix provides supplementary resources to aid couples in their ongoing journey of connection. It includes practical tools and exercises designed to complement the principles discussed throughout the book.</w:t>
      </w:r>
    </w:p>
    <w:p>
      <w:pPr>
        <w:jc w:val="left"/>
      </w:pPr>
      <w:r>
        <w:rPr>
          <w:b/>
        </w:rPr>
        <w:t>Communication Starters:</w:t>
      </w:r>
      <w:r>
        <w:t xml:space="preserve"> A curated list of open-ended questions and prompts to facilitate deeper conversations around various aspects of married life, from daily check-ins to discussions about future dreams and potential challenges.</w:t>
      </w:r>
    </w:p>
    <w:p>
      <w:pPr>
        <w:jc w:val="left"/>
      </w:pPr>
      <w:r>
        <w:rPr>
          <w:b/>
        </w:rPr>
        <w:t>Nurturing Activities Calendar:</w:t>
      </w:r>
      <w:r>
        <w:t xml:space="preserve"> A template for planning intentional moments of connection and care throughout the week and month, encouraging couples to proactively prioritize their relationship amidst busy schedules.</w:t>
      </w:r>
    </w:p>
    <w:p>
      <w:pPr>
        <w:jc w:val="left"/>
      </w:pPr>
      <w:r>
        <w:rPr>
          <w:b/>
        </w:rPr>
        <w:t>Empathy Practice Scenarios:</w:t>
      </w:r>
      <w:r>
        <w:t xml:space="preserve"> Role-playing prompts and guided reflections to help couples hone their empathetic listening and responding skills in different relational contexts.</w:t>
      </w:r>
    </w:p>
    <w:p>
      <w:pPr>
        <w:jc w:val="left"/>
      </w:pPr>
      <w:r>
        <w:rPr>
          <w:b/>
        </w:rPr>
        <w:t>Novelty Ideas Bank:</w:t>
      </w:r>
      <w:r>
        <w:t xml:space="preserve"> A collection of diverse suggestions for introducing new experiences and breaking routines, ranging from simple home-based activities to more adventurous outings, catering to various interests and comfort levels.</w:t>
      </w:r>
    </w:p>
    <w:p>
      <w:pPr>
        <w:jc w:val="left"/>
      </w:pPr>
      <w:r>
        <w:rPr>
          <w:b/>
        </w:rPr>
        <w:t>Trust-Building Exercises:</w:t>
      </w:r>
      <w:r>
        <w:t xml:space="preserve"> Step-by-step guidance for activities that foster transparency, reliability, and mutual assurance, reinforcing the foundational elements of trust.</w:t>
      </w:r>
    </w:p>
    <w:p>
      <w:pPr>
        <w:jc w:val="left"/>
      </w:pPr>
      <w:r>
        <w:rPr>
          <w:b/>
        </w:rPr>
        <w:t>Commitment Affirmation Prompts:</w:t>
      </w:r>
      <w:r>
        <w:t xml:space="preserve"> Tools for couples to articulate and reaffirm their dedication to each other, solidifying their shared vision and purpose.</w:t>
      </w:r>
    </w:p>
    <w:p>
      <w:pPr>
        <w:jc w:val="left"/>
      </w:pPr>
      <w:r>
        <w:rPr>
          <w:b/>
        </w:rPr>
        <w:t>Further Reading &amp; Resources:</w:t>
      </w:r>
      <w:r>
        <w:t xml:space="preserve"> A list of recommended books, websites, and professional organizations for couples seeking additional support and information on enhancing their marital connection.</w:t>
      </w:r>
    </w:p>
    <w:p>
      <w:pPr>
        <w:jc w:val="left"/>
      </w:pPr>
      <w:r>
        <w:rPr>
          <w:b/>
        </w:rPr>
        <w:t>C.O.N.N.E.C.T. Framework:</w:t>
      </w:r>
      <w:r>
        <w:t xml:space="preserve"> A foundational model for fostering lasting marital connection, comprising seven key principles: Communication, Openness, Nurturing, Novelty, Empathy, Commitment, and Trust. Each element is a vital component in the continuous building and maintenance of a strong marital bond.</w:t>
      </w:r>
    </w:p>
    <w:p>
      <w:pPr>
        <w:jc w:val="left"/>
      </w:pPr>
      <w:r>
        <w:rPr>
          <w:b/>
        </w:rPr>
        <w:t>Active Listening:</w:t>
      </w:r>
      <w:r>
        <w:t xml:space="preserve"> A communication technique that involves fully concentrating, understanding, responding, and remembering what is being said. It goes beyond simply hearing words to grasping the speaker's underlying emotions and intentions.</w:t>
      </w:r>
    </w:p>
    <w:p>
      <w:pPr>
        <w:jc w:val="left"/>
      </w:pPr>
      <w:r>
        <w:rPr>
          <w:b/>
        </w:rPr>
        <w:t>Vulnerability:</w:t>
      </w:r>
      <w:r>
        <w:t xml:space="preserve"> The willingness to be open and honest about one's feelings, fears, and needs, even when it carries the risk of emotional exposure or judgment. Essential for building deep intimacy and trust.</w:t>
      </w:r>
    </w:p>
    <w:p>
      <w:pPr>
        <w:jc w:val="left"/>
      </w:pPr>
      <w:r>
        <w:rPr>
          <w:b/>
        </w:rPr>
        <w:t>Intentionality:</w:t>
      </w:r>
      <w:r>
        <w:t xml:space="preserve"> A conscious and deliberate approach to nurturing the relationship, rather than passively allowing it to develop. It involves making proactive choices to engage in behaviors that strengthen the marital bond.</w:t>
      </w:r>
    </w:p>
    <w:p>
      <w:pPr>
        <w:jc w:val="left"/>
      </w:pPr>
      <w:r>
        <w:rPr>
          <w:b/>
        </w:rPr>
        <w:t>Resilience:</w:t>
      </w:r>
      <w:r>
        <w:t xml:space="preserve"> The capacity of a couple to withstand and recover from adversity, challenges, and stress, emerging from difficult experiences even stronger.</w:t>
      </w:r>
    </w:p>
    <w:p>
      <w:pPr>
        <w:jc w:val="left"/>
      </w:pPr>
      <w:r>
        <w:rPr>
          <w:b/>
        </w:rPr>
        <w:t>Shared Meaning:</w:t>
      </w:r>
      <w:r>
        <w:t xml:space="preserve"> The creation of a common understanding, purpose, and value system within the marriage that binds the couple together and provides a sense of shared direction.</w:t>
      </w:r>
    </w:p>
    <w:p>
      <w:pPr>
        <w:jc w:val="left"/>
      </w:pPr>
      <w:r>
        <w:t xml:space="preserve">Gottman, J. M., &amp; Silver, N. (2015). </w:t>
      </w:r>
      <w:r>
        <w:rPr>
          <w:i/>
        </w:rPr>
        <w:t>The Seven Principles for Making Marriage Work: A Practical Guide from the Country's Foremost Relationship Expert</w:t>
      </w:r>
      <w:r>
        <w:t>. Harmony.</w:t>
      </w:r>
    </w:p>
    <w:p>
      <w:pPr>
        <w:jc w:val="left"/>
      </w:pPr>
      <w:r>
        <w:t xml:space="preserve">Johnson, S. (2019). </w:t>
      </w:r>
      <w:r>
        <w:rPr>
          <w:i/>
        </w:rPr>
        <w:t>Attached: The New Science of Adult Attachment and How It Can Help You Find—and Keep—Love</w:t>
      </w:r>
      <w:r>
        <w:t>. Penguin Books.</w:t>
      </w:r>
    </w:p>
    <w:p>
      <w:pPr>
        <w:jc w:val="left"/>
      </w:pPr>
      <w:r>
        <w:t xml:space="preserve">Perel, E. (2017). </w:t>
      </w:r>
      <w:r>
        <w:rPr>
          <w:i/>
        </w:rPr>
        <w:t>The State of Affairs: Rethinking Infidelity</w:t>
      </w:r>
      <w:r>
        <w:t>. Riverhead Books.</w:t>
      </w:r>
    </w:p>
    <w:p>
      <w:pPr>
        <w:jc w:val="left"/>
      </w:pPr>
      <w:r>
        <w:t xml:space="preserve">Siegel, D. J. (2012). </w:t>
      </w:r>
      <w:r>
        <w:rPr>
          <w:i/>
        </w:rPr>
        <w:t>The Developing Mind: How Relationships and Environment Shape Who We Become</w:t>
      </w:r>
      <w:r>
        <w:t>. W. W. Norton &amp; Company.</w:t>
      </w:r>
    </w:p>
    <w:p>
      <w:pPr>
        <w:jc w:val="left"/>
      </w:pPr>
      <w:r>
        <w:rPr>
          <w:i/>
        </w:rPr>
        <w:t>[Book Title]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i w:val="0"/>
      <w:color w:val="000000"/>
      <w:sz w:val="28"/>
      <w:szCs w:val="28"/>
      <w:u w:val="none"/>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i w:val="0"/>
      <w:color w:val="000000"/>
      <w:sz w:val="26"/>
      <w:szCs w:val="26"/>
      <w:u w:val="none"/>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i w:val="0"/>
      <w:color w:val="000000"/>
      <w:u w:val="none"/>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val="0"/>
      <w:iCs/>
      <w:color w:val="000000"/>
      <w:u w:val="none"/>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b/>
      <w:i w:val="0"/>
      <w:color w:val="000000"/>
      <w:u w:val="none"/>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b/>
      <w:i w:val="0"/>
      <w:iCs/>
      <w:color w:val="000000"/>
      <w:u w:val="none"/>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b/>
      <w:i w:val="0"/>
      <w:iCs/>
      <w:color w:val="000000"/>
      <w:u w:val="none"/>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b/>
      <w:i w:val="0"/>
      <w:color w:val="000000"/>
      <w:sz w:val="20"/>
      <w:szCs w:val="20"/>
      <w:u w:val="none"/>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b/>
      <w:i w:val="0"/>
      <w:iCs/>
      <w:color w:val="000000"/>
      <w:sz w:val="20"/>
      <w:szCs w:val="20"/>
      <w:u w: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i w:val="0"/>
      <w:color w:val="000000"/>
      <w:sz w:val="28"/>
      <w:szCs w:val="28"/>
      <w:u w:val="none"/>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i w:val="0"/>
      <w:color w:val="000000"/>
      <w:sz w:val="26"/>
      <w:szCs w:val="26"/>
      <w:u w:val="none"/>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i w:val="0"/>
      <w:color w:val="000000"/>
      <w:u w:val="none"/>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val="0"/>
      <w:iCs/>
      <w:color w:val="000000"/>
      <w:u w:val="none"/>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b/>
      <w:i w:val="0"/>
      <w:color w:val="000000"/>
      <w:u w:val="none"/>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b/>
      <w:i w:val="0"/>
      <w:iCs/>
      <w:color w:val="000000"/>
      <w:u w:val="none"/>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b/>
      <w:i w:val="0"/>
      <w:iCs/>
      <w:color w:val="000000"/>
      <w:u w:val="none"/>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b/>
      <w:i w:val="0"/>
      <w:color w:val="000000"/>
      <w:sz w:val="20"/>
      <w:szCs w:val="20"/>
      <w:u w:val="none"/>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b/>
      <w:i w:val="0"/>
      <w:iCs/>
      <w:color w:val="000000"/>
      <w:sz w:val="20"/>
      <w:szCs w:val="20"/>
      <w:u w:val="none"/>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generated by python-docx</dc:description>
  <cp:lastModifiedBy/>
  <cp:revision>1</cp:revision>
  <dcterms:created xsi:type="dcterms:W3CDTF">2025-08-18T10:59:22Z</dcterms:created>
  <dcterms:modified xsi:type="dcterms:W3CDTF">2025-08-18T10:59:22Z</dcterms:modified>
  <cp:category/>
</cp:coreProperties>
</file>