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5040"/>
      </w:pPr>
      <w:r>
        <w:t/>
      </w:r>
    </w:p>
    <w:p>
      <w:pPr>
        <w:jc w:val="center"/>
      </w:pPr>
      <w:r>
        <w:rPr/>
        <w:t xml:space="preserve"> FOREVER: Seven Keys to Building a Love That Lasts</w:t>
      </w:r>
    </w:p>
    <w:p>
      <w:pPr>
        <w:jc w:val="center"/>
      </w:pPr>
      <w:r>
        <w:t>by</w:t>
      </w:r>
    </w:p>
    <w:p>
      <w:pPr>
        <w:jc w:val="center"/>
      </w:pPr>
      <w:r>
        <w:t>Carlos Todd</w:t>
      </w:r>
    </w:p>
    <w:p>
      <w:r>
        <w:br w:type="page"/>
      </w:r>
    </w:p>
    <w:p>
      <w:pPr>
        <w:spacing w:before="5040"/>
        <w:jc w:val="center"/>
      </w:pPr>
      <w:r>
        <w:rPr/>
        <w:t xml:space="preserve"> Front Matter</w:t>
      </w:r>
    </w:p>
    <w:p>
      <w:r>
        <w:t>This book is dedicated to all the couples who dare to dream of a forever love, a love built not on fleeting passion but on the solid foundation of friendship, open communication, and unwavering commitment. It's for those who understand that marriage is not a destination but a journey, a continuous process of growth, adaptation, and rediscovery. May these pages serve as a roadmap, guiding you through the exciting and challenging terrain of building a lasting relationship, a love that not only endures but flourishes with each passing year. This is dedicated to the countless couples I’ve had the privilege of working with, whose stories and insights have shaped this guide and fueled my passion for helping others build thriving relationships. Their resilience, vulnerability, and commitment to growth inspire me daily.</w:t>
      </w:r>
    </w:p>
    <w:p>
      <w:pPr>
        <w:jc w:val="left"/>
      </w:pPr>
      <w:r>
        <w:t xml:space="preserve">As a relationship therapist specializing in premarital counseling, I’ve witnessed firsthand the power of preparation in building a successful marriage. Too often, couples enter marriage without a clear understanding of the emotional, relational, and practical challenges that lie ahead. This book, </w:t>
      </w:r>
      <w:r>
        <w:rPr>
          <w:i/>
        </w:rPr>
        <w:t>Forever: Seven Keys to Building a Love That Lasts,</w:t>
      </w:r>
      <w:r>
        <w:t xml:space="preserve"> aims to change that. Drawing upon years of experience working with couples, and incorporating the insights gleaned from my previous books, </w:t>
      </w:r>
      <w:r>
        <w:rPr>
          <w:i/>
        </w:rPr>
        <w:t>The FIGHT Plan</w:t>
      </w:r>
      <w:r>
        <w:t xml:space="preserve"> and </w:t>
      </w:r>
      <w:r>
        <w:rPr>
          <w:i/>
        </w:rPr>
        <w:t>RESTORE</w:t>
      </w:r>
      <w:r>
        <w:t>, this guide provides a proactive, preventative approach to building a strong and enduring relationship. Forget the reactive approach to relationship challenges—this book empowers you to build a solid foundation from the start. The seven keys presented—Friendship First, Open Communication, Resolving Conflict Early, Embracing Differences, Valuing Vows, Emotional Responsiveness, and Reigniting Romance—offer a comprehensive framework for navigating the complexities of married life. Each key is explored in depth, supported by real-life examples, practical advice, discussion questions, and actionable steps. My hope is that this book will not only equip you with the necessary tools but also inspire you to cultivate a deep and lasting love, a love that truly stands the test of time.</w:t>
      </w:r>
    </w:p>
    <w:p>
      <w:pPr>
        <w:jc w:val="left"/>
      </w:pPr>
      <w:r>
        <w:t xml:space="preserve">Marriage. The word itself conjures up images of romance, commitment, and happily ever after. But the reality of building a lasting marriage often differs from the idealized picture. While love is the cornerstone of any successful relationship, it's not enough on its own. </w:t>
      </w:r>
      <w:r>
        <w:rPr>
          <w:i/>
        </w:rPr>
        <w:t>Forever: Seven Keys to Building a Love That Lasts</w:t>
      </w:r>
      <w:r>
        <w:t xml:space="preserve"> provides a practical, evidence-based approach to building a strong and resilient marriage. This book isn't about fairy tales; it's about the hard work, the commitment, and the conscious choices that are necessary to create a loving and fulfilling partnership. Using the acronym FOREVER, we will explore seven essential principles: Friendship First emphasizes the importance of building a strong foundation of friendship before, during, and after the wedding bells. Open Communication highlights the necessity of clear, honest, and empathetic conversations. Resolving Conflict Early focuses on proactive strategies for managing disagreements and preventing escalation. Embracing Differences celebrates the unique qualities each partner brings to the relationship. Valuing Vows explores the importance of commitment and shared goals. Emotional Responsiveness emphasizes the significance of understanding and supporting each other's emotional needs. Finally, Reigniting Romance reminds us to nurture the spark that ignited our love in the first place. This isn't just a premarital guide; it's a roadmap for lifelong growth and connection. Each chapter offers practical strategies, real-life stories, and exercises to guide you on your journey toward building a truly lasting love. Prepare to embark on a journey of self-discovery and relationship building, setting the stage for a lifetime of love and happiness.</w:t>
      </w:r>
    </w:p>
    <w:p>
      <w:r>
        <w:br w:type="page"/>
      </w:r>
    </w:p>
    <w:p>
      <w:pPr>
        <w:spacing w:before="5040"/>
        <w:jc w:val="center"/>
      </w:pPr>
      <w:r>
        <w:rPr/>
        <w:t xml:space="preserve"> Chapter 1: Friendship First: Building a Solid Foundation</w:t>
      </w:r>
    </w:p>
    <w:p>
      <w:r>
        <w:t>Many couples enter marriage focusing intensely on romantic love, often overlooking the equally crucial foundation of friendship. While passionate romance undoubtedly plays a vital role, a strong friendship provides the enduring bedrock upon which a successful, long-lasting marriage is built. Think of it this way: romantic love might be the initial spark that ignites the flame, but friendship is the steady fuel that keeps it burning brightly through the inevitable ups and downs of life together. A genuine friendship, characterized by shared interests, mutual respect, and genuine enjoyment of each other's company, provides a buffer against the storms that every marriage inevitably faces. It's the glue that holds the relationship together when the initial passion fades, replacing it with a deep, abiding connection.</w:t>
      </w:r>
    </w:p>
    <w:p>
      <w:r>
        <w:br/>
        <w:t>Consider the couples you know who have celebrated decades of marriage. What are the common threads that bind them? Often, it's not just romantic gestures but a deep sense of companionship, a shared laughter, and the comfortable ease of spending time together, engaging in activities they both enjoy. They are friends first, lovers second. This isn't to diminish the importance of romance, but rather to emphasize the critical role of friendship in providing a secure and supportive base for the relationship. When life throws curveballs – job loss, illness, financial struggles, family crises – it's the strength of their friendship that helps them navigate these challenges together, offering unwavering support and understanding.</w:t>
      </w:r>
    </w:p>
    <w:p/>
    <w:p>
      <w:r>
        <w:br/>
        <w:t>A strong marital friendship allows for open and honest communication, even about difficult topics. Friends are comfortable sharing vulnerabilities, concerns, and dreams, knowing they will be met with empathy and acceptance. This open communication channel becomes a lifeline during challenging times, allowing couples to work through disagreements collaboratively, rather than resorting to conflict and resentment. It enables them to understand each other's perspectives, even when they don't entirely agree. This mutual understanding becomes crucial when facing tough decisions or navigating periods of stress. Imagine facing a major life change – moving to a new city, starting a family, or dealing with a serious illness – without the unwavering support of your best friend. The strength and stability of the friendship become a powerful force, helping to weather the storm.</w:t>
      </w:r>
    </w:p>
    <w:p/>
    <w:p>
      <w:r>
        <w:br/>
        <w:t>The ability to laugh together, to share inside jokes, to simply enjoy each other's company is a hallmark of a strong friendship. These shared moments of levity provide relief from the pressures of daily life, serving as a much-needed respite from stress and tension. They create a reservoir of positive memories and shared experiences that strengthen the emotional bond between partners. Consider couples who actively cultivate these lighthearted interactions, incorporating humor and playfulness into their routines. They understand that laughter is not just a pleasant pastime but a vital component of a healthy relationship, reducing stress and fostering intimacy. These light moments reinforce their connection and remind them of the joy they share, enriching their bond.</w:t>
      </w:r>
    </w:p>
    <w:p/>
    <w:p>
      <w:r>
        <w:br/>
        <w:t>Furthermore, a strong friendship in marriage fosters mutual respect. Friends value each other's opinions, even when they disagree. They respect each other's individual needs and boundaries, acknowledging the importance of maintaining a healthy balance between togetherness and individuality. This mutual respect creates an environment of trust and emotional safety, where both partners feel comfortable expressing themselves freely, without fear of judgment or criticism. Consider couples who actively prioritize each other's personal growth and aspirations. They encourage each other to pursue their dreams, offering support and encouragement along the way. This mutual respect nurtures the relationship and allows each individual to thrive, contributing to a stronger, more fulfilling partnership.</w:t>
      </w:r>
    </w:p>
    <w:p/>
    <w:p>
      <w:r>
        <w:br/>
        <w:t>Cultivating friendship within a marriage is an ongoing process, requiring conscious effort and commitment from both partners. It's not something that simply happens; it needs nurturing. One key element is actively engaging in shared activities that you both enjoy. This could be anything from watching movies together to hiking in the mountains, from playing games to volunteering at a local charity. The activity itself is less important than the shared experience and the opportunity to connect on a deeper level. The shared activity creates a common ground, a shared experience that strengthens the bond between partners.</w:t>
      </w:r>
    </w:p>
    <w:p/>
    <w:p>
      <w:r>
        <w:br/>
        <w:t>Another important aspect is prioritizing quality time together. In today's busy world, it's easy to let daily routines consume our lives, leaving little time for meaningful connection. However, making time for each other, even just a few minutes each day, is crucial for maintaining a strong friendship. This could involve simply sitting down together to talk, going for a walk, or reading together before bed. The intention is to foster that quality time that connects partners and strengthens their bond. It involves creating space for intimate conversation and genuine connection.</w:t>
      </w:r>
    </w:p>
    <w:p/>
    <w:p>
      <w:r>
        <w:br/>
        <w:t>Open and honest communication is also critical. Friends are comfortable sharing their feelings, thoughts, and concerns, knowing that they will be met with understanding and empathy. This requires active listening, a willingness to see things from your partner's perspective, and the ability to communicate your own needs and wants in a respectful manner. Effective communication skills are crucial. This includes expressing needs directly and clearly, actively listening to understand a partner's perspective, and finding ways to navigate disagreements productively and respectfully. Honest and open communication fosters understanding and strengthens emotional connection.</w:t>
      </w:r>
    </w:p>
    <w:p/>
    <w:p>
      <w:r>
        <w:br/>
        <w:t>Finally, it's important to make an effort to show your appreciation for your partner. Small gestures, like leaving a loving note or doing a chore for your spouse, can make a big difference. It's about demonstrating that you care, that you value your friendship, and that you’re committed to nurturing the relationship. These small acts of kindness not only brighten a partner's day but also reinforce the affection and respect that are fundamental to a strong friendship. These small gestures, consistently expressed over time, demonstrate the commitment to building a lasting, supportive bond that strengthens the relationship through the inevitable trials and triumphs of married life. They show the commitment to the partnership, and they reinforce a feeling of mutual appreciation.</w:t>
      </w:r>
    </w:p>
    <w:p/>
    <w:p>
      <w:r>
        <w:br/>
        <w:t>In conclusion, friendship is not merely a component of a successful marriage; it is the very foundation upon which lasting love is built. By consciously cultivating friendship within the marital relationship—prioritizing shared activities, making time for quality connection, practicing open and honest communication, and showing consistent appreciation—couples can create a bond that endures through life's inevitable challenges. This foundation of friendship provides a secure and supportive base for the relationship, enabling couples to navigate life's complexities together, fostering a love that truly lasts a lifetime. It’s a commitment that needs to be actively cultivated and nurtured, but the rewards are immeasurable – a deep, abiding connection that transcends the initial passion of romance and creates a love that truly lasts forever. The effort invested in nurturing this friendship is an investment in the future happiness and stability of the marriage.</w:t>
      </w:r>
    </w:p>
    <w:p/>
    <w:p>
      <w:r>
        <w:t>Identifying and nurturing shared interests is paramount to building a strong, enduring friendship within a marriage. While initial attraction often stems from romantic sparks and individual personalities, the sustained connection that defines a successful long-term relationship thrives on shared experiences and mutual enjoyment. These shared interests provide a continuous source of connection, fostering a sense of camaraderie and mutual understanding that transcends the initial infatuation phase. Think of it as the mortar that binds the bricks of your individual lives together, creating a cohesive and resilient structure capable of weathering life's storms.</w:t>
      </w:r>
    </w:p>
    <w:p>
      <w:r>
        <w:br/>
        <w:t>The discovery of shared interests isn't always a straightforward process. It requires active exploration and a willingness to step outside of individual comfort zones. It's not about forcing compatibility where none exists, but rather about uncovering hidden commonalities and creating new shared experiences. Start by engaging in honest and open conversations with your partner. Discuss your hobbies, passions, and things you've always wanted to try. Listen attentively to their responses, seeking to understand their interests and motivations. Be open to exploring activities that might initially seem outside your comfort zone. This willingness to step outside of familiar territory often reveals surprising common ground and fosters a deeper understanding of your partner's personality and preferences.</w:t>
      </w:r>
    </w:p>
    <w:p/>
    <w:p>
      <w:r>
        <w:br/>
        <w:t>One effective strategy is to revisit your dating history. What activities did you enjoy most during your courtship? What sparked meaningful conversations and created lasting memories? These early experiences can offer valuable clues to shared interests that might have been sidelined as life's demands increased. Reintroducing these shared activities can rekindle the initial spark and strengthen the emotional bond between partners. It might be as simple as revisiting a favorite restaurant, taking a weekend trip to a place you both enjoyed, or engaging in a hobby you both pursued early in your relationship. The goal is to rekindle the positive feelings and memories associated with those early experiences, solidifying the foundation of your friendship.</w:t>
      </w:r>
    </w:p>
    <w:p/>
    <w:p>
      <w:r>
        <w:br/>
        <w:t>Beyond revisiting past activities, actively explore new experiences together. This could involve trying a new cuisine, attending a local art exhibition, joining a hiking group, or taking a cooking class. The key is to step outside of your routines and expose yourselves to different possibilities. This exploration expands your shared experiences and provides new avenues for connection and shared memories. It's essential to remember that the activity itself is less important than the shared experience and the opportunity to create new memories together. The act of engaging in something novel together fosters a sense of teamwork and shared accomplishment, further solidifying the bond between partners.</w:t>
      </w:r>
    </w:p>
    <w:p/>
    <w:p>
      <w:r>
        <w:br/>
        <w:t>Consider couples who regularly engage in shared hobbies. Perhaps they are avid hikers, spending weekends exploring trails and enjoying the beauty of nature. Or maybe they are enthusiastic gardeners, working together to cultivate a vibrant garden, sharing the pride of their accomplishments. They might be dedicated book club members, sharing their thoughts and insights on literature. These shared activities provide more than just enjoyment; they create a common ground, a shared language, and a sense of belonging. The shared experience itself strengthens the emotional bond, creating lasting memories and reinforcing the sense of camaraderie. The process of learning something new together, supporting each other through challenges, and celebrating successes creates a shared sense of accomplishment, further enriching the relationship.</w:t>
      </w:r>
    </w:p>
    <w:p/>
    <w:p>
      <w:r>
        <w:br/>
        <w:t>However, the reality for many couples is a busy lifestyle that leaves little room for leisure activities. It's crucial to prioritize quality time, even in small doses. Instead of aiming for grand gestures, focus on incorporating small moments of shared engagement into your daily routine. This could involve preparing dinner together, listening to music while doing chores, or engaging in a quick game before bed. These small acts accumulate over time, strengthening the bond and fostering a sense of shared rhythm and connection. The focus shouldn't solely be on grand, extravagant experiences, but rather on consistently carving out time for meaningful connection within the context of daily life.</w:t>
      </w:r>
    </w:p>
    <w:p/>
    <w:p>
      <w:r>
        <w:br/>
        <w:t>Open communication is critical in identifying and nurturing shared interests. Discuss your dreams and aspirations, both individually and as a couple. Be willing to compromise and explore areas where your interests overlap. If your partner is passionate about something you've never tried, show interest and a willingness to learn. This demonstrates mutual respect and supports individual passions while fostering a sense of shared experience. Open communication isn't merely about verbal exchanges; it's about actively listening and demonstrating genuine interest in your partner's passions.</w:t>
      </w:r>
    </w:p>
    <w:p/>
    <w:p>
      <w:r>
        <w:br/>
        <w:t>In addition to shared hobbies, consider shared goals and aspirations. Working together toward a common objective, whether it's saving for a house, planning a trip, or volunteering for a cause you both care about, creates a strong sense of unity and shared purpose. These shared goals provide a framework for collaboration and mutual support, further solidifying the friendship within the marriage. The shared pursuit of a common objective transcends individual interests, creating a shared identity and a powerful sense of unity.</w:t>
      </w:r>
    </w:p>
    <w:p/>
    <w:p>
      <w:r>
        <w:br/>
        <w:t>Remember that shared interests are not static; they evolve over time. As individuals grow and change, new interests may emerge. Maintaining a strong friendship requires continuous effort and a willingness to adapt and explore together. This continuous exploration helps keep the relationship fresh and exciting, preventing stagnation and ensuring that the foundation of friendship remains strong and resilient through the ebb and flow of life’s experiences. It's a continuous process of discovery and re-discovery, reinforcing the emotional bond and maintaining the vitality of the relationship. It reflects the ongoing evolution of your individual identities and how you weave them together in a supportive and mutually enriching partnership.</w:t>
      </w:r>
    </w:p>
    <w:p/>
    <w:p>
      <w:r>
        <w:br/>
        <w:t>The ultimate goal is not merely to share activities, but to cultivate a deep sense of companionship and mutual understanding. Shared interests provide the means to that end, creating a platform for connection, communication, and mutual support. By actively engaging in shared activities, communicating openly about aspirations, and prioritizing quality time together, couples can create a strong foundation of friendship that will sustain their love for years to come. This continuous cultivation of shared interests isn't merely a recipe for a happy marriage; it is a testament to the strength of a friendship that transcends the fleeting nature of romantic love, ensuring a relationship that truly endures. It's an ongoing investment in the happiness and longevity of your marriage, building a solid foundation that will weather the storms and celebrate the joys of life together. It's about building a love that truly lasts forever.</w:t>
      </w:r>
    </w:p>
    <w:p/>
    <w:p>
      <w:r>
        <w:t>Building a strong, lasting relationship requires more than just shared interests and compatible personalities; it demands a foundation of unwavering trust and genuine vulnerability. These two elements are intrinsically linked, forming the bedrock upon which intimacy, understanding, and lasting love are built. Without trust, vulnerability becomes a risk, and without vulnerability, true intimacy remains elusive. Think of it as a delicate dance, where each partner takes measured steps toward openness, secure in the knowledge that the other will meet them with acceptance and support.</w:t>
      </w:r>
    </w:p>
    <w:p>
      <w:r>
        <w:br/>
        <w:t>Trust, at its core, is the confident belief in the reliability, integrity, and benevolence of another person. It's not a given; it's cultivated through consistent actions and a demonstrable commitment to honesty and emotional safety. This means being reliable – keeping promises, showing up when you say you will, and following through on commitments. It also means being honest, even when the truth is uncomfortable. This isn’t about brutal honesty, but about a commitment to transparency and open communication, even when discussing difficult topics.</w:t>
      </w:r>
    </w:p>
    <w:p/>
    <w:p>
      <w:r>
        <w:br/>
        <w:t>Creating a safe emotional space is paramount to building trust. This involves actively listening to your partner without judgment, validating their feelings, and offering support without criticism. It means being willing to admit your own mistakes and flaws without becoming defensive, acknowledging your vulnerabilities, and accepting your partner's imperfections with grace. This kind of emotional safety encourages your partner to open up, share their deepest fears and insecurities, and feel comfortable being their authentic selves. A safe space is where both partners feel secure in expressing their true thoughts and emotions, knowing they won't be ridiculed or dismissed.</w:t>
      </w:r>
    </w:p>
    <w:p/>
    <w:p>
      <w:r>
        <w:br/>
        <w:t>Consider couples who have weathered significant life challenges. Perhaps one partner faced a job loss, or a family crisis, or a health scare. How the other partner responded during these difficult times profoundly impacts the level of trust in the relationship. Did they offer unwavering support, listening without judgment and providing practical help where possible? Or did they retreat, offering little emotional support or even exacerbating the situation with criticism or blame? These actions, however seemingly small, create a ripple effect, either bolstering or eroding the foundation of trust. The consistent demonstration of emotional support during stressful periods strengthens the bond and deepens the level of trust.</w:t>
      </w:r>
    </w:p>
    <w:p/>
    <w:p>
      <w:r>
        <w:br/>
        <w:t>Vulnerability, often seen as a sign of weakness, is actually a courageous act of self-exposure. It’s about sharing your authentic self, flaws and all, with another person. It involves opening up about your fears, insecurities, and hopes, allowing your partner to see the unvarnished truth of who you are. It is a testament to the level of trust you have in your partner’s acceptance and support. Vulnerability isn’t about constant confession or excessive self-disclosure; it’s about strategically sharing aspects of yourself that deepen the connection and foster intimacy.</w:t>
      </w:r>
    </w:p>
    <w:p/>
    <w:p>
      <w:r>
        <w:br/>
        <w:t>Building vulnerability requires intentional steps. Start small. Share a minor insecurity or a past mistake. Observe your partner's reaction. Is it judgmental or supportive? Does it foster a sense of safety and understanding? If the response is positive, gradually share more intimate details. It’s a process of incremental disclosure, each step building confidence and deepening the level of intimacy. It’s a progressive unveiling, much like slowly removing layers of an onion to reveal the core essence within.</w:t>
      </w:r>
    </w:p>
    <w:p/>
    <w:p>
      <w:r>
        <w:br/>
        <w:t>Practical exercises can facilitate this process. Consider regular "check-in" sessions where each partner shares their feelings and concerns. These sessions should be structured around active listening and mutual validation, rather than problem-solving or offering immediate solutions. The goal is to create a safe space for emotional expression and to foster a deeper understanding of each other's inner worlds. Alternatively, engaging in shared activities that inspire reflection and introspection, such as journaling together or attending a couples' retreat, can create opportunities for vulnerability and connection. It’s about creating space for genuine emotional engagement.</w:t>
      </w:r>
    </w:p>
    <w:p/>
    <w:p>
      <w:r>
        <w:br/>
        <w:t>Remember that vulnerability is a two-way street. Both partners must be willing to share and receive. If only one partner is vulnerable, the relationship will become unbalanced, potentially leading to resentment and distance. It's about creating a reciprocal exchange where both partners feel seen, heard, and understood. This sense of mutuality is crucial for building a healthy and fulfilling relationship.</w:t>
      </w:r>
    </w:p>
    <w:p/>
    <w:p>
      <w:r>
        <w:br/>
        <w:t>However, the path to vulnerability is not always easy. Past trauma or negative experiences can make it difficult for some individuals to open up. If either partner has struggled with significant emotional challenges, seeking professional help may be beneficial. A therapist can provide a safe and supportive environment to explore these issues, learn healthy coping mechanisms, and develop trust and vulnerability within the context of the relationship. Therapy offers a structured framework to navigate the complexities of emotional healing and build a more secure and resilient connection.</w:t>
      </w:r>
    </w:p>
    <w:p/>
    <w:p>
      <w:r>
        <w:br/>
        <w:t>Furthermore, it’s important to differentiate between healthy vulnerability and unhealthy self-disclosure. Healthy vulnerability involves thoughtfully revealing aspects of yourself to deepen connection, while unhealthy self-disclosure involves excessive or inappropriate sharing, potentially overwhelming your partner or violating boundaries. The distinction lies in intention and appropriateness. It's about recognizing the context of the relationship and the level of intimacy before sharing certain personal details.</w:t>
      </w:r>
    </w:p>
    <w:p/>
    <w:p>
      <w:r>
        <w:br/>
        <w:t>Building trust and vulnerability is an ongoing process, not a destination. It requires consistent effort, unwavering commitment, and a willingness to embrace the challenges that arise. It’s a testament to the strength of the bond between two people, reflecting their commitment to mutual understanding, support, and acceptance. It’s an investment that yields immeasurable returns, resulting in a deeper, more meaningful, and lasting relationship. This continuous nurturing of trust and vulnerability is not merely an element of a strong relationship; it is the very essence of it. It is the foundation upon which enduring love is built. It’s about creating a love that truly lasts, a love that is built on the unwavering support and mutual understanding of two souls deeply committed to each other. It’s about a love that transcends fleeting moments and endures through the storms of life, standing as a testament to the strength of their bond, woven together by threads of trust and vulnerability.</w:t>
      </w:r>
    </w:p>
    <w:p/>
    <w:p>
      <w:r>
        <w:t>Building a strong marital foundation necessitates more than just romantic love; it thrives on a robust friendship built on mutual respect and clearly defined boundaries. While vulnerability and intimacy are crucial, neglecting personal boundaries can lead to resentment, conflict, and ultimately, relationship breakdown. Understanding and respecting each other's individual needs is paramount to creating a healthy and thriving partnership. This involves acknowledging that each person is an individual with unique interests, needs, and limits, even within the context of a committed relationship.</w:t>
      </w:r>
    </w:p>
    <w:p>
      <w:r>
        <w:br/>
        <w:t>A common misconception is that true love necessitates complete fusion and the abandonment of individual identity. This couldn’t be further from the truth. Healthy relationships thrive on the strength and individuality of each partner. Imagine two trees growing intertwined. While their branches may intertwine, their roots remain distinct, drawing nourishment from the earth independently. This is analogous to a healthy relationship – individual identities remain intact, while a strong connection intertwines them. Attempting to erase individuality only leads to suffocation and resentment, hindering the natural growth and flourishing of the relationship.</w:t>
      </w:r>
    </w:p>
    <w:p/>
    <w:p>
      <w:r>
        <w:br/>
        <w:t>Defining personal boundaries involves identifying activities, behaviors, and interactions that are acceptable and unacceptable within the relationship. These boundaries might encompass emotional, physical, and intellectual spheres. Emotionally, it involves establishing limits on how much emotional support one can offer and receive without feeling drained or depleted. For example, setting a boundary might involve saying, "I love supporting you, but I need some time to myself after work before we discuss your day." Physically, boundaries might define acceptable levels of physical affection or personal space. Some couples may prefer frequent physical intimacy, while others value more personal space. Establishing this understanding early prevents misinterpretations and resentment. Intellectually, it's about respecting each other's opinions, even if they differ. It’s about engaging in healthy debate without resorting to personal attacks or trying to change the other person's fundamental beliefs.</w:t>
      </w:r>
    </w:p>
    <w:p/>
    <w:p>
      <w:r>
        <w:br/>
        <w:t>The act of establishing boundaries isn't about control or restriction; it’s about self-preservation and respect. It’s about acknowledging that you both deserve to maintain your individual identities and well-being while building a strong, mutually beneficial relationship. Failing to set boundaries often leads to feelings of being overwhelmed, taken advantage of, or resentful. These negative feelings can gradually erode the foundation of the relationship, leading to increased conflict and emotional distance.</w:t>
      </w:r>
    </w:p>
    <w:p/>
    <w:p>
      <w:r>
        <w:br/>
        <w:t>Healthy communication is the cornerstone of establishing and maintaining these boundaries. This requires open and honest dialogue about individual needs and preferences. It’s about expressing your needs assertively, not aggressively. Assertiveness involves clearly stating your boundaries without blame or accusation. It is a respectful way of communicating your limits, ensuring your needs are heard and understood. For example, instead of saying, “You always make me feel like I’m not important,” a more assertive approach would be, "I feel overlooked when our plans are frequently changed at the last minute. I value our time together, but I also need predictability in my schedule."</w:t>
      </w:r>
    </w:p>
    <w:p/>
    <w:p>
      <w:r>
        <w:br/>
        <w:t>Active listening is equally critical. This means truly hearing and understanding your partner's perspective, even if you don’t agree with it. It’s about empathizing with their feelings, acknowledging their needs, and seeking a mutually agreeable solution. Active listening can involve paraphrasing their concerns to demonstrate your understanding, asking clarifying questions to ensure you comprehend their message, and offering validation for their feelings, regardless of whether you agree with their perspective.</w:t>
      </w:r>
    </w:p>
    <w:p/>
    <w:p>
      <w:r>
        <w:br/>
        <w:t>Negotiation and compromise are also essential aspects of boundary maintenance. It’s unlikely that both partners will always get exactly what they want. Successful boundary negotiation involves finding common ground, respecting each other's needs, and making compromises that are mutually acceptable. This process requires flexibility, willingness to compromise, and a mutual understanding that maintaining individual boundaries benefits both individuals and strengthens the relationship.</w:t>
      </w:r>
    </w:p>
    <w:p/>
    <w:p>
      <w:r>
        <w:br/>
        <w:t>Consider a couple where one partner is an extrovert, thriving on social interaction, while the other is an introvert, preferring quiet evenings at home. Establishing healthy boundaries might involve agreeing on a balance between social events and quiet time. The extrovert might agree to limit the frequency of large gatherings, while the introvert might agree to participate in a certain number of social events each month. This compromise respects both individual needs and preserves the overall harmony of the relationship.</w:t>
      </w:r>
    </w:p>
    <w:p/>
    <w:p>
      <w:r>
        <w:br/>
        <w:t>Another example might be a couple with differing financial habits. One partner might be a meticulous saver, while the other is a more spontaneous spender. Establishing boundaries around finances involves clear communication about spending habits, budgeting, and financial goals. This could involve creating a joint budget, setting individual spending limits, and discussing major financial decisions together before implementing them. This transparency and mutual respect around finances creates a healthy framework for their financial well-being.</w:t>
      </w:r>
    </w:p>
    <w:p/>
    <w:p>
      <w:r>
        <w:br/>
        <w:t>It's important to remember that boundaries are not static; they can and should evolve as the relationship progresses and circumstances change. Regular check-ins about boundaries are essential to ensure they remain relevant and mutually acceptable. Life experiences and personal growth can shift our needs and preferences, requiring adjustments to pre-established boundaries. Consistent and honest communication prevents resentment and ensures that the boundaries remain a supportive, rather than restrictive, component of the relationship.</w:t>
      </w:r>
    </w:p>
    <w:p/>
    <w:p>
      <w:r>
        <w:br/>
        <w:t>Furthermore, couples should be aware of unhealthy boundary patterns stemming from past relationships or personal experiences. Codependency, for instance, is a pattern characterized by excessive reliance on the partner for emotional fulfillment, often leading to neglecting personal needs and boundaries. Similarly, controlling behavior can manifest as attempts to dictate a partner's actions and limit their independence, fundamentally undermining their sense of self and autonomy. Recognizing such unhealthy patterns and seeking professional help if needed is crucial to building a healthy and respectful relationship.</w:t>
      </w:r>
    </w:p>
    <w:p/>
    <w:p>
      <w:r>
        <w:br/>
        <w:t>Professional guidance can be invaluable in navigating boundary issues. A therapist can provide a safe space to explore the intricacies of individual needs, communication styles, and past experiences that might be impacting the establishment and maintenance of healthy boundaries. Therapy provides a structured framework for learning healthy communication skills, negotiating differences, and building mutual respect, strengthening the capacity for lasting intimacy within a relationship built on trust and understanding. Ultimately, maintaining healthy boundaries in a friendship is about creating a loving, yet independent relationship where both individuals feel respected, valued, and empowered. It's a crucial step in establishing a solid foundation for a fulfilling and enduring marriage. It's a commitment to mutual growth and support, fostering a love that respects individual identities while celebrating their intertwined journey. It’s not about creating distance, but about nurturing a space where both individuals can thrive, individually and collectively. It’s a testament to the depth of the love shared, the commitment to mutual understanding and the desire to create a partnership that endures.</w:t>
      </w:r>
    </w:p>
    <w:p/>
    <w:p>
      <w:r>
        <w:t>The bedrock of any lasting relationship, marital or otherwise, lies in the ability to navigate disagreements constructively. While conflict is inevitable in any close relationship, the manner in which it's handled significantly impacts the overall health and longevity of the bond. Within the context of the friendship that underpins a strong marriage, resolving conflicts effectively becomes paramount. It’s not about avoiding disagreements altogether; healthy relationships allow space for differences of opinion. The true measure of strength lies in the ability to address these differences with respect, empathy, and a commitment to finding mutually acceptable solutions.</w:t>
      </w:r>
    </w:p>
    <w:p>
      <w:r>
        <w:br/>
        <w:t>Active listening forms the cornerstone of effective conflict resolution. This goes beyond simply hearing your partner’s words; it involves genuinely understanding their perspective, empathizing with their feelings, and acknowledging the validity of their emotional experience. It requires putting aside your own immediate reactions and making a conscious effort to grasp their viewpoint from their frame of reference. This can involve paraphrasing their concerns to ensure accurate understanding, asking clarifying questions to delve deeper into their feelings, and offering validation for their emotions, even if you disagree with their conclusions.</w:t>
      </w:r>
    </w:p>
    <w:p/>
    <w:p>
      <w:r>
        <w:br/>
        <w:t>For instance, imagine a scenario where one partner feels neglected due to their spouse's long working hours. Instead of immediately becoming defensive, a demonstration of active listening would involve phrases like, "So, what I hear you saying is that you feel lonely and disconnected because of my long hours at work, and that makes you feel unappreciated." This paraphrasing not only demonstrates that you've heard them, but also shows that you're trying to understand the emotional impact of the situation on them. Following this up with questions like, "Can you tell me more about what makes you feel unappreciated?" opens the door for deeper understanding and further clarifies the issue at hand.</w:t>
      </w:r>
    </w:p>
    <w:p/>
    <w:p>
      <w:r>
        <w:br/>
        <w:t>Empathy plays an equally crucial role. While active listening focuses on understanding, empathy involves sharing and acknowledging your partner’s feelings. It’s about stepping into their shoes and seeing the situation from their emotional vantage point. This doesn't necessarily mean agreeing with their perspective, but rather acknowledging the validity of their feelings and validating their experience. A simple statement such as, "I can see why you feel that way," can go a long way in diffusing tension and creating a safe space for open communication.</w:t>
      </w:r>
    </w:p>
    <w:p/>
    <w:p>
      <w:r>
        <w:br/>
        <w:t>Finding common ground is the next crucial step. After actively listening and demonstrating empathy, the focus shifts toward identifying shared goals and values. Even in the midst of conflict, there are often underlying shared desires and aspirations that can provide a platform for compromise and resolution. For example, if the conflict revolves around differing views on how to spend free time, the common ground might be the desire to spend quality time together, despite disagreements on the specific activities. Identifying this shared desire opens the possibility of exploring alternative activities that cater to both individual preferences and maintain the shared goal of togetherness.</w:t>
      </w:r>
    </w:p>
    <w:p/>
    <w:p>
      <w:r>
        <w:br/>
        <w:t>Negotiation and compromise are often intertwined with finding common ground. It’s unlikely that both partners will always get exactly what they desire. Successful conflict resolution necessitates a willingness to compromise and find mutually acceptable solutions. This might involve brainstorming alternative solutions, prioritizing needs, and creating a plan that balances both individual preferences. It requires flexibility, a willingness to give and take, and a mutual understanding that finding a compromise that works for both partners benefits the relationship as a whole.</w:t>
      </w:r>
    </w:p>
    <w:p/>
    <w:p>
      <w:r>
        <w:br/>
        <w:t>Consider a couple disagreeing about household chores. One partner might feel overwhelmed by the unequal distribution of responsibilities, while the other might believe they are contributing fairly. Through open communication, they might agree on a chore chart that fairly distributes tasks based on each person's time constraints and abilities. This creates a tangible compromise that addresses the concerns of both parties and fosters a sense of fairness and collaboration.</w:t>
      </w:r>
    </w:p>
    <w:p/>
    <w:p>
      <w:r>
        <w:br/>
        <w:t>Avoiding certain pitfalls is essential for constructive conflict resolution. One common pitfall is resorting to personal attacks or blame. Instead of focusing on the issue at hand, blame shifts the responsibility and escalates the conflict. Another pitfall involves interrupting or dismissing each other's perspectives. This undermines open communication and makes it difficult to reach a mutually agreeable solution. Lastly, resorting to silence or stonewalling can shut down communication entirely, leaving the underlying issues unresolved.</w:t>
      </w:r>
    </w:p>
    <w:p/>
    <w:p>
      <w:r>
        <w:br/>
        <w:t>Preventing conflicts from escalating requires establishing clear communication protocols. This involves agreeing on a set of guidelines for handling disagreements, such as taking breaks when necessary, avoiding interrupting, using "I" statements, and focusing on specific behaviors rather than making generalizations. Setting aside dedicated time for discussing important issues can prevent spontaneous arguments and allow for more focused and productive conversations.</w:t>
      </w:r>
    </w:p>
    <w:p/>
    <w:p>
      <w:r>
        <w:br/>
        <w:t>Regular check-ins about the relationship dynamics can help prevent minor disagreements from escalating into major conflicts. These check-ins provide an opportunity to address concerns proactively and prevent resentment from building up over time. They allow partners to share their feelings and needs openly and to reaffirm their commitment to supporting each other.</w:t>
      </w:r>
    </w:p>
    <w:p/>
    <w:p>
      <w:r>
        <w:br/>
        <w:t>Furthermore, understanding the root causes of conflicts can significantly improve the effectiveness of resolution strategies. Many conflicts stem from unmet needs, unresolved past traumas, or underlying communication issues. Addressing these deeper issues often requires seeking professional help from a relationship therapist or counselor. A therapist can provide a safe and neutral space to explore underlying patterns, improve communication skills, and develop healthier coping mechanisms.</w:t>
      </w:r>
    </w:p>
    <w:p/>
    <w:p>
      <w:r>
        <w:br/>
        <w:t>Learning to navigate conflicts within the friendship of a marriage is a continuous process. It requires patience, commitment, and a willingness to continuously learn and grow together. While it won’t always be easy, the investment in resolving conflicts constructively fosters a stronger, more resilient, and more fulfilling relationship. The ability to overcome disagreements strengthens the bond and deepens the friendship that forms the foundation of a successful and enduring marriage. The journey of navigating conflict effectively is not just about resolving individual disagreements; it’s about building a relationship where both partners feel heard, understood, and valued. It's about cultivating a mutual respect that transcends disagreements, fostering a friendship resilient enough to weather any storm. Ultimately, successful conflict resolution is not the absence of conflict, but the presence of a shared commitment to navigate it constructively, strengthening the bond and deepening the love between two individuals. It’s a testament to the strength of the friendship at the heart of the marriage, a friendship that nurtures, supports, and ultimately endures. The ability to resolve conflicts respectfully and effectively is a sign of a healthy relationship, not a sign of weakness. It's a testament to the couple's willingness to invest in their relationship, to work together, and to build a lasting bond that can withstand the challenges of life. This proactive approach to conflict resolution lays a strong foundation for a marriage that is not just based on love, but also on mutual respect, understanding, and the ability to face challenges together. It demonstrates a deep commitment to the partnership, acknowledging that a thriving relationship requires consistent effort, mutual support, and the willingness to learn and grow together, conflict by conflict, and day by day.</w:t>
      </w:r>
    </w:p>
    <w:p/>
    <w:p>
      <w:r>
        <w:br w:type="page"/>
      </w:r>
    </w:p>
    <w:p>
      <w:pPr>
        <w:spacing w:before="5040"/>
        <w:jc w:val="center"/>
      </w:pPr>
      <w:r>
        <w:rPr/>
        <w:t xml:space="preserve"> Chapter 2: Open Communication: The Language of Love</w:t>
      </w:r>
    </w:p>
    <w:p>
      <w:r>
        <w:t>Active listening is more than just hearing the words your partner speaks; it's about truly understanding the message they're conveying, both verbally and nonverbally. It requires a conscious effort to focus your attention fully on your partner, minimizing distractions and internal thoughts that might impede your understanding. This involves not only paying attention to their spoken words but also observing their body language, facial expressions, and tone of voice. These nonverbal cues often communicate as much, if not more, than the spoken words themselves. A furrowed brow might indicate frustration, even if their words express agreement. A hesitant tone could suggest underlying uncertainty or apprehension. Paying attention to these nuances allows for a deeper and more complete understanding of your partner's message.</w:t>
      </w:r>
    </w:p>
    <w:p>
      <w:r>
        <w:br/>
        <w:t>To enhance your active listening skills, practice paraphrasing what your partner says to confirm your understanding. Instead of simply reacting, take a moment to reflect on what you've heard and rephrase it in your own words. For example, if your partner says, "I've been feeling really stressed lately with work," you could respond with, "So, it sounds like you're feeling overwhelmed and stressed by your workload recently." This not only shows your partner that you're paying attention but also gives them an opportunity to clarify or correct any misinterpretations. It creates a safe space for open communication, ensuring that both partners are on the same page. Further, asking clarifying questions shows your genuine interest and desire to understand their perspective completely. Instead of jumping to conclusions or offering solutions prematurely, ask open-ended questions that encourage your partner to elaborate on their feelings and experiences. Instead of asking "Are you stressed?", try "Tell me more about what's been stressing you out lately." This approach allows your partner to share their thoughts and feelings without feeling pressured or judged.</w:t>
      </w:r>
    </w:p>
    <w:p/>
    <w:p>
      <w:r>
        <w:br/>
        <w:t>Empathetic communication builds upon active listening by demonstrating understanding and compassion for your partner's emotional state. It's about acknowledging their feelings and validating their experiences, even if you don't necessarily agree with their perspective. This doesn't mean condoning unhealthy behaviors; rather, it signifies recognizing and respecting their emotions. A simple statement like, "That sounds really difficult," or "I can understand why you would feel that way," can go a long way in creating a supportive and empathetic environment. Empathy is about stepping into your partner's shoes and seeing the situation from their point of view, understanding their emotions, and acknowledging the validity of their feelings.</w:t>
      </w:r>
    </w:p>
    <w:p/>
    <w:p>
      <w:r>
        <w:br/>
        <w:t>Effective communication also involves expressing your own thoughts and feelings clearly and respectfully. Using "I" statements is a powerful technique for expressing your needs and perspectives without placing blame or criticism on your partner. Instead of saying, "You always leave the dishes dirty," try, "I feel frustrated when the dishes are left unwashed because it adds to my workload." This approach focuses on your own feelings and experiences without making accusations, which fosters a more constructive conversation. It shifts the focus from blame to shared responsibility, opening the door for collaboration and mutual understanding.</w:t>
      </w:r>
    </w:p>
    <w:p/>
    <w:p>
      <w:r>
        <w:br/>
        <w:t>Furthermore, effective communication involves managing nonverbal cues. While listening attentively to the words, make conscious efforts to communicate empathy and understanding through your own body language. Maintaining eye contact, nodding to show you're engaged, and using open and welcoming body posture can significantly enhance the quality of communication and make your partner feel heard and valued. Avoid behaviors that might be perceived as dismissive or uninterested, such as checking your phone, interrupting, or looking away frequently. These small gestures communicate volumes, either demonstrating genuine interest and empathy or signaling disengagement and indifference.</w:t>
      </w:r>
    </w:p>
    <w:p/>
    <w:p>
      <w:r>
        <w:br/>
        <w:t>Conflict inevitably arises in any relationship, but how you navigate these disagreements significantly impacts the overall health of the bond. The ability to address conflicts constructively is vital for maintaining a strong, enduring relationship. Active listening and empathetic communication are crucial tools in navigating disagreements healthily. Instead of becoming defensive or counter-attacking, take a deep breath and focus on understanding your partner's perspective. Listen without interrupting, seeking to truly understand their feelings and needs before formulating your response. This demonstrates respect and builds trust, creating a safe space for honest and open dialogue.</w:t>
      </w:r>
    </w:p>
    <w:p/>
    <w:p>
      <w:r>
        <w:br/>
        <w:t>Consider a scenario where one partner feels neglected due to their spouse's excessive work hours. Instead of reacting defensively, an effective approach would involve active listening and empathy. The listening partner might say, "It sounds like you're feeling lonely and unsupported because of my long hours. I understand that my work commitments have been impacting our time together, and I can see why that makes you feel unappreciated." This acknowledges the partner's feelings without making excuses or minimizing their concerns. It validates their emotions and demonstrates empathy for their experience. Following this, the conversation could shift towards exploring solutions, such as scheduling dedicated time together, or creating a system for better communication about work schedules.</w:t>
      </w:r>
    </w:p>
    <w:p/>
    <w:p>
      <w:r>
        <w:br/>
        <w:t>Another common challenge arises when differing opinions emerge concerning financial decisions. One partner might feel stressed about spending habits, while the other may feel restricted by perceived limitations. In such a situation, active listening involves understanding the underlying concerns of both individuals. The partner who feels stressed might articulate their feelings, and the partner who feels restricted might explain their perspective. Openly discussing the anxieties and priorities of each individual, without interrupting or getting defensive, lays the foundation for finding a collaborative solution. A joint budgeting process might be implemented, involving shared decision-making, transparency in spending habits, and compromise on budgetary allocations.</w:t>
      </w:r>
    </w:p>
    <w:p/>
    <w:p>
      <w:r>
        <w:br/>
        <w:t>Building upon the foundation of active listening and empathetic communication, it's essential to practice mindful communication techniques. These techniques aim to reduce misunderstandings and enhance the ability to connect effectively. For instance, using “I” statements rather than “You” statements prevents the conversation from devolving into blame and accusations. Instead of "You always do this," try "I feel hurt when this happens." This approach focuses on expressing personal feelings without placing judgment on the partner's actions. Mindful communication also requires paying attention to nonverbal cues and making conscious efforts to create a receptive environment. Maintaining eye contact, nodding, and using affirmative language demonstrates engagement and validates the partner's emotions.</w:t>
      </w:r>
    </w:p>
    <w:p/>
    <w:p>
      <w:r>
        <w:br/>
        <w:t>Further enhancing communication involves practicing forgiveness. Holding onto past hurts and resentments can poison the relationship and hinder open communication. Learning to forgive, both yourself and your partner, allows for healing and growth. Forgiveness doesn't mean condoning hurtful behavior; rather, it involves releasing the negative emotions associated with the past, creating space for reconciliation and understanding. Forgiveness allows you to move forward, strengthening the bond and deepening trust. This act of forgiveness becomes even more powerful when expressed openly and sincerely. The process of forgiveness should be approached with compassion, both for yourself and your partner, recognizing the human capacity for error and embracing the opportunity for growth and reconciliation.</w:t>
      </w:r>
    </w:p>
    <w:p/>
    <w:p>
      <w:r>
        <w:br/>
        <w:t>Moreover, regular check-ins are crucial for sustaining healthy communication patterns. These check-ins provide a space for discussing not only challenges and conflicts, but also accomplishments, feelings of gratitude, and shared experiences. These moments of reflection strengthen the emotional connection and reinforce the commitment to the relationship. The regular check-ins provide an opportunity for both partners to express their needs, concerns, and appreciations, preventing misunderstandings and fostering a sense of mutual understanding and emotional intimacy.</w:t>
      </w:r>
    </w:p>
    <w:p/>
    <w:p>
      <w:r>
        <w:br/>
        <w:t>Finally, remember that developing effective communication skills is a continuous journey, not a destination. It takes time, practice, and patience to refine these skills and build a strong foundation for lasting communication in your relationship. Continued self-reflection, and potentially seeking professional guidance from a relationship therapist or counselor, can prove invaluable in refining communication patterns and resolving persistent conflicts. It’s about constantly striving to improve communication, adapting techniques as the relationship evolves, and maintaining a commitment to open and honest dialogue. The journey toward mastering these communication skills is not merely about resolving conflicts; it's about creating a relationship founded on mutual respect, understanding, and a deep emotional connection. It's about building a strong, enduring partnership where both individuals feel heard, valued, and empowered.</w:t>
      </w:r>
    </w:p>
    <w:p/>
    <w:p>
      <w:r>
        <w:t>Expressing your needs and wants effectively is a cornerstone of any healthy relationship, and particularly crucial in the context of marriage. It's about finding a balance between assertiveness and sensitivity, ensuring that your needs are met without undermining your partner's feelings or creating unnecessary conflict. The key lies in respectful communication, and a crucial tool in achieving this is the use of "I" statements. Instead of launching into accusations ("You always…"), which immediately put your partner on the defensive, "I" statements focus on your own feelings and experiences. This allows for a more constructive conversation, shifting the focus from blame to shared responsibility.</w:t>
      </w:r>
    </w:p>
    <w:p>
      <w:r>
        <w:br/>
        <w:t>For instance, instead of saying, "You never help with the chores," try, "I feel overwhelmed when I'm the only one handling the household chores. I would really appreciate it if we could work together to create a more balanced system." This approach acknowledges your feelings without directly blaming your partner, creating a more receptive atmosphere for discussion. It also opens the door for collaboration, inviting your partner to participate in finding a solution rather than feeling attacked. The emphasis is on creating a shared understanding and working together to address the issue.</w:t>
      </w:r>
    </w:p>
    <w:p/>
    <w:p>
      <w:r>
        <w:br/>
        <w:t>Another example: Imagine a scenario where one partner feels neglected due to a lack of quality time spent together. Instead of saying, "You never spend time with me," a more constructive approach would be, "I feel lonely and disconnected when we don't have enough time together. I would love it if we could schedule some dedicated time for just the two of us, perhaps a date night or even just an hour of uninterrupted conversation each week." This approach directly communicates the need for quality time without accusing the partner of negligence. It frames the request as a desire for connection, highlighting the emotional need rather than focusing solely on the perceived deficiency.</w:t>
      </w:r>
    </w:p>
    <w:p/>
    <w:p>
      <w:r>
        <w:br/>
        <w:t>This approach isn't merely about avoiding conflict; it's about creating a culture of mutual understanding and support within the relationship. It fosters empathy, allowing both partners to understand the underlying emotions driving their requests. When we communicate our needs in a respectful manner, it invites our partners to respond with empathy and a willingness to collaborate. The focus shifts from a demand to a shared desire to improve the relationship.</w:t>
      </w:r>
    </w:p>
    <w:p/>
    <w:p>
      <w:r>
        <w:br/>
        <w:t>Beyond "I" statements, effective communication of needs involves articulating your emotions clearly and specifically. Instead of saying "I'm upset," which is vague and doesn't provide your partner with much information, try "I'm feeling frustrated and hurt because…" This adds context to your emotions, helping your partner understand the source of your feelings. The more specific you can be about the situation that's causing you distress, the easier it is for your partner to empathize and offer support.</w:t>
      </w:r>
    </w:p>
    <w:p/>
    <w:p>
      <w:r>
        <w:br/>
        <w:t>For example, if you're upset about a missed anniversary, instead of a simple "I'm upset," try "I'm feeling hurt and disappointed that our anniversary was missed. It made me feel like our relationship isn't a priority." This provides your partner with a specific reason for your feelings, making it easier for them to understand and address the issue. The clarity reduces the ambiguity and allows for a more focused and productive conversation.</w:t>
      </w:r>
    </w:p>
    <w:p/>
    <w:p>
      <w:r>
        <w:br/>
        <w:t>This specificity extends beyond the emotional realm; it also applies to practical needs. Instead of saying "We need to talk about the finances," which is vague and might induce anxiety, try "I'd like to discuss our budget and saving goals for the upcoming year, specifically concerning our upcoming home renovation plans." This approach provides clarity and structure to the conversation, helping avoid misunderstandings. The specificity helps your partner prepare and prevents the conversation from drifting into unproductive tangents.</w:t>
      </w:r>
    </w:p>
    <w:p/>
    <w:p>
      <w:r>
        <w:br/>
        <w:t>Beyond clear communication, the timing of your expression is also vital. Choose a time when you and your partner are both relaxed and receptive. Avoid raising sensitive topics when either of you is stressed, tired, or distracted. Creating a safe and calm environment for the conversation is crucial for productive communication. This consideration for your partner's state demonstrates respect and increases the likelihood of a positive outcome. Consider, for example, waiting until after a hectic workday has concluded or until after a relaxing evening activity has brought a sense of calm.</w:t>
      </w:r>
    </w:p>
    <w:p/>
    <w:p>
      <w:r>
        <w:br/>
        <w:t>Furthermore, remember that expressing your needs is not a one-way street. It's a two-way conversation that requires active listening and empathy from both partners. After expressing your needs, actively listen to your partner's response. Try to understand their perspective, even if you don't agree with it. This reciprocal approach builds trust and strengthens the bond between you. This involves not just hearing their words but also observing their body language and tone to fully grasp their message.</w:t>
      </w:r>
    </w:p>
    <w:p/>
    <w:p>
      <w:r>
        <w:br/>
        <w:t>Consider a scenario where one partner expresses a need for more alone time. The other partner might initially feel hurt or rejected. However, through active listening and understanding, they can come to grasp the importance of their partner's need for solitude and find a way to balance individual needs with the need for togetherness. This might involve establishing specific times for alone time and other times for couple activities. The goal is to find a balance that satisfies the needs of both partners.</w:t>
      </w:r>
    </w:p>
    <w:p/>
    <w:p>
      <w:r>
        <w:br/>
        <w:t>Learning to express your needs respectfully is a vital skill that takes time and practice. It's a journey of continuous learning and adaptation. It's about understanding your own emotional needs and articulating them clearly and respectfully, while simultaneously listening actively and responding empathically to your partner's perspective. It requires patience and a commitment to building a strong foundation of understanding and mutual respect within your relationship. This ongoing process of communication fosters a stronger, more resilient bond, enhancing both individual well-being and the overall health of the relationship. Remember that open communication is not just about resolving immediate problems; it's about building a strong and enduring connection. It is an investment in the future of your relationship, laying the groundwork for a fulfilling and lasting partnership.</w:t>
      </w:r>
    </w:p>
    <w:p/>
    <w:p>
      <w:r>
        <w:br/>
        <w:t>This ability to articulate needs respectfully also extends to navigating disagreements. Disagreements are inevitable in any relationship, but how you handle them determines the health of the bond. Expressing your concerns clearly, without resorting to blame or criticism, helps keep the conversation productive. Focus on the issue at hand, and avoid bringing up past grievances or unrelated topics. This approach helps keep the conversation focused on resolution, rather than letting it escalate into a broader conflict.</w:t>
      </w:r>
    </w:p>
    <w:p/>
    <w:p>
      <w:r>
        <w:br/>
        <w:t>For instance, if a disagreement arises regarding household chores, avoid accusatory language like "You never do your share of the chores." Instead, try: "I've been feeling overwhelmed with the housework lately. I'd appreciate it if we could work together to create a more equitable distribution of tasks." This approach presents the issue as a shared responsibility, encouraging collaboration rather than confrontation. It keeps the focus on the problem and avoids personal attacks that can damage the relationship.</w:t>
      </w:r>
    </w:p>
    <w:p/>
    <w:p>
      <w:r>
        <w:br/>
        <w:t>Similarly, if a disagreement arises about finances, instead of blaming your partner for spending habits, express your concerns constructively. For example, say: "I've been feeling anxious about our savings goals. Could we sit down together and review our budget to see how we can better align our spending with our financial objectives?" This approach facilitates a collaborative discussion rather than a confrontational one.</w:t>
      </w:r>
    </w:p>
    <w:p/>
    <w:p>
      <w:r>
        <w:br/>
        <w:t>Furthermore, express appreciation and gratitude. Acknowledge your partner's efforts and express your appreciation for their contributions. This simple act of expressing gratitude can significantly strengthen your relationship and foster a positive emotional climate. Expressing gratitude is not just about saying "thank you"; it's about genuinely recognizing and valuing your partner's actions and contributions to the relationship.</w:t>
      </w:r>
    </w:p>
    <w:p/>
    <w:p>
      <w:r>
        <w:br/>
        <w:t>In conclusion, expressing your needs and wants respectfully is an ongoing process that requires continuous effort and self-reflection. It's about embracing a culture of mutual understanding, empathy, and active listening. By mastering this skill, you lay the foundation for a healthy, thriving, and enduring relationship built on mutual respect, trust, and shared goals. This constant effort to communicate respectfully strengthens not just the resolution of immediate issues, but the overall strength and longevity of the relationship, paving the way for a fulfilling and lasting partnership.</w:t>
      </w:r>
    </w:p>
    <w:p/>
    <w:p>
      <w:r>
        <w:t>Navigating difficult conversations is an inevitable part of any relationship, and premarital counseling provides an ideal setting to develop the skills needed to handle these challenges effectively. The ability to engage in difficult conversations constructively is not simply about avoiding conflict; it's about building a strong foundation of mutual understanding and respect that can withstand the inevitable pressures of married life. It's about transforming potential points of contention into opportunities for growth and deeper intimacy.</w:t>
      </w:r>
    </w:p>
    <w:p>
      <w:r>
        <w:br/>
        <w:t>One key strategy is to approach difficult conversations with a mindset of collaboration rather than confrontation. This shift in perspective is crucial, moving away from a win-lose scenario to one where both partners feel heard and valued, even if they don't ultimately agree on the outcome. This collaborative approach involves actively listening to your partner's perspective, seeking to understand their viewpoint before expressing your own. It requires empathy, patience, and a willingness to see the situation from their eyes. It's about acknowledging the validity of their feelings, even if you disagree with their conclusions.</w:t>
      </w:r>
    </w:p>
    <w:p/>
    <w:p>
      <w:r>
        <w:br/>
        <w:t>Consider a common premarital challenge: differences in financial management styles. One partner might be a saver, meticulously tracking every expense, while the other is a spender, more comfortable with a less structured approach to finances. A confrontational approach might lead to accusations of stinginess or recklessness. A collaborative approach, however, would involve open and honest communication about financial goals, values, and anxieties. It involves active listening to each other's perspectives, acknowledging the underlying reasons for their different approaches, and working together to find a compromise that respects both their individual needs and their shared financial objectives. This might involve creating a joint budget, setting clear financial goals, and agreeing on spending limits and saving strategies. The focus is on finding a solution that works for both, not on proving who is "right."</w:t>
      </w:r>
    </w:p>
    <w:p/>
    <w:p>
      <w:r>
        <w:br/>
        <w:t>Another frequent area of friction is differing expectations around household chores and responsibilities. One partner might have a more traditional view of gender roles, while the other embraces a more egalitarian approach. Instead of engaging in an argument about who should do what, a constructive conversation would focus on identifying each partner’s strengths, preferences, and available time. A collaborative solution might involve creating a chore chart, dividing tasks based on individual abilities and preferences, or outsourcing certain tasks to free up time for other responsibilities. The goal is to create a system that feels fair and equitable to both partners, promoting teamwork and shared responsibility.</w:t>
      </w:r>
    </w:p>
    <w:p/>
    <w:p>
      <w:r>
        <w:br/>
        <w:t>Effective communication during these difficult conversations requires skillful use of "I" statements, as previously discussed. However, it goes beyond simply stating your feelings; it requires actively seeking your partner’s perspective and acknowledging their feelings. This creates a space for mutual understanding and empathy. For example, instead of saying, "You always leave the dishes in the sink," a more constructive approach would be, "I feel frustrated and overwhelmed when I see dirty dishes piled up. I'd appreciate it if we could find a system for keeping the kitchen cleaner." This acknowledges your own feelings without directly blaming your partner, opening the door for a collaborative solution.</w:t>
      </w:r>
    </w:p>
    <w:p/>
    <w:p>
      <w:r>
        <w:br/>
        <w:t>Furthermore, setting the stage for a difficult conversation is crucial. Choose a time when both partners are relaxed, well-rested, and free from distractions. Avoid raising sensitive topics when either of you is stressed, tired, or emotionally vulnerable. Creating a calm and safe environment is paramount to fostering open and honest communication. It’s about choosing the right time and place to ensure that both partners can participate fully and engage constructively.</w:t>
      </w:r>
    </w:p>
    <w:p/>
    <w:p>
      <w:r>
        <w:br/>
        <w:t>The use of "active listening" is paramount. This means not just hearing your partner's words but truly understanding their perspective. It involves paying attention to their body language, tone of voice, and the emotions they are conveying. Ask clarifying questions to ensure you understand their point of view. Reflect back what you've heard to confirm your understanding and to show your partner that you are actively engaged in the conversation. This demonstrates respect and encourages them to open up further.</w:t>
      </w:r>
    </w:p>
    <w:p/>
    <w:p>
      <w:r>
        <w:br/>
        <w:t>Beyond active listening, validation is crucial. Even if you don't agree with your partner's perspective, acknowledging the validity of their feelings shows empathy and respect. It doesn't mean you condone their actions or beliefs, but it does mean that you recognize and understand the emotions they are experiencing. Validation helps diffuse tension and creates a safer space for open communication.</w:t>
      </w:r>
    </w:p>
    <w:p/>
    <w:p>
      <w:r>
        <w:br/>
        <w:t>For instance, if one partner expresses anxiety about starting a family, acknowledging their fears and concerns is crucial, even if the other partner is eager to have children. A response like, "I understand that you're feeling anxious about the prospect of having children, and that's perfectly valid. It's a big decision, and it's okay to have those feelings," validates their emotions and creates a space for open dialogue about their fears and concerns. This creates an environment where both partners feel understood and respected.</w:t>
      </w:r>
    </w:p>
    <w:p/>
    <w:p>
      <w:r>
        <w:br/>
        <w:t>However, expressing your own needs and perspective is just as important as listening to your partner's. After actively listening and validating your partner's feelings, clearly and calmly express your own. Use "I" statements, focusing on your feelings and needs without blaming or accusing your partner. Be specific about the issue at hand, avoiding generalizations or bringing up past grievances.</w:t>
      </w:r>
    </w:p>
    <w:p/>
    <w:p>
      <w:r>
        <w:br/>
        <w:t>Remember that difficult conversations are not about winning or losing; they are about finding common ground and building a stronger relationship. The goal is not to force agreement, but to create a space where both partners feel heard, understood, and respected. Disagreements are inevitable, but the way you navigate them shapes the overall health of your relationship.</w:t>
      </w:r>
    </w:p>
    <w:p/>
    <w:p>
      <w:r>
        <w:br/>
        <w:t>Learning to navigate difficult conversations is a process, not a destination. It requires practice, patience, and a commitment to open communication. By developing these skills, couples can build a strong foundation for a fulfilling and lasting marriage, transforming potential points of contention into opportunities for growth, deepening their understanding and strengthening their bond. The ability to handle difficult conversations constructively is not just a skill; it is an investment in the future of the relationship, a testament to the commitment and willingness to work together through challenges. It is the language of love in action, shaping a partnership built on mutual respect, empathy, and enduring love. The focus should always be on maintaining the relationship’s foundation, ensuring mutual respect, and valuing the partnership as a priority. This approach is not only crucial for navigating the immediate issue, but it fosters a stronger and more resilient relationship overall, better equipped to weather future storms.</w:t>
      </w:r>
    </w:p>
    <w:p/>
    <w:p>
      <w:r>
        <w:t>Beyond the spoken word lies a rich tapestry of unspoken communication, a language of gestures, expressions, and tones that often speaks louder than any carefully chosen phrase. Nonverbal communication, encompassing body language, facial expressions, tone of voice, and even the subtle shifts in posture, forms a significant, often overlooked, aspect of open communication within a relationship. Mastering this nonverbal language is crucial for building a truly strong and understanding partnership, especially during the premarital stages when establishing clear and consistent communication patterns is paramount.</w:t>
      </w:r>
    </w:p>
    <w:p>
      <w:r>
        <w:br/>
        <w:t>Misinterpretations of nonverbal cues are a common source of conflict in relationships. A simple sigh, for example, might be interpreted as annoyance or disinterest, even if the accompanying words express agreement or support. Similarly, crossed arms might indicate defensiveness or resistance, even if the person is verbally expressing openness to a conversation. The lack of congruence between verbal and nonverbal communication can lead to misunderstandings, frustration, and even resentment, eroding the foundation of trust and understanding so vital to a successful relationship.</w:t>
      </w:r>
    </w:p>
    <w:p/>
    <w:p>
      <w:r>
        <w:br/>
        <w:t>Consider a scenario where one partner proposes a significant life change, such as moving to a new city for a job opportunity. Verbally, they express enthusiasm and a willingness to discuss the possibilities, but their nonverbal cues tell a different story. Their shoulders are slumped, their voice is flat, and their eyes lack the usual sparkle of excitement. Their partner, picking up on these subtle nonverbal cues, might feel dismissed or unheard, even though the words suggest otherwise. This discrepancy can lead to conflict and a sense of disconnect, hindering open and honest communication.</w:t>
      </w:r>
    </w:p>
    <w:p/>
    <w:p>
      <w:r>
        <w:br/>
        <w:t>Conversely, skillful interpretation and use of nonverbal cues can significantly enhance communication. Maintaining consistent eye contact during a conversation demonstrates attentiveness and respect, signaling to your partner that you value their input. A gentle touch on the arm or hand during a moment of vulnerability can offer comfort and reassurance, conveying empathy and emotional support beyond the spoken word. Mirroring your partner's body language subtly can foster a sense of connection and rapport, conveying understanding and shared experience. Such deliberate nonverbal communication can create a climate of trust and openness that allows for deeper intimacy and genuine connection.</w:t>
      </w:r>
    </w:p>
    <w:p/>
    <w:p>
      <w:r>
        <w:br/>
        <w:t>The tone of voice, often overlooked, carries immense weight in communication. The same words delivered in a harsh, accusatory tone can create vastly different responses than those delivered in a calm, understanding tone. A sarcastic tone, even if masked by seemingly positive words, can convey negativity and undermine trust. Developing an awareness of your tone of voice and actively striving for a gentle, empathetic tone, especially during disagreements, is crucial for creating a safe space for open and honest dialogue.</w:t>
      </w:r>
    </w:p>
    <w:p/>
    <w:p>
      <w:r>
        <w:br/>
        <w:t>To illustrate this point, let’s examine another common premarital challenge: differences in expectations regarding household chores. One partner might say, "We need to discuss dividing household chores more fairly," but if their tone is resentful or demanding, the other partner will likely become defensive, even if they agree with the sentiment. Conversely, if the same statement is delivered with a calm, collaborative tone, it’s far more likely to invite a productive conversation and a mutually agreeable solution.</w:t>
      </w:r>
    </w:p>
    <w:p/>
    <w:p>
      <w:r>
        <w:br/>
        <w:t>Understanding your own nonverbal cues is just as important as understanding your partner’s. Pay attention to your body language during conversations. Are your arms crossed defensively? Is your posture closed off? Are you avoiding eye contact? Becoming aware of these signals and consciously adjusting your body language to reflect openness and attentiveness can greatly improve your communication effectiveness. This self-awareness allows for greater control and intentionality in your communication, leading to clearer and more effective interactions.</w:t>
      </w:r>
    </w:p>
    <w:p/>
    <w:p>
      <w:r>
        <w:br/>
        <w:t>Beyond understanding individual cues, it’s essential to recognize the importance of congruence between verbal and nonverbal communication. If your words express love and support, but your body language indicates disinterest or resentment, the incongruence will likely create confusion and conflict. Striving for consistency between verbal and nonverbal communication ensures clarity and prevents misunderstandings. This alignment enhances trust and strengthens the overall message, ensuring both partners are on the same page.</w:t>
      </w:r>
    </w:p>
    <w:p/>
    <w:p>
      <w:r>
        <w:br/>
        <w:t>This consistent communication extends beyond significant life decisions and household tasks. It influences even seemingly mundane exchanges, shaping the overall climate of the relationship. For instance, a simple “good morning” can carry different connotations based on the accompanying nonverbal communication. A warm smile, coupled with genuine eye contact and a gentle tone, creates a loving and positive start to the day. Conversely, a mumbled “good morning,” with averted gaze and a flat tone, conveys detachment and disinterest, potentially setting a negative tone for the entire day.</w:t>
      </w:r>
    </w:p>
    <w:p/>
    <w:p>
      <w:r>
        <w:br/>
        <w:t>Practicing mindful communication involves consciously observing and interpreting both verbal and nonverbal cues. This includes focusing on your partner's facial expressions, body language, and tone of voice, as well as actively managing your own. Take the time to reflect on past interactions. Were there any instances where nonverbal cues contradicted the spoken words? How did these incongruencies impact the outcome of the conversation? By reflecting on these patterns, you can gain valuable insight into your communication styles and identify areas for improvement.</w:t>
      </w:r>
    </w:p>
    <w:p/>
    <w:p>
      <w:r>
        <w:br/>
        <w:t>This mindful approach involves creating a safe space for open and honest communication, where both partners feel comfortable expressing themselves without fear of judgment or criticism. This requires trust and vulnerability, essential components for building a strong and lasting relationship. Emphasize active listening, where you focus not only on the words being spoken but also on the underlying emotions and intentions. Actively seek clarification if you’re unsure about the meaning of a nonverbal cue, asking questions such as, “I noticed you seemed a little quiet; is everything okay?” This shows empathy and reinforces the importance of open communication.</w:t>
      </w:r>
    </w:p>
    <w:p/>
    <w:p>
      <w:r>
        <w:br/>
        <w:t>Moreover, consider incorporating specific exercises during your premarital counseling sessions. Role-playing scenarios that involve potential relationship conflicts can provide a valuable opportunity to practice recognizing and interpreting nonverbal cues. These exercises allow you to experiment with different communication strategies, identify potential areas of misunderstanding, and learn to adjust your approach accordingly. Through structured practice, you can build the skills needed to navigate these communication challenges effectively, laying a solid foundation for a healthy and thriving relationship.</w:t>
      </w:r>
    </w:p>
    <w:p/>
    <w:p>
      <w:r>
        <w:br/>
        <w:t>Finally, remember that non-verbal communication is a learned skill, not an innate ability. It takes time, practice, and conscious effort to master. Be patient with yourself and your partner, and celebrate small victories along the way. By consciously focusing on both verbal and nonverbal communication, you can create a more deeply connected and fulfilling relationship. The effort invested in understanding and mastering this language of love will yield immeasurable rewards, paving the path toward a lasting and meaningful partnership. The shared understanding fostered through this diligent work creates a sturdy foundation for future resilience and understanding, transforming potential points of contention into opportunities for enhanced intimacy and connection.</w:t>
      </w:r>
    </w:p>
    <w:p/>
    <w:p>
      <w:r>
        <w:t>Creating a safe space for open dialogue is paramount in any relationship, but especially crucial in the premarital phase. This isn't simply about avoiding arguments; it's about cultivating a culture of mutual respect, empathy, and understanding where both partners feel empowered to express their thoughts and feelings freely, without fear of judgment, criticism, or retaliation. This safe space acts as the fertile ground for healthy communication to flourish, allowing your relationship to grow stronger and more resilient in the face of inevitable challenges.</w:t>
      </w:r>
    </w:p>
    <w:p>
      <w:r>
        <w:br/>
        <w:t>One of the foundational elements of this safe space is trust. Trust isn't a given; it's actively built through consistent actions and behaviors. It requires demonstrating reliability, keeping your word, and showing respect for your partner's boundaries. This means being accountable for your actions and taking responsibility when you make a mistake, rather than resorting to defensiveness or blame. It’s about consistently choosing honesty, even when it's difficult, and showing your partner that their feelings and perspectives are valued. For instance, if you've promised to help with a chore and then forget, apologize sincerely and make amends. Don't dismiss your partner's feelings of disappointment or frustration; acknowledge them and work towards a solution. This consistent demonstration of reliability builds trust and provides a stronger foundation for open communication.</w:t>
      </w:r>
    </w:p>
    <w:p/>
    <w:p>
      <w:r>
        <w:br/>
        <w:t>Beyond reliability, vulnerability plays a crucial role in fostering trust and openness. Vulnerability means allowing yourself to be seen, truly seen, by your partner – imperfections and all. It involves sharing your fears, insecurities, and doubts, and acknowledging your own limitations. This willingness to be vulnerable creates a space where your partner feels comfortable reciprocating, fostering a deeper connection and understanding. It's important to approach vulnerability with intention and care, choosing the right time and place to share your feelings and ensuring you're both receptive to the conversation. For example, instead of launching into a critical conversation during a stressful time, pick a moment when you are both relaxed and available to listen and understand. This thoughtful approach to vulnerability cultivates emotional safety and strengthens the bond of your relationship.</w:t>
      </w:r>
    </w:p>
    <w:p/>
    <w:p>
      <w:r>
        <w:br/>
        <w:t>Creating a safe space also requires active listening. Active listening goes beyond simply hearing the words your partner is saying; it involves truly understanding their perspective, emotions, and intentions. This means paying close attention to their nonverbal cues, asking clarifying questions, and reflecting back what you've heard to ensure you've understood correctly. Avoid interrupting or formulating your response while they're still speaking; truly concentrate on what they’re communicating and allow them to fully express themselves without feeling rushed or interrupted. When you show your partner that you are genuinely listening, it fosters a sense of being heard and understood, crucial for feeling safe to open up. Active listening isn’t just about hearing, it is deeply about valuing your partner’s expression. When you actively listen, you demonstrate respect for your partner’s thoughts and feelings, which is the building block of a safe communication environment.</w:t>
      </w:r>
    </w:p>
    <w:p/>
    <w:p>
      <w:r>
        <w:br/>
        <w:t>Moreover, cultivate empathy. Empathy involves stepping into your partner's shoes and trying to understand their perspective, even if you don't necessarily agree with it. It's about acknowledging their feelings and validating their experiences, even if they differ from your own. Empathy is particularly critical during disagreements; instead of getting defensive, try to understand where your partner is coming from and what their emotional needs are. For instance, if your partner expresses frustration about a household chore division, try not to immediately counter with your own perspective. Instead, start by acknowledging their feelings, saying something like, “I understand you feel frustrated about the chores; I want to hear more about that.” This shows empathy and helps de-escalate conflict, thereby creating a safe and receptive space for discussion and resolution.</w:t>
      </w:r>
    </w:p>
    <w:p/>
    <w:p>
      <w:r>
        <w:br/>
        <w:t>Furthermore, avoid judgment and criticism. Creating a safe space requires a commitment to suspending judgment and refraining from harsh criticism. When your partner shares their thoughts or feelings, respond with empathy and understanding, even if you don't agree with everything they say. Avoid using accusatory language or making them feel defensive. Instead, focus on using "I" statements to express your own feelings and needs without blaming or criticizing your partner. For example, instead of saying, "You always leave the dishes dirty," try saying, "I feel overwhelmed when I see the dishes piled up, and it would help me if we could work together to keep them clean." This approach focuses on your feelings and needs without placing blame, leading to a more receptive and collaborative communication environment.</w:t>
      </w:r>
    </w:p>
    <w:p/>
    <w:p>
      <w:r>
        <w:br/>
        <w:t>Establish clear communication guidelines. Discussing expectations and establishing ground rules for communication can contribute significantly to creating a safe space. This could involve agreeing to avoid interrupting each other, using respectful language, and taking breaks if a conversation becomes too heated. It's also essential to agree on a method for resolving conflict, ensuring you both feel heard and understood, even during disagreements. This might involve setting specific times to discuss issues or agreeing on certain signals that indicate the need to take a break. It’s about consciously working toward improving your communication dynamic. This proactive approach to setting communication guidelines strengthens your communication foundation before challenges arise.</w:t>
      </w:r>
    </w:p>
    <w:p/>
    <w:p>
      <w:r>
        <w:br/>
        <w:t>Regularly check in with each other. Take time to regularly check in with your partner and assess how they feel about the safety and openness of your communication. Ask them if they feel comfortable expressing themselves freely, if they feel heard and understood, and if there are any areas where they feel unsafe or unheard. Be open to their feedback and willing to adjust your communication strategies accordingly. This ongoing evaluation demonstrates your commitment to creating a mutually safe and comfortable communication environment. This check-in not only strengthens your communication but also reinforces your commitment to each other's well-being.</w:t>
      </w:r>
    </w:p>
    <w:p/>
    <w:p>
      <w:r>
        <w:br/>
        <w:t>Finally, remember that creating a safe space for open dialogue is an ongoing process. It requires consistent effort and commitment from both partners. There will be times when you falter, when communication breaks down, or when emotions run high. But the key is to recognize these moments, apologize sincerely, and recommit to creating a space where both of you feel safe, respected, and understood. This commitment fosters a resilient communication structure, strengthening your relationship's ability to weather challenging times and grow stronger together. This ongoing dedication to refining your communication reflects a shared commitment to building a lasting and fulfilling relationship. The continuous effort creates a more loving and nurturing environment for emotional connection and growth.</w:t>
      </w:r>
    </w:p>
    <w:p/>
    <w:p>
      <w:r>
        <w:br w:type="page"/>
      </w:r>
    </w:p>
    <w:p>
      <w:pPr>
        <w:spacing w:before="5040"/>
        <w:jc w:val="center"/>
      </w:pPr>
      <w:r>
        <w:rPr/>
        <w:t xml:space="preserve"> Chapter 3: Resolving Conflict Early: Preventing Escalation</w:t>
      </w:r>
    </w:p>
    <w:p>
      <w:r>
        <w:t>Understanding the root causes of conflict is crucial for preventing escalation and building a resilient relationship. Identifying your individual and shared conflict triggers is the first step towards building this understanding. These triggers are specific events, behaviors, or situations that consistently lead to disagreements or arguments. Recognizing these patterns allows you to proactively address potential conflicts before they spiral out of control.</w:t>
      </w:r>
    </w:p>
    <w:p>
      <w:r>
        <w:br/>
        <w:t>Consider your own personal triggers first. Think back to past conflicts, both in previous relationships and within your current one. What patterns emerge? Do certain topics consistently ignite arguments? Is it related to finances, household chores, family dynamics, career aspirations, or personal habits? Perhaps you discover that discussions about future family plans invariably lead to tension, or that disagreements about how to spend free time escalate quickly. Journaling can be a valuable tool here, helping you identify recurring themes and emotions. Writing down the details of past conflicts, noting what happened, how you felt, and what your partner's reactions were, allows you to step back and examine the situation objectively.</w:t>
      </w:r>
    </w:p>
    <w:p/>
    <w:p>
      <w:r>
        <w:br/>
        <w:t>Once you have a clearer picture of your own triggers, consider your partner's. Open communication is critical in this process. Create a safe space for vulnerability, ensuring your partner feels comfortable sharing without fear of judgment or criticism. This might involve a structured conversation, with each of you taking turns sharing your observations and experiences. Ask open-ended questions such as, "What situations or topics tend to lead to conflict between us?", or "What are some things that consistently bother you in our interactions?" Encourage your partner to share specific examples, rather than generalizations. Active listening is crucial here – truly focus on what your partner is saying, validating their feelings even if you don't fully agree with their perspective.</w:t>
      </w:r>
    </w:p>
    <w:p/>
    <w:p>
      <w:r>
        <w:br/>
        <w:t>Often, conflict triggers aren't about the specific issue at hand; they are indicators of deeper underlying needs and emotions. A seemingly simple disagreement about household chores, for example, might actually stem from underlying feelings of resentment, inequity, or lack of appreciation. Similarly, arguments about finances can reflect deeper anxieties about security, control, or independence. By digging deeper, you can move beyond the surface-level issue and address the root cause of the conflict. This often involves exploring unmet emotional needs: does the argument about chores stem from a need for more support, acknowledgment, or equal responsibility? Does the financial disagreement reveal a need for security, shared decision-making, or greater financial transparency?</w:t>
      </w:r>
    </w:p>
    <w:p/>
    <w:p>
      <w:r>
        <w:br/>
        <w:t>Let's consider some real-life scenarios to illustrate the concept of conflict triggers and underlying needs. Imagine a couple who regularly argues about screen time. On the surface, it seems like a simple disagreement about technology usage, but deeper examination reveals that the underlying issue is a feeling of neglect. One partner might feel unheard and unseen when their partner is constantly engrossed in their phone or computer, triggering feelings of loneliness and inadequacy. Identifying this underlying need of connection and validation allows the couple to address the issue constructively, potentially leading to negotiated screen time limits and more intentional quality time together. In another scenario, a couple frequently clashes over social gatherings. One partner may enjoy large, boisterous parties, while the other prefers intimate gatherings with close friends. The underlying issue here might be a difference in social needs and preferences, with one partner feeling overwhelmed or excluded while the other feels stifled or underappreciated. Recognizing these underlying needs allows them to find compromise, perhaps attending some large events and planning smaller, more intimate gatherings separately or together.</w:t>
      </w:r>
    </w:p>
    <w:p/>
    <w:p>
      <w:r>
        <w:br/>
        <w:t>Understanding these underlying needs is key to developing proactive strategies. Once you've identified your triggers and their root causes, you can begin to develop strategies to mitigate potential conflicts. This could involve establishing clear expectations, setting boundaries, and finding creative compromises. For example, if you've identified that discussions about finances consistently lead to conflict, you could establish a regular time for budget discussions, utilizing a joint budgeting app to track expenses and plan for the future. If your differing social needs are causing friction, you could create a balanced social calendar, incorporating both large and small gatherings that satisfy both partners’ needs.</w:t>
      </w:r>
    </w:p>
    <w:p/>
    <w:p>
      <w:r>
        <w:br/>
        <w:t>Furthermore, developing effective communication strategies is essential for managing conflict triggers. This includes practicing active listening, using "I" statements to express your feelings without blaming your partner, and seeking to understand your partner's perspective even when you disagree. It’s not about avoiding conflict, but about navigating it constructively. Learning to identify and acknowledge your own emotional responses during conflict is crucial. Are you becoming defensive, withdrawing, or escalating the argument? Recognizing these patterns allows you to consciously choose more constructive responses, such as taking a break to calm down or seeking professional help if needed.</w:t>
      </w:r>
    </w:p>
    <w:p/>
    <w:p>
      <w:r>
        <w:br/>
        <w:t>Regular check-ins are crucial for maintaining a healthy communication flow and preemptively addressing potential conflicts. Schedule regular check-in sessions, free of distractions, where you discuss any underlying anxieties or concerns. These could be brief, weekly check-ins, or more in-depth monthly discussions, depending on your needs. The purpose of these check-ins is to create a space for open communication and proactive conflict resolution. They are preventative measures, ensuring that smaller issues don't fester into larger conflicts.</w:t>
      </w:r>
    </w:p>
    <w:p/>
    <w:p>
      <w:r>
        <w:br/>
        <w:t>Practicing empathy is also vital. Seek to understand your partner’s perspective, even if you don't agree. Try to see the situation from their point of view, acknowledging their feelings and validating their experiences. Empathy helps diffuse tense situations, turning a potential argument into an opportunity for deeper understanding and connection. This doesn't mean you have to agree with your partner, but it does mean genuinely trying to understand their feelings and where they are coming from.</w:t>
      </w:r>
    </w:p>
    <w:p/>
    <w:p>
      <w:r>
        <w:br/>
        <w:t>Remember that identifying and managing conflict triggers is an ongoing process, not a one-time fix. There will be times when you fall back into old patterns or encounter new challenges. The important thing is to commit to the process, to continually reflect on your interactions, and to learn from your mistakes. It’s a journey of growth and mutual understanding, strengthening the foundation of your relationship and building resilience against future challenges. Consistency and open communication are key to fostering a supportive and understanding environment where conflict can be navigated effectively. The effort invested in proactively addressing conflict strengthens your relationship and prepares you to face the inevitable challenges of married life. This proactive approach reduces the likelihood of serious conflict and makes you a better problem-solving unit.</w:t>
      </w:r>
    </w:p>
    <w:p/>
    <w:p>
      <w:r>
        <w:br/>
        <w:t>Finally, don't hesitate to seek professional help. A relationship therapist or counselor can provide guidance and support, helping you identify deeper patterns and develop effective strategies for managing conflict. They can offer objective insights and tools for improving your communication and building a stronger relationship foundation. It's a sign of strength to seek help, not a sign of weakness. A skilled therapist can equip you with the tools and strategies to navigate the inevitable challenges and conflicts that will arise in any relationship, ensuring that these conflicts strengthen rather than weaken your bond. Seeking professional guidance empowers you to build a lasting and fulfilling relationship, where conflict is not an obstacle but an opportunity for growth and deeper understanding. Remember, investing in your relationship before marriage is an investment in your future happiness.</w:t>
      </w:r>
    </w:p>
    <w:p/>
    <w:p>
      <w:r>
        <w:t>Effective communication is the cornerstone of resolving conflict constructively. It's not about avoiding disagreements—disagreements are inevitable in any close relationship—but about navigating them in a way that strengthens your bond rather than damaging it. This requires a fundamental shift in mindset: viewing conflict not as a battle to be won, but as an opportunity for growth and deeper understanding.</w:t>
      </w:r>
    </w:p>
    <w:p>
      <w:r>
        <w:br/>
        <w:t>Active listening is paramount. This isn't simply hearing your partner's words; it's truly understanding their perspective, their emotions, and the underlying needs driving their communication. Pay close attention to both verbal and nonverbal cues. Are they avoiding eye contact? Is their tone tense or hesitant? These subtle signals often reveal more than words alone. To demonstrate active listening, summarize your partner's points to ensure you've grasped their meaning. For example, you could say, "So, it sounds like you're feeling frustrated because…," allowing them to correct any misinterpretations.</w:t>
      </w:r>
    </w:p>
    <w:p/>
    <w:p>
      <w:r>
        <w:br/>
        <w:t>Validating your partner's feelings is crucial, even if you don't agree with their perspective. This doesn't mean you're condoning their behavior, but it does mean acknowledging the legitimacy of their emotions. Phrases like, "That sounds really difficult," or "I can understand why you'd feel that way," demonstrate empathy and create a safe space for open communication. Avoid dismissing their feelings with statements like, "You're overreacting," or "You're being too sensitive." Such dismissive responses shut down communication and escalate conflict.</w:t>
      </w:r>
    </w:p>
    <w:p/>
    <w:p>
      <w:r>
        <w:br/>
        <w:t>Expressing your own needs constructively is just as vital. Instead of blaming your partner ("You always…"), utilize "I" statements to articulate your feelings without resorting to accusations. For instance, instead of saying, "You never help with the chores," try, "I feel overwhelmed when the household chores aren't shared equally. It would help me tremendously if we could work together on a more balanced system." This approach focuses on your feelings and needs, inviting collaboration rather than sparking defensiveness.</w:t>
      </w:r>
    </w:p>
    <w:p/>
    <w:p>
      <w:r>
        <w:br/>
        <w:t>Managing your emotions during conflict is essential. Conflicts can trigger intense emotions, leading to impulsive reactions. Recognize your emotional triggers and learn to regulate your responses. If you find yourself becoming angry, defensive, or overwhelmed, take a break. Stepping away for a short period to calm down allows you to approach the discussion with a clearer head and more composure. During this break, engage in calming activities like deep breathing exercises, meditation, or listening to soothing music. Returning to the conversation with a calmer demeanor significantly improves the chances of a productive resolution.</w:t>
      </w:r>
    </w:p>
    <w:p/>
    <w:p>
      <w:r>
        <w:br/>
        <w:t>Avoid personal attacks at all costs. Name-calling, insults, or bringing up past grievances are destructive tactics that derail constructive communication. Focus on the specific issue at hand, avoiding generalizations or broad accusations. Instead of attacking your partner's character, focus on the specific behavior that is causing the conflict. Remember that the goal is to resolve the issue, not to win an argument or inflict emotional harm.</w:t>
      </w:r>
    </w:p>
    <w:p/>
    <w:p>
      <w:r>
        <w:br/>
        <w:t>Constructive conflict resolution involves finding common ground and seeking mutually acceptable solutions. Compromise is key; rarely will both partners get exactly what they want. Therefore, be willing to negotiate and find solutions that satisfy both needs, even if it means making some concessions. Brainstorming together can help generate creative solutions that you might not have considered individually. Write down your ideas, discuss the pros and cons of each, and collaboratively select the option that best addresses both of your concerns.</w:t>
      </w:r>
    </w:p>
    <w:p/>
    <w:p>
      <w:r>
        <w:br/>
        <w:t>Consider different conflict resolution styles. There are many different styles including avoiding, accommodating, compromising, competing, and collaborating. Each has benefits and drawbacks. Avoiding conflict can prevent immediate escalation, but unresolved issues can fester. Accommodating can maintain peace, but it often leaves one partner feeling unheard. Compromising offers a balance, but it might not fully satisfy either partner. Competing can be effective in urgent situations, but it can damage the relationship. Collaborating is the most constructive style, involving open communication, mutual respect, and a commitment to finding solutions that benefit both partners. Aim for collaboration whenever possible, but be aware that other styles might be necessary in certain situations. The key is to be flexible and choose the approach most appropriate for the specific conflict.</w:t>
      </w:r>
    </w:p>
    <w:p/>
    <w:p>
      <w:r>
        <w:br/>
        <w:t>Develop a common understanding of your communication styles. Understanding your own communication style and that of your partner is crucial for effective conflict resolution. Are you a direct communicator, or do you prefer to hint at issues? Does your partner express emotions openly, or are they more reserved? Differences in communication styles can lead to misunderstandings and conflict if not acknowledged and addressed proactively. Discuss your preferred communication methods and aim to find a style that works for both of you. For instance, if one partner is more direct and the other more indirect, they should practice understanding each other’s intent and making sure they are explicitly stating their feelings and needs.</w:t>
      </w:r>
    </w:p>
    <w:p/>
    <w:p>
      <w:r>
        <w:br/>
        <w:t>Regularly practice empathy and understanding. Empathy is the ability to understand and share the feelings of another. During conflicts, try to see the situation from your partner's perspective. Ask yourself, "What might be contributing to their feelings?" or "What needs might they be trying to express?" Actively listening and seeking to understand will de-escalate tension and foster more constructive communication. Even if you disagree with your partner's perspective, acknowledging their feelings demonstrates respect and builds trust. Empathy bridges the gap between differing viewpoints, facilitating collaborative problem-solving.</w:t>
      </w:r>
    </w:p>
    <w:p/>
    <w:p>
      <w:r>
        <w:br/>
        <w:t>After conflict resolution, take time for reflection and reconciliation. Following a conflict, take some time to reflect on the process. What worked well? What could be improved? Discuss your observations with your partner, focusing on constructive feedback rather than criticism. This process of post-conflict reflection fosters learning and growth, strengthening your ability to navigate future disagreements effectively. Following reconciliation, practice forgiveness and move on from the conflict. Holding onto resentment only fuels future conflicts.</w:t>
      </w:r>
    </w:p>
    <w:p/>
    <w:p>
      <w:r>
        <w:br/>
        <w:t>Remember that effective communication during conflict is an ongoing process, not a destination. It requires consistent effort, patience, and a commitment to continuous improvement. There will be times when you falter, when old patterns resurface, or when new challenges arise. The key is to persist in your efforts, to learn from your mistakes, and to view conflict as an opportunity for growth and deeper understanding. By mastering these communication strategies, you can transform conflict from a source of division into a catalyst for strengthening your relationship and building a more resilient bond. The investment in these skills will pay dividends in building a lasting and fulfilling partnership.</w:t>
      </w:r>
    </w:p>
    <w:p/>
    <w:p>
      <w:r>
        <w:t>Negotiation and compromise are not signs of weakness in a relationship; they are hallmarks of maturity and a commitment to partnership. While effective communication forms the foundation for resolving conflicts, negotiation and compromise are the tools that help you build upon that foundation, constructing a sturdy structure capable of withstanding the inevitable storms of disagreement. The key lies in understanding that conflict resolution is not about winning or losing, but about finding mutually beneficial solutions that strengthen your bond.</w:t>
      </w:r>
    </w:p>
    <w:p>
      <w:r>
        <w:br/>
        <w:t xml:space="preserve">Imagine a scenario where one partner prioritizes a meticulously clean house, while the other prioritizes spontaneous gatherings with friends, often resulting in a slightly less-than-immaculate living space. Instead of engaging in a power struggle—with one partner relentlessly cleaning and the other constantly feeling criticized—negotiation steps in. This isn't about one partner "giving in"; it's about finding a middle ground. Perhaps a compromise could involve scheduling regular cleaning sessions, allowing for some flexibility around social events, ensuring both needs are met. This requires open dialogue, where each partner clearly articulates their needs and desires without judgment or blame. Active listening is vital; understanding the </w:t>
      </w:r>
    </w:p>
    <w:p>
      <w:pPr>
        <w:jc w:val="left"/>
      </w:pPr>
      <w:r>
        <w:rPr>
          <w:i/>
        </w:rPr>
        <w:t>why</w:t>
      </w:r>
      <w:r>
        <w:t xml:space="preserve"> behind the partner's desire for cleanliness or social gatherings is crucial to finding a mutually acceptable solution.</w:t>
      </w:r>
    </w:p>
    <w:p>
      <w:r>
        <w:br/>
        <w:t>Negotiation isn't a one-time event; it's an ongoing process, a continuous dance of give-and-take that adapts to the evolving dynamics of the relationship. Consider financial decisions as another example. Perhaps one partner prioritizes saving for a down payment on a house, while the other enjoys more immediate gratification through travel or hobbies. Instead of conflict, a negotiation could involve creating a joint budget with allocated funds for both savings and leisure activities, ensuring both long-term financial security and present-day enjoyment. This requires collaborative planning, where both partners contribute to the creation of a budget that balances their individual financial goals and values.</w:t>
      </w:r>
    </w:p>
    <w:p/>
    <w:p>
      <w:r>
        <w:br/>
        <w:t>The process of negotiation often involves identifying common ground. In the cleaning versus socializing example, the common ground might be the desire for a comfortable and enjoyable home environment. By focusing on this shared goal, partners can collaboratively design a system that works for both of them. In the financial example, the common ground is the desire for a secure and fulfilling financial life. Building on this shared vision, the partners can work towards a comprehensive financial strategy that accounts for their individual preferences.</w:t>
      </w:r>
    </w:p>
    <w:p/>
    <w:p>
      <w:r>
        <w:br/>
        <w:t>A vital element of successful negotiation is the willingness to compromise. Compromise doesn’t mean sacrificing your values or compromising your integrity; it means finding creative solutions that accommodate both partners' needs. It might involve making concessions, but those concessions are made within a framework of mutual respect and understanding. Returning to the cleaning example, a compromise might involve establishing a shared cleaning schedule, alternating responsibilities, or hiring a cleaning service for occasional deep cleans. In the financial scenario, a compromise could involve setting a savings goal and a spending limit, ensuring both financial security and the freedom to enjoy leisure activities. Each concession represents a step toward a win-win outcome, fostering a sense of collaboration and partnership.</w:t>
      </w:r>
    </w:p>
    <w:p/>
    <w:p>
      <w:r>
        <w:br/>
        <w:t>The art of negotiation involves understanding the different negotiation styles. Some individuals adopt a competitive approach, aiming to secure the best possible outcome for themselves, even at the expense of their partner. While this approach might yield short-term gains, it can severely damage the relationship in the long run. Conversely, an accommodating style prioritizes the partner’s needs above one’s own, which can lead to resentment and dissatisfaction. The ideal approach is collaborative negotiation, a style built on mutual respect, open communication, and a willingness to find solutions that benefit both partners. This approach involves active listening, empathy, and a commitment to seeking creative solutions that address both needs.</w:t>
      </w:r>
    </w:p>
    <w:p/>
    <w:p>
      <w:r>
        <w:br/>
        <w:t>Effective negotiation requires a certain level of emotional intelligence. Understanding your own emotions and those of your partner is crucial. This involves recognizing triggers, managing reactions, and expressing needs constructively. Instead of resorting to blame or accusations, use “I” statements to articulate your feelings and needs, creating a safe space for open and honest communication. For example, instead of saying "You never listen to me," try "I feel unheard when I don't feel like my opinions are being considered. Can we discuss this in a more attentive manner?" This approach fosters empathy and understanding, paving the way for constructive dialogue and collaborative problem-solving.</w:t>
      </w:r>
    </w:p>
    <w:p/>
    <w:p>
      <w:r>
        <w:br/>
        <w:t>Negotiation is not merely about resolving immediate conflicts; it’s about building a resilient foundation for navigating future disagreements. By developing strong negotiation skills, couples learn to effectively address conflicts before they escalate into major problems. This proactive approach prevents simmering resentments from festering, protecting the relationship from the corrosive effects of unresolved issues. Consistent practice of these skills builds a culture of mutual respect, collaboration, and understanding, fostering a strong and enduring partnership.</w:t>
      </w:r>
    </w:p>
    <w:p/>
    <w:p>
      <w:r>
        <w:br/>
        <w:t>Consider the challenges of raising children. Disagreements over parenting styles, discipline approaches, and the division of childcare responsibilities are common. Successful negotiation in this area involves active listening to each other's concerns, acknowledging differing perspectives, and finding common ground on fundamental values related to child-rearing. A compromise might involve a blended approach, incorporating elements of both partners' preferred styles to create a parenting plan that works for the entire family.</w:t>
      </w:r>
    </w:p>
    <w:p/>
    <w:p>
      <w:r>
        <w:br/>
        <w:t>Another area where negotiation is vital is in managing household chores and responsibilities. Differing levels of tolerance for messiness or varying preferences for household tasks can easily lead to conflict. Effective negotiation involves openly discussing responsibilities, identifying strengths and weaknesses, and creating a division of labor that feels fair and equitable to both partners. Flexibility and willingness to adjust the workload as needs change are key elements of maintaining a balanced household system.</w:t>
      </w:r>
    </w:p>
    <w:p/>
    <w:p>
      <w:r>
        <w:br/>
        <w:t>Even seemingly minor issues, like deciding on weekend plans or choosing a restaurant for dinner, can become points of contention if not addressed constructively. Negotiation allows partners to express preferences without judgment, explore various options, and find a compromise that satisfies both. The ability to find common ground in these smaller issues strengthens the relationship's capacity for dealing with more significant conflicts in the future.</w:t>
      </w:r>
    </w:p>
    <w:p/>
    <w:p>
      <w:r>
        <w:br/>
        <w:t>Beyond specific scenarios, the principle of negotiation underlies a healthy and thriving relationship. It’s about recognizing that a partnership is a team effort, where each individual's contribution is valued and respected. It’s about learning to navigate differences, appreciating unique perspectives, and creating a space where each partner feels heard, understood, and valued. The ability to negotiate successfully is not an inherent trait; it’s a skill that can be learned and honed through practice and conscious effort. By mastering the art of negotiation, couples transform conflict from a source of tension into an opportunity for growth and deeper understanding.</w:t>
      </w:r>
    </w:p>
    <w:p/>
    <w:p>
      <w:r>
        <w:br/>
        <w:t>The process of negotiation should not be viewed as a competition, a battle to be won. It’s a collaborative endeavor focused on mutual understanding and finding mutually beneficial solutions. When approaching a negotiation, strive to maintain a calm and respectful demeanor. Avoid accusatory language or personal attacks, focusing instead on expressing your needs clearly and empathetically. Be mindful of your body language, ensuring that your nonverbal cues align with your verbal communication. This creates a safe and conducive environment for open and honest dialogue.</w:t>
      </w:r>
    </w:p>
    <w:p/>
    <w:p>
      <w:r>
        <w:br/>
        <w:t>In some situations, it might be helpful to involve a neutral third party, such as a therapist or counselor, to facilitate the negotiation process. A third party can provide objective guidance, help identify underlying issues, and assist in developing mutually acceptable solutions. This is particularly helpful in situations where the conflict is deeply rooted or involves strong emotional responses that make it difficult for partners to communicate effectively.</w:t>
      </w:r>
    </w:p>
    <w:p/>
    <w:p>
      <w:r>
        <w:br/>
        <w:t>It’s important to remember that negotiation is an iterative process. It might take several attempts to reach a mutually satisfactory solution. Be prepared to compromise and to adjust your approach as needed. Avoid holding onto rigid positions, allowing for flexibility and creativity in finding common ground. The goal is not to win the argument, but to strengthen the relationship by addressing the underlying issues and finding solutions that work for both partners.</w:t>
      </w:r>
    </w:p>
    <w:p/>
    <w:p>
      <w:r>
        <w:br/>
        <w:t>Finally, after reaching a resolution, take time to reflect on the process. What worked well? What could be improved? Discussing this with your partner helps solidify the learning experience and strengthens your ability to negotiate effectively in the future. The ability to negotiate effectively is a cornerstone of a strong and enduring relationship, enabling couples to navigate the inevitable challenges of life together with grace, understanding, and a commitment to partnership. This investment in the art of negotiation is a long-term investment in the health and happiness of your relationship.</w:t>
      </w:r>
    </w:p>
    <w:p/>
    <w:p>
      <w:r>
        <w:t>Even with the best intentions and a strong commitment to communication, some couples find themselves struggling to navigate conflict effectively. The strategies discussed earlier—effective communication, negotiation, and compromise—form a solid foundation, but there are instances where external support becomes invaluable. Recognizing when professional help is needed is a sign of strength, not weakness, reflecting a commitment to the relationship's well-being. It acknowledges that sometimes, an objective perspective and expert guidance are crucial for breaking through ingrained patterns and unlocking new possibilities for resolving conflict.</w:t>
      </w:r>
    </w:p>
    <w:p>
      <w:r>
        <w:br/>
        <w:t>The decision to seek professional help often stems from a sense of being stuck. Perhaps attempts at communication have become strained, characterized by repetitive arguments leading to nowhere, or escalating into hurtful exchanges. Negotiation efforts might have stalled, leaving both partners feeling frustrated and unheard. The feeling of being unable to progress despite sincere efforts signals a need for outside assistance. This isn’t a failure; it’s a recognition that the current approaches aren’t yielding the desired results, necessitating a shift in strategy. A skilled therapist can provide the tools and framework to help navigate these impasses, helping to identify underlying issues that might be fueling the conflicts.</w:t>
      </w:r>
    </w:p>
    <w:p/>
    <w:p>
      <w:r>
        <w:br/>
        <w:t>One of the significant benefits of couples counseling is the provision of a safe and neutral space for open communication. In the heat of an argument, emotions often run high, hindering the ability to listen objectively and understand the partner's perspective. A therapist acts as a facilitator, guiding the conversation towards constructive dialogue, helping each partner articulate their feelings and needs without interruption or judgment. This creates a sense of safety and encourages vulnerability, allowing for deeper exploration of underlying issues driving the conflict.</w:t>
      </w:r>
    </w:p>
    <w:p/>
    <w:p>
      <w:r>
        <w:br/>
        <w:t>A therapist can also provide valuable insights into communication patterns and dynamics. They can identify recurring themes or patterns within the arguments, highlighting areas where miscommunication or misunderstandings consistently occur. By bringing these patterns to light, a therapist helps couples understand the root causes of their conflicts, moving beyond surface-level disagreements to address deeper emotional needs or relational issues. This understanding is crucial for making lasting changes and preventing future conflicts.</w:t>
      </w:r>
    </w:p>
    <w:p/>
    <w:p>
      <w:r>
        <w:br/>
        <w:t>Moreover, therapists possess the skills and experience to identify potential underlying issues that might be contributing to the conflicts. Unresolved personal traumas, unmet emotional needs, or past relationship experiences can significantly impact communication and conflict resolution. A therapist can help address these underlying factors, enabling couples to work through unresolved emotional baggage and build a healthier relational foundation.</w:t>
      </w:r>
    </w:p>
    <w:p/>
    <w:p>
      <w:r>
        <w:br/>
        <w:t>For instance, consider a couple struggling with frequent arguments about finances. While the surface-level conflict might appear to be about budgeting, a therapist might uncover underlying issues related to trust, power dynamics, or past experiences with financial instability. Addressing these underlying issues allows the couple to move beyond superficial solutions, creating lasting changes in their financial communication and management.</w:t>
      </w:r>
    </w:p>
    <w:p/>
    <w:p>
      <w:r>
        <w:br/>
        <w:t>Furthermore, couples counseling provides a structured framework for learning and practicing effective communication skills. Therapists often introduce techniques like active listening, empathy-building exercises, and constructive feedback strategies. The guided practice within the therapeutic setting allows couples to apply these techniques in a safe environment, gradually building confidence and competence in their communication skills. This translates to improved conflict resolution abilities, not only within the therapy sessions but also in their daily interactions.</w:t>
      </w:r>
    </w:p>
    <w:p/>
    <w:p>
      <w:r>
        <w:br/>
        <w:t>The type of therapy used will vary depending on the couple's specific needs and preferences. Some common approaches include cognitive-behavioral therapy (CBT), which focuses on changing negative thought patterns and behaviors, and emotionally focused therapy (EFT), which emphasizes strengthening emotional connections and improving emotional responsiveness. A therapist will work with the couple to determine the most suitable approach.</w:t>
      </w:r>
    </w:p>
    <w:p/>
    <w:p>
      <w:r>
        <w:br/>
        <w:t>Beyond the therapeutic process itself, the very act of seeking professional help can have a positive impact on the relationship. It demonstrates a commitment to working together and a willingness to invest in the relationship's well-being. This commitment itself can be a significant step towards resolving conflicts and strengthening the bond between partners. The shared experience of attending therapy, working towards a common goal, and witnessing the positive changes can foster a deeper sense of connection and mutual support.</w:t>
      </w:r>
    </w:p>
    <w:p/>
    <w:p>
      <w:r>
        <w:br/>
        <w:t>Finding a qualified therapist is a crucial step in seeking professional help. There are various resources available to assist in this process. Onlinedirectories, such as Psychology Today's therapist finder, allow you to search for therapists based on location, specialization, and insurance coverage. Professional organizations, such as the American Association for Marriage and Family Therapy (AAMFT), provide directories of licensed therapists. Your primary care physician or psychiatrist can also offer recommendations.</w:t>
      </w:r>
    </w:p>
    <w:p/>
    <w:p>
      <w:r>
        <w:br/>
        <w:t>It's important to consider factors like the therapist's experience, approach, and compatibility with your personalities. A good therapist will provide a safe and supportive environment where you feel comfortable expressing yourselves openly and honestly. It's often recommended to schedule a consultation appointment before committing to regular sessions to assess compatibility and ensure that the therapist's approach aligns with your needs.</w:t>
      </w:r>
    </w:p>
    <w:p/>
    <w:p>
      <w:r>
        <w:br/>
        <w:t>Remember, seeking professional help is not a sign of failure; it's an investment in your relationship's future. By accessing the expertise and support of a qualified therapist, couples can gain the tools and insights they need to effectively navigate conflicts, strengthen communication, and build a more fulfilling and resilient partnership. The commitment to seek assistance when needed demonstrates a maturity and willingness to invest in the long-term success of the relationship, laying a foundation for a lasting and loving marriage. It’s an act of proactive relationship maintenance, acknowledging that seeking support is not a sign of weakness but a demonstration of strength and a commitment to building a stronger, healthier future together.</w:t>
      </w:r>
    </w:p>
    <w:p/>
    <w:p>
      <w:r>
        <w:br/>
        <w:t>Case Study 1: Sarah and Mark, a couple preparing for marriage, found themselves frequently disagreeing about wedding planning details. Their disagreements were not about significant issues but rather minor details like the guest list or floral arrangements. However, these small disagreements escalated quickly into larger arguments, leaving both of them feeling frustrated and resentful. Seeking premarital counseling, they learned techniques for effective communication and conflict resolution. The therapist helped them identify their different communication styles and provided tools for negotiating compromises. Their premarital counseling not only resolved their immediate wedding-related conflicts but also equipped them with the skills to navigate future disagreements throughout their marriage. They found that the process strengthened their bond and helped them develop a stronger understanding of each other’s needs and priorities.</w:t>
      </w:r>
    </w:p>
    <w:p/>
    <w:p>
      <w:r>
        <w:br/>
        <w:t>Case Study 2: David and Emily had been married for five years and were experiencing growing distance and escalating conflicts. They felt overwhelmed by the accumulated resentments stemming from unresolved issues related to household chores, parenting styles, and financial decisions. Entering couples counseling, they uncovered underlying patterns of ineffective communication and unspoken expectations. Through therapy, they learned to express their feelings and needs more constructively, leading to a reduction in arguments and a noticeable improvement in their overall relationship satisfaction. The therapeutic process helped them establish a healthier pattern of communication, preventing future escalation of disagreements. They credit their therapy with saving their marriage and helping them create a more loving and supportive home environment.</w:t>
      </w:r>
    </w:p>
    <w:p/>
    <w:p>
      <w:r>
        <w:br/>
        <w:t>Case Study 3: John and Lisa found themselves perpetually at odds over John’s work schedule. John frequently worked late, causing Lisa to feel neglected and unsupported in managing their household and two young children. In therapy, they discovered that John’s long hours stemmed from underlying anxieties about job security and financial stability. Addressing these anxieties enabled them to shift their perspective from blame and resentment to empathy and understanding. They developed a more flexible work-life balance plan, providing John with emotional support and Lisa with relief from household responsibilities. The therapy not only helped them resolve the conflict surrounding his work schedule but also uncovered the underlying emotional issues contributing to their struggles.</w:t>
      </w:r>
    </w:p>
    <w:p/>
    <w:p>
      <w:r>
        <w:br/>
        <w:t>These case studies illustrate the transformative power of professional intervention. Seeking help is a proactive measure that empowers couples to build stronger and more resilient relationships. It's an investment in the health and longevity of the partnership, equipping couples with the skills and strategies necessary to navigate the inevitable challenges of life together successfully. While developing strong communication and conflict resolution skills is essential, professional help can be pivotal in unlocking progress when couples find themselves at an impasse. Recognizing this need for external support is a sign of strength, reflecting a deep commitment to the relationship and its potential for enduring growth and fulfillment.</w:t>
      </w:r>
    </w:p>
    <w:p/>
    <w:p>
      <w:r>
        <w:t>Forgiveness and reconciliation are not mere platitudes; they are the cornerstones of a thriving relationship. After a conflict, even one resolved through effective communication and compromise, residual hurt and resentment can linger, casting a shadow over the relationship's otherwise sunny disposition. These lingering feelings, if left unaddressed, can fester, creating a fertile ground for future disagreements and eroding the foundation of trust and intimacy. Therefore, actively cultivating forgiveness and pursuing reconciliation is crucial for moving beyond conflict and strengthening the bond between partners.</w:t>
      </w:r>
    </w:p>
    <w:p>
      <w:r>
        <w:br/>
        <w:t>Forgiveness is not about condoning hurtful actions or minimizing the pain inflicted. Rather, it's about a conscious decision to release the anger, resentment, and bitterness that consume us after a conflict. It's about choosing to let go of the need for revenge or retribution, freeing oneself from the emotional prison of negativity. This process is not always easy; it requires acknowledging the hurt, validating one's feelings, and making a deliberate choice to move forward. It’s a journey, not a destination, and it requires patience, self-compassion, and a commitment to personal growth.</w:t>
      </w:r>
    </w:p>
    <w:p/>
    <w:p>
      <w:r>
        <w:br/>
        <w:t>Reconciliation, on the other hand, focuses on rebuilding the connection and trust that may have been damaged during the conflict. It involves actively seeking reconnection with one's partner, expressing remorse for any hurtful actions, and engaging in behaviors that demonstrate a commitment to repairing the relationship. This might involve thoughtful gestures, open communication, and a willingness to listen and understand the partner's perspective. Reconciliation requires vulnerability, honesty, and a shared commitment to moving forward together.</w:t>
      </w:r>
    </w:p>
    <w:p/>
    <w:p>
      <w:r>
        <w:br/>
        <w:t>Several practical strategies can facilitate both forgiveness and reconciliation. Firstly, acknowledging the hurt and validating one's feelings is essential. Suppressing emotions only prolongs the healing process. Allowing oneself to feel the pain, sadness, or anger fully, without judgment, is a crucial first step towards letting go. This might involve journaling, talking to a trusted friend or family member, or engaging in activities that promote emotional release.</w:t>
      </w:r>
    </w:p>
    <w:p/>
    <w:p>
      <w:r>
        <w:br/>
        <w:t>Secondly, practicing empathy is vital. Attempting to understand the partner's perspective, even if you don't agree with their actions, can facilitate forgiveness. Consider their background, experiences, and emotional state at the time of the conflict. What were their motivations? What were their needs? Understanding the "why" behind their actions can help lessen resentment and facilitate empathy, a critical element in the process of reconciliation. This doesn’t excuse harmful behavior, but it offers a path towards understanding the root causes and promoting future understanding.</w:t>
      </w:r>
    </w:p>
    <w:p/>
    <w:p>
      <w:r>
        <w:br/>
        <w:t>Thirdly, expressing remorse and taking responsibility for one's actions is crucial in the reconciliation process. A sincere apology, acknowledging the impact of one’s actions, goes a long way in demonstrating a commitment to healing the relationship. Avoid making excuses or blaming the partner. Instead, focus on owning your part in the conflict and expressing genuine regret for the hurt caused. This demonstrates maturity and a willingness to take responsibility for one's role in the conflict.</w:t>
      </w:r>
    </w:p>
    <w:p/>
    <w:p>
      <w:r>
        <w:br/>
        <w:t>Furthermore, setting clear expectations for future interactions is important. Discuss the conflict openly and honestly, aiming to establish a shared understanding of expectations and boundaries. This might involve creating a plan for addressing similar conflicts in the future, using strategies learned through effective communication and conflict resolution techniques. This proactive approach not only prevents future misunderstandings but also fosters a sense of collaboration and shared responsibility.</w:t>
      </w:r>
    </w:p>
    <w:p/>
    <w:p>
      <w:r>
        <w:br/>
        <w:t>Fourthly, engaging in acts of kindness and affection can help rebuild trust and strengthen the emotional connection. Small gestures, like leaving a loving note, doing a chore for your partner, or engaging in shared activities, can go a long way in rebuilding intimacy and trust. These acts demonstrate love, commitment, and a willingness to invest in the relationship, fostering a positive atmosphere conducive to healing and reconciliation.</w:t>
      </w:r>
    </w:p>
    <w:p/>
    <w:p>
      <w:r>
        <w:br/>
        <w:t>Finally, considering professional help when navigating complex conflicts is wise. A therapist can provide a safe and neutral space for discussing emotions and working through underlying issues that may contribute to relational conflicts. They can help identify unhealthy patterns, teach effective communication skills, and guide the couple through the process of forgiveness and reconciliation. Therapists often utilize techniques that assist in processing emotions and developing new communication styles. This professional guidance can provide the necessary structure and support for lasting change.</w:t>
      </w:r>
    </w:p>
    <w:p/>
    <w:p>
      <w:r>
        <w:br/>
        <w:t>The transformative power of forgiveness and reconciliation cannot be overstated. They are not merely steps towards resolving a conflict; they are investments in the health and longevity of the relationship. By actively choosing forgiveness and working towards reconciliation, couples build a stronger, more resilient partnership, fostering a foundation of trust, intimacy, and mutual respect that can withstand future challenges.</w:t>
      </w:r>
    </w:p>
    <w:p/>
    <w:p>
      <w:r>
        <w:br/>
        <w:t>Consider the example of a couple, let's call them John and Mary, who had a major disagreement about financial matters. John, habitually impulsive with spending, had made a significant purchase without consulting Mary, leading to a severe rift. Mary felt betrayed and financially insecure, while John felt misunderstood and unfairly criticized. After a heated argument, they recognized the need for a change. Instead of dwelling on resentment, they scheduled a couples' counseling session.</w:t>
      </w:r>
    </w:p>
    <w:p/>
    <w:p>
      <w:r>
        <w:br/>
        <w:t>The therapist guided them through a process of expressing their hurt feelings – Mary voiced her vulnerability and insecurity, while John owned his impulsive spending and lack of communication. They learned to actively listen to each other without interruption, focusing on understanding the underlying emotions. John committed to changing his spending habits, engaging Mary in financial decisions moving forward. This wasn't about condoning his past actions, but rather creating a space for rebuilding trust and a more secure financial future together.</w:t>
      </w:r>
    </w:p>
    <w:p/>
    <w:p>
      <w:r>
        <w:br/>
        <w:t>The journey wasn’t immediate, but with time, Mary saw John's conscious efforts to involve her, and John recognized the value of transparency and her need for security. This active process of forgiveness and reconciliation, guided by a professional, ultimately strengthened their bond and created a space of mutual respect and understanding. It's a testament to the power of actively working towards healing after conflict.</w:t>
      </w:r>
    </w:p>
    <w:p/>
    <w:p>
      <w:r>
        <w:br/>
        <w:t>Another illustration: Imagine a couple, Lisa and David, who experienced a period of significant distance due to David's work overload. Lisa felt neglected and unsupported, while David felt overwhelmed and unable to meet her emotional needs. Their conflicts escalated, causing a major rift in their relationship. They chose to address this proactively through couples counseling and through individual introspection.</w:t>
      </w:r>
    </w:p>
    <w:p/>
    <w:p>
      <w:r>
        <w:br/>
        <w:t>Lisa acknowledged her feelings of hurt and neglect, and David confessed his difficulties in balancing his work responsibilities with maintaining a healthy relationship. Through therapy, they established clear boundaries and created a new structure to their time together. They explored the underlying needs—Lisa needed to feel valued and supported, and David required more understanding of his professional pressures. The therapeutic process aided them in developing a renewed commitment to open communication.</w:t>
      </w:r>
    </w:p>
    <w:p/>
    <w:p>
      <w:r>
        <w:br/>
        <w:t>It wasn't a sudden shift, but a gradual process. David started making conscious efforts to spend quality time with Lisa, and Lisa, in turn, expressed more empathy for his professional challenges. This conscious practice of empathy and mutual understanding, coupled with the strategies learned in therapy, created a platform for both forgiveness and reconciliation, renewing their connection and resolving the conflict that had nearly broken them apart.</w:t>
      </w:r>
    </w:p>
    <w:p/>
    <w:p>
      <w:r>
        <w:br/>
        <w:t>These examples underscore the importance of embracing forgiveness and pursuing reconciliation as integral parts of resolving conflict and building a strong relationship. It’s not about forgetting or ignoring the hurt but about making a conscious choice to release the negativity and move forward together. It's an active process that demands commitment, understanding, and sometimes, professional support, but the rewards—a stronger, more resilient relationship—are well worth the effort. Remember, seeking help isn’t a sign of weakness, but rather an indication of a couple’s commitment to building a lasting and fulfilling partnership. The strength lies in the shared journey of healing and growth, ultimately strengthening the bond between partners.</w:t>
      </w:r>
    </w:p>
    <w:p/>
    <w:p>
      <w:r>
        <w:br w:type="page"/>
      </w:r>
    </w:p>
    <w:p>
      <w:pPr>
        <w:spacing w:before="5040"/>
        <w:jc w:val="center"/>
      </w:pPr>
      <w:r>
        <w:rPr/>
        <w:t xml:space="preserve"> Chapter 4: Embracing Differences: Celebrating Uniqueness</w:t>
      </w:r>
    </w:p>
    <w:p>
      <w:r>
        <w:t>Understanding and celebrating the unique tapestry of personalities within a relationship is paramount to its long-term success. The notion of two individuals merging into a seamless unit often fuels unrealistic expectations. In reality, a thriving partnership flourishes on the acceptance and appreciation of inherent differences, not their eradication. These differences, often stemming from diverse personality types and communication styles, can be a source of both conflict and exhilarating dynamism. The key lies in understanding how these differences manifest and learning to navigate them effectively, transforming potential friction points into strengths that enrich the relationship.</w:t>
      </w:r>
    </w:p>
    <w:p>
      <w:r>
        <w:br/>
        <w:t>One of the most valuable tools in this process is gaining familiarity with various personality frameworks. While no single system perfectly encapsulates human complexity, models like the Myers-Briggs Type Indicator (MBTI) or the Enneagram can provide helpful lenses for understanding individual preferences and communication styles. Understanding your own personality type and that of your partner can shed light on seemingly inexplicable behaviors and communication patterns. For example, an individual with a preference for introversion might find social gatherings draining, preferring quiet time for reflection, while their extroverted partner thrives in such environments. Recognizing this fundamental difference isn't about changing personalities but about finding ways to accommodate and support each other's needs.</w:t>
      </w:r>
    </w:p>
    <w:p/>
    <w:p>
      <w:r>
        <w:br/>
        <w:t>This understanding extends to communication styles. Some individuals are direct and assertive communicators, while others prefer a more indirect and subtle approach. Misunderstandings often arise when these different styles clash. A direct communicator might perceive the indirect style as passive-aggressive, while the indirect communicator might perceive the direct style as confrontational. Developing the ability to identify and appreciate these differences is vital. Learning to translate communication styles, or finding a common ground where both partners feel comfortable and understood, is an important step towards fostering mutual respect and understanding.</w:t>
      </w:r>
    </w:p>
    <w:p/>
    <w:p>
      <w:r>
        <w:br/>
        <w:t>Consider the impact of different approaches to conflict resolution. Some individuals prefer to confront issues directly and immediately, aiming for quick resolution. Others prefer to process their feelings internally before addressing the conflict, potentially leading to a delayed response. Neither approach is inherently "better" or "worse"; they are simply different styles. The challenge lies in acknowledging these preferences and finding a compromise that works for both partners. Perhaps one partner agrees to allow the other some time to process before engaging in a conversation, or they establish a structured approach where they agree on a specific time to discuss the issue calmly and rationally.</w:t>
      </w:r>
    </w:p>
    <w:p/>
    <w:p>
      <w:r>
        <w:br/>
        <w:t>Beyond formal personality frameworks, understanding individual values, priorities, and life goals plays a crucial role. These often-unstated elements significantly influence behavior and expectations within a relationship. For instance, one partner might prioritize career advancement above all else, while the other might place greater emphasis on family and personal growth. These differing priorities can lead to misunderstandings and conflicts if left unaddressed. Open communication regarding these values is critical in establishing realistic expectations and finding ways to accommodate each other’s aspirations. It’s not about sacrificing personal goals but about finding ways to support each other in pursuing them.</w:t>
      </w:r>
    </w:p>
    <w:p/>
    <w:p>
      <w:r>
        <w:br/>
        <w:t>Appreciating these differences extends to the realm of love languages. Dr. Gary Chapman's concept of love languages identifies five primary ways people express and experience love: words of affirmation, acts of service, receiving gifts, quality time, and physical touch. Partners often express and interpret love differently, leading to misunderstandings. If one partner primarily expresses love through acts of service, such as doing chores or running errands, while the other's primary love language is words of affirmation, the first partner might feel unappreciated despite their efforts. Learning each other’s love languages allows partners to express love in ways their partner deeply appreciates, enhancing the feeling of being cherished and understood.</w:t>
      </w:r>
    </w:p>
    <w:p/>
    <w:p>
      <w:r>
        <w:br/>
        <w:t>The importance of accepting these differences extends far beyond simply avoiding conflict. Embracing diversity in personalities and communication styles can lead to significant personal growth and enrichment within the relationship. Exposure to different perspectives expands horizons, fosters creativity, and enriches the couple's shared experience. Learning to appreciate the nuances of your partner's personality can foster a deeper understanding of their motivations and perspectives, leading to a more compassionate and supportive relationship. It helps nurture empathy and creates a space where both individuals feel safe to be themselves, without feeling judged or pressured to conform to an idealized version of a partner.</w:t>
      </w:r>
    </w:p>
    <w:p/>
    <w:p>
      <w:r>
        <w:br/>
        <w:t>Moreover, embracing differences requires a conscious shift in mindset. Rather than viewing disparities as flaws or problems to be fixed, recognize them as unique strengths that contribute to the relationship's rich tapestry. These differences can provide balance, offer unique perspectives, and even foster a sense of adventure and excitement as partners navigate life's challenges together. For example, one partner might be the meticulous planner, while the other is the spontaneous adventurer. This combination can lead to a well-balanced approach to life, incorporating both meticulous preparation and exciting spontaneity.</w:t>
      </w:r>
    </w:p>
    <w:p/>
    <w:p>
      <w:r>
        <w:br/>
        <w:t>Another significant aspect involves the practical application of this understanding. Consider creating a shared document or journal where you regularly record your observations about each other's personalities and communication styles. This could include noting preferences, triggers, and effective ways to communicate. This active process of learning and documenting fosters deeper understanding and provides a valuable resource for navigating disagreements or misunderstandings. Regularly revisiting this document reinforces the commitment to appreciating and understanding each other’s unique characteristics.</w:t>
      </w:r>
    </w:p>
    <w:p/>
    <w:p>
      <w:r>
        <w:br/>
        <w:t>Regularly scheduling dedicated time for reflection and conversation is crucial. Conversations should focus not on judgment but on mutual understanding. Questions like, "What makes you feel loved and appreciated?" or "How do you prefer to receive feedback?" can facilitate open dialogue and foster a deeper understanding of each other's needs and preferences. Such conversations should be approached with empathy and a genuine desire to learn, avoiding criticism or judgment.</w:t>
      </w:r>
    </w:p>
    <w:p/>
    <w:p>
      <w:r>
        <w:br/>
        <w:t>Finally, seeking professional help when necessary is not a sign of weakness but a testament to a couple's commitment to building a strong and lasting relationship. A therapist can provide a neutral space for exploring personality differences, developing communication skills, and learning healthy conflict resolution strategies. A therapist can offer guidance and support in identifying areas for improvement and implementing strategies to enhance understanding and appreciation within the relationship. They can act as a guide, helping couples navigate the complexities of their individual personalities and develop a deeper understanding of the strengths that lie within their differences. Embracing these differences, with conscious effort and potentially professional support, creates a foundation for a truly enduring and fulfilling partnership.</w:t>
      </w:r>
    </w:p>
    <w:p/>
    <w:p>
      <w:r>
        <w:t>Leveraging the inherent differences within a relationship is not merely about tolerating disparities; it's about actively harnessing them as a catalyst for growth and enrichment. This involves a paradigm shift, moving from viewing differences as potential obstacles to recognizing them as complementary strengths that contribute to a more dynamic and resilient partnership. Instead of striving for uniformity, the goal is to create a synergistic effect, where individual talents and perspectives coalesce to create something greater than the sum of its parts.</w:t>
      </w:r>
    </w:p>
    <w:p>
      <w:r>
        <w:br/>
        <w:t>Consider the couple where one partner possesses exceptional organizational skills, meticulously planning every detail, while the other thrives on spontaneity and improvisation. Instead of clashing over conflicting approaches, they can leverage these differences to their advantage. The meticulous planner can ensure smooth execution of larger projects, while the spontaneous partner can inject creativity and flexibility, preventing rigidity and ensuring adaptability. This collaboration creates a balanced approach to life, incorporating both thorough preparation and exciting improvisation.</w:t>
      </w:r>
    </w:p>
    <w:p/>
    <w:p>
      <w:r>
        <w:br/>
        <w:t>This concept extends beyond simple task division. Differing communication styles, often a source of friction, can actually foster more comprehensive understanding. A partner who is direct and assertive might be adept at negotiating contracts or addressing conflicts head-on, while a partner who communicates more indirectly might excel at building rapport, fostering collaboration, and diffusing tense situations. Their complementary approaches ensure a holistic communication strategy, covering a broader spectrum of interpersonal dynamics.</w:t>
      </w:r>
    </w:p>
    <w:p/>
    <w:p>
      <w:r>
        <w:br/>
        <w:t>The principle of leveraging differences extends into the realm of problem-solving. One partner might excel at analytical thinking, focusing on logical solutions and data analysis, while the other possesses strong intuitive skills, able to perceive underlying patterns and emotional nuances. By combining these skills, they can approach problems from multiple angles, increasing the likelihood of finding creative and comprehensive solutions. This combined approach fosters a problem-solving prowess far exceeding that of either partner individually.</w:t>
      </w:r>
    </w:p>
    <w:p/>
    <w:p>
      <w:r>
        <w:br/>
        <w:t>Furthermore, differences in values and priorities, while potentially contentious, can lead to a richer and more fulfilling life together. A partner who values material success and career advancement might provide financial stability and ambition, while a partner who prioritizes personal growth and spiritual development might enrich the relationship with deeper meaning and emotional intelligence. These differing priorities, when harmonized, create a balanced approach to life, encompassing both material well-being and personal fulfillment.</w:t>
      </w:r>
    </w:p>
    <w:p/>
    <w:p>
      <w:r>
        <w:br/>
        <w:t>This active harnessing of differences requires ongoing effort and conscious intentionality. It necessitates consistent self-reflection, empathy, and a commitment to understanding one another's perspectives. This might involve engaging in regular discussions about personal values, goals, and preferred communication styles. Creating a safe space for open dialogue, free from judgment or criticism, is crucial. Active listening is paramount; it's about genuinely striving to understand your partner's point of view, even if it differs greatly from your own.</w:t>
      </w:r>
    </w:p>
    <w:p/>
    <w:p>
      <w:r>
        <w:br/>
        <w:t>This understanding extends to appreciating individual strengths and weaknesses. Instead of focusing on areas of deficiency, concentrate on how each partner's unique capabilities complement the other's. Identify tasks and responsibilities where each partner excels, allowing each to contribute their strengths while simultaneously learning from and supporting each other in areas of less expertise. This reciprocal support fosters a sense of collaboration and mutual respect, reinforcing the value of individual contributions within the relationship.</w:t>
      </w:r>
    </w:p>
    <w:p/>
    <w:p>
      <w:r>
        <w:br/>
        <w:t>A crucial element in leveraging differences is the willingness to adapt and compromise. This doesn’t mean sacrificing one's identity or values; rather, it involves finding creative solutions that incorporate the needs and preferences of both partners. It's about discovering common ground and finding ways to bridge differences constructively. This requires flexibility, a willingness to step outside one's comfort zone, and a commitment to finding mutually beneficial solutions.</w:t>
      </w:r>
    </w:p>
    <w:p/>
    <w:p>
      <w:r>
        <w:br/>
        <w:t>Consider, for example, a couple with differing views on financial management. One partner might be a saver, meticulously budgeting and investing, while the other is a spender, more inclined to enjoy immediate gratification. Instead of conflict, they could create a joint budget that accommodates both saving and spending goals. This requires open communication, mutual compromise, and a shared understanding of financial priorities.</w:t>
      </w:r>
    </w:p>
    <w:p/>
    <w:p>
      <w:r>
        <w:br/>
        <w:t>The benefits of leveraging differences extend far beyond practical problem-solving. It enriches the relationship on an emotional and intellectual level. Exposure to different perspectives broadens horizons, fosters creativity, and strengthens the bond between partners. Differences in personality, communication style, and values can lead to unexpected discoveries, stimulating personal growth and deepening mutual understanding.</w:t>
      </w:r>
    </w:p>
    <w:p/>
    <w:p>
      <w:r>
        <w:br/>
        <w:t>This process of harnessing differences requires ongoing self-awareness. Regular self-reflection allows partners to identify their own strengths, weaknesses, and preferences, as well as understand how these interact with their partner's. This ongoing awareness creates a foundation of mutual respect and understanding. It allows for greater empathy and compassion, leading to more effective communication and conflict resolution.</w:t>
      </w:r>
    </w:p>
    <w:p/>
    <w:p>
      <w:r>
        <w:br/>
        <w:t>The application of personality frameworks, such as the Myers-Briggs Type Indicator (MBTI) or the Enneagram, can enhance this self-awareness. These tools provide a structured approach to understanding individual preferences and communication styles, fostering a deeper understanding of oneself and one's partner. However, it's essential to remember that these are tools for understanding, not definitive labels.</w:t>
      </w:r>
    </w:p>
    <w:p/>
    <w:p>
      <w:r>
        <w:br/>
        <w:t>Furthermore, seeking professional guidance from a relationship therapist can be incredibly beneficial. A therapist can provide a neutral space for exploring personality differences, developing effective communication strategies, and learning healthy conflict resolution techniques. They can offer guidance and support in navigating challenging conversations and finding constructive solutions to disagreements.</w:t>
      </w:r>
    </w:p>
    <w:p/>
    <w:p>
      <w:r>
        <w:br/>
        <w:t>Ultimately, embracing and leveraging differences within a relationship is not merely a strategy for avoiding conflict; it's a powerful catalyst for personal growth, a foundation for resilience, and a pathway towards a richer, more fulfilling partnership. It's about creating a synergy where individual uniquenesses intertwine, creating a tapestry far more vibrant and enduring than any uniformity could ever achieve. It's about celebrating the beauty of diversity and harnessing its power to build a love that lasts. This requires consistent effort, open communication, and a commitment to mutual understanding and growth, but the rewards are immeasurable. The journey of embracing these differences is a testament to the strength and enduring nature of a truly committed partnership.</w:t>
      </w:r>
    </w:p>
    <w:p/>
    <w:p>
      <w:r>
        <w:t>Disagreements are inevitable in any relationship, even the most harmonious ones. The key lies not in avoiding disagreements altogether – a near impossibility – but in navigating them respectfully and constructively. This involves a shift in perspective, viewing disagreements not as threats to the relationship but as opportunities for growth, understanding, and deeper connection. Instead of seeing differences of opinion as a sign of incompatibility, consider them as evidence of the rich tapestry of individual experiences and perspectives that contribute to the unique dynamic of your partnership.</w:t>
      </w:r>
    </w:p>
    <w:p>
      <w:r>
        <w:br/>
        <w:t>The foundation of respectful disagreement lies in effective communication. This goes beyond simply expressing your own viewpoint; it involves actively listening to and understanding your partner's perspective, even if you don't agree with it. Active listening requires setting aside your own biases and preconceived notions, truly attempting to grasp your partner's feelings, motivations, and underlying needs. This often necessitates slowing down the conversation, resisting the urge to interrupt or formulate your rebuttal while your partner is speaking. Practice the art of reflecting back what you've heard to confirm your understanding: "So, what I'm hearing you say is..." or "It sounds like you're feeling..."</w:t>
      </w:r>
    </w:p>
    <w:p/>
    <w:p>
      <w:r>
        <w:br/>
        <w:t>Non-violent communication (NVC), developed by Marshall Rosenberg, provides a powerful framework for expressing needs and feelings without blame or judgment. NVC encourages focusing on observable behaviors and the emotions they evoke, rather than labeling your partner or assigning blame. For example, instead of saying, "You always leave the dishes dirty," try, "When I see the dishes piled in the sink, I feel overwhelmed and frustrated because it impacts my ability to relax and enjoy my evening." This approach emphasizes empathy and understanding, paving the way for constructive dialogue.</w:t>
      </w:r>
    </w:p>
    <w:p/>
    <w:p>
      <w:r>
        <w:br/>
        <w:t>Another crucial element of respectful disagreement is the art of compromise. Compromise doesn't mean sacrificing your own values or beliefs; it means finding a mutually acceptable solution that addresses the needs of both partners. This requires a willingness to be flexible, to explore alternative solutions, and to consider your partner's perspective as equally valid as your own. Sometimes, this might involve creating a solution that isn't precisely what either partner initially envisioned, but it's a solution that works for both of you. This process of negotiation and compromise strengthens the bond by demonstrating mutual respect and a shared commitment to the relationship's well-being.</w:t>
      </w:r>
    </w:p>
    <w:p/>
    <w:p>
      <w:r>
        <w:br/>
        <w:t>Choosing the right time and place for a discussion is vital. Avoid confronting your partner when either of you is stressed, tired, or distracted. Opt for a time when you both can dedicate your full attention to the conversation. Creating a calm and supportive environment is essential for productive dialogue. Physical touch, such as holding hands, can unexpectedly help de-escalate tension and foster a sense of connection. A neutral environment, free from distractions, can also positively influence the conversation's tone and effectiveness.</w:t>
      </w:r>
    </w:p>
    <w:p/>
    <w:p>
      <w:r>
        <w:br/>
        <w:t>Consider the example of a couple disagreeing about vacation plans. One partner may prefer a relaxing beach vacation, while the other dreams of an adventurous hiking trip. Instead of arguing over preferences, they could explore options that incorporate elements of both. Perhaps a compromise might involve a trip that combines a few days of relaxation on a beach with some shorter, manageable hikes in the surrounding area. This solution respects both partners' preferences while creating a shared experience.</w:t>
      </w:r>
    </w:p>
    <w:p/>
    <w:p>
      <w:r>
        <w:br/>
        <w:t>Managing emotions during disagreements is paramount. Recognize that strong emotions are normal during disagreements, but it’s crucial to manage them effectively. Taking deep breaths, stepping away for a few minutes if needed, and expressing your emotions calmly can help prevent the discussion from escalating into an argument. It's perfectly acceptable to take a brief break to cool down, then return to the conversation with a fresh perspective. Acknowledging your partner's emotions, even if you don't agree with their perspective, can also be a powerful de-escalation technique.</w:t>
      </w:r>
    </w:p>
    <w:p/>
    <w:p>
      <w:r>
        <w:br/>
        <w:t>Furthermore, recognizing and addressing underlying issues contributing to disagreements is crucial. Often, disagreements stem from deeper unmet needs or unresolved conflicts. For instance, a disagreement about household chores might be rooted in a feeling of inequality or lack of appreciation. Identifying and addressing the underlying needs will facilitate more effective conflict resolution. This involves open and honest communication about your feelings, expectations, and concerns. It's about understanding the "why" behind the disagreement, not just the "what."</w:t>
      </w:r>
    </w:p>
    <w:p/>
    <w:p>
      <w:r>
        <w:br/>
        <w:t>It's important to differentiate between legitimate disagreements and those driven by unhealthy patterns. Recurring disagreements over the same issues might indicate underlying problems requiring professional help. A marriage counselor or relationship therapist can provide a neutral space to address these recurring issues, offering tools and techniques for better communication and conflict resolution. They can help you identify unhealthy patterns, develop healthier communication styles, and learn strategies to manage disagreements effectively.</w:t>
      </w:r>
    </w:p>
    <w:p/>
    <w:p>
      <w:r>
        <w:br/>
        <w:t>Learning to forgive and let go is crucial. Holding onto resentment from past disagreements only fuels future conflicts. Forgiveness is not about condoning the behavior but about releasing the negative emotions associated with the disagreement. It's about choosing to move forward, focusing on building a stronger relationship based on mutual understanding and respect. This can be a challenging process, but it is essential for fostering a lasting and fulfilling relationship.</w:t>
      </w:r>
    </w:p>
    <w:p/>
    <w:p>
      <w:r>
        <w:br/>
        <w:t>Setting clear boundaries is essential for maintaining respect during disagreements. While respecting your partner's perspective, it's vital to establish boundaries that protect your emotional and mental well-being. This might involve setting limits on the tone or intensity of the discussion, establishing ground rules for respectful communication, or taking breaks when needed. These boundaries are not intended to shut down communication but to create a safer space for productive dialogue.</w:t>
      </w:r>
    </w:p>
    <w:p/>
    <w:p>
      <w:r>
        <w:br/>
        <w:t>Finally, remember to celebrate the small victories. Successful navigation of a disagreement should be acknowledged and celebrated, reinforcing the positive impact of respectful communication and compromise. Celebrating these victories reinforces healthy relationship habits and promotes a sense of accomplishment and shared success in managing conflict. This recognition fosters a positive feedback loop, encouraging continued growth and development in conflict resolution skills. It is a reminder that even amidst disagreements, your commitment to the relationship is stronger than the challenges you face. The ability to navigate disagreements respectfully is a testament to the resilience and strength of your relationship, strengthening the bond and paving the way for a deeper, more enduring love.</w:t>
      </w:r>
    </w:p>
    <w:p/>
    <w:p>
      <w:r>
        <w:t>Respecting individual needs and boundaries is paramount in building a strong and lasting relationship. While intimacy and connection are crucial, neglecting individual autonomy can lead to resentment, conflict, and ultimately, the erosion of the relationship's foundation. Understanding and respecting each other's boundaries is not about creating distance; rather, it's about creating a space where both partners feel safe, valued, and empowered to be themselves.</w:t>
      </w:r>
    </w:p>
    <w:p>
      <w:r>
        <w:br/>
        <w:t>This involves a nuanced understanding of personal space, both physically and emotionally. Physically, this might encompass respecting a partner's need for alone time, their preference for personal space within the shared living environment, or their comfort level with physical affection. For instance, one partner might thrive on physical closeness, while the other may need more personal space to recharge. Respecting these differences isn't about compromise in the sense of meeting halfway; it's about acknowledging and honoring each partner's unique needs. Instead of demanding constant physical contact, the more affectionate partner could find other ways to express love and affection, such as leaving small, thoughtful notes or planning a special date night. The less affectionate partner, in turn, could make an effort to initiate physical contact occasionally, even if it's just a brief hug or a gentle touch. This demonstrates consideration and mutual respect, strengthening the bond rather than creating resentment.</w:t>
      </w:r>
    </w:p>
    <w:p/>
    <w:p>
      <w:r>
        <w:br/>
        <w:t>Emotional boundaries are equally crucial. This involves respecting each partner's feelings, opinions, and the right to express them freely, even if they differ from your own. It means refraining from judgment or criticism, creating a safe space where vulnerability is encouraged rather than met with dismissal or ridicule. For example, one partner might need to process challenging emotions privately before discussing them, while the other might prefer immediate and open communication. Respecting this difference involves patience and understanding; the partner who prefers immediate discussion might hold back slightly, allowing their partner the space they need. The partner who prefers processing alone should, in turn, commit to sharing their feelings once they are ready, demonstrating that their needs are acknowledged and valued.</w:t>
      </w:r>
    </w:p>
    <w:p/>
    <w:p>
      <w:r>
        <w:br/>
        <w:t>Healthy boundaries also extend to personal time and activities. Each partner should have space for individual pursuits, hobbies, and friendships outside of the relationship. This doesn't suggest a lack of commitment; instead, it nurtures individual growth and independence, enriching the relationship as a whole. For example, one partner might be passionate about photography, while the other enjoys competitive sports. Respecting each other's individual pursuits means allowing ample time for these activities without guilt or resentment. This could involve scheduling dedicated time for personal hobbies or supporting each other in pursuing individual goals. It also means respecting each other's friendships and social circles, fostering a sense of autonomy and independence that strengthens the relationship rather than weakening it.</w:t>
      </w:r>
    </w:p>
    <w:p/>
    <w:p>
      <w:r>
        <w:br/>
        <w:t>Maintaining healthy boundaries isn't static; it requires ongoing communication and negotiation. What constitutes a healthy boundary can evolve over time, influenced by changing circumstances, individual growth, or shared experiences. Regular check-ins, open discussions, and a willingness to adapt are crucial for ensuring that boundaries continue to be respected and adjusted as needed. For example, a couple might agree to a certain level of communication during work hours, but this might need adjusting if one partner faces a particularly stressful work project. Open communication about the changing needs and circumstances allows for flexible boundary management, ensuring that each partner's individual needs are met while maintaining a strong connection.</w:t>
      </w:r>
    </w:p>
    <w:p/>
    <w:p>
      <w:r>
        <w:br/>
        <w:t>Sometimes, respecting boundaries might require setting limits. This is not about controlling or manipulating your partner; it's about protecting your well-being and the relationship's health. It might involve refusing requests that make you uncomfortable, asserting your needs firmly but respectfully, or even seeking support from external sources if necessary. For example, if a partner repeatedly crosses a previously established boundary, despite respectful communication, it might be necessary to establish clear consequences. This might involve temporary separation, seeking professional help, or reevaluating the relationship entirely. Setting limits shouldn't be seen as a sign of failure; it's a necessary step in ensuring the relationship thrives on mutual respect and understanding.</w:t>
      </w:r>
    </w:p>
    <w:p/>
    <w:p>
      <w:r>
        <w:br/>
        <w:t>Consider the scenario of a couple disagreeing about spending habits. One partner might be a saver, while the other is more inclined towards spending. Respecting these differences isn't about forcing either partner to change their habits; it's about creating a financial plan that acknowledges and accommodates both approaches. This might involve setting individual spending allowances, maintaining separate accounts for personal expenses, and agreeing on a joint account for shared expenses. Regular financial discussions and clear communication are crucial for navigating these differences respectfully and avoiding financial conflict.</w:t>
      </w:r>
    </w:p>
    <w:p/>
    <w:p>
      <w:r>
        <w:br/>
        <w:t>Another example highlights the importance of respecting time boundaries. One partner may be a night owl while the other prefers waking early. Instead of trying to force each other to adapt to opposite schedules, they could create a system that works for both. This might involve designated quiet time for personal activities before sleep, ensuring both partners receive adequate rest. They could also schedule couple time in a way that doesn't compromise each other’s individual rhythms. This respectful approach avoids resentment and allows each partner to prioritize their individual needs while maintaining strong mutual support.</w:t>
      </w:r>
    </w:p>
    <w:p/>
    <w:p>
      <w:r>
        <w:br/>
        <w:t>Ultimately, respecting individual needs and boundaries is not about sacrifice or compromise; it's about creating a space where both partners can thrive. It fosters a sense of trust, security, and mutual respect, laying the foundation for a relationship built on individual strength and shared intimacy. This involves active listening, open communication, and a willingness to adapt and adjust as the relationship evolves. It’s a continuous process requiring ongoing effort and understanding, ultimately yielding a relationship of deep connection, lasting fulfillment, and mutual growth. By prioritizing individual well-being within the context of a committed partnership, couples can cultivate a relationship characterized by both individual flourishing and collective strength. It’s a fundamental principle that underpins lasting love and mutual respect. The ability to navigate these complexities successfully is a testament to the relationship's resilience and depth, paving the way for a more fulfilling and enduring partnership.</w:t>
      </w:r>
    </w:p>
    <w:p/>
    <w:p>
      <w:r>
        <w:t>The journey towards a lasting relationship isn't solely about merging two lives into one homogenous entity; it's about the intricate dance between celebrating individual uniqueness and cultivating a shared identity. This delicate balance, often overlooked in the initial romantic fervor, is crucial for long-term relationship success. It's about finding harmony between the "me" and the "we," allowing each partner to flourish while simultaneously building a strong, unified front.</w:t>
      </w:r>
    </w:p>
    <w:p>
      <w:r>
        <w:br/>
        <w:t>Preserving individual passions and interests is not a sign of disengagement but a testament to personal growth and fulfillment. When individuals feel stifled or forced to abandon aspects of their identity, resentment can fester, creating distance and undermining the foundation of trust. Imagine a couple where one partner is a passionate musician and the other a dedicated athlete. Attempting to force a shared interest, like attending every single sporting event or attending every musical rehearsal, may lead to feelings of obligation and resentment, rather than genuine connection. Instead, supporting each other's individual pursuits is crucial. This support manifests in various ways—attending an important concert, celebrating a sporting victory, listening attentively to each other's experiences, and simply appreciating the other's dedication and passion. This mutual respect for individual pursuits fosters a sense of autonomy and independence within the relationship, enriching the partnership rather than diminishing it.</w:t>
      </w:r>
    </w:p>
    <w:p/>
    <w:p>
      <w:r>
        <w:br/>
        <w:t>Furthermore, maintaining strong individual friendships and social connections outside the relationship is vitally important. These relationships provide different forms of support, perspectives, and experiences that contribute to a well-rounded individual. A partner who feels suffocated by the demands of the relationship, lacking space for their own social circle, may become resentful or withdrawn. Healthy relationships don't require complete isolation from one's outside world; they thrive on the richness and diversity that these independent connections bring. Consider a couple where one partner maintains strong ties with their childhood friends, engaging in regular activities and supporting each other's aspirations outside of the romantic relationship. The other partner might have a vibrant network of colleagues and professional contacts. These independent social circles not only enrich their personal lives but also indirectly enhance the couple's dynamic by fostering individual growth, broadening perspectives, and preventing the relationship from becoming the sole focus of each partner’s existence.</w:t>
      </w:r>
    </w:p>
    <w:p/>
    <w:p>
      <w:r>
        <w:br/>
        <w:t>However, celebrating individuality doesn't negate the importance of developing a shared identity as a couple. This shared identity evolves over time, shaped by shared experiences, common values, and collaborative goal-setting. It's the collective "we" that emerges from the individual "mes," strengthening the bond and creating a sense of unity and purpose. This shared identity can manifest in countless ways: a shared love for traveling, a mutual commitment to community service, a collaborative passion for gardening, or even simply a shared appreciation for a particular genre of film or music. These shared experiences create a rich tapestry of memories and create a framework for future adventures, reinforcing the bond and fostering a deeper understanding between partners.</w:t>
      </w:r>
    </w:p>
    <w:p/>
    <w:p>
      <w:r>
        <w:br/>
        <w:t>Finding the balance between individual interests and shared activities requires open communication and a willingness to compromise. This doesn't mean sacrificing personal passions; rather, it involves negotiating time and resources to ensure that both individual and shared needs are met. It's about finding creative solutions that accommodate each other's interests, like scheduling regular "date nights" that focus on shared activities while maintaining individual time for personal pursuits. It's also about actively listening to each other's needs and desires, understanding the importance of individual space and time. Compromise isn't about concession; it's about collaborating to create a harmonious balance that reflects the unique needs and aspirations of each individual within the context of the couple's shared journey.</w:t>
      </w:r>
    </w:p>
    <w:p/>
    <w:p>
      <w:r>
        <w:br/>
        <w:t>Financial planning provides a particularly insightful illustration of this balance. Couples often have vastly different approaches to money management—one might be a meticulous saver, while the other is a more spontaneous spender. Instead of imposing one partner's financial philosophy on the other, the successful path involves open communication about spending habits and financial goals. Developing a shared financial plan that respects each partner's individual style, perhaps incorporating both joint and individual accounts, creates transparency and avoids resentment. This demonstrates mutual respect and a commitment to navigating financial matters collaboratively. Compromise might involve agreeing on a specific amount to be contributed to a joint account for shared expenses, while also allowing each partner a degree of personal spending autonomy. This strategy nurtures both individual financial independence and collective financial security.</w:t>
      </w:r>
    </w:p>
    <w:p/>
    <w:p>
      <w:r>
        <w:br/>
        <w:t>The cultivation of shared values is another cornerstone of a shared identity. While maintaining individual differences in beliefs and preferences, couples can identify core values that guide their joint decision-making and shape their shared future. This might include a shared commitment to family, a common approach to raising children (if applicable), or a collective dedication to environmental sustainability. These shared values provide a moral compass for the relationship, guiding decisions, resolving conflicts, and fostering a sense of purpose. Open and honest discussions about values are crucial during the premarital phase, providing a framework for handling disagreements and potential conflicts in the future. Understanding each other’s values ensures a foundation for mutual understanding and respect, which is essential to a thriving partnership.</w:t>
      </w:r>
    </w:p>
    <w:p/>
    <w:p>
      <w:r>
        <w:br/>
        <w:t>Building a strong shared identity doesn't necessitate abandoning personal aspirations. Instead, successful couples find ways to intertwine their individual dreams with their shared goals. For example, one partner may aspire to a career that requires relocation, while the other has deep roots in their current community. Instead of forcing one partner to compromise their aspirations, they can explore options that incorporate both individual desires. This might involve searching for jobs in a new location that allow both partners to pursue their career goals while maintaining their sense of belonging to their community. Flexibility and willingness to adapt are key to building a shared identity that honors both individuality and partnership.</w:t>
      </w:r>
    </w:p>
    <w:p/>
    <w:p>
      <w:r>
        <w:br/>
        <w:t>The process of balancing individuality and shared identity is an ongoing journey, not a destination. It requires continuous communication, mutual respect, and a willingness to adapt and evolve as the relationship progresses. As life circumstances change, personal priorities may shift, and individual needs may evolve. A successful partnership is characterized by the flexibility and willingness to renegotiate the balance between individuality and shared identity, ensuring that the relationship remains a vibrant and nurturing space for both partners to thrive. By actively cultivating both individual fulfillment and shared purpose, couples create a profound connection that fosters lasting love and a sense of mutual accomplishment. This balance isn’t about perfect harmony; it’s about the continuous dance of individuality and unity, the delicate balance of "me" and "we," that defines a truly fulfilling and enduring relationship. It is a testament to the resilience and commitment of a couple that continuously strives to celebrate their unique identities while simultaneously building a shared life rich in meaning and purpose.</w:t>
      </w:r>
    </w:p>
    <w:p/>
    <w:p>
      <w:r>
        <w:br w:type="page"/>
      </w:r>
    </w:p>
    <w:p>
      <w:pPr>
        <w:spacing w:before="5040"/>
        <w:jc w:val="center"/>
      </w:pPr>
      <w:r>
        <w:rPr/>
        <w:t xml:space="preserve"> Chapter 5: Valuing Vows: Commitment and Long-Term Vision</w:t>
      </w:r>
    </w:p>
    <w:p>
      <w:r>
        <w:t>Defining a shared vision for the future is more than just dreaming; it's about building a roadmap for your journey together. It's about understanding not only where you want to go as a couple but also how you plan to get there. This shared vision acts as a compass, guiding your decisions and helping you navigate the inevitable challenges that life throws your way. Without a clearly defined vision, you risk drifting apart, pulled in different directions by individual ambitions and unforeseen circumstances.</w:t>
      </w:r>
    </w:p>
    <w:p>
      <w:r>
        <w:br/>
        <w:t>The process of defining this shared vision begins with introspection. Each partner needs to take time for honest self-reflection, considering their personal goals, aspirations, and values. This isn't about imposing your vision on your partner; it's about understanding your own desires so you can effectively communicate them and collaboratively build a shared future. Consider journaling, or even engaging in guided meditation or mindfulness exercises, to help you identify your core values and long-term aspirations. Ask yourself questions like: What are my most important personal goals? What kind of life do I envision for myself in five, ten, twenty years? What are my non-negotiables in a relationship? What kind of impact do I want to have on the world?</w:t>
      </w:r>
    </w:p>
    <w:p/>
    <w:p>
      <w:r>
        <w:br/>
        <w:t>Once you have a clear understanding of your individual aspirations, it's time to begin the crucial conversation of sharing these with your partner. Create a safe and comfortable space for open and honest dialogue. This isn't a debate; it's a collaborative effort to build something together. Active listening is key. Truly hear what your partner is saying, understanding their hopes, dreams, and concerns. Avoid interrupting or becoming defensive. Instead, focus on understanding their perspective and finding common ground. You can facilitate this conversation by using structured exercises, like writing down your individual answers to the questions above and then comparing your responses, identifying areas of alignment and areas where further discussion is needed.</w:t>
      </w:r>
    </w:p>
    <w:p/>
    <w:p>
      <w:r>
        <w:br/>
        <w:t>One effective technique is to create a joint vision board. Gather magazines, pictures, and other visual elements that represent your individual and shared aspirations. This can be a fun and creative way to visualize your future together. For example, if one partner dreams of traveling the world, include images of exotic locations. If the other partner envisions a large family, include pictures of happy families. The vision board becomes a visual representation of your collective dreams, helping to solidify your shared vision. It serves as a constant reminder of your collective goals, keeping the vision alive and tangible.</w:t>
      </w:r>
    </w:p>
    <w:p/>
    <w:p>
      <w:r>
        <w:br/>
        <w:t>Beyond the visual, it's crucial to articulate your shared vision in words. Write a collaborative document outlining your shared goals for various aspects of your life, including career, family, finances, and personal growth. This document should not be a rigid contract but rather a living document, open to revision and adaptation as your lives evolve. Be specific in your goals. Instead of saying "we want to travel," specify where you want to go and when you hope to visit. Instead of "we want to have children," discuss the number of children you envision, and your ideal timeline for starting a family. Specificity helps to make the vision more concrete and achievable.</w:t>
      </w:r>
    </w:p>
    <w:p/>
    <w:p>
      <w:r>
        <w:br/>
        <w:t>Financial planning is an integral part of defining your shared vision. This goes beyond simply agreeing on a budget; it's about aligning your financial goals with your overall life vision. Do you dream of buying a house? Starting a business? Retiring early? Discuss these financial aspirations openly and honestly, working together to create a financial plan that aligns with your shared vision. Consider creating a joint budget, outlining your income, expenses, and savings goals. This collaborative process helps to ensure that you are both on the same page regarding financial matters and promotes transparency and trust. Understanding each other's financial habits, strengths, and weaknesses is crucial for avoiding future conflicts and ensuring financial harmony.</w:t>
      </w:r>
    </w:p>
    <w:p/>
    <w:p>
      <w:r>
        <w:br/>
        <w:t>Family planning, if applicable, is another critical element of your shared vision. Discuss your desires regarding children—the number of children you want, your parenting styles, and how you plan to share responsibilities. Discuss expectations regarding family roles and responsibilities. Openly discussing different perspectives on childcare, education, and family values is crucial for building a strong foundation for your future family. This honest dialogue helps to prevent misunderstandings and potential conflicts later on. It’s about finding common ground and agreeing on a collaborative approach to raising a family.</w:t>
      </w:r>
    </w:p>
    <w:p/>
    <w:p>
      <w:r>
        <w:br/>
        <w:t>Beyond family and finances, consider your shared vision for community involvement and personal growth. Do you want to volunteer together? Engage in community service? Pursue personal development goals? Discuss these aspects of your shared vision, identifying common interests and creating a plan for how you will achieve these goals together. This shared commitment to community and personal growth can strengthen your bond and enrich your lives. Consider joining a shared activity, such as a volunteer organization or a fitness class, to strengthen your connection and pursue your goals collaboratively.</w:t>
      </w:r>
    </w:p>
    <w:p/>
    <w:p>
      <w:r>
        <w:br/>
        <w:t>Addressing potential conflicts proactively is vital. Even with meticulous planning and open communication, disagreements will inevitably arise. The key is to develop strategies for handling these disagreements constructively, ensuring that conflicts do not derail your shared vision. Develop a conflict resolution plan, outlining the steps you will take to address disagreements respectfully and effectively. This could involve active listening, identifying the root cause of the conflict, and finding mutually acceptable solutions. Consider agreeing on specific communication strategies, such as using "I" statements, avoiding blaming, and focusing on finding solutions rather than assigning blame. This proactive approach ensures that conflicts are resolved constructively and do not undermine your shared vision.</w:t>
      </w:r>
    </w:p>
    <w:p/>
    <w:p>
      <w:r>
        <w:br/>
        <w:t>Regularly reviewing and revising your shared vision is essential. Life is dynamic; your priorities, goals, and circumstances will evolve over time. Make reviewing your shared vision an ongoing process, perhaps scheduling annual reviews to discuss your progress, address any changes in your circumstances, and revise your goals as needed. This ensures that your shared vision remains relevant and aligned with your current realities and aspirations. These periodic reviews allow for adaptation and flexibility, maintaining the vitality and relevance of your shared vision. They also provide opportunities to reaffirm your commitment to your shared journey and celebrate your collective achievements.</w:t>
      </w:r>
    </w:p>
    <w:p/>
    <w:p>
      <w:r>
        <w:br/>
        <w:t>The process of defining a shared vision for the future is a continuous journey, not a one-time event. It's about creating a shared narrative, a story you are writing together. By embracing the process of open communication, mutual respect, and collaborative goal-setting, you build a strong foundation for a lasting and fulfilling relationship. Remember, this vision is not a rigid blueprint but a flexible framework, adapting and evolving alongside your journey as a couple. It's about creating a roadmap that guides you towards a future you both eagerly anticipate.</w:t>
      </w:r>
    </w:p>
    <w:p/>
    <w:p>
      <w:r>
        <w:t>Marriage vows. The very words resonate with a weight of history, tradition, and profound personal meaning. They represent a pivotal moment, a public declaration of commitment that transcends the romantic gestures and intimate moments that precede them. Understanding the true significance of these vows is crucial for building a marriage that endures, a relationship founded not on fleeting emotions but on a bedrock of shared responsibility and unwavering dedication. These aren't simply words spoken in a ceremony; they are the foundation stones upon which a lifelong partnership is built.</w:t>
      </w:r>
    </w:p>
    <w:p>
      <w:r>
        <w:br/>
        <w:t>The vows themselves, however they are phrased, represent a series of promises. These promises are not casual assurances; they are solemn oaths made before witnesses, often family and friends, signifying a willingness to navigate the unpredictable landscape of life together. These promises encompass a spectrum of commitments: a commitment to love, to cherish, to support, to honor, and to remain faithful. These commitments are not conditional; they extend beyond the honeymoon phase, encompassing the mundane moments and the challenging trials that inevitably arise in any long-term relationship. They are made with the understanding that life will present unforeseen obstacles, moments of joy, and periods of hardship, and the vow is an affirmation to face these challenges together.</w:t>
      </w:r>
    </w:p>
    <w:p/>
    <w:p>
      <w:r>
        <w:br/>
        <w:t>The act of promising is a testament to the power of intention. By making a public promise, couples actively solidify their commitment, holding themselves accountable to the promises made. The act of making the promises strengthens the relationship, creating a sense of shared responsibility and a heightened awareness of the importance of their commitment. It's a conscious decision to enter into a partnership predicated on trust, mutual respect, and a deep-seated desire for the success of the union. The intention behind the promises sets the tone and direction of the journey ahead. The vows are not just a statement of current feelings; they're a declaration of intent to cultivate those feelings and actively work to nurture the relationship for years to come.</w:t>
      </w:r>
    </w:p>
    <w:p/>
    <w:p>
      <w:r>
        <w:br/>
        <w:t>Beyond the promises, marriage vows signify a commitment to shared responsibility. This is not simply about dividing household chores or managing finances equally; it's about a shared responsibility for the emotional and spiritual well-being of the partner. It's a commitment to actively participate in each other's lives, offering support during times of stress, celebrating successes together, and providing unwavering emotional stability. It involves a willingness to put the needs of the partnership above individual desires when necessary, understanding that a thriving relationship requires sacrifice and compromise.</w:t>
      </w:r>
    </w:p>
    <w:p/>
    <w:p>
      <w:r>
        <w:br/>
        <w:t>This commitment to shared responsibility extends beyond the immediate couple; it often includes the creation of a family unit. While not all marriages involve children, the prospect of building a family adds another layer of shared responsibility and commitment. The decision to raise children together requires a joint commitment to providing a nurturing and stable environment, fostering the emotional and intellectual growth of the children. It demands open communication, collaborative decision-making, and a willingness to work together towards a shared parenting vision. This extends to managing the emotional needs of children, including those that may arise during challenging times or as they grow into adulthood.</w:t>
      </w:r>
    </w:p>
    <w:p/>
    <w:p>
      <w:r>
        <w:br/>
        <w:t>The vows also inherently carry a responsibility for personal growth and development. Marriage is not a static state; it requires ongoing work and effort. The commitment within the vows is a pledge to actively participate in personal growth, seeking self-awareness, managing personal flaws, and striving to become the best possible version of oneself. This is not a solitary pursuit; it involves supporting one another's growth and development, celebrating milestones, and offering encouragement during challenging periods of personal transformation. It’s about ensuring that the individual growth complements and enhances the growth of the partnership.</w:t>
      </w:r>
    </w:p>
    <w:p/>
    <w:p>
      <w:r>
        <w:br/>
        <w:t>The responsibility encompassed by the vows extends to the maintenance of the relationship itself. It’s not enough to simply make promises; the vows demand ongoing effort to nurture the relationship. This includes actively fostering intimacy, engaging in open and honest communication, prioritizing quality time together, and actively working through conflicts constructively. It requires consciously seeking ways to strengthen the bond, showing appreciation and affection regularly, and creating meaningful experiences together. These are not passive activities; they require conscious effort and a dedication to investing time and energy into the relationship’s well-being.</w:t>
      </w:r>
    </w:p>
    <w:p/>
    <w:p>
      <w:r>
        <w:br/>
        <w:t>Consider the couples who choose to renew their vows years down the line. This act itself speaks volumes about the importance they place on the ongoing commitment represented by those original promises. Renewing vows isn’t simply a romantic gesture; it’s a reaffirmation of the commitment, an acknowledgement of the journey traveled, and a renewed dedication to the path ahead. It symbolizes the resilience of the relationship, the ability to overcome obstacles, and the persistent desire to build an even stronger foundation. Often, these renewals involve a reassessment of the original vows, reflecting on what has been learned and adapting to the changing dynamics of the relationship over time.</w:t>
      </w:r>
    </w:p>
    <w:p/>
    <w:p>
      <w:r>
        <w:br/>
        <w:t>These renewals are not merely symbolic; they provide an opportunity for reflection, reassessment, and reaffirmation. Couples often utilize this opportunity to revisit the core values and principles that guided them in their initial commitment, revisiting their shared vision and adjusting it as necessary to reflect their current life circumstances. It's a chance to reflect on the challenges faced, the lessons learned, and the growth experienced together. It is a testament to their commitment to continuous improvement and their willingness to nurture their relationship through change and evolution. The act of renewal offers fresh momentum, reaffirming the bond and strengthening the resolve to continue building their lifelong partnership.</w:t>
      </w:r>
    </w:p>
    <w:p/>
    <w:p>
      <w:r>
        <w:br/>
        <w:t>Renewing vows also serves as a powerful reminder of the initial promises made. It’s a chance to publicly reiterate the commitment, reinforcing the weight and significance of the vows. The act of renewal strengthens the sense of shared responsibility, reminding the couple of the ongoing commitment to each other and the journey they are on together. It provides an opportunity to publicly declare their enduring love and commitment, further solidifying their bond in the eyes of loved ones and themselves. The renewed vows become a symbol of their journey, a testament to their perseverance, and a harbinger of continued growth and love.</w:t>
      </w:r>
    </w:p>
    <w:p/>
    <w:p>
      <w:r>
        <w:br/>
        <w:t>The significance of marriage vows extends far beyond the ceremony itself. They are the cornerstone of a strong and lasting relationship, representing a commitment to shared responsibility, continuous growth, and unwavering dedication. Understanding the depth of these promises, and actively embracing the commitment they represent, is essential for building a marriage that not only survives but thrives through the inevitable ups and downs of life. The vows are not a destination; they are the starting point of a lifelong journey.</w:t>
      </w:r>
    </w:p>
    <w:p/>
    <w:p>
      <w:r>
        <w:t>Building a life together involves more than shared dreams and romantic gestures; it requires a practical, collaborative approach to managing shared resources. One of the most significant areas where couples often face friction is finances. Open communication about money, while sometimes uncomfortable, is crucial for building a strong and stable financial future. Avoiding these conversations can lead to resentment, conflict, and even financial instability, undermining the very foundation of the partnership. A shared financial plan is not merely a pragmatic necessity; it is a reflection of the commitment to shared responsibility, transparency, and mutual trust—the very essence of a successful, enduring marriage.</w:t>
      </w:r>
    </w:p>
    <w:p>
      <w:r>
        <w:br/>
        <w:t>The first step in creating a shared financial plan is honest and open communication. This involves discussing not only current financial situations but also past experiences with money. Did either partner grow up in a household where finances were openly discussed, or was it a taboo subject? Understanding each other's financial upbringing and the resulting perspectives on money can be invaluable. Perhaps one partner grew up with a scarcity mindset, always concerned about saving, while the other experienced a more carefree approach to spending. Acknowledging these differences is crucial in navigating potential disagreements and finding a middle ground.</w:t>
      </w:r>
    </w:p>
    <w:p/>
    <w:p>
      <w:r>
        <w:br/>
        <w:t>This initial conversation should extend beyond general attitudes toward money. It’s essential to disclose all financial information, including debts, assets, incomes, and spending habits. This complete transparency lays the groundwork for trust and allows for a realistic assessment of the couple's combined financial picture. For example, openly discussing outstanding student loan debt, credit card balances, or existing savings accounts is crucial to building a unified financial strategy. This transparency may feel vulnerable, but it's a necessary step towards achieving a shared financial vision.</w:t>
      </w:r>
    </w:p>
    <w:p/>
    <w:p>
      <w:r>
        <w:br/>
        <w:t>Once complete transparency is established, the next step involves creating a joint budget. This involves listing all sources of income, both individual and combined, and then categorizing all expenses. This is best done collaboratively, with both partners contributing to the process. Many free budgeting apps and software programs are available to make this process easier. These tools can automatically track spending, categorize expenses, and even project future cash flow. Beyond simply tracking expenses, effective budgeting involves setting realistic financial goals.</w:t>
      </w:r>
    </w:p>
    <w:p/>
    <w:p>
      <w:r>
        <w:br/>
        <w:t>These goals should align with the couple's shared values and long-term vision. Are they saving for a down payment on a house? Planning for future education expenses for children? Looking to retire comfortably? These are all vital considerations when crafting a budget. Assigning each expense category a percentage of the overall income can be a useful approach, helping to visualize where the money is going and identify areas for potential savings. For example, allocating a certain percentage to housing, food, transportation, and savings can create a clear framework for financial management.</w:t>
      </w:r>
    </w:p>
    <w:p/>
    <w:p>
      <w:r>
        <w:br/>
        <w:t>An integral component of any shared financial plan is saving. This might involve setting up separate savings accounts for specific goals like an emergency fund, a down payment on a house, or retirement. Having a well-funded emergency fund provides a financial cushion in case of unexpected events, reducing the stress of unforeseen expenses. Similarly, diligently saving for a down payment can accelerate the path towards homeownership, a significant milestone for many couples. Planning for retirement, though seemingly distant, is crucial for long-term financial security.</w:t>
      </w:r>
    </w:p>
    <w:p/>
    <w:p>
      <w:r>
        <w:br/>
        <w:t>It’s essential to consider the long-term implications of financial decisions. This involves making informed choices about investments, retirement planning, and insurance. It's wise to seek professional financial advice from a qualified financial advisor. They can help create a personalized financial plan tailored to the couple's specific circumstances, guiding them through investment options, retirement strategies, and insurance coverage. They can also assist in navigating complex tax laws and optimizing investment strategies to maximize returns while minimizing risks.</w:t>
      </w:r>
    </w:p>
    <w:p/>
    <w:p>
      <w:r>
        <w:br/>
        <w:t>Beyond the practical aspects of budgeting and saving, a shared financial plan fosters a sense of teamwork and collaboration. It’s an opportunity to discuss values and prioritize goals together. Perhaps one partner is passionate about environmentally conscious investing, while the other values maximizing returns. Finding a balance between these preferences is vital. Openly discussing financial values and concerns demonstrates mutual respect and strengthens the relationship. It’s not just about numbers; it’s about shared decision-making and a unified approach to financial well-being.</w:t>
      </w:r>
    </w:p>
    <w:p/>
    <w:p>
      <w:r>
        <w:br/>
        <w:t>It's important to remember that shared financial planning is an ongoing process, not a one-time event. As life circumstances change—a new job, a child, unexpected expenses—the plan needs to be revisited and adjusted. Regularly reviewing the budget, reassessing goals, and adapting to changes are crucial for maintaining financial stability and preventing conflict. Regular check-ins, even if just a monthly review, can help avoid issues from accumulating and becoming larger problems.</w:t>
      </w:r>
    </w:p>
    <w:p/>
    <w:p>
      <w:r>
        <w:br/>
        <w:t>Throughout this process, ongoing communication remains paramount. It's important to maintain open lines of communication about any concerns or disagreements that may arise. Regularly discussing financial progress, challenges, and future goals helps to maintain transparency and prevents misunderstandings. It is perfectly acceptable to seek professional guidance from a financial therapist or counselor if significant disagreements persist, providing an objective perspective to help navigate complex financial issues.</w:t>
      </w:r>
    </w:p>
    <w:p/>
    <w:p>
      <w:r>
        <w:br/>
        <w:t>Consider the example of a couple who meticulously planned their wedding budget. They openly discussed their financial expectations, set clear limits, and remained transparent throughout the process. By working together and communicating effectively, they avoided unnecessary debt and built a strong foundation for their future financial life. This example demonstrates how effective financial planning can enhance the relationship itself, building confidence and trust.</w:t>
      </w:r>
    </w:p>
    <w:p/>
    <w:p>
      <w:r>
        <w:br/>
        <w:t>Conversely, consider a couple who avoids discussing finances. One partner may secretly accumulate debt, creating a significant burden that ultimately strains the relationship. This highlights the crucial role of open communication in maintaining financial health and preventing serious conflict. A lack of communication can lead to mistrust, resentment, and ultimately, damage to the relationship.</w:t>
      </w:r>
    </w:p>
    <w:p/>
    <w:p>
      <w:r>
        <w:br/>
        <w:t>Successful shared financial planning requires a commitment to transparency, honesty, and collaborative decision-making. It’s about building trust, prioritizing goals together, and openly discussing even difficult topics. It's not just about money; it’s about building a strong, enduring foundation for the marriage, showing mutual respect, and laying a foundation for a secure and fulfilling future. Remember, a successful financial plan is an investment not just in your finances, but in the long-term health and happiness of your relationship. It’s a testament to the commitment made in the vows and a tangible representation of a shared future. The effort invested in creating and maintaining this plan is a powerful affirmation of the enduring partnership you are forging.</w:t>
      </w:r>
    </w:p>
    <w:p/>
    <w:p>
      <w:r>
        <w:t>Building a strong foundation for a lasting marriage extends beyond the couple's individual relationship. A crucial element often overlooked is the importance of fostering a robust support system that encompasses family, friends, and community resources. This network acts as a buffer against stress, provides encouragement during challenging times, and offers a broader perspective on navigating life's complexities as a couple. Just as a single tree is vulnerable to storms, a couple without a supportive network is more susceptible to the winds of adversity that inevitably blow through any relationship.</w:t>
      </w:r>
    </w:p>
    <w:p>
      <w:r>
        <w:br/>
        <w:t>The benefits of a strong support system are manifold. Firstly, it offers a valuable source of emotional and practical support. When conflicts arise—and conflicts are inevitable in any close relationship—having trusted individuals to confide in can provide much-needed perspective and emotional regulation. Friends and family who have navigated similar challenges can offer relatable advice and encouragement, helping the couple to see their situation from a broader perspective and to avoid isolating themselves in their struggles. This external support can be particularly crucial during times of significant transition, such as job loss, illness, or the birth of a child.</w:t>
      </w:r>
    </w:p>
    <w:p/>
    <w:p>
      <w:r>
        <w:br/>
        <w:t>Furthermore, a shared social network can enrich the couple's life in countless ways. Jointly engaging with friends and family fosters a sense of belonging and connection beyond the confines of the dyad. Participating in shared activities, whether it’s a weekly game night, a family dinner, or a community event, creates opportunities for shared experiences and strengthens the bonds not only within the couple but also within their wider community. This shared social life enriches the relationship, providing common ground and shared memories.</w:t>
      </w:r>
    </w:p>
    <w:p/>
    <w:p>
      <w:r>
        <w:br/>
        <w:t>Building a supportive network isn't simply a matter of passively maintaining existing connections; it requires proactive effort. Openly communicating with family and friends about the couple's relationship journey allows for honest feedback and support. Sharing both joys and challenges creates a sense of shared experience and solidifies the support system. This communication should be reciprocal; actively listening to and supporting the needs of those in the network fosters a sense of mutual respect and strengthens the bonds.</w:t>
      </w:r>
    </w:p>
    <w:p/>
    <w:p>
      <w:r>
        <w:br/>
        <w:t>Consider the example of a couple who actively cultivated a strong support system during their engagement. They consciously included both their families in their wedding planning process, ensuring that all felt valued and included. This created a positive and collaborative atmosphere, setting the stage for ongoing support after the wedding. They also prioritized spending quality time with their close friends, ensuring that their shared social network remained a vibrant aspect of their lives, fostering a strong sense of community. Furthermore, they actively sought out couples' support groups and premarital counseling, acknowledging that external support was essential in navigating the challenges ahead.</w:t>
      </w:r>
    </w:p>
    <w:p/>
    <w:p>
      <w:r>
        <w:br/>
        <w:t>The creation of a strong support system is not solely about quantity; quality is paramount. It is essential to identify individuals who offer genuine support and understanding, who are willing to offer encouragement without judgment, and who will be there during both celebratory moments and times of hardship. Identifying these individuals and nurturing these relationships requires conscious effort and prioritization. It's about cultivating a network of people who genuinely care about the well-being of the couple and their relationship.</w:t>
      </w:r>
    </w:p>
    <w:p/>
    <w:p>
      <w:r>
        <w:br/>
        <w:t>Furthermore, the concept of a support system extends beyond close personal relationships. Community resources such as therapists, financial advisors, mentors, and religious leaders can provide valuable guidance and support. Seeking professional help during challenging times is not a sign of weakness but a demonstration of proactive self-care. A therapist can provide tools for conflict resolution and communication, a financial advisor can offer assistance in navigating complex financial matters, and a mentor can provide insights and guidance based on their life experience.</w:t>
      </w:r>
    </w:p>
    <w:p/>
    <w:p>
      <w:r>
        <w:br/>
        <w:t>However, it's equally important to recognize the potential for negative external influences. Family or friends who are consistently critical or judgmental can significantly undermine the couple's relationship. Setting healthy boundaries with such individuals is crucial in protecting the relationship from negativity. This might involve limiting contact or clearly communicating expectations for respectful interactions.</w:t>
      </w:r>
    </w:p>
    <w:p/>
    <w:p>
      <w:r>
        <w:br/>
        <w:t>Building a strong support network is also about carefully curating the environment you expose yourself to. Choosing to surround yourselves with positive and supportive people will undoubtedly have a positive impact on the relationship. Conversely, spending time with negative, critical, or toxic individuals can significantly hinder the growth and stability of the relationship.</w:t>
      </w:r>
    </w:p>
    <w:p/>
    <w:p>
      <w:r>
        <w:br/>
        <w:t>Consider a couple who, despite their strong love for one another, found themselves constantly embroiled in conflicts with one partner's family. The consistent criticism and interference strained the relationship to the point of near collapse. It wasn't until they consciously set boundaries and limited their interaction with the problematic family members that they were able to regain stability and strengthen their bond. This highlights the importance of protecting the couple's relationship from external negativity.</w:t>
      </w:r>
    </w:p>
    <w:p/>
    <w:p>
      <w:r>
        <w:br/>
        <w:t>Cultivating a positive support system is an ongoing process, not a one-time event. As the relationship progresses, the support network may evolve, with new relationships forming and existing relationships shifting in nature. Regularly evaluating and adjusting the support system ensures its continued relevance and effectiveness. This might involve seeking out new support groups, nurturing existing friendships, or consciously reducing contact with negative influences. It is a continuous process of growth and adaptation, mirroring the ever-evolving nature of the relationship itself.</w:t>
      </w:r>
    </w:p>
    <w:p/>
    <w:p>
      <w:r>
        <w:br/>
        <w:t>In conclusion, building a strong support system is an essential aspect of creating a long-lasting and fulfilling marriage. It’s not just about having a large number of friends and family; it’s about consciously cultivating a network of individuals who offer genuine support, understanding, and encouragement. By actively nurturing these relationships, setting healthy boundaries, and utilizing available community resources, couples can build a robust support system that will serve as a cornerstone of their enduring partnership. This network provides a critical buffer against life's inevitable challenges, offering emotional resilience, practical support, and a broader perspective on navigating the complexities of life together. Investing in this external support is as vital as investing in the couple's internal connection, fostering a secure and thriving relationship that can weather any storm.</w:t>
      </w:r>
    </w:p>
    <w:p/>
    <w:p>
      <w:r>
        <w:t>Life is a journey punctuated by transitions, some anticipated, others unexpected. These shifts – career changes, the arrival of children, relocation, illness, the loss of loved ones – can profoundly impact a marriage. The strength of a relationship is often tested not during times of calm, but during periods of significant change. Navigating these transitions successfully requires a conscious effort to adapt, communicate effectively, and maintain a united front. Failing to do so can strain the marital bond, leading to misunderstandings, resentment, and ultimately, conflict.</w:t>
      </w:r>
    </w:p>
    <w:p>
      <w:r>
        <w:br/>
        <w:t>One of the most common transitions couples face is a career change. This can involve a promotion, a job loss, a change of industry, or even a decision to become a stay-at-home parent. Each scenario presents its unique challenges. A promotion, while seemingly positive, can often lead to increased stress and longer working hours, impacting the time available for the relationship. Job loss, on the other hand, can create financial strain and emotional distress, potentially placing enormous pressure on the partnership. Open and honest communication is paramount during such times. The couple must create a safe space for vulnerability, allowing each partner to express their fears, anxieties, and concerns without judgment. Active listening is crucial; understanding each other's perspectives allows for collaborative problem-solving.</w:t>
      </w:r>
    </w:p>
    <w:p/>
    <w:p>
      <w:r>
        <w:br/>
        <w:t>For instance, a couple facing a job loss might collaboratively create a budget, exploring ways to cut expenses and manage finances effectively. They might also seek professional help from a financial advisor to navigate their financial challenges. Furthermore, they should support each other emotionally, recognizing that the job loss affects not only the individual but also the entire relationship. Regular date nights, reaffirming their commitment, and acknowledging the shared challenges can strengthen the bond during this difficult time. The transition should be navigated as a team, not as individuals grappling with the problem alone. Supporting each other’s efforts to find new employment or adjust to a new role will be key. Celebrate small victories and offer encouragement during setbacks.</w:t>
      </w:r>
    </w:p>
    <w:p/>
    <w:p>
      <w:r>
        <w:br/>
        <w:t>The arrival of a child is another significant life transition, often considered one of the most challenging. The dramatic shift in lifestyle, the demands of parenthood, and the sleep deprivation can put a strain on even the strongest relationships. Pre-planning, including discussions about childcare responsibilities, financial planning, and division of household chores, is crucial in minimizing conflict. Openly discussing expectations about parenting styles and discipline strategies is also essential, ensuring that both partners are on the same page. Regularly checking in with each other about how they are coping and offering support is vital. Remembering to prioritize time for each other, amidst the demands of parenting, is crucial to maintaining intimacy and emotional connection. A small gesture, such as preparing breakfast in bed or sharing a quiet moment together, can go a long way in reinforcing the couple’s bond. Seeking support from other parents or joining a parenting group can provide valuable advice and a sense of community.</w:t>
      </w:r>
    </w:p>
    <w:p/>
    <w:p>
      <w:r>
        <w:br/>
        <w:t>Relocation, whether for work, family, or personal reasons, can be highly disruptive to a relationship. The process itself – packing, moving, settling into a new environment – is often stressful. However, the bigger challenge lies in adapting to a new community, making new friends, and potentially leaving behind established support networks. Thorough pre-planning, involving both partners equally, can mitigate some stress. Researching the new location, finding suitable housing, and ensuring a smooth transition for any children involved can ease the process significantly. Once settled, proactively building a new social network is crucial; attending community events, joining local clubs, and actively reaching out to neighbors can help foster a sense of belonging.</w:t>
      </w:r>
    </w:p>
    <w:p/>
    <w:p>
      <w:r>
        <w:br/>
        <w:t>Illness, whether it's a short-term ailment or a chronic condition, can severely impact a relationship. The affected partner may experience physical pain, emotional distress, and limitations in their daily activities. The other partner may face the added burden of caregiving, emotional support, and the increased stress of managing household responsibilities. Open communication is essential in addressing the emotional and practical implications of illness. Seeking professional help, including medical support and therapy, can provide much-needed coping mechanisms and strategies. The healthy partner should actively listen to and validate the feelings of the ill partner, offering both emotional support and practical help. Regular communication about emotional well-being, fatigue levels, and needs will create a space for understanding and cooperation.</w:t>
      </w:r>
    </w:p>
    <w:p/>
    <w:p>
      <w:r>
        <w:br/>
        <w:t>The death of a loved one, a significant loss, significantly impacts the grieving process and creates challenges to navigate as a couple. Grief manifests differently in individuals; understanding these differences and supporting each other through this emotionally taxing time requires sensitivity and patience. Allowing each partner to grieve at their own pace, without pressure or judgment, is crucial. Engaging in activities that bring comfort and remembering the deceased in ways that feel meaningful to the couple can offer solace. Seeking professional grief counseling is a sign of strength, providing guidance in navigating this difficult period and fostering healing. Maintaining open communication about emotional needs and seeking professional help during such challenging times should be seen as a testament to the couple's dedication to preserving their relationship.</w:t>
      </w:r>
    </w:p>
    <w:p/>
    <w:p>
      <w:r>
        <w:br/>
        <w:t>Throughout all these transitions, a core principle remains: prioritizing communication. This goes beyond simply talking; it involves actively listening, understanding each other's perspectives, and validating emotions. Regular check-ins, even amidst the chaos of life's changes, can help maintain emotional intimacy. Sharing feelings, concerns, and fears creates a space for empathy and mutual support. Utilizing effective communication techniques, such as expressing needs assertively and resolving conflicts constructively, strengthens the relationship and helps navigate difficult times.</w:t>
      </w:r>
    </w:p>
    <w:p/>
    <w:p>
      <w:r>
        <w:br/>
        <w:t>Furthermore, maintaining shared goals and values is crucial during transitions. Regularly revisiting the couple's long-term vision helps provide a sense of direction and stability during periods of upheaval. This shared vision acts as an anchor, guiding them through challenging times and reminding them of their commitment to each other. Remembering to celebrate shared successes and acknowledging the effort each partner makes in navigating the transition strengthens the bond and cultivates a sense of team spirit.</w:t>
      </w:r>
    </w:p>
    <w:p/>
    <w:p>
      <w:r>
        <w:br/>
        <w:t>Finally, practicing self-care is not selfish; it's essential for maintaining emotional resilience and strengthening the relationship. Prioritizing individual well-being allows each partner to bring their best self to the relationship. Engaging in activities that promote relaxation, stress management, and personal growth enhances both individual and relational well-being. Remembering that the couple's relationship is a partnership, requiring that both individuals remain strong and healthy is essential for navigating life's challenges effectively. The journey of marriage is a marathon, not a sprint; having the emotional and physical resources to persevere during life's transitions is crucial in achieving a long and happy life together. Embracing the journey together, even amidst the inevitable changes, is the cornerstone of a lasting and fulfilling relationship.</w:t>
      </w:r>
    </w:p>
    <w:p/>
    <w:p>
      <w:r>
        <w:br w:type="page"/>
      </w:r>
    </w:p>
    <w:p>
      <w:pPr>
        <w:spacing w:before="5040"/>
        <w:jc w:val="center"/>
      </w:pPr>
      <w:r>
        <w:rPr/>
        <w:t xml:space="preserve"> Chapter 6: Emotional Responsiveness: Understanding and Empathy</w:t>
      </w:r>
    </w:p>
    <w:p>
      <w:pPr>
        <w:jc w:val="left"/>
      </w:pPr>
      <w:r>
        <w:t xml:space="preserve">Emotional intelligence forms the bedrock of a thriving relationship. It's not simply about knowing what your partner feels; it's about understanding </w:t>
      </w:r>
      <w:r>
        <w:rPr>
          <w:i/>
        </w:rPr>
        <w:t>why</w:t>
      </w:r>
      <w:r>
        <w:t xml:space="preserve"> they feel that way, and responding with empathy and understanding. This involves a deep dive into your own emotional landscape, learning to identify and manage your own feelings before you can effectively navigate the emotional currents of your partnership. Many couples struggle with this – not necessarily because they lack love, but because they lack the skills to effectively process and communicate their emotions.</w:t>
      </w:r>
    </w:p>
    <w:p>
      <w:r>
        <w:br/>
        <w:t>Identifying your own emotions is the first crucial step. This isn’t always easy. Emotions aren't always neatly packaged and labelled. Sometimes, they’re a complex blend of different feelings, a subtle undercurrent beneath the surface of what initially appears to be a simple emotion. Take, for instance, the feeling of anger. It might seem straightforward, but anger often masks other emotions – fear, hurt, insecurity, or even sadness. Digging beneath the surface to uncover the underlying emotions is crucial for healthy emotional processing. This requires self-reflection, mindfulness practices, and a willingness to be honest with yourself about what you’re truly feeling. Journaling can be a powerful tool in this process; by writing down your feelings, you can begin to untangle the complexities of your emotional experiences.</w:t>
      </w:r>
    </w:p>
    <w:p/>
    <w:p>
      <w:r>
        <w:br/>
        <w:t>Understanding the triggers for your emotions is equally important. What situations, people, or thoughts tend to elicit specific emotional responses? Identifying these triggers allows you to anticipate potential emotional challenges and develop strategies to manage them more effectively. For instance, if you realize that feeling overwhelmed at work often leads to irritability at home, you can proactively address the workplace stress before it spills over into your relationship. This might involve setting clear boundaries at work, improving time management skills, or delegating tasks to reduce your workload.</w:t>
      </w:r>
    </w:p>
    <w:p/>
    <w:p>
      <w:r>
        <w:br/>
        <w:t>Once you've identified and understood your emotions, expressing them constructively becomes paramount. This isn't about emotional outbursts or passive-aggressive behavior; it's about communicating your feelings clearly, respectfully, and assertively. Using "I" statements – such as "I feel hurt when..." or "I feel anxious when..." – helps avoid blaming or accusing your partner. This approach focuses on your own experience rather than placing judgment on your partner's actions. Remember, the goal isn't to make your partner feel guilty, but to communicate your needs and feelings effectively.</w:t>
      </w:r>
    </w:p>
    <w:p/>
    <w:p>
      <w:r>
        <w:br/>
        <w:t>For example, instead of saying, "You always leave the dishes in the sink," try, "I feel frustrated when the dishes are left in the sink because it makes me feel like I'm doing all the housework." This subtle shift in phrasing transforms a potentially accusatory statement into a more constructive expression of your feelings and needs. It opens a dialogue instead of shutting it down. It acknowledges your own emotions and invites your partner to understand your perspective, creating a space for collaboration and resolution.</w:t>
      </w:r>
    </w:p>
    <w:p/>
    <w:p>
      <w:r>
        <w:br/>
        <w:t>Understanding your partner's emotions is just as crucial as understanding your own. This requires active listening, empathy, and a willingness to see things from their perspective. Pay attention not only to what they say but also to their nonverbal cues – body language, tone of voice, and facial expressions. These cues often reveal emotions that may not be explicitly stated. Active listening involves fully focusing on your partner, putting aside your own thoughts and feelings, and seeking to understand their experience. It's about listening to truly understand, not just waiting for your turn to speak.</w:t>
      </w:r>
    </w:p>
    <w:p/>
    <w:p>
      <w:r>
        <w:br/>
        <w:t>Empathy involves stepping into your partner's shoes and trying to understand their emotional state from their perspective. It's about recognizing that their emotions are valid, even if you don't necessarily agree with their perspective or understand their reasoning. This doesn't mean you need to condone their behavior, but it does mean acknowledging and validating their feelings. A simple acknowledgment like, "That sounds really frustrating," can go a long way in showing empathy and validating your partner's emotional experience.</w:t>
      </w:r>
    </w:p>
    <w:p/>
    <w:p>
      <w:r>
        <w:br/>
        <w:t>Sometimes, deciphering your partner's emotions can be challenging. They might be reluctant to express their feelings, or they might express them in ways that are difficult to interpret. In these situations, creating a safe space for vulnerability is crucial. This involves fostering an atmosphere of trust and respect where your partner feels comfortable sharing their emotions without fear of judgment or criticism. This requires consistent effort, patience, and a willingness to listen without interrupting or offering unsolicited advice.</w:t>
      </w:r>
    </w:p>
    <w:p/>
    <w:p>
      <w:r>
        <w:br/>
        <w:t>One effective approach is to gently inquire about your partner’s feelings using open-ended questions. Instead of asking, "Are you upset?" which might lead to a simple "yes" or "no" answer, try asking, "How are you feeling about this?" or "What's going on for you right now?" These questions encourage your partner to articulate their feelings, providing you with a deeper understanding of their emotional state. Remember, understanding isn't always about solving the problem; sometimes, it’s simply about offering a listening ear and validating your partner's experience.</w:t>
      </w:r>
    </w:p>
    <w:p/>
    <w:p>
      <w:r>
        <w:br/>
        <w:t>Addressing conflict constructively involves a deep understanding of emotional responsiveness. Disagreements are inevitable in any relationship, but how you handle those disagreements significantly impacts the strength of your bond. During a conflict, emotional intelligence helps you to identify your own emotions, regulate them appropriately, and communicate your feelings constructively. It also enables you to understand your partner's emotions, validate their feelings, and work towards a mutually acceptable resolution.</w:t>
      </w:r>
    </w:p>
    <w:p/>
    <w:p>
      <w:r>
        <w:br/>
        <w:t>Instead of escalating the conflict with accusations or defensiveness, focus on understanding the underlying emotions driving the disagreement. For example, a conflict over household chores might not be simply about who did what; it could be rooted in feelings of resentment, exhaustion, or feeling unappreciated. By understanding the emotional roots of the conflict, you can address the underlying issues, creating a space for empathy, compromise, and resolution. This involves taking responsibility for your own contribution to the conflict, apologizing if necessary, and seeking a solution that works for both of you.</w:t>
      </w:r>
    </w:p>
    <w:p/>
    <w:p>
      <w:r>
        <w:br/>
        <w:t>Building a strong relationship necessitates developing emotional literacy – the ability to understand and manage both your own and your partner's emotions. This isn’t something that happens overnight; it's a skill that develops over time, requiring ongoing self-reflection, communication, and a commitment to understanding each other. Regular check-ins, expressing appreciation for your partner's efforts, and consistently practicing empathy strengthens the emotional fabric of your relationship. It helps create a secure and loving environment where both individuals feel safe to express their emotions freely, honestly, and without fear of judgment. The journey of building emotional responsiveness is ongoing, a testament to the commitment and ongoing investment in the relationship. This journey fosters deeper intimacy, trust, and mutual respect, paving the way for a strong, fulfilling, and long-lasting relationship.</w:t>
      </w:r>
    </w:p>
    <w:p/>
    <w:p>
      <w:r>
        <w:t>Empathy and compassion aren't abstract concepts; they're active choices, daily practices that cultivate a fertile ground for love to flourish. It's about moving beyond simply acknowledging your partner's feelings to genuinely understanding their experience, validating their emotions, and offering support tailored to their specific needs. This requires a willingness to step outside your own perspective and enter the world of your partner's emotions, even if those emotions differ from your own.</w:t>
      </w:r>
    </w:p>
    <w:p>
      <w:r>
        <w:br/>
        <w:t>One practical technique is to practice "perspective-taking." This involves consciously trying to see the situation from your partner's point of view. Imagine yourself in their shoes, experiencing the events, challenges, and emotions they are facing. What are their thoughts and feelings likely to be? What might be contributing to their emotional state? This exercise isn't about agreeing with their perspective; it's about understanding it. It's about recognizing the validity of their experience, even if you don't fully grasp the reasons behind it.</w:t>
      </w:r>
    </w:p>
    <w:p/>
    <w:p>
      <w:r>
        <w:br/>
        <w:t>For example, imagine your partner is upset because they didn't receive a promotion at work. Instead of immediately offering solutions or dismissing their feelings, try to understand their perspective. Perhaps they've worked incredibly hard and felt overlooked. Perhaps this promotion represented a significant step towards a long-term career goal. Perhaps the rejection is deeply personal, hitting at their sense of self-worth and competence. By taking the time to imagine their perspective, you gain a deeper understanding of the emotional weight they are carrying.</w:t>
      </w:r>
    </w:p>
    <w:p/>
    <w:p>
      <w:r>
        <w:br/>
        <w:t>Once you’ve practiced perspective-taking, actively demonstrate your understanding. This goes beyond simply listening; it involves verbalizing your understanding of their experience. You might say something like, "I can see why you're feeling so disappointed. You worked so hard for this promotion, and it must be incredibly frustrating to not receive it." This shows your partner that you've made the effort to comprehend their situation and appreciate the emotional toll it's taken.</w:t>
      </w:r>
    </w:p>
    <w:p/>
    <w:p>
      <w:r>
        <w:br/>
        <w:t>Beyond verbal communication, nonverbal cues play a crucial role in conveying empathy and compassion. Maintaining eye contact, offering a comforting touch (if appropriate), and using a soft and reassuring tone of voice all communicate your presence and support. Your body language should reflect your genuine concern and desire to connect with your partner's emotional state. These nonverbal expressions often communicate empathy more powerfully than words alone.</w:t>
      </w:r>
    </w:p>
    <w:p/>
    <w:p>
      <w:r>
        <w:br/>
        <w:t>The power of validation cannot be overstated. Validating your partner's emotions doesn't mean agreeing with their actions or condoning their behavior. It simply means acknowledging that their feelings are real and legitimate. Saying things like, "That sounds really tough," "I understand why you're feeling this way," or "It's okay to feel upset," goes a long way in reassuring your partner that their emotions are heard and accepted. This validation helps them feel understood and supported, which is crucial for strengthening your bond.</w:t>
      </w:r>
    </w:p>
    <w:p/>
    <w:p>
      <w:r>
        <w:br/>
        <w:t>However, empathy and compassion aren't about fixing your partner's problems. Sometimes, the most supportive thing you can do is simply be present and listen without trying to offer solutions or advice. Allow your partner to express their emotions fully, without interruption. Creating a safe space where they feel comfortable sharing their vulnerabilities is paramount. This requires patience, active listening, and a genuine willingness to be present in their experience.</w:t>
      </w:r>
    </w:p>
    <w:p/>
    <w:p>
      <w:r>
        <w:br/>
        <w:t>Let's explore this further with a real-life example. Consider a couple where one partner is experiencing grief following the loss of a loved one. The other partner's instinct might be to offer practical solutions or try to “cheer them up.” But in moments of intense grief, practical solutions often feel insignificant, and attempts to cheer someone up can feel dismissive and invalidating. In this scenario, the most empathetic response is likely to be simply offering presence, a listening ear, and unconditional support. Allowing space for their grief, acknowledging the pain of their loss, and simply being there is often the most compassionate response. Let them lead the conversation; your role is to listen and provide comfort, not to fix the situation.</w:t>
      </w:r>
    </w:p>
    <w:p/>
    <w:p>
      <w:r>
        <w:br/>
        <w:t>Another crucial aspect of empathy in action is recognizing and addressing your own emotional response. It's impossible to completely separate your emotions from your partner's. When your partner is experiencing distress, you may find yourself feeling overwhelmed, frustrated, or even angry. Recognizing and acknowledging these feelings is crucial. It allows you to regulate your emotional response and prevents your own emotions from hindering your ability to offer support.</w:t>
      </w:r>
    </w:p>
    <w:p/>
    <w:p>
      <w:r>
        <w:br/>
        <w:t>One effective strategy is to take a brief break if you feel overwhelmed. This isn't about abandoning your partner; it's about taking a moment to center yourself before you can effectively offer support. You might say something like, "Honey, I need a few minutes to collect myself. I want to be fully present for you, and right now, I need a moment to calm down." This honest approach communicates your commitment to support while acknowledging your own emotional limits.</w:t>
      </w:r>
    </w:p>
    <w:p/>
    <w:p>
      <w:r>
        <w:br/>
        <w:t>Integrating empathy and compassion into your daily interactions requires conscious effort and consistent practice. It’s about consistently choosing to understand your partner's perspective, validating their feelings, and offering support that’s tailored to their specific needs. It’s not always easy, especially when you're dealing with your own emotions or facing disagreements. However, the effort is worthwhile; the ability to consistently demonstrate empathy and compassion builds trust, strengthens intimacy, and deepens the emotional connection within your relationship, creating a bond that withstands the inevitable challenges of life together.</w:t>
      </w:r>
    </w:p>
    <w:p/>
    <w:p>
      <w:r>
        <w:br/>
        <w:t>A practical exercise to enhance your empathy skills is to engage in regular "emotional check-ins" with your partner. These check-ins provide a structured opportunity to discuss your emotional experiences and understand each other's perspectives. You might begin by asking open-ended questions like, "How are you feeling today?", "What were some of your emotional highlights and lowlights today?", or "Is there anything you'd like to share about your emotional state?" These questions create a safe space for open and honest communication, fostering emotional intimacy and a deeper understanding of each other.</w:t>
      </w:r>
    </w:p>
    <w:p/>
    <w:p>
      <w:r>
        <w:br/>
        <w:t>Beyond structured check-ins, incorporate spontaneous moments of emotional connection throughout the day. A simple gesture of affection, a comforting touch, or a thoughtful word can communicate your care and understanding. These small moments, woven into the fabric of your daily life, reinforce your commitment to empathy and compassion, building a foundation of emotional support that strengthens your bond over time. Remember that practicing empathy isn't about perfection; it's about consistent effort and a commitment to understanding and supporting your partner's emotional world. The ongoing effort strengthens your emotional intelligence and ensures a more fulfilling and resilient relationship.</w:t>
      </w:r>
    </w:p>
    <w:p/>
    <w:p>
      <w:r>
        <w:br/>
        <w:t>The cultivation of empathy and compassion is an ongoing process, a journey of continuous learning and growth within the relationship. It’s about actively seeking to understand your partner's internal world, acknowledging the validity of their emotions, and offering support that aligns with their unique needs. It's about recognizing that your partner's experiences are as valid as your own, fostering a sense of mutual respect and understanding that forms the bedrock of a strong and fulfilling partnership. This consistent effort in practicing empathy and compassion contributes to building a relationship founded on mutual support, trust, and enduring love. It's an investment that yields immeasurable returns, fostering a deeper intimacy and strengthening the emotional connection that binds you together. Remember, it is not about fixing your partner; it's about walking alongside them, sharing their joys and sorrows, and demonstrating unwavering support throughout life's journey.</w:t>
      </w:r>
    </w:p>
    <w:p/>
    <w:p>
      <w:r>
        <w:t>Understanding and managing emotional triggers is crucial for building a resilient and thriving relationship. Emotional triggers are specific situations, people, or events that evoke intense emotional responses, often disproportionate to the actual event. These triggers are often rooted in past experiences, unresolved traumas, or deeply held insecurities. Identifying and understanding these triggers is the first step towards managing them effectively. This involves introspection, honest self-reflection, and open communication with your partner. Journaling can be a powerful tool; writing down situations that evoke strong emotional reactions helps pinpoint patterns and recurring themes, offering valuable insight into your emotional landscape.</w:t>
      </w:r>
    </w:p>
    <w:p>
      <w:r>
        <w:br/>
        <w:t>Consider, for instance, a couple where one partner has a history of abandonment issues. The simple act of their partner being late for a date might trigger intense feelings of anxiety and insecurity, far exceeding the actual inconvenience of the lateness. Understanding this connection—the lateness triggering the fear of abandonment—is critical. It’s not about the lateness itself, but the underlying fear that it represents. Similarly, criticism, even if constructive, can trigger defensiveness in someone with a history of harsh criticism in their family of origin. Understanding the root of these reactions allows for a more compassionate and empathetic response from both partners.</w:t>
      </w:r>
    </w:p>
    <w:p/>
    <w:p>
      <w:r>
        <w:br/>
        <w:t>Once you've identified your triggers, developing strategies for managing your reactions is vital. This involves practicing emotional regulation techniques, such as mindfulness, deep breathing exercises, or progressive muscle relaxation. Mindfulness involves focusing on the present moment, observing your thoughts and emotions without judgment. This helps create distance between the trigger and your emotional response, allowing for a more measured reaction. Deep breathing exercises calm the nervous system, reducing the intensity of emotional arousal. Progressive muscle relaxation involves systematically tensing and releasing muscle groups, helping to alleviate physical tension often associated with strong emotions.</w:t>
      </w:r>
    </w:p>
    <w:p/>
    <w:p>
      <w:r>
        <w:br/>
        <w:t>These techniques are not a quick fix; they require consistent practice. Start with short sessions, perhaps five to ten minutes daily, gradually increasing the duration as you become more comfortable. The goal isn't to eliminate all emotions, but to manage their intensity and duration, preventing them from escalating into conflict or creating distance. Building this self-awareness empowers you to navigate challenging situations with greater composure and understanding. Instead of reacting impulsively, you gain the capacity to pause, breathe, and respond thoughtfully.</w:t>
      </w:r>
    </w:p>
    <w:p/>
    <w:p>
      <w:r>
        <w:br/>
        <w:t>Furthermore, clear communication is essential in managing emotional triggers. Openly discussing your triggers with your partner creates a safe space for vulnerability and mutual understanding. Explain the reasons behind your reactions, connecting them to past experiences if necessary. This transparency fosters empathy and prevents your partner from unintentionally triggering your emotions. For example, if you’re triggered by criticism, explain that it activates past negative experiences and triggers a defensive response. This understanding allows your partner to communicate more thoughtfully, choosing their words carefully and framing their feedback constructively.</w:t>
      </w:r>
    </w:p>
    <w:p/>
    <w:p>
      <w:r>
        <w:br/>
        <w:t>Effective communication doesn’t stop at simply stating your triggers; it involves actively teaching your partner how to best respond to them. This might involve agreeing on communication strategies, such as using "I" statements to express concerns without placing blame or using calming language to de-escalate tense situations. Setting clear boundaries also plays a vital role. This could involve establishing limits on certain behaviors or setting expectations for communication during emotionally charged moments. This mutual understanding and agreed-upon approach reduces the likelihood of misinterpretations and minimizes the chances of triggering negative responses.</w:t>
      </w:r>
    </w:p>
    <w:p/>
    <w:p>
      <w:r>
        <w:br/>
        <w:t>It’s equally crucial to address your partner's emotional triggers with the same understanding and empathy you expect for yourself. Active listening is crucial, ensuring you truly understand their perspective before responding. Often, simply acknowledging their feelings validates their experience and creates a sense of emotional safety. For instance, a simple "I understand why you're feeling this way" or "That sounds incredibly frustrating" can go a long way in de-escalating tension and fostering connection. This reciprocal understanding helps to build a culture of emotional intelligence within the relationship, where both partners feel safe expressing their vulnerabilities and concerns.</w:t>
      </w:r>
    </w:p>
    <w:p/>
    <w:p>
      <w:r>
        <w:br/>
        <w:t>Conflict resolution strategies are essential tools for navigating disagreements that may arise when managing emotional triggers. Healthy conflict resolution doesn't involve avoiding conflict but involves engaging with it constructively. This means approaching disagreements with a spirit of collaboration, seeking to understand your partner's perspective before presenting your own. Learning to communicate your needs effectively, focusing on "I" statements rather than accusatory "You" statements, fosters a more constructive environment for resolving disputes. Focus on the issue at hand, avoiding personal attacks or bringing up past grievances. Maintaining respect throughout the conversation, even when disagreeing, is vital in preserving emotional safety.</w:t>
      </w:r>
    </w:p>
    <w:p/>
    <w:p>
      <w:r>
        <w:br/>
        <w:t>Consider a scenario where one partner is consistently triggered by their partner's lateness. Instead of reacting with anger or resentment, they can address the issue constructively by explaining the underlying emotional connection – the fear of being disregarded or unimportant. They can then collaboratively work toward a solution, perhaps establishing clear communication about schedules and setting expectations for punctuality. This approach transforms a potential source of conflict into an opportunity for growth and increased understanding, strengthening the bond between them.</w:t>
      </w:r>
    </w:p>
    <w:p/>
    <w:p>
      <w:r>
        <w:br/>
        <w:t>Furthermore, understanding your attachment style is crucial in managing emotional triggers and reactions. Individuals with anxious attachment styles may be more prone to emotional reactivity and might need extra reassurance and validation. Those with avoidant attachment styles may tend to shut down or withdraw during conflicts, requiring a more gentle approach. Recognizing these differences and adapting your communication style accordingly fosters a more empathetic and responsive approach to conflict resolution. This self-awareness allows for more effective communication and relationship management.</w:t>
      </w:r>
    </w:p>
    <w:p/>
    <w:p>
      <w:r>
        <w:br/>
        <w:t>Seeking professional support can be immensely helpful in navigating complex emotional challenges. A relationship therapist or counselor can provide tools and techniques for emotional regulation, conflict resolution, and communication enhancement. They can provide a safe and neutral space for couples to explore their triggers, understand their underlying causes, and develop tailored strategies for managing their reactions. A therapist’s expertise can be invaluable in identifying deeper issues or patterns that might contribute to ongoing conflicts or emotional distress. They can also help address any underlying trauma that may be significantly impacting emotional responses.</w:t>
      </w:r>
    </w:p>
    <w:p/>
    <w:p>
      <w:r>
        <w:br/>
        <w:t>In conclusion, managing emotional triggers and reactions requires consistent effort, self-awareness, and a commitment to open communication. By utilizing emotional regulation techniques, practicing effective communication strategies, employing constructive conflict resolution methods, and seeking professional guidance when necessary, couples can build a strong and resilient relationship that is capable of navigating life's inevitable challenges with empathy, understanding, and grace. The journey of understanding and managing emotional triggers is a continuous process of growth and learning, strengthening the bond between partners and ultimately fostering a deeper and more fulfilling relationship. Remember, the aim is not to eliminate emotions, but to understand them, manage their intensity, and leverage them to build a stronger, more resilient relationship.</w:t>
      </w:r>
    </w:p>
    <w:p/>
    <w:p>
      <w:r>
        <w:t>Seeking emotional support is not a sign of weakness; it's a testament to your self-awareness and commitment to your well-being and the health of your relationship. We all face moments where the weight of emotions becomes overwhelming, where the complexities of life feel too heavy to carry alone. Recognizing this need for external support is a crucial step in fostering resilience and building a strong, lasting partnership.</w:t>
      </w:r>
    </w:p>
    <w:p>
      <w:r>
        <w:br/>
        <w:t>Your partner should be your primary source of emotional support. This doesn't mean they are responsible for fixing your problems, but rather that they provide a safe and empathetic space for you to express your feelings without judgment. Open and honest communication is the bedrock of this support. Sharing your vulnerabilities, your anxieties, and your joys creates a bond of intimacy and understanding that strengthens your connection. However, it's crucial to remember that your partner is not a therapist and should not bear the sole burden of your emotional needs.</w:t>
      </w:r>
    </w:p>
    <w:p/>
    <w:p>
      <w:r>
        <w:br/>
        <w:t>Cultivating a strong support system beyond your partner is equally vital. This network can include close friends, family members, or mentors who offer a different perspective and a listening ear. These individuals can provide emotional validation, offer practical advice, and simply offer companionship during challenging times. The key is to choose individuals who are trustworthy, empathetic, and capable of maintaining healthy boundaries. Leaning on this network prevents your partner from becoming overwhelmed and ensures that you have multiple avenues for emotional release and support.</w:t>
      </w:r>
    </w:p>
    <w:p/>
    <w:p>
      <w:r>
        <w:br/>
        <w:t>Consider the dynamic of a couple navigating a significant life change, such as a job loss or a family emergency. The primary partner might feel immense pressure to maintain a strong front, suppressing their emotions to protect their partner. However, this suppression can lead to bottled-up feelings, resentment, and ultimately, distance within the relationship. Seeking support from trusted friends or family members allows for emotional processing outside of the immediate partnership, reducing the strain on the relationship and fostering a more balanced approach to the situation. This external support offers a space for venting frustrations, sharing anxieties, and gaining perspective without placing undue pressure on the partner.</w:t>
      </w:r>
    </w:p>
    <w:p/>
    <w:p>
      <w:r>
        <w:br/>
        <w:t>Sometimes, however, the challenges we face are too complex or deeply rooted for informal support networks to adequately address. This is where seeking professional help becomes crucial. A therapist or counselor provides a neutral and objective space to explore deeply ingrained emotional patterns, address past traumas, and develop healthy coping mechanisms. Therapy is not about fixing someone; it's about empowering individuals to understand and manage their emotional landscape, equipping them with tools for navigating future challenges with greater resilience.</w:t>
      </w:r>
    </w:p>
    <w:p/>
    <w:p>
      <w:r>
        <w:br/>
        <w:t>Recognizing the need for professional help often involves self-reflection and honesty. Are you finding yourself struggling to manage your emotions independently? Are your emotional responses significantly impacting your relationships or daily life? Do you feel consistently overwhelmed or stuck in negative emotional cycles? These are all indicators that professional support could be beneficial. It's important to remember that seeking therapy is a sign of strength, not weakness. It demonstrates a proactive commitment to your emotional well-being and your ability to build a healthy and thriving relationship.</w:t>
      </w:r>
    </w:p>
    <w:p/>
    <w:p>
      <w:r>
        <w:br/>
        <w:t>The process of finding a suitable therapist involves careful consideration. Look for someone with expertise in areas relevant to your needs, such as relationship counseling, trauma therapy, or anxiety management. Many therapists offer free initial consultations, allowing you to assess their approach and ensure a good fit. It's essential to find someone you feel comfortable with and trust, as the therapeutic relationship is built on a foundation of mutual respect and openness.</w:t>
      </w:r>
    </w:p>
    <w:p/>
    <w:p>
      <w:r>
        <w:br/>
        <w:t>Think of therapy as investing in the long-term health of your relationship. By addressing underlying emotional issues, you are laying a stronger foundation for a lasting and fulfilling partnership. A therapist can provide you with tools and techniques for communication, conflict resolution, and emotional regulation, enabling you to navigate disagreements more constructively and empathetically. They can also provide guidance on identifying and managing emotional triggers, fostering greater self-awareness, and ultimately, building a more resilient and compassionate relationship.</w:t>
      </w:r>
    </w:p>
    <w:p/>
    <w:p>
      <w:r>
        <w:br/>
        <w:t>Moreover, therapy can serve as a preventative measure, helping couples address potential relationship challenges before they escalate into major conflicts. It provides a safe space for couples to explore their expectations, communicate their needs, and develop healthy relational patterns. Premarital counseling, for instance, is an excellent opportunity to build a strong foundation for a lasting marriage by addressing potential conflicts or misunderstandings early on. This proactive approach can significantly reduce the risk of future relationship difficulties and enhance the overall success of the partnership.</w:t>
      </w:r>
    </w:p>
    <w:p/>
    <w:p>
      <w:r>
        <w:br/>
        <w:t>In seeking professional help, consider the various resources available. Your primary care physician can provide referrals to mental health professionals in your area. Online directories, such as Psychology Today, offer extensive listings of therapists with specific specializations. Your insurance provider can also provide information on covered therapists and services. Don’t hesitate to explore different options until you find a therapist who resonates with you and meets your needs.</w:t>
      </w:r>
    </w:p>
    <w:p/>
    <w:p>
      <w:r>
        <w:br/>
        <w:t>Remember, seeking emotional support, whether from your partner, friends, family, or a therapist, is an act of self-care and a commitment to the health of your relationship. It’s a sign of strength and maturity, not weakness. By nurturing your emotional well-being and utilizing available support systems, you create a foundation for a more resilient, loving, and enduring partnership. Openly communicating your emotional needs and actively seeking support strengthens your bond and allows both partners to navigate life’s challenges with greater grace and resilience. The journey towards emotional well-being is a continuous process, and seeking support is an integral part of this ongoing development. By embracing this aspect of self-care, you are building a stronger and more fulfilling relationship, equipped to face any challenges life throws your way. Remember, the goal is not perfection, but progress – progress toward a more emotionally intelligent, empathetic, and understanding relationship. The investment in your emotional well-being will yield rich rewards in the strength and enduring love you share with your partner.</w:t>
      </w:r>
    </w:p>
    <w:p/>
    <w:p>
      <w:r>
        <w:t>Cultivating genuine emotional intimacy is the cornerstone of a thriving relationship, a space where vulnerability isn't feared but welcomed, where trust is the bedrock of shared experiences, and where open communication flows freely. It's a process of mutual unveiling, of slowly and carefully revealing the inner landscapes of our hearts and minds to another, allowing them to see beyond the surface and into the depths of who we truly are. This isn't a destination but a journey, a continuous process of growth and deepening connection.</w:t>
      </w:r>
    </w:p>
    <w:p>
      <w:r>
        <w:br/>
        <w:t>One crucial element in fostering emotional intimacy is the practice of vulnerability. This means allowing ourselves to be seen, imperfections and all, without the fear of judgment or rejection. It requires courage, a willingness to shed the masks we often wear in the outside world and to show our authentic selves, even when it feels uncomfortable or risky. Vulnerability isn't weakness; it’s the brave act of revealing our truest selves, trusting that our partner will meet us with empathy and understanding. Sharing our fears, anxieties, and insecurities can feel daunting, but it's precisely through these shared experiences of vulnerability that genuine intimacy blossoms.</w:t>
      </w:r>
    </w:p>
    <w:p/>
    <w:p>
      <w:r>
        <w:br/>
        <w:t>Consider the scenario of a couple facing a difficult decision. Perhaps one partner is contemplating a career change that involves a significant risk. Sharing this vulnerability, the anxieties surrounding the unknown, and the fear of failure, allows the other partner to offer support, understanding, and encouragement. This shared vulnerability creates a stronger bond, fostering empathy and a deeper sense of shared experience. Conversely, suppressing these emotions, attempting to maintain a façade of strength and composure, creates distance and hinders the development of genuine intimacy.</w:t>
      </w:r>
    </w:p>
    <w:p/>
    <w:p>
      <w:r>
        <w:br/>
        <w:t>Building trust is intrinsically linked to vulnerability. Trust is the confident expectation that our partner will act with integrity, empathy, and respect, even when it's challenging. It’s the belief that they will honor our feelings, protect our vulnerabilities, and support us through difficult times. Trust isn't earned overnight; it's cultivated through consistent actions, demonstrating reliability, honesty, and commitment. Broken trust, on the other hand, can severely damage emotional intimacy, creating a barrier that can be difficult to overcome. Rebuilding trust requires significant effort, honesty, and a genuine commitment to repairing the damage.</w:t>
      </w:r>
    </w:p>
    <w:p/>
    <w:p>
      <w:r>
        <w:br/>
        <w:t>Open communication is the lifeblood of any strong relationship, but it's especially crucial for nurturing emotional intimacy. This isn't just about exchanging information; it's about sharing feelings, thoughts, and experiences in a safe and non-judgmental space. Active listening is paramount, truly hearing and understanding your partner's perspective, even when you don't necessarily agree. It involves paying attention not only to the words being spoken but also to the unspoken emotions, the body language, and the underlying meaning. Ask clarifying questions, reflect back what you've heard to ensure understanding, and validate your partner's feelings, even if you don't share them.</w:t>
      </w:r>
    </w:p>
    <w:p/>
    <w:p>
      <w:r>
        <w:br/>
        <w:t>Consider a common scenario: a disagreement about household chores. Instead of resorting to accusatory language or defensiveness, practice open and honest communication. Begin by expressing your feelings using "I" statements, focusing on your own experiences and avoiding blame. For example, instead of saying "You never help with the dishes," try saying "I feel overwhelmed when I'm responsible for all the cleaning, and I would appreciate it if we could find a way to share the workload more evenly." This approach fosters a collaborative spirit, encouraging mutual understanding and problem-solving.</w:t>
      </w:r>
    </w:p>
    <w:p/>
    <w:p>
      <w:r>
        <w:br/>
        <w:t>Regularly scheduling dedicated time for meaningful conversation can significantly enhance emotional intimacy. This might involve setting aside a specific time each week for an uninterrupted conversation, focusing solely on connecting emotionally. Turn off distractions like phones and televisions, creating a space where you can fully focus on each other. Engage in reflective conversations, exploring your feelings, dreams, and hopes for the future. Share your vulnerabilities, your fears, and your joys, deepening your understanding of each other's inner worlds.</w:t>
      </w:r>
    </w:p>
    <w:p/>
    <w:p>
      <w:r>
        <w:br/>
        <w:t>Another powerful tool for cultivating emotional intimacy is the practice of empathy. This involves stepping into your partner's shoes, understanding their perspective, and experiencing the world from their viewpoint. It's about recognizing and validating their feelings, even when they differ from your own. Empathy isn't about agreeing with your partner; it's about understanding and acknowledging their emotional experience. This fosters a sense of connection and mutual respect, making your partner feel seen, heard, and understood.</w:t>
      </w:r>
    </w:p>
    <w:p/>
    <w:p>
      <w:r>
        <w:br/>
        <w:t>Think about a scenario where one partner is struggling with a personal challenge. Perhaps they've experienced a setback at work or are grappling with a difficult family situation. Practicing empathy involves listening actively, offering support, and validating their feelings without minimizing their experience or offering unsolicited advice. Simply acknowledging their pain and offering your presence can be incredibly powerful in fostering emotional intimacy. Empathy is a gift that strengthens the bond between partners, creating a space where vulnerability and trust can flourish.</w:t>
      </w:r>
    </w:p>
    <w:p/>
    <w:p>
      <w:r>
        <w:br/>
        <w:t>Creating shared experiences also plays a significant role in developing emotional intimacy. Shared memories, both big and small, create a sense of history and connection, reinforcing the bond between partners. Engaging in activities you both enjoy, whether it's hiking in nature, attending concerts, or simply cooking dinner together, strengthens your bond and provides opportunities for emotional connection. These shared experiences create a rich tapestry of memories, a shared narrative that defines your relationship and deepens your understanding of each other. The laughter, the challenges overcome together, the shared moments of joy and sorrow – these experiences become the glue that holds your relationship together.</w:t>
      </w:r>
    </w:p>
    <w:p/>
    <w:p>
      <w:r>
        <w:br/>
        <w:t>Furthermore, expressing appreciation and gratitude regularly is vital for maintaining emotional intimacy. Expressing gratitude for your partner's efforts, both big and small, reinforces positive feelings and strengthens your bond. A simple "thank you" or a heartfelt expression of appreciation can go a long way in fostering a sense of love and connection. Regularly acknowledging your partner's contributions and expressing your appreciation for their presence in your life creates a positive feedback loop, strengthening your emotional connection and fostering a deeper sense of intimacy.</w:t>
      </w:r>
    </w:p>
    <w:p/>
    <w:p>
      <w:r>
        <w:br/>
        <w:t>In conclusion, cultivating emotional intimacy is a continuous journey, requiring effort, commitment, and a willingness to be vulnerable. By embracing vulnerability, building trust, practicing open communication, developing empathy, creating shared experiences, and expressing appreciation, couples can foster a profound sense of connection, creating a strong and lasting bond that withstands the inevitable challenges of life. Remember, the goal isn't perfection but progress – a continuous journey of growth and deepening understanding, leading to a more fulfilling and emotionally rich relationship. This journey of emotional intimacy is an ongoing investment in your relationship, a testament to your commitment to each other, and a key to building a love that truly lasts.</w:t>
      </w:r>
    </w:p>
    <w:p/>
    <w:p>
      <w:r>
        <w:br w:type="page"/>
      </w:r>
    </w:p>
    <w:p>
      <w:pPr>
        <w:spacing w:before="5040"/>
        <w:jc w:val="center"/>
      </w:pPr>
      <w:r>
        <w:rPr/>
        <w:t xml:space="preserve"> Back Matter</w:t>
      </w:r>
    </w:p>
    <w:p>
      <w:r>
        <w:t>First and foremost, I extend my deepest gratitude to the countless couples who have shared their stories and experiences with me throughout my years as a relationship therapist. Your vulnerability and willingness to share your journeys have been invaluable in shaping the insights and advice offered in this book. Your trust has been a privilege, and your resilience a constant source of inspiration.</w:t>
      </w:r>
    </w:p>
    <w:p>
      <w:r>
        <w:br/>
        <w:t>I also want to thank my colleagues and mentors in the field of relationship counseling, whose wisdom and guidance have enriched my understanding of marital dynamics and strengthened my commitment to helping couples build lasting relationships. Their contributions, both directly and indirectly, have been immeasurable.</w:t>
      </w:r>
    </w:p>
    <w:p/>
    <w:p>
      <w:r>
        <w:br/>
        <w:t>My sincere appreciation goes to my editor, [Editor's Name], for their unwavering support, insightful feedback, and meticulous attention to detail throughout the writing and editing process. Their expertise and guidance have been instrumental in shaping this book into its final form.</w:t>
      </w:r>
    </w:p>
    <w:p/>
    <w:p>
      <w:r>
        <w:br/>
        <w:t>Finally, I thank my family and friends for their patience, understanding, and unwavering love during the demanding process of writing this book. Their support has been my bedrock, providing the strength and encouragement needed to bring this project to completion. This book is dedicated to them.</w:t>
      </w:r>
    </w:p>
    <w:p/>
    <w:p>
      <w:r>
        <w:t>This appendix contains supplementary resources to further enhance your premarital journey:</w:t>
      </w:r>
    </w:p>
    <w:p>
      <w:r>
        <w:br/>
      </w:r>
    </w:p>
    <w:p>
      <w:pPr>
        <w:jc w:val="left"/>
      </w:pPr>
      <w:r>
        <w:rPr>
          <w:b/>
        </w:rPr>
        <w:t>A.1 Relationship Assessment Questionnaire:</w:t>
      </w:r>
      <w:r>
        <w:t xml:space="preserve"> A comprehensive questionnaire designed to help you and your partner assess your strengths and areas for growth in your relationship. (Downloadable PDF)</w:t>
      </w:r>
    </w:p>
    <w:p>
      <w:pPr>
        <w:jc w:val="left"/>
      </w:pPr>
      <w:r>
        <w:rPr>
          <w:b/>
        </w:rPr>
        <w:t>A.2 Conflict Resolution Strategies Worksheet:</w:t>
      </w:r>
      <w:r>
        <w:t xml:space="preserve"> A practical worksheet to guide you through effective conflict resolution techniques. (Downloadable PDF)</w:t>
      </w:r>
    </w:p>
    <w:p>
      <w:pPr>
        <w:jc w:val="left"/>
      </w:pPr>
      <w:r>
        <w:rPr>
          <w:b/>
        </w:rPr>
        <w:t>A.3 Communication Skills Checklist:</w:t>
      </w:r>
      <w:r>
        <w:t xml:space="preserve"> A checklist to help you track and improve your communication skills as a couple. (Downloadable PDF)</w:t>
      </w:r>
    </w:p>
    <w:p>
      <w:pPr>
        <w:jc w:val="left"/>
      </w:pPr>
      <w:r>
        <w:rPr>
          <w:b/>
        </w:rPr>
        <w:t>A.4 Recommended Reading List:</w:t>
      </w:r>
      <w:r>
        <w:t xml:space="preserve"> A curated selection of books and articles related to premarital counseling, communication, conflict resolution, and building strong relationships.</w:t>
      </w:r>
    </w:p>
    <w:p>
      <w:pPr>
        <w:jc w:val="left"/>
      </w:pPr>
      <w:r>
        <w:rPr>
          <w:b/>
        </w:rPr>
        <w:t>Emotional Responsiveness:</w:t>
      </w:r>
      <w:r>
        <w:t xml:space="preserve"> The ability to understand and respond appropriately to your partner's emotional needs.</w:t>
      </w:r>
    </w:p>
    <w:p>
      <w:pPr>
        <w:jc w:val="left"/>
      </w:pPr>
      <w:r>
        <w:rPr>
          <w:b/>
        </w:rPr>
        <w:t>Active Listening:</w:t>
      </w:r>
      <w:r>
        <w:t xml:space="preserve"> Fully concentrating on what your partner is saying, both verbally and nonverbally, to understand their message.</w:t>
      </w:r>
    </w:p>
    <w:p>
      <w:pPr>
        <w:jc w:val="left"/>
      </w:pPr>
      <w:r>
        <w:rPr>
          <w:b/>
        </w:rPr>
        <w:t>Vulnerability:</w:t>
      </w:r>
      <w:r>
        <w:t xml:space="preserve"> Willingness to expose one's feelings and insecurities to another, trusting that they will be met with empathy and support.</w:t>
      </w:r>
    </w:p>
    <w:p>
      <w:pPr>
        <w:jc w:val="left"/>
      </w:pPr>
      <w:r>
        <w:rPr>
          <w:b/>
        </w:rPr>
        <w:t>Empathy:</w:t>
      </w:r>
      <w:r>
        <w:t xml:space="preserve"> The ability to understand and share the feelings of another person.</w:t>
      </w:r>
    </w:p>
    <w:p>
      <w:pPr>
        <w:jc w:val="left"/>
      </w:pPr>
      <w:r>
        <w:rPr>
          <w:b/>
        </w:rPr>
        <w:t>Conflict Resolution:</w:t>
      </w:r>
      <w:r>
        <w:t xml:space="preserve"> The process of resolving disagreements in a constructive and healthy way.</w:t>
      </w:r>
    </w:p>
    <w:p>
      <w:pPr>
        <w:jc w:val="left"/>
      </w:pPr>
      <w:r>
        <w:rPr>
          <w:i/>
        </w:rPr>
        <w:t>The FIGHT Plan</w:t>
      </w:r>
      <w:r>
        <w:rPr>
          <w:i/>
        </w:rPr>
        <w:t>RESTORE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i w:val="0"/>
      <w:color w:val="000000"/>
      <w:sz w:val="26"/>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val="0"/>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val="0"/>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i w:val="0"/>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 w:val="0"/>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 w:val="0"/>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i w:val="0"/>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 w:val="0"/>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2025-08-18T11:02:45Z</dcterms:created>
  <dcterms:modified xsi:type="dcterms:W3CDTF">2025-08-18T11:02:45Z</dcterms:modified>
  <cp:category/>
</cp:coreProperties>
</file>