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9CB2D" w14:textId="77777777" w:rsidR="00EF053A" w:rsidRDefault="00EF053A">
      <w:pPr>
        <w:spacing w:after="5040"/>
      </w:pPr>
    </w:p>
    <w:p w14:paraId="772462CC" w14:textId="5F3C08E0" w:rsidR="00EF053A" w:rsidRDefault="0099775C">
      <w:pPr>
        <w:jc w:val="center"/>
      </w:pPr>
      <w:r>
        <w:t>Becoming Me</w:t>
      </w:r>
    </w:p>
    <w:p w14:paraId="49EF2A10" w14:textId="77777777" w:rsidR="00EF053A" w:rsidRDefault="00000000">
      <w:pPr>
        <w:jc w:val="center"/>
      </w:pPr>
      <w:r>
        <w:t>by</w:t>
      </w:r>
    </w:p>
    <w:p w14:paraId="772D8EB0" w14:textId="77777777" w:rsidR="00EF053A" w:rsidRDefault="00000000">
      <w:pPr>
        <w:jc w:val="center"/>
      </w:pPr>
      <w:r>
        <w:t>Kelly Bell</w:t>
      </w:r>
    </w:p>
    <w:p w14:paraId="29C7DED7" w14:textId="77777777" w:rsidR="00EF053A" w:rsidRDefault="00000000">
      <w:r>
        <w:br w:type="page"/>
      </w:r>
    </w:p>
    <w:p w14:paraId="73BC9CF8" w14:textId="77777777" w:rsidR="00EF053A" w:rsidRDefault="00000000">
      <w:pPr>
        <w:spacing w:before="5040"/>
        <w:jc w:val="center"/>
      </w:pPr>
      <w:r>
        <w:lastRenderedPageBreak/>
        <w:t xml:space="preserve"> Untitled Folder</w:t>
      </w:r>
    </w:p>
    <w:p w14:paraId="25DEBF25" w14:textId="77777777" w:rsidR="00EF053A" w:rsidRDefault="00000000">
      <w:r>
        <w:t>My grandmother, a Methodist minister in a small East Texas town, possessed a remarkable blend of unwavering faith and unexpected openness. I remember her words about our gay neighbor in the 70s, a simple, almost offhand remark: "God's children, maybe just born with too many Y or X chromosomes." It was a testament to her inherent kindness, a perspective so radically different from the prevalent prejudice of the time. Grandma was sharp, tough, and deeply compassionate; a woman of unwavering principles yet surprising flexibility. My youthful selfishness prevented me from truly appreciating her wisdom, a regret that lingers. There was a wellspring of knowledge and experience within her that I failed to tap into, a missed opportunity that saddens me to this day.</w:t>
      </w:r>
    </w:p>
    <w:p w14:paraId="6D57BB3E" w14:textId="77777777" w:rsidR="00EF053A" w:rsidRDefault="00000000">
      <w:r>
        <w:br/>
        <w:t>My childhood, spent in a typical middle-class Texas suburb of the 1970s, was a tapestry woven with threads of freedom and unspoken expectations. Days stretched from sunrise to sunset, a blur of outdoor play – building forts, riding bikes until our legs ached, drinking from the garden hose, and sharing peanut butter and jelly sandwiches on the driveway. This idyllic scene, however, was framed by a narrative subtly shaping my future. The unspoken expectation: motherhood and wifehood. No one ever suggested alternative paths; the future was predetermined, a script I hadn't yet questioned.</w:t>
      </w:r>
    </w:p>
    <w:p w14:paraId="59B71A54" w14:textId="77777777" w:rsidR="00EF053A" w:rsidRDefault="00EF053A"/>
    <w:p w14:paraId="6079FC6E" w14:textId="77777777" w:rsidR="00EF053A" w:rsidRDefault="00000000">
      <w:r>
        <w:br/>
        <w:t>Looking back, certain incidents flicker in my memory, hints of a different narrative unfolding beneath the surface. Moments of acting out, perhaps, or an unusual intensity of curiosity – things I can't fully decipher now. Were these nascent stirrings of a self I didn't yet understand? Or simply the exuberance of childhood, interpreted through the lens of hindsight? The truth, likely, lies somewhere in between, a testament to the complexities of self-discovery and the often-blurred lines between childhood behavior and innate inclinations. My grandmother's acceptance, her ability to see beyond societal norms, stands in stark contrast to the limited worldview presented to me, a stark reminder of the unspoken pressures and the potential for a life lived differently. Her influence, though understated, served as a quiet, enduring beacon of tolerance in a world that often lacked it.</w:t>
      </w:r>
    </w:p>
    <w:p w14:paraId="42D5E1BA" w14:textId="77777777" w:rsidR="00EF053A" w:rsidRDefault="00EF053A"/>
    <w:p w14:paraId="22416747" w14:textId="77777777" w:rsidR="00EF053A" w:rsidRDefault="00000000">
      <w:r>
        <w:br/>
      </w:r>
    </w:p>
    <w:p w14:paraId="4223C5F1" w14:textId="77777777" w:rsidR="00EF053A" w:rsidRDefault="00000000">
      <w:r>
        <w:t>My childhood was a strange paradox. As far back as I can remember, I felt… older. Mature beyond my years. I craved responsibility, and remarkably, no one seemed to stop me from taking it. I escaped into fantasy, thriving on risk, on the thrill of the unknown.</w:t>
      </w:r>
    </w:p>
    <w:p w14:paraId="716D7C66" w14:textId="77777777" w:rsidR="00EF053A" w:rsidRDefault="00000000">
      <w:r>
        <w:br/>
      </w:r>
    </w:p>
    <w:p w14:paraId="104A4AB2" w14:textId="77777777" w:rsidR="00EF053A" w:rsidRDefault="00000000">
      <w:r>
        <w:lastRenderedPageBreak/>
        <w:t>This led to some unusual friendships. On my bike, I’d pedal over to unfamiliar houses, knock on doors, and introduce myself to tired, lonely young mothers. "Hi, I'm Kelly, I live down the street. I saw you and your baby – they're beautiful! I love babysitting. If you ever need a nap, just let me know. No pay necessary!" Once inside, I'd offer to fold laundry, do dishes – anything to ingratiate myself. They eagerly anticipated my visits, and I, in turn, felt utterly fulfilled. These women confided in me, sharing their lives, their struggles, their marriages. Then, once the mother was resting (always within earshot!), the magic began. My imaginary world took over. *My* baby, *my* house. These stolen moments were pure fantasy, precious glimpses into the life I longed for.</w:t>
      </w:r>
    </w:p>
    <w:p w14:paraId="0D2048E3" w14:textId="77777777" w:rsidR="00EF053A" w:rsidRDefault="00000000">
      <w:r>
        <w:br/>
      </w:r>
    </w:p>
    <w:p w14:paraId="2A98E51D" w14:textId="77777777" w:rsidR="00EF053A" w:rsidRDefault="00000000">
      <w:r>
        <w:t>Around eleven, I discovered a lucrative side to this babysitting. My services were in high demand. The Derns, our across-the-street neighbors, were notorious for last-minute requests, often after I'd already made other plans. But their offer was irresistible. Their wet bar held the legendary "girlie glasses"—glasses that, when filled with ice water, magically revealed scantily-clad women. And then there was the "Book of Sex," a treasure trove of suggestive diagrams and pictures I devoured, studying every detail. The excitement was intoxicating. I also developed a strange fascination with Mr. Dern, younger than my own father. I indulged in a fantasy romance, brushing my hair meticulously, trying to appear more grown-up whenever I was at their house. It was a bizarre, complicated game, a childhood drama played out in hushed tones and secret desires.</w:t>
      </w:r>
    </w:p>
    <w:p w14:paraId="469A494D" w14:textId="77777777" w:rsidR="00EF053A" w:rsidRDefault="00000000">
      <w:r>
        <w:br/>
      </w:r>
    </w:p>
    <w:p w14:paraId="27FAD88E" w14:textId="77777777" w:rsidR="00EF053A" w:rsidRDefault="00000000">
      <w:r>
        <w:t>My obsession with the neighborhood boys intensified as I grew older. Their games—the roughhousing, the chases, the pinning-downs—were a battlefield where they always seemed to win. Or did they? The thrill of the chase, the yearning for a kiss, consumed me. I was a terrible flirt, utterly captivated, especially during those unstructured summer days, free to roam wild.</w:t>
      </w:r>
    </w:p>
    <w:p w14:paraId="5D52814C" w14:textId="77777777" w:rsidR="00EF053A" w:rsidRDefault="00000000">
      <w:r>
        <w:br/>
      </w:r>
    </w:p>
    <w:p w14:paraId="413725EA" w14:textId="77777777" w:rsidR="00EF053A" w:rsidRDefault="00000000">
      <w:r>
        <w:t>One sweltering afternoon, my bike tire went flat. Doug, a year older and impossibly cool, offered to help. His house, just a block from the pool, felt dangerously close. Despite my nerves—two kids alone, no parental supervision—I said yes. Inside, he lured me to his dad's new wet bar, a seventies status symbol. We perched there, sampling various bottles—tiny sips, mostly. The hazy memory is punctuated by the Police's "Roxanne" on the radio and the staggering walk home, my bike a wobbly, reluctant companion. The frantic dash to the bathroom to vomit, followed by a faked illness and a desperate sleep, still amazes me. My mother never suspected a thing—the sheer alcohol reek escaping my body now seems impossible to conceal.</w:t>
      </w:r>
    </w:p>
    <w:p w14:paraId="7BB64BA9" w14:textId="77777777" w:rsidR="00EF053A" w:rsidRDefault="00000000">
      <w:r>
        <w:lastRenderedPageBreak/>
        <w:br/>
      </w:r>
    </w:p>
    <w:p w14:paraId="1B818171" w14:textId="77777777" w:rsidR="00EF053A" w:rsidRDefault="00000000">
      <w:r>
        <w:t>Another encounter, this time with Wesley, two years my senior, led to a record-listening session that turned terrifying. Trapped in a situation I couldn't escape, he frightened me. He pinned me down, kissing me fiercely, yanking off my swimsuit top, squeezing my breasts until they ached. I was swift enough to grab my things and flee before things escalated further. Shaking and scared, I was also strangely exhilarated. His subsequent taunting—calling me a "tease" in front of the other boys—left a bitter taste.</w:t>
      </w:r>
    </w:p>
    <w:p w14:paraId="524F86DE" w14:textId="77777777" w:rsidR="00EF053A" w:rsidRDefault="00000000">
      <w:r>
        <w:br/>
      </w:r>
      <w:r>
        <w:br/>
      </w:r>
    </w:p>
    <w:p w14:paraId="4FF5E30A" w14:textId="77777777" w:rsidR="00EF053A" w:rsidRDefault="00EF053A"/>
    <w:p w14:paraId="2713E228" w14:textId="77777777" w:rsidR="00EF053A" w:rsidRDefault="00000000">
      <w:r>
        <w:br/>
      </w:r>
    </w:p>
    <w:p w14:paraId="40D7E51C" w14:textId="77777777" w:rsidR="00EF053A" w:rsidRDefault="00000000">
      <w:r>
        <w:t>That summer, I met Terri. A year older, she seemed worlds away – wiser, bolder, utterly captivating. A chance encounter by the pool blossomed into an invitation to her house, a forbidden fruit I devoured with eager anticipation. My unsuspecting mother granted me this freedom, unaware of the adventure about to unfold. Terri commanded attention; her enigmatic aura and mature confidence drew me in like a moth to a flame. Her home, a haven of vinyl records and tempting treats, offered a glimpse into a life far removed from my sheltered existence. Even her dynamic with her younger sister, a complex mix of tension and affection, added to her irresistible allure.</w:t>
      </w:r>
    </w:p>
    <w:p w14:paraId="357D2F13" w14:textId="77777777" w:rsidR="00EF053A" w:rsidRDefault="00000000">
      <w:r>
        <w:br/>
      </w:r>
    </w:p>
    <w:p w14:paraId="1E83C5D2" w14:textId="77777777" w:rsidR="00EF053A" w:rsidRDefault="00000000">
      <w:r>
        <w:t>Terri, with her riotous brown curls framing intense dark eyes, exuded a burgeoning womanhood that starkly contrasted with my own undeveloped innocense. I craved her presence, needing to be near her. Looking back, it's clear: I was deeply, fiercely attracted. She was electricity, a jolt to my system, awakening sensations and emotions I never knew existed. With her, I felt safe, experiencing the burgeoning wonder of love without the terrifying adult baggage of pregnancy, disease, and the complexities of penises—the things I only heard whispered about. She was my teacher, a guide to touch and desire, as we explored our bodies in a thrilling, terrifying dance of discovery. I felt truly alive for the first time. The intoxicating feeling was addictive; I wanted more.</w:t>
      </w:r>
    </w:p>
    <w:p w14:paraId="4048BB91" w14:textId="77777777" w:rsidR="00EF053A" w:rsidRDefault="00000000">
      <w:r>
        <w:br/>
      </w:r>
    </w:p>
    <w:p w14:paraId="41507EF2" w14:textId="77777777" w:rsidR="00EF053A" w:rsidRDefault="00000000">
      <w:r>
        <w:t xml:space="preserve">Our clandestine afternoons, stolen moments after leaving the pool, became my sanctuary, a refuge where I could explore my burgeoning self. These secret meetings became charged </w:t>
      </w:r>
      <w:r>
        <w:lastRenderedPageBreak/>
        <w:t>with a new intimacy - adding another layer of thrilling danger to our already secret relationship. Terri's world, shaped by divorce and a hard-won independence, was a kaleidoscope of experiences that stood in stark contrast to my sheltered life. I was pulled into her orbit, desperate to learn everything about her, about the life she lived so fiercely. Our physical explorations became integral to this education.</w:t>
      </w:r>
    </w:p>
    <w:p w14:paraId="4822D883" w14:textId="77777777" w:rsidR="00EF053A" w:rsidRDefault="00000000">
      <w:r>
        <w:br/>
      </w:r>
    </w:p>
    <w:p w14:paraId="7BD9082E" w14:textId="77777777" w:rsidR="00EF053A" w:rsidRDefault="00000000">
      <w:r>
        <w:t xml:space="preserve"> Her casual knowledge of boys was both intriguing and unnerving. She spoke of kissing with nonchalant confidence, detailing techniques that both fascinated and unsettled me. Our own physical encounters gave a visceral dimension to these conversations; the theoretical became intensely, breathtakingly personal. Her accounts of witnessing adult intimacy between her mother and her mother's boyfriend were even more jarring, a stark contrast to my naive world. These revelations, intertwined with our own physical intimacy, sparked unfamiliar sensations – a potent mix of exhilarating pleasure and gnawing guilt.</w:t>
      </w:r>
    </w:p>
    <w:p w14:paraId="501BD0CF" w14:textId="77777777" w:rsidR="00EF053A" w:rsidRDefault="00000000">
      <w:r>
        <w:br/>
      </w:r>
    </w:p>
    <w:p w14:paraId="56267807" w14:textId="77777777" w:rsidR="00EF053A" w:rsidRDefault="00000000">
      <w:r>
        <w:t>Despite the unsettling undercurrents, the pull of her company, the intoxicating thrill of our physical connection proved irresistible. For two summers, our secret friendship flourished, built on shared secrets and the exploration of our burgeoning sexuality. School eventually separated our paths, our tastes in boys diverging, but our bond remained a closely guarded secret – the first of many I would fiercely protect.</w:t>
      </w:r>
    </w:p>
    <w:p w14:paraId="1CD794CA" w14:textId="77777777" w:rsidR="00EF053A" w:rsidRDefault="00000000">
      <w:r>
        <w:t>Eighth grade shattered my childhood. One minute, I was navigating the vibrant, carefree world of a kid; the next, I was plunged into a brutal, unforgiving social landscape. The girls, with their subtle cruelty – sideways glances, hushed whispers, like tiny poisoned darts – dissected me, judging my clothes, my hair, every move. I felt exposed, vulnerable, a target under their microscopic scrutiny. The boys were different, blunt instruments of desire, their advances blatant and terrifyingly unambiguous. This stark directness, however horrifying, offered a perverse clarity, a stark contrast to the girls' insidious attacks. It was this clarity that drew me into a trap I wouldn't recognize until it was too late.</w:t>
      </w:r>
    </w:p>
    <w:p w14:paraId="1573C09C" w14:textId="77777777" w:rsidR="00EF053A" w:rsidRDefault="00000000">
      <w:r>
        <w:br/>
        <w:t>The attention, the fleeting power it gave me, became addictive. It filled the gaping hole left by the relentless insecurity my peers had instilled. I craved that validation, that momentary control, even as it was being systematically ripped away. Each interaction left me emptier, the initial thrill replaced by a creeping dread, a sickening realization that I was losing myself, piece by piece. The horrifying truth, one I desperately tried to ignore, was this: they were in control, and the power I'd grasped was a mirage, dissolving into the harsh reality of their fleeting interest and my enduring shame. The damage, I would soon learn, was far deeper and more lasting than I could have ever imagined.</w:t>
      </w:r>
    </w:p>
    <w:p w14:paraId="14B0CF21" w14:textId="77777777" w:rsidR="00EF053A" w:rsidRDefault="00EF053A"/>
    <w:p w14:paraId="5E06F024" w14:textId="77777777" w:rsidR="00EF053A" w:rsidRDefault="00000000">
      <w:r>
        <w:lastRenderedPageBreak/>
        <w:br/>
        <w:t>Randy embodied that terrifying truth. Three years older, he was a predator, constantly "finding" ways to be near me – manipulating me into skipping school, lying about my whereabouts. He'd appear at the houses where I babysat, then slither through my bedroom window at night. His "visits" quickly escalated into demands, veiled threats blossoming into explicit ones. He’d say he’d hurt my family if I refused. And the chilling truth? I believed him. The confusion was suffocating; a child, utterly bewildered by the violation, convinced compliance was my only option. My young mind couldn't grasp consent, couldn't understand that my body was my own, that I had the right to refuse without consequence. Every touch felt like a brutal assault, a searing pain, an internal bleeding that mirrored the agony tearing me apart. Unlike my innocent friendship with Terri, this was terrifying, shameful, and agonizing. I longed to return to a time of blissful ignorance, before I understood the dangers lurking in the shadows.</w:t>
      </w:r>
    </w:p>
    <w:p w14:paraId="4B377609" w14:textId="77777777" w:rsidR="00EF053A" w:rsidRDefault="00EF053A"/>
    <w:p w14:paraId="29B812C2" w14:textId="77777777" w:rsidR="00EF053A" w:rsidRDefault="00000000">
      <w:r>
        <w:br/>
      </w:r>
    </w:p>
    <w:p w14:paraId="15B46E00" w14:textId="77777777" w:rsidR="00EF053A" w:rsidRDefault="00000000">
      <w:r>
        <w:t>My body and mind crumbled. School became a distant memory. His calls went unanswered, my refuge a self-imposed prison within my own home. My mother, God bless her, frantically searched for solutions, dragging me from doctor to doctor, desperately trying to bury the horrifying truth, hoping for a simple diagnosis that would spare her from confronting the unspeakable. We finally landed in Dr. Kohn's office—a place my grandmother Verdelli, a woman of iron will and unwavering strength, had dedicated thirty years of her life.</w:t>
      </w:r>
    </w:p>
    <w:p w14:paraId="45ECC174" w14:textId="77777777" w:rsidR="00EF053A" w:rsidRDefault="00000000">
      <w:r>
        <w:br/>
      </w:r>
    </w:p>
    <w:p w14:paraId="26C6559C" w14:textId="77777777" w:rsidR="00EF053A" w:rsidRDefault="00000000">
      <w:r>
        <w:t>The examinations were thorough, the hushed consultations that followed felt like a death knell. Then Grandma arrived, her gaze unwavering, delivering the devastating verdict: pregnant. Yet, in that moment of utter devastation, she became my savior. Without a second thought, she steered me across the street to the Women's Center, her presence a protective wall against the crushing weight of shame and terror. The abortion was swift, a brutal but necessary act of self-preservation. Waking up, it felt almost…mundane; a strange, anticlimactic ending to such a horrifying experience. The drive home was silent, except for the stop for ice cream on the way. My mother's loving attempt at regaining normalcy. We never spoke of it again. My family preferred things that way – neat, tidy, trouble-free.</w:t>
      </w:r>
    </w:p>
    <w:p w14:paraId="21CF0CAD" w14:textId="77777777" w:rsidR="00EF053A" w:rsidRDefault="00000000">
      <w:r>
        <w:br/>
      </w:r>
    </w:p>
    <w:p w14:paraId="1F261BDF" w14:textId="77777777" w:rsidR="00EF053A" w:rsidRDefault="00000000">
      <w:r>
        <w:t xml:space="preserve">But the trouble, the deep, festering wound, refused to heal. My mind fractured. Silence became a torment – the phantom sound of turning pages in a phone book, a constant, agonizing echo of my shattered reality. Darkness enveloped me, a crippling fear that I would be irrevocably broken. The confusion, the helplessness, the knowledge that this wasn't my </w:t>
      </w:r>
      <w:r>
        <w:lastRenderedPageBreak/>
        <w:t>choice, the absence of any other option – it all churned within me, a maelstrom of trauma that would haunt me for years to come.</w:t>
      </w:r>
    </w:p>
    <w:p w14:paraId="1407F762" w14:textId="77777777" w:rsidR="00EF053A" w:rsidRDefault="00000000">
      <w:r>
        <w:t>This was the point in my life when time seemed to stop. The world fractured into a before and an after, a stark divide marked by that single, terrifying afternoon. I started seeing a psychiatrist, Dr. Reynolds, whose office was a grand, intimidating space in a large, historic home nestled in the wealthiest part of town. My mother would drop me off after school for my hour-long sessions, the opulent surroundings a stark contrast to the turmoil raging inside me.</w:t>
      </w:r>
    </w:p>
    <w:p w14:paraId="10AA1504" w14:textId="77777777" w:rsidR="00EF053A" w:rsidRDefault="00000000">
      <w:r>
        <w:br/>
        <w:t>I didn’t know how to articulate the chaos that consumed me. I didn’t have the words, the emotional vocabulary to unpack the tangled mess of feelings. So I defaulted to what I knew: storytelling. I spun yarns, crafted narratives designed to deflect, to distract, to keep the conversation light and the uncomfortable truths buried deep beneath a veneer of humor and engagement. For a time, it worked. Eventually, however, Dr. Reynolds introduced monthly family sessions with one of his associates. My mom, dad, and my younger brother Sean—a mere eighteen months my junior—would sit with me, the tension palpable, the silences pregnant with unspoken anxieties. These sessions usually ended with my mother dissolved in tears, her apologies echoing the length of the car ride home, a heartbreaking refrain of "I'm not the mother I should be." My father remained a stoic enigma, his thoughts a carefully guarded secret.</w:t>
      </w:r>
    </w:p>
    <w:p w14:paraId="67F4E695" w14:textId="77777777" w:rsidR="00EF053A" w:rsidRDefault="00EF053A"/>
    <w:p w14:paraId="393EE1CF" w14:textId="77777777" w:rsidR="00EF053A" w:rsidRDefault="00000000">
      <w:r>
        <w:br/>
        <w:t>My behavior, meanwhile, spiraled further out of control. School became an afterthought, reckless decisions a constant companion, and my parents, understandably, reached their breaking point. The day the unthinkable happened, both my parents accompanied me to my appointment. It felt unusual, a subtle shift in the routine that I initially dismissed. The unease only began to gnaw at me when we arrived at a place I didn't recognize—a place utterly devoid of the comforting familiarity of Dr. Reynolds' office. They explained, casually, almost dismissively, that Dr. Reynolds sometimes held consultations at the hospital. Even then, a sliver of denial clung to me. I wasn't truly worried… until the two men in crisp white scrubs appeared.</w:t>
      </w:r>
    </w:p>
    <w:p w14:paraId="3C698975" w14:textId="77777777" w:rsidR="00EF053A" w:rsidRDefault="00EF053A"/>
    <w:p w14:paraId="37CB1D61" w14:textId="77777777" w:rsidR="00EF053A" w:rsidRDefault="00000000">
      <w:r>
        <w:br/>
        <w:t>The memory remains vivid, etched into my psyche with the brutal clarity of a trauma. They materialized from behind double doors, their approach purposeful, their movements swift. Strong hands grasped my arms, their hold firm and unyielding. I was told to kiss my parents goodbye, a surreal, heart-wrenching farewell enacted under the cold, clinical gaze of strangers. My father handed a suitcase—my meager possessions—to one of the men. My mother wept, her sobs a silent soundtrack to my descent into the unknown.</w:t>
      </w:r>
    </w:p>
    <w:p w14:paraId="0632DDD8" w14:textId="77777777" w:rsidR="00EF053A" w:rsidRDefault="00EF053A"/>
    <w:p w14:paraId="68756582" w14:textId="77777777" w:rsidR="00EF053A" w:rsidRDefault="00000000">
      <w:r>
        <w:br/>
        <w:t>I was swept away, propelled through those double doors into a small, stark room, a twin bed my only solace, my suitcase the only link to the life I was leaving behind. A kind, older nurse, a beacon of compassion in that otherwise frightening landscape, explained that I was at Aleen General Psychiatric Unit. I would spend the night in the adult wing, she said, before being moved upstairs to the adolescent unit. Panic seized me; I pleaded for my mother, the desperate cry for familiarity lost in the sterile environment. Another nurse appeared, offering a small cup of liquid, a sedative perhaps, meant to quell my rising terror.</w:t>
      </w:r>
    </w:p>
    <w:p w14:paraId="7AC41559" w14:textId="77777777" w:rsidR="00EF053A" w:rsidRDefault="00EF053A"/>
    <w:p w14:paraId="4F73F177" w14:textId="77777777" w:rsidR="00EF053A" w:rsidRDefault="00000000">
      <w:r>
        <w:br/>
        <w:t>I woke to a harsh reality. An older woman across the room barked orders, informing me I had precisely five minutes to get to breakfast. The dining room was a disorienting tableau of individuals in various stages of psychosis, their behavior unpredictable, their stories unwritten. Fear gripped me, the enormity of my situation crashing down. Yet, I also saw the kind nurse from the night before, her presence a small spark of hope, a fragile anchor in this terrifying storm. Her mere existence confirmed that I was, however marginally, safe. Later that day, I was moved to the adolescent floor—sixteen rooms in total, a sterile, regimented environment. Six boys and ten girls, aged twelve to eighteen, each with their own painful, harrowing story; some tragic, some dangerous, all utterly unknown to me.</w:t>
      </w:r>
    </w:p>
    <w:p w14:paraId="2E033EEB" w14:textId="77777777" w:rsidR="00EF053A" w:rsidRDefault="00EF053A"/>
    <w:p w14:paraId="4D918B4C" w14:textId="77777777" w:rsidR="00EF053A" w:rsidRDefault="00000000">
      <w:r>
        <w:br/>
        <w:t>A twelve-year-old foster child, barely a teenager, who had spent six precarious months living above a 7-Eleven, then, in a desperate act born of unseen trauma, set the building ablaze. The image of flickering flames against the night sky, the acrid smell of burning plastic and desperation, became a chilling backdrop to my own admission. A fourteen-year-old girl, her youthful face etched with a weariness far beyond her years, carrying the unbearable weight of her father's repeated abuse, a violation that had resulted in two pregnancies. A sixteen-year-old boy, seemingly from a world of privilege, yet trapped in a silent scream of self-destruction, repeatedly mutilating himself with shards of glass, broken tiles, anything sharp enough to inflict pain, a pain that numbed a deeper, more intractable agony. These were just some of the faces that haunted the halls, each a living testament to lives fractured and broken. Several others, children of wealth, shielded by insurance rather than justice, their offenses unspoken, their stories untold. And then there was the seventeen-year-old boy, his skin a canvas of self-inflicted pain, branding himself with upside-down crosses and pyramids, his eyes reflecting a terrifying belief that he was Satan incarnate. Two more, caught in the brutal crossfire of their parents' divorce, passed back and forth between warring factions until their lives spiralled beyond control; both under the care of the same doctor who treated me.</w:t>
      </w:r>
    </w:p>
    <w:p w14:paraId="6399B8DA" w14:textId="77777777" w:rsidR="00EF053A" w:rsidRDefault="00EF053A"/>
    <w:p w14:paraId="1B555FA9" w14:textId="77777777" w:rsidR="00EF053A" w:rsidRDefault="00000000">
      <w:r>
        <w:br/>
        <w:t>This was the landscape of my nine months' incarceration. My own admission, at thirteen, felt like a sentence. The initial twelve-week separation from my parents, deemed necessary by the staff who declared me "too dependent," felt like a brutal amputation. The fear, a cold, constricting dread, clung to me like a shroud. The unknown, a vast, uncharted territory, stretched before me, filled with the echoing screams of the lost and the broken. The subsequent bi-weekly visits became a stark, ritualistic reminder of a life suspended in limbo, a life I only dimly recognized. Group therapy, art sessions, and the relentless monotony of weekday school did little to pierce the darkness. The profound and lasting impact of witnessing two of my peers take their own lives, leaving a void that swallowed the entire unit in grief for days, remains a visceral memory.</w:t>
      </w:r>
    </w:p>
    <w:p w14:paraId="35438F6A" w14:textId="77777777" w:rsidR="00EF053A" w:rsidRDefault="00EF053A"/>
    <w:p w14:paraId="7BE1B81C" w14:textId="77777777" w:rsidR="00EF053A" w:rsidRDefault="00000000">
      <w:r>
        <w:br/>
        <w:t>That solitary trip to the beach with my father, a carefully orchestrated break in the suffocating routine, was supposed to be a moment of connection, but it became a stark illustration of the chasm that had grown between us. His carefully chosen words—his confession of love, coupled with his admission of his inability to accept the person I'd become—were a devastating blow, punctuated by his sharing that he'd recently smoked pot with my mother. The fragility of his attempt to bridge the gap between us only left me with an even deeper sense of sadness and isolation. The four-hour excursion, ending with my return to the cold, sterile confines of the facility, felt like a symbolic goodbye to the life I’d once known.</w:t>
      </w:r>
    </w:p>
    <w:p w14:paraId="1D610BE0" w14:textId="77777777" w:rsidR="00EF053A" w:rsidRDefault="00EF053A"/>
    <w:p w14:paraId="2F115409" w14:textId="77777777" w:rsidR="00EF053A" w:rsidRDefault="00000000">
      <w:r>
        <w:br/>
      </w:r>
    </w:p>
    <w:p w14:paraId="46D1B7EF" w14:textId="77777777" w:rsidR="00EF053A" w:rsidRDefault="00000000">
      <w:r>
        <w:t>My discharge at age fourteen was a carefully orchestrated performance. My family stood impassive, their faces carefully blank as our lives were packed into a moving truck, swallowed whole by its cavernous belly, headed towards a town whose name held no meaning. The "fresh start," the "clean slate" they promised felt like a hollow echo, a cruel joke whispered in the hushed tones of a family conspiracy. The changes within me were far more profound than a new address could ever encompass; a silent metamorphosis that I couldn’t comprehend, couldn’t even begin to articulate. It was a transformation that twisted and reshaped my very core.</w:t>
      </w:r>
    </w:p>
    <w:p w14:paraId="768A1D6B" w14:textId="77777777" w:rsidR="00EF053A" w:rsidRDefault="00000000">
      <w:r>
        <w:br/>
      </w:r>
    </w:p>
    <w:p w14:paraId="2B978AA8" w14:textId="77777777" w:rsidR="00EF053A" w:rsidRDefault="00000000">
      <w:r>
        <w:t xml:space="preserve">The new town, the new home, the new school—gave me an opportunity to reinvent myself, I did want a new start and I wanted to learn who I was. Beneath the surface, many old </w:t>
      </w:r>
      <w:r>
        <w:lastRenderedPageBreak/>
        <w:t>patterns stubbornly persisted, deeply ingrained habits that clung to me like shadows. I learned to conceal them, to curate a carefully crafted public image, revealing only what others deemed acceptable, a mask expertly molded to fit their expectations. My parents’ subsequent hands-off approach wasn't a reward, but a silent surrender, a resignation etched in the weary lines of their faces. The unspoken message hung heavy in the air: *She's grown up now. She knows how to be normal.* But the chilling truth was, I hadn't grown up; I had simply become adept at hiding the wounds that ran far deeper than any new environment could ever hope to heal. I now carried the stories and lives of all those children, their trauma, their pain, tucked inside me, a burden that settled like lead in my chest. Sometimes, in the quiet moments, I forgot if the memories, the fear, the grief, were truly mine, or if I had simply absorbed the experiences of others, becoming a vessel for their unspoken sorrows. The weight of it all was immense, a constant, quiet pressure that threatened to shatter the carefully constructed façade of my new life.</w:t>
      </w:r>
    </w:p>
    <w:p w14:paraId="6FAF2160" w14:textId="77777777" w:rsidR="00EF053A" w:rsidRDefault="00000000">
      <w:r>
        <w:t>High school was a blur of pushing boundaries, a relentless pursuit of external validation through sexual encounters with boys. I used my body as a tool, a transaction – a means to gauge my worth, to answer the unspoken question of my desirability. Each relationship was fleeting, a desperate attempt to silence the deafening roar of solitude. Being alone was unbearable; the silence amplified the absence of genuine affirmation. I craved connection, but lacked the language to articulate my needs, or even recognize them myself. Love was present, yet it lacked the nurturing words of encouragement that could have fostered a sense of self-worth. My inherent intelligence, humor, and potential remained largely untapped, unseen, unheard.</w:t>
      </w:r>
    </w:p>
    <w:p w14:paraId="2CA0519E" w14:textId="77777777" w:rsidR="00EF053A" w:rsidRDefault="00000000">
      <w:r>
        <w:br/>
      </w:r>
    </w:p>
    <w:p w14:paraId="1D67E9E6" w14:textId="77777777" w:rsidR="00EF053A" w:rsidRDefault="00000000">
      <w:r>
        <w:t>But beneath the surface of this carefully constructed facade lay a profound and unsettling secret: an overwhelming, impossible-to-ignore attraction to girls. These feelings were a stark contrast to the calculated detachment I employed with boys. They were terrifying, consuming, and utterly foreign within the context of my life. The shame and fear surrounding them were immense. The thought of exploring them felt like plunging into the unknown, a dangerous and uncharted territory.</w:t>
      </w:r>
    </w:p>
    <w:p w14:paraId="3684EBAE" w14:textId="77777777" w:rsidR="00EF053A" w:rsidRDefault="00000000">
      <w:r>
        <w:br/>
      </w:r>
    </w:p>
    <w:p w14:paraId="245244DC" w14:textId="77777777" w:rsidR="00EF053A" w:rsidRDefault="00000000">
      <w:r>
        <w:t xml:space="preserve">Then came Ruthie. Seventeen, blonde, slight, and recklessly self-destructive, she mirrored my own internal chaos. The rumors surrounding her relationship with another girl were a revelation, a whisper of a possibility I hadn't dared to consider. One drunken night, fueled by bravado and a desperate need for connection, I kissed her. The experiment felt awkward, stilted, a far cry from the passionate longing that simmered beneath the surface. It wasn't the liberating experience I'd hoped for; instead, it added another layer of complexity and confusion. The encounter remained a secret, a carefully guarded piece of my hidden self, tucked away alongside the other unspoken truths that defined my adolescence. The </w:t>
      </w:r>
      <w:r>
        <w:lastRenderedPageBreak/>
        <w:t>experience left a lasting impression, a potent mixture of fear, uncertainty, and the overwhelming weight of the unknown, shaping the trajectory of my future in ways I couldn't have foreseen at the time.</w:t>
      </w:r>
    </w:p>
    <w:p w14:paraId="03286CD0" w14:textId="77777777" w:rsidR="00EF053A" w:rsidRDefault="00000000">
      <w:r>
        <w:t>Another couple of years drifted by, marked by the quiet hum of routine before the whirlwind of meeting Michael. He was strikingly handsome, a man who made me feel desirable, even intoxicatingly sexy. His older-than-me charm spun tales of his past – captivating stories, though later I’d realize many were carefully crafted omissions. Our first year of marriage was a breathtaking, chaotic adventure. The intensity of our physical connection was unparalleled, but it was quickly augmented by explorations into the unknown.</w:t>
      </w:r>
    </w:p>
    <w:p w14:paraId="40E32694" w14:textId="77777777" w:rsidR="00EF053A" w:rsidRDefault="00000000">
      <w:r>
        <w:br/>
      </w:r>
    </w:p>
    <w:p w14:paraId="654BCC64" w14:textId="77777777" w:rsidR="00EF053A" w:rsidRDefault="00000000">
      <w:r>
        <w:t>The first truly life-altering event involved Ruthie, my friend from high school. We'd had a complicated history; a clumsy, teenage near-kiss years earlier still lingered in the awkward space between friendship and something more. That night, fueled by a reckless excess of cocaine, the air crackled with a volatile energy I couldn't quite control. The bathroom break felt like an eternity. When I returned, the scene that unfolded was brutally clear: Michael and Ruthie were entwined on the living room floor, a tableau of intimacy I hadn’t anticipated. She was kneeling, his hands on her back, their bodies a tangle of limbs and whispered words I couldn't hear but felt acutely. The unspoken invitation to join them hung in the thick, drug-infused air, heavy and suffocating. Instead, I retreated to the bedroom, a storm brewing inside me. It wasn't simple rage; it was a bewildering cocktail of emotions. Jealousy, certainly, but laced with a potent self-loathing. I’d invited them both to the party, had even specifically asked Ruthie to come. This wasn't the scenario I’d envisioned, not at all. The anger simmered, a confused, resentful heat that eventually cooled into a dull ache of disappointment, a profound questioning of my own motivations and desires. The experience forced a confrontation with my own insecurities and the complex, often unpredictable, nature of desire and relationships. The memory remains a stark reminder of a pivotal moment – a turning point that, at the time, I didn't even recognize.</w:t>
      </w:r>
    </w:p>
    <w:p w14:paraId="27ECF3E4" w14:textId="77777777" w:rsidR="00EF053A" w:rsidRDefault="00000000">
      <w:r>
        <w:br/>
        <w:t xml:space="preserve">The second time, the lines blurred. It’s still unclear whether the idea originated with me or Michael, but we'd formed a close friendship with Donna, a woman from my office. Donna was a striking woman – older, taller than me, with a cascade of fiery red curls. Every Friday, the three of us would share margaritas and Mexican food, a ritual that culminated one evening with an invitation back to our place. I was inexplicably drawn to Donna, captivated by her presence. After several margaritas and loud music, our inhibitions melted away. I remember Michael kissing Donna's neck, her turning to him, and their kiss igniting a sudden, sharp jealousy. It wasn't jealousy for *him*, though; it was a desire for *her*. I joined them, clothes forgotten. We ended up in bed together, waking up the next morning to a stark, uncomfortable reality. The intoxicating haze of the night before evaporated, leaving behind a sense of nausea and a profound wish for Donna to leave. The daylight sobriety </w:t>
      </w:r>
      <w:r>
        <w:lastRenderedPageBreak/>
        <w:t>revealed a discomfort I couldn't ignore. I’m not sure how we navigated that awkward goodbye, but we somehow maintained a fragile peace, only for the scenario to repeat itself.</w:t>
      </w:r>
    </w:p>
    <w:p w14:paraId="48554A51" w14:textId="77777777" w:rsidR="00EF053A" w:rsidRDefault="00EF053A"/>
    <w:p w14:paraId="0B10F320" w14:textId="77777777" w:rsidR="00EF053A" w:rsidRDefault="00000000">
      <w:r>
        <w:br/>
        <w:t>This pattern continued a few more times. On one particular night, Michael was occupied elsewhere, leaving just Donna and me. That night, my attraction to Donna was overwhelming; I voiced my desire for intimacy. Her response, however – her insistence on waiting for Michael – ignited a fury within me. It was the final straw. I ended the situation, cutting off contact with Donna. She never came around again.</w:t>
      </w:r>
    </w:p>
    <w:p w14:paraId="244BC31B" w14:textId="77777777" w:rsidR="00EF053A" w:rsidRDefault="00EF053A"/>
    <w:p w14:paraId="0988AA4B" w14:textId="77777777" w:rsidR="00EF053A" w:rsidRDefault="00000000">
      <w:r>
        <w:t>I found that Michael had been dishonest with me about his life before we met; he'd omitted the crucial details of his two sons and previous marriage. How could I have been so blind? The warning signs had been there – his evasiveness about his past, the inconsistencies in his stories, the way he'd subtly deflect questions about his family. I’d dismissed them as quirks, or attributed them to shyness, never truly investigating. We'd clashed from the start, our disagreements escalating into furious arguments that sometimes turned violent. Then, the pregnancy. Overwhelmed, terrified, and desperate for stability, I clung to the image of a traditional family – the idyllic "Betty homemaker" life – as a solution. It was a naive, desperate attempt to create order from chaos. But the reality was far harsher. The joy of expecting a child was overshadowed by the simmering resentment between us. I couldn't stand to be near him; his disgust at my pregnancy, at the life changes it had forced upon him, was palpable. We were trapped in a cycle of mutual contempt, exchanging cruel and wounding words that carved deep scars into our hearts. Respect had never been the foundation of our relationship, and now, fueled by anger and hurt, it disintegrated completely. Within a year of our son's birth, Michael simply vanished, leaving me a single mother at twenty-two. The disbelief was crushing; it took months to accept the reality of my situation.</w:t>
      </w:r>
    </w:p>
    <w:p w14:paraId="5AF9BDA9" w14:textId="77777777" w:rsidR="00EF053A" w:rsidRDefault="00000000">
      <w:r>
        <w:br/>
        <w:t xml:space="preserve">My parents, while offering support, also imposed their own brand of help – unsolicited advice and opinions that chipped away at my confidence. They were convinced I was incapable of raising my son alone, viewing me as perpetually childish and needing constant guidance, a constant reminder of their belief that my life was incomplete without a husband. Their well-intentioned interventions often felt suffocating, adding to the burden of my newfound single motherhood. The next two years were a blur of fleeting relationships, a desperate search for something – I wasn't even sure what. Thankfully, my parents and close friends provided invaluable support, ensuring my son wasn't exposed to the instability of my dating life. The men I encountered were all surface-level connections, superficial relationships that failed to address the deep-seated loneliness and insecurity gnawing at me. I was chasing a phantom, a nameless longing that left me feeling vulnerable and weak. </w:t>
      </w:r>
      <w:r>
        <w:lastRenderedPageBreak/>
        <w:t>The memories of that time are sharp with the sting of loneliness, desperation, and the bitter taste of poor choices made in the darkness of my despair.</w:t>
      </w:r>
    </w:p>
    <w:p w14:paraId="39EDE1FF" w14:textId="77777777" w:rsidR="00EF053A" w:rsidRDefault="00EF053A"/>
    <w:p w14:paraId="7603D929" w14:textId="77777777" w:rsidR="00EF053A" w:rsidRDefault="00000000">
      <w:r>
        <w:t xml:space="preserve">I was at a university art event with a friend when we were introduced to a couple – worldly, artistic professors, significantly older than us. I don't recall their names, only that she was petite, with dark hair and intense eyes. He was… imposing, in a quiet, scholarly way. The air around them hummed with an energy that was both captivating and slightly unsettling. </w:t>
      </w:r>
    </w:p>
    <w:p w14:paraId="0CAEFED2" w14:textId="77777777" w:rsidR="00EF053A" w:rsidRDefault="00000000">
      <w:r>
        <w:br/>
      </w:r>
    </w:p>
    <w:p w14:paraId="30727A9C" w14:textId="77777777" w:rsidR="00EF053A" w:rsidRDefault="00000000">
      <w:r>
        <w:t>A week later, a phone call. It was her, inviting me to dinner at their home. He would be cooking, she said, her voice a low, husky purr. It sounded like an adventure, something far beyond my usual student life, and I eagerly accepted.</w:t>
      </w:r>
    </w:p>
    <w:p w14:paraId="32D66E9E" w14:textId="77777777" w:rsidR="00EF053A" w:rsidRDefault="00000000">
      <w:r>
        <w:br/>
      </w:r>
    </w:p>
    <w:p w14:paraId="675E62DC" w14:textId="77777777" w:rsidR="00EF053A" w:rsidRDefault="00000000">
      <w:r>
        <w:t>The dinner was extraordinary. The food was exquisite, the wine flowed freely – expensive, complex, and potent. Afterward, as he cleared the dishes, she and I settled onto a plush carpet strewn with oversized pillows in their living room. She leaned close, her eyes sparkling with mischief, and asked if I'd ever tried cannabis. A large glass bong appeared, and soon, I was comfortably high, the world softening around the edges.</w:t>
      </w:r>
    </w:p>
    <w:p w14:paraId="2B038C5B" w14:textId="77777777" w:rsidR="00EF053A" w:rsidRDefault="00000000">
      <w:r>
        <w:br/>
      </w:r>
    </w:p>
    <w:p w14:paraId="422C5141" w14:textId="77777777" w:rsidR="00EF053A" w:rsidRDefault="00000000">
      <w:r>
        <w:t>Through the haze, I registered him entering the room, completely naked. I almost laughed; the sheer unexpectedness of it was jarring. But their expressions were serious, intense, almost expectant, as they watched my reaction. She moved closer, stroking my hair, her lips brushing against mine. I kissed her back, the initial surprise dissolving into a strange, intoxicating curiosity. He joined us, his nudity no longer shocking but somehow… integrated into the surreal atmosphere. They asked if I wanted to go to the bedroom. I nodded, feeling a mixture of excitement and apprehension.</w:t>
      </w:r>
    </w:p>
    <w:p w14:paraId="39360E6B" w14:textId="77777777" w:rsidR="00EF053A" w:rsidRDefault="00000000">
      <w:r>
        <w:br/>
      </w:r>
    </w:p>
    <w:p w14:paraId="69D3F69C" w14:textId="77777777" w:rsidR="00EF053A" w:rsidRDefault="00000000">
      <w:r>
        <w:t xml:space="preserve">In the bedroom, he asked me to undress. They watched, their gazes unwavering, as I complied. Then, as he began to touch me, a cold wave of fear washed over me. I wasn't attracted to him. My desire was entirely focused on her. She re-entered the room, carrying a bowl of ice cubes. She leaned over me, her eyes burning with something dark and intense, and described, with chilling precision, what she planned to do – a bizarre, almost ritualistic act involving the ice melting inside me. He stood beside us, watching, stroking himself, then her, eventually joining her in a grotesque pantomime of intimacy that involved both of them </w:t>
      </w:r>
      <w:r>
        <w:lastRenderedPageBreak/>
        <w:t>and me. The sheer violation of it triggered a primal panic. I recoiled, pushing myself up, demanding to speak with her alone. He reluctantly left the room.</w:t>
      </w:r>
    </w:p>
    <w:p w14:paraId="03A8B36A" w14:textId="77777777" w:rsidR="00EF053A" w:rsidRDefault="00000000">
      <w:r>
        <w:br/>
      </w:r>
    </w:p>
    <w:p w14:paraId="79F79CD5" w14:textId="77777777" w:rsidR="00EF053A" w:rsidRDefault="00000000">
      <w:r>
        <w:t>I pleaded with her, making it clear I had absolutely no interest in him, only her. She seemed hesitant, unsure of how he would react. She left to speak to him, leaving me alone in the suffocating silence of their bedroom, my heart pounding against my ribs. The ensuing argument from the other room was loud, furious, and terrifying. I knew I had to escape, and fast.</w:t>
      </w:r>
    </w:p>
    <w:p w14:paraId="2B48817B" w14:textId="77777777" w:rsidR="00EF053A" w:rsidRDefault="00000000">
      <w:r>
        <w:br/>
      </w:r>
    </w:p>
    <w:p w14:paraId="179C06F4" w14:textId="77777777" w:rsidR="00EF053A" w:rsidRDefault="00000000">
      <w:r>
        <w:t>I scrambled for my clothes and purse, bolted out the door, and jumped into my car, still partially undressed. I sped away, pulling over only a block away to hastily dress, the adrenaline coursing through me. I drove home, shaken to my core, and never heard from them again. The memory, however, remains a stark and indelible mark on my life.</w:t>
      </w:r>
    </w:p>
    <w:p w14:paraId="57C38C1E" w14:textId="77777777" w:rsidR="00EF053A" w:rsidRDefault="00000000">
      <w:r>
        <w:br/>
      </w:r>
      <w:r>
        <w:br/>
      </w:r>
      <w:r>
        <w:br/>
      </w:r>
    </w:p>
    <w:p w14:paraId="03E32DB3" w14:textId="77777777" w:rsidR="00EF053A" w:rsidRDefault="00000000">
      <w:r>
        <w:rPr>
          <w:rFonts w:ascii="Times-New-Roman" w:hAnsi="Times-New-Roman"/>
        </w:rPr>
        <w:t>I started a new job at a small computer company, a bustling place filled with young adults just like me. The diversity of roles and personalities was invigorating, and that's where I met Ross. He seemed charming, easygoing – no red flags whatsoever. We dated casually at first, enjoying evenings out and discovering shared interests. Then came the day he met my son, Mason. It was electric. Suddenly, I could vividly picture a complete family: myself, Mason, and Ross, a loving unit.</w:t>
      </w:r>
    </w:p>
    <w:p w14:paraId="3D5CD47D" w14:textId="77777777" w:rsidR="00EF053A" w:rsidRDefault="00000000">
      <w:r>
        <w:br/>
      </w:r>
    </w:p>
    <w:p w14:paraId="2D509C8C" w14:textId="77777777" w:rsidR="00EF053A" w:rsidRDefault="00000000">
      <w:r>
        <w:rPr>
          <w:rFonts w:ascii="Times-New-Roman" w:hAnsi="Times-New-Roman"/>
        </w:rPr>
        <w:t>The way Ross interacted with Mason was transformative. The gentle kindness he showed my boy, the pure adoration in Mason's eyes in return – it was breathtaking. In that moment, I truly believed Ross was the answer to all my prayers, the missing piece that would heal past hurts and build a stable, loving future. I craved a traditional family life; Mason needed a father figure, and I longed to be a devoted wife. I poured my energy into creating a loving home for them both. I became a domestic goddess, cooking elaborate meals, keeping the house spotless, anticipating his every need, showering him with praise, supporting his ambitions, even choosing his clothes – I wanted to be the perfect partner, to ensure he'd never want to leave.</w:t>
      </w:r>
    </w:p>
    <w:p w14:paraId="0892783C" w14:textId="77777777" w:rsidR="00EF053A" w:rsidRDefault="00000000">
      <w:r>
        <w:br/>
      </w:r>
    </w:p>
    <w:p w14:paraId="761B534F" w14:textId="77777777" w:rsidR="00EF053A" w:rsidRDefault="00000000">
      <w:r>
        <w:rPr>
          <w:rFonts w:ascii="Times-New-Roman" w:hAnsi="Times-New-Roman"/>
        </w:rPr>
        <w:lastRenderedPageBreak/>
        <w:t>Within a year, we'd exchanged vows, creating a picture-perfect family. We were buying a house, making plans, investing in our shared future. A few years later, he formally adopted Mason, giving him his last name, solidifying our family unit. We were growing, learning, and building together, or so it seemed.</w:t>
      </w:r>
    </w:p>
    <w:p w14:paraId="115802C6" w14:textId="77777777" w:rsidR="00EF053A" w:rsidRDefault="00000000">
      <w:r>
        <w:br/>
      </w:r>
    </w:p>
    <w:p w14:paraId="786F302E" w14:textId="77777777" w:rsidR="00EF053A" w:rsidRDefault="00000000">
      <w:r>
        <w:rPr>
          <w:rFonts w:ascii="Times-New-Roman" w:hAnsi="Times-New-Roman"/>
        </w:rPr>
        <w:t>Then, his interests shifted. He discovered a passion for hunting and rural life, spending increasing amounts of time pursuing these new hobbies. Weekends often found me alone with Mason, struggling to fill the void of his absence. Gradually, I noticed a change in our communication. Ross seemed less interested in my life, my day-to-day experiences, my hopes and dreams. The conversations that once flowed easily now felt strained and infrequent. To combat the loneliness, I actively sought out companionship, nurturing close friendships with women who understood my situation. We'd arrange babysitters and steal precious moments of freedom, escaping to concerts, movies, and clubs, finding solace and laughter in each other's company.</w:t>
      </w:r>
    </w:p>
    <w:p w14:paraId="5C985523" w14:textId="77777777" w:rsidR="00EF053A" w:rsidRDefault="00000000">
      <w:r>
        <w:t>Where I had focused so much on being a family, my later twenties unfolded in a way I never anticipated. The structure and routine, while comforting, had left a quiet space within me, a space that Robin filled unexpectedly. She lived a few houses down, a woman around my age, perhaps a little older, married with two sons—one the same age as mine. From the moment I saw her—the curve of her breasts, the dusting of freckles across her nose, the unruly tangle of dark hair framing those piercing eyes—I felt a shift within. It wasn't just attraction; it was a profound, undeniable pull.</w:t>
      </w:r>
    </w:p>
    <w:p w14:paraId="5B07064A" w14:textId="77777777" w:rsidR="00EF053A" w:rsidRDefault="00000000">
      <w:r>
        <w:br/>
      </w:r>
    </w:p>
    <w:p w14:paraId="37893846" w14:textId="77777777" w:rsidR="00EF053A" w:rsidRDefault="00000000">
      <w:r>
        <w:t>Our initial conversations, started in the driveway, quickly evolved into playdates for the children. She'd often linger for a glass of wine afterward, and a friendship blossomed. But this was no ordinary friendship; my feelings ran far deeper. I craved her attention, every word, every glance. When she spoke, I was lost in the depths of her eyes. A yearning, a potent mixture of excitement and apprehension, began to simmer within me.</w:t>
      </w:r>
    </w:p>
    <w:p w14:paraId="2640A4C8" w14:textId="77777777" w:rsidR="00EF053A" w:rsidRDefault="00000000">
      <w:r>
        <w:br/>
      </w:r>
    </w:p>
    <w:p w14:paraId="18FE4DD9" w14:textId="77777777" w:rsidR="00EF053A" w:rsidRDefault="00000000">
      <w:r>
        <w:t>Suggesting a weekly aerobics class was a calculated move, a way to spend more time with her. Her enthusiastic agreement fueled my burgeoning hope. The 90s leotards, the shared exertion, the laughter—they were all merely a prelude to something far more intense. I noticed her gaze lingered on me, her touches—a brush of her hand, a fleeting touch on my arm—leaving an almost burning sensation in their wake. These weren't accidental; they were deliberate, charged with a silent understanding that hummed between us.</w:t>
      </w:r>
    </w:p>
    <w:p w14:paraId="6EFD325B" w14:textId="77777777" w:rsidR="00EF053A" w:rsidRDefault="00000000">
      <w:r>
        <w:br/>
      </w:r>
    </w:p>
    <w:p w14:paraId="0281B391" w14:textId="77777777" w:rsidR="00EF053A" w:rsidRDefault="00000000">
      <w:r>
        <w:lastRenderedPageBreak/>
        <w:t>After three weeks of aerobics, our post-workout drinks at the local tavern became our own private world. The bar buzzed around us, yet we were utterly oblivious, locked in our own magnetic field. Facing each other across the bar stools, her hand found its way to my thigh. I leaned in, our lips meeting in a kiss that ignited a fire within me. Her hand gripped my leg, her other hand cupping the back of my neck; we were lost in the moment, uncaring of the surrounding stares.</w:t>
      </w:r>
    </w:p>
    <w:p w14:paraId="44D2615F" w14:textId="77777777" w:rsidR="00EF053A" w:rsidRDefault="00000000">
      <w:r>
        <w:br/>
      </w:r>
    </w:p>
    <w:p w14:paraId="55EE4CFC" w14:textId="77777777" w:rsidR="00EF053A" w:rsidRDefault="00000000">
      <w:r>
        <w:t>The kiss was a turning point. Back in the car, the passion exploded. Our bodies intertwined, driven by a desperate hunger to know each other intimately. Her hand on my breast, my hand exploring the silken skin above the band of her tights—it was a raw, breathtaking experience that eclipsed everything else.</w:t>
      </w:r>
    </w:p>
    <w:p w14:paraId="320C375D" w14:textId="77777777" w:rsidR="00EF053A" w:rsidRDefault="00000000">
      <w:r>
        <w:br/>
      </w:r>
    </w:p>
    <w:p w14:paraId="19B4C022" w14:textId="77777777" w:rsidR="00EF053A" w:rsidRDefault="00000000">
      <w:r>
        <w:t>Weeks blurred into a cycle of stolen moments, our aerobics class becoming an excuse for clandestine meetings in deserted parking lots, our bodies pressed close, exploring each other in every conceivable way. We hatched a plan: a hunting weekend offered the perfect opportunity for a night alone together, a night we both anticipated with a mixture of excitement and nervous trepidation. The waiting was almost unbearable.</w:t>
      </w:r>
    </w:p>
    <w:p w14:paraId="463B878E" w14:textId="77777777" w:rsidR="00EF053A" w:rsidRDefault="00000000">
      <w:r>
        <w:br/>
      </w:r>
    </w:p>
    <w:p w14:paraId="74CC3D0E" w14:textId="77777777" w:rsidR="00EF053A" w:rsidRDefault="00000000">
      <w:r>
        <w:t>The night arrived, and she was there. I still can't quite piece together the events that led to us in my guest bedroom, but the memory of her undressing remains vivid. I’d never seen anyone so beautiful. My past sexual experiences, numerous as they were, had been remarkably unsatisfying. I'd never achieved orgasm, with a man or a woman. This encounter, despite its passionate intensity – the licking, kissing, frantic rubbing – felt profoundly incomplete. Neither of us could find satisfaction; we were both clumsy, inept, lost in the act. Looking back, I realize it wasn't just clumsiness; I was utterly ignorant of my own body, of its capabilities, of how to elicit a response from another. The aftermath left us both feeling guilty and deeply uncomfortable, a sense that something fundamentally wrong had occurred—not just morally, but physically, too. The connection was missing, a crucial element that neither of us knew how to access.</w:t>
      </w:r>
    </w:p>
    <w:p w14:paraId="5A4F468F" w14:textId="77777777" w:rsidR="00EF053A" w:rsidRDefault="00000000">
      <w:r>
        <w:br/>
      </w:r>
    </w:p>
    <w:p w14:paraId="2E52BB2F" w14:textId="77777777" w:rsidR="00EF053A" w:rsidRDefault="00000000">
      <w:r>
        <w:t xml:space="preserve">The classes we were taking together stopped abruptly. Excuses were readily manufactured, the flimsy veils concealing the crumbling foundation of our short-lived, intense, and ultimately devastating relationship. The experience forced a harsh self-assessment. I knew I </w:t>
      </w:r>
      <w:r>
        <w:lastRenderedPageBreak/>
        <w:t>needed to establish better boundaries, to redefine my path. The decision to move across town felt like a necessary act of self-preservation.</w:t>
      </w:r>
    </w:p>
    <w:p w14:paraId="36E3CEBE" w14:textId="77777777" w:rsidR="00EF053A" w:rsidRDefault="00000000">
      <w:r>
        <w:br/>
      </w:r>
    </w:p>
    <w:p w14:paraId="5C7F329A" w14:textId="77777777" w:rsidR="00EF053A" w:rsidRDefault="00000000">
      <w:r>
        <w:t>A couple of years later, my son with Ross arrived, a beacon of joy in the darkness. Those early years with him, and later, with my two healthy, beautiful boys, were undeniably the most precious of my life. For the first time, a part of me felt genuinely fulfilled. But that fullness was short-lived. The cracks in my marriage, always present, began to widen. Ross, immersed in his world of hunting, drinking, socializing, fence-building, and endless pasture mowing, and I, finding solace in cooking, reading, and writing—we were fundamentally incompatible. While we enjoyed moments, like listening to him play acoustic guitar, our shared interests were few. We performed acts of kindness for each other, but passion and desire were absent.</w:t>
      </w:r>
    </w:p>
    <w:p w14:paraId="16C52726" w14:textId="77777777" w:rsidR="00EF053A" w:rsidRDefault="00000000">
      <w:r>
        <w:br/>
      </w:r>
    </w:p>
    <w:p w14:paraId="247B912E" w14:textId="77777777" w:rsidR="00EF053A" w:rsidRDefault="00000000">
      <w:r>
        <w:t>Our differences extended beyond leisure activities. Deep ideological clashes regarding politics and religion fueled escalating disrespect. Our sex life, or rather the lack thereof, became yet another chasm separating us. We slowly devolved into each other's worst critics, our arguments spilling over into our family and social circles, creating an atmosphere of profound discomfort and tension. We’d built a toxic environment, one in which our children were trapped in the crossfire.</w:t>
      </w:r>
    </w:p>
    <w:p w14:paraId="337D6A47" w14:textId="77777777" w:rsidR="00EF053A" w:rsidRDefault="00000000">
      <w:r>
        <w:t>I had been in therapy on and off since high school, a recurring attempt to understand the persistent unease that gnawed at me. The unsettled feeling followed me into marriage, culminating in couples therapy as we struggled to decipher why our connection had fractured. Yet, despite the professional guidance, the fighting continued, a relentless push and pull that drove us further apart. We’d built separate social circles, finding solace and, perhaps, validation in the company of others, each of us seeking the attention and understanding that seemed absent in our relationship.</w:t>
      </w:r>
    </w:p>
    <w:p w14:paraId="6D62F417" w14:textId="77777777" w:rsidR="00EF053A" w:rsidRDefault="00000000">
      <w:r>
        <w:br/>
      </w:r>
    </w:p>
    <w:p w14:paraId="083B0F71" w14:textId="77777777" w:rsidR="00EF053A" w:rsidRDefault="00000000">
      <w:r>
        <w:t>My frustration festered, morphing into a destructive pattern of testing and sabotaging the very thing I desperately wanted to save. The entanglement felt impossibly complex. The love we shared for our children, the affection for each other's families, our shared friends, and the comfortable life we'd built—all these positive aspects couldn't mask the undeniable truth: the love between us had died. A profound disconnect had taken root.</w:t>
      </w:r>
    </w:p>
    <w:p w14:paraId="5CCC29E8" w14:textId="77777777" w:rsidR="00EF053A" w:rsidRDefault="00000000">
      <w:r>
        <w:br/>
      </w:r>
    </w:p>
    <w:p w14:paraId="1F708A8A" w14:textId="77777777" w:rsidR="00EF053A" w:rsidRDefault="00000000">
      <w:r>
        <w:lastRenderedPageBreak/>
        <w:t>His judgment felt like a constant weight, transforming me into a stranger in my own home. His disapproval extended to my passions—the books I devoured, the stories I poured my heart into. He began to see flaws he’d never noticed before, declaring me "not normal," a statement that cut deeper than any argument. The joy I found in writing and reading, activities that once brought me solace, became clandestine affairs, fueling his suspicions. The misery became all-consuming, a relentless tide pulling me under. The antidepressants, a desperate attempt to regain some semblance of equilibrium, became a stark testament to the depth of my despair.</w:t>
      </w:r>
    </w:p>
    <w:p w14:paraId="3B7FA122" w14:textId="77777777" w:rsidR="00EF053A" w:rsidRDefault="00000000">
      <w:r>
        <w:t>My father, who'd waged a twenty-year battle against a relentless illness, was finally succumbing. His body, once vibrant and full of life, was frail and weak. My mother, a woman whose love and dedication knew no bounds, had been his tireless caregiver. She was his nurse, his advocate, his rock. But the relentless demands of his care were taking their toll. The long nights, the constant monitoring, the emotional weight – it was slowly draining her. I began making weekend pilgrimages to their home, not just to offer support, but to provide my mother with respite. Evenings were spent helping my mother, allowing her precious moments to simply rest, or take a much needed walk in the crisp air. These small acts of service opened doors for a different kind of connection with my father. We didn't share many words; his dwindling strength robbed him of the ability to speak easily. But in the quiet moments, holding his hand, watching him breathe, I felt a profound and unspoken connection. His presence, his very being, was a source of unexpected solace.</w:t>
      </w:r>
    </w:p>
    <w:p w14:paraId="2A555664" w14:textId="77777777" w:rsidR="00EF053A" w:rsidRDefault="00000000">
      <w:r>
        <w:br/>
      </w:r>
    </w:p>
    <w:p w14:paraId="26E00748" w14:textId="77777777" w:rsidR="00EF053A" w:rsidRDefault="00000000">
      <w:r>
        <w:t>Then came the day his spirit finally surrendered. He died peacefully in his bed, my mother and I at his side. The pain was a physical blow, a gut-wrenching grief that eclipsed anything I'd ever known. Watching him fight so valiantly, so long, only to be defeated by the illness, felt profoundly unfair. It was a devastating loss, a profound sense of being cheated out of the life he so deeply loved and cherished. In that moment, something irrevocably shifted within me. A fierce resolve took root; a determination to live fully, to embrace life with a fervor I hadn't previously known.</w:t>
      </w:r>
    </w:p>
    <w:p w14:paraId="7B841D89" w14:textId="77777777" w:rsidR="00EF053A" w:rsidRDefault="00000000">
      <w:r>
        <w:br/>
      </w:r>
    </w:p>
    <w:p w14:paraId="166DFC72" w14:textId="77777777" w:rsidR="00EF053A" w:rsidRDefault="00000000">
      <w:r>
        <w:t xml:space="preserve">Returning to my routine, however, a chilling reality set in. The absence of my father was a palpable presence in our lives, creating a suffocating tension in our home. Although his passing was not my husband's fault, I found myself increasingly suffocated whenever he was near. A deep depression settled over me, casting a long shadow over our family. My children, acutely sensitive to the emotional turmoil, were suffering. The new strength I had found in caring for my father fueled a vital decision. I needed my autonomy, my independence. The fear was real, but my confidence grew. I was older, wiser, and certain I could forge my own path. That Christmas, I made a difficult announcement to my mother </w:t>
      </w:r>
      <w:r>
        <w:lastRenderedPageBreak/>
        <w:t>and aunt: this would be my last Christmas as a married woman. Though met with emotional outpouring, they understood. My decision was not made lightly, but it was necessary.</w:t>
      </w:r>
    </w:p>
    <w:p w14:paraId="147A55A4" w14:textId="77777777" w:rsidR="00EF053A" w:rsidRDefault="00000000">
      <w:r>
        <w:br/>
      </w:r>
    </w:p>
    <w:p w14:paraId="34343F35" w14:textId="77777777" w:rsidR="00EF053A" w:rsidRDefault="00000000">
      <w:r>
        <w:t>The following months were a period of careful, deliberate dismantling of my old life. I accepted a new position at a large computer company, a familiar environment offering stability. I secured an apartment nearby and shared my plans to move out with Ross. My vision was a two-bedroom space where our sons could seamlessly transition between our homes. The reality, however, proved far more challenging than I'd anticipated.</w:t>
      </w:r>
    </w:p>
    <w:p w14:paraId="5369AACC" w14:textId="77777777" w:rsidR="00EF053A" w:rsidRDefault="00000000">
      <w:r>
        <w:t>The day after I announced my decision – the decision that felt like a leap of faith into the unknown, a declaration of independence that resonated with a quiet, thrilling power – I arrived home to a scene of utter devastation. My carefully curated life, the years of accumulated memories and possessions, lay in ruins. Every piece of furniture, meticulously chosen and arranged over the years, was disassembled and scattered across the front lawn like fallen soldiers. My grandmother's cherished jewelry, each piece a tiny story of her life, was tossed carelessly onto the driveway, mingled with my precious collection of cookbooks – recipes passed down through generations, filled with her spidery handwriting and loving notes in the margins. My journals, filled with the intimate details of my growth, my hopes, my fears, my dreams – years of private thoughts poured out onto paper – lay exposed and vulnerable. Every single article of clothing, every sweater that held the memory of a shared laugh, every dress that whispered of a special occasion, was heaped together in a macabre pile. To add insult to this catastrophic injury, he’d not only doused it all in gasoline, but had further desecrated it with a final, contemptuous act of degradation. The rain, a perverse mercy, had prevented an immediate inferno, but the scene remained a chilling testament to his rage. He was gone, thankfully, by the time I arrived.</w:t>
      </w:r>
    </w:p>
    <w:p w14:paraId="17CA2615" w14:textId="77777777" w:rsidR="00EF053A" w:rsidRDefault="00000000">
      <w:r>
        <w:br/>
      </w:r>
    </w:p>
    <w:p w14:paraId="4123C287" w14:textId="77777777" w:rsidR="00EF053A" w:rsidRDefault="00000000">
      <w:r>
        <w:t>As I stumbled towards the sodden heap, the scalding tears blurring my vision, a primal scream tore through me, echoing my anguish to the indifferent sky. I needed a miracle. I needed God. With trembling hands, I began the agonizing task of salvage, gathering the least damaged items into garbage bags, my heart breaking with each discarded treasure. The car became a temporary ark, carrying the remnants of a life deliberately destroyed. The weeks that followed were a blur of trauma, a disorienting fog of grief, shock, and the relentless battle to simply survive. This nightmare, the full extent of its brutal aftermath, would stretch far beyond those initial weeks, but that's a story for another time.</w:t>
      </w:r>
      <w:r>
        <w:rPr>
          <w:rFonts w:ascii="Times-New-Roman" w:hAnsi="Times-New-Roman"/>
          <w:sz w:val="24"/>
        </w:rPr>
        <w:t xml:space="preserve">. </w:t>
      </w:r>
    </w:p>
    <w:p w14:paraId="13EA9926" w14:textId="77777777" w:rsidR="00EF053A" w:rsidRDefault="00000000">
      <w:r>
        <w:t xml:space="preserve">The kids and I moved into the sparsely furnished apartment, the bare walls mirroring the emptiness I felt inside. The air crackled with unspoken resentment; my sons, still reeling from the upheaval of our move – a direct consequence of my impulsive decision to leave their father – directed their anger at me. Their frustration was a constant, heavy weight, a </w:t>
      </w:r>
      <w:r>
        <w:lastRenderedPageBreak/>
        <w:t>stark contrast to the fragile hope I desperately clung to, whispering reassurances of a brighter future, a future I wasn't entirely sure existed. I threw myself into work, creating a rigid routine, a desperate attempt to impose order on our chaotic lives. The exhaustion was relentless, yet I pressed on.</w:t>
      </w:r>
    </w:p>
    <w:p w14:paraId="2A02140F" w14:textId="77777777" w:rsidR="00EF053A" w:rsidRDefault="00000000">
      <w:r>
        <w:br/>
      </w:r>
    </w:p>
    <w:p w14:paraId="2CC84157" w14:textId="77777777" w:rsidR="00EF053A" w:rsidRDefault="00000000">
      <w:r>
        <w:t>Even amidst the chaos, the loneliness gnawed at me. Two marriages, numerous relationships… and yet, I felt profoundly alone. Each morning I woke up angry, a simmering resentment bubbling beneath the surface, a feeling I couldn't shake despite my best efforts. This persistent weight, this invisible burden, consumed me. Why? Why did I have to carry this relentless sadness? It felt unfair, unjust, a cruel imbalance in the world. Therapy and medication provided a necessary scaffolding, keeping me from completely crumbling, but they didn't offer the sense of wholeness, the deep-seated contentment I craved.</w:t>
      </w:r>
    </w:p>
    <w:p w14:paraId="197F81CC" w14:textId="77777777" w:rsidR="00EF053A" w:rsidRDefault="00000000">
      <w:r>
        <w:br/>
      </w:r>
    </w:p>
    <w:p w14:paraId="4BA324C2" w14:textId="77777777" w:rsidR="00EF053A" w:rsidRDefault="00000000">
      <w:r>
        <w:t>How could I have a comfortable home, healthy children thriving under my care, a stable job providing for them, and still feel this gaping void? I found solace in acts of service; caring for my family, supporting my friends filled me with a sense of purpose, a fleeting feeling of worth. But it wasn't happiness. It was a temporary bandage on a deep wound. A nagging voice, a critical inner dialogue, whispered its accusations, a relentless refrain echoing in the quiet moments: "Greedy gut," it hissed, "who says *you* get to have joy too?"</w:t>
      </w:r>
    </w:p>
    <w:p w14:paraId="4CC6026A" w14:textId="77777777" w:rsidR="00EF053A" w:rsidRDefault="00000000">
      <w:r>
        <w:t>The upheaval of leaving my marriage and starting over with my sons felt like navigating a minefield blindfolded. Each day was a precarious balancing act: juggling work, managing the boys' school schedules, and the constant emotional rollercoaster of adjusting to a new, solitary existence. The silence in the house, once filled with the familiar rhythm of family life, now echoed with the weight of my decisions. Then, a month into this tumultuous period, I met Sara. It was a whirlwind, a sudden, unexpected gust of wind that swept through the dust and debris of my life.</w:t>
      </w:r>
    </w:p>
    <w:p w14:paraId="6357717A" w14:textId="77777777" w:rsidR="00EF053A" w:rsidRDefault="00000000">
      <w:r>
        <w:br/>
      </w:r>
    </w:p>
    <w:p w14:paraId="2CA92E69" w14:textId="77777777" w:rsidR="00EF053A" w:rsidRDefault="00000000">
      <w:r>
        <w:t>She was utterly unlike anyone I'd ever known – a force of nature in the male-dominated world of engineering. Her professional success was undeniable, her reputation as a sharp, insightful engineer preceding her. But it wasn't just her impressive career; it was her presence. Tall, athletic, with a cascade of dark hair framing deep amber eyes that held a captivating intelligence and warmth, she was strikingly beautiful in a way that went beyond mere aesthetics. I was instantly, inexplicably drawn to her, a moth to a brilliantly burning flame.</w:t>
      </w:r>
    </w:p>
    <w:p w14:paraId="71664ADB" w14:textId="77777777" w:rsidR="00EF053A" w:rsidRDefault="00000000">
      <w:r>
        <w:lastRenderedPageBreak/>
        <w:br/>
      </w:r>
    </w:p>
    <w:p w14:paraId="7C52B628" w14:textId="77777777" w:rsidR="00EF053A" w:rsidRDefault="00000000">
      <w:r>
        <w:t>My initial attempts to get to know her were clumsy, awkward, fueled by a completely unfounded assumption that she was a lesbian – a misconception quickly dispelled by our conversations. These began tentatively, hesitant exchanges in the office hallways, each brief encounter sparking a deeper curiosity. Her mind worked in a way that was completely different from mine, a fascinating contrast that thrilled and challenged me. I remember one day, after a particularly intense meeting, she led me to a server room, expertly dissecting a malfunctioning server, explaining each component with a passion and precision that was both mesmerizing and humbling. I struggled to grasp the technical details, but her enthusiasm was infectious, igniting a dormant curiosity I never knew I possessed.</w:t>
      </w:r>
    </w:p>
    <w:p w14:paraId="0C230D74" w14:textId="77777777" w:rsidR="00EF053A" w:rsidRDefault="00000000">
      <w:r>
        <w:br/>
      </w:r>
    </w:p>
    <w:p w14:paraId="37C7C46D" w14:textId="77777777" w:rsidR="00EF053A" w:rsidRDefault="00000000">
      <w:r>
        <w:t>We became friends, a symbiotic relationship forged from shared needs and mutual respect. I helped her accessorize her powerful suits, adding a touch of femininity to her otherwise austere professional attire; she, in turn, rescued my perpetually malfunctioning computer, her technical expertise a lifeline in my increasingly chaotic life. It was a practical arrangement, a seemingly simple friendship, but beneath the surface, something far more profound was simmering. Our lunchtime conversations in the office cafeteria evolved, becoming increasingly intimate, revealing deeper layers of our lives. She spoke of the demands of her career, the constant pressure to excel, and the emotional turmoil of her estrangement from her husband, Pete. Pete, an engineer and lawyer, possessed considerable intellectual prowess, yet struggled with even the most basic interpersonal relationships. He was unemployed, yet somehow managed to maintain a girlfriend, a bizarre paradox that highlighted his emotional instability. His behavior ignited a protective instinct within me; I found myself fiercely wanting to shield Sara from his erratic behavior and emotional volatility.</w:t>
      </w:r>
    </w:p>
    <w:p w14:paraId="05C766AA" w14:textId="77777777" w:rsidR="00EF053A" w:rsidRDefault="00000000">
      <w:r>
        <w:br/>
      </w:r>
    </w:p>
    <w:p w14:paraId="4DBA2BCC" w14:textId="77777777" w:rsidR="00EF053A" w:rsidRDefault="00000000">
      <w:r>
        <w:t>Sara herself was a testament to resilience and strength. A swimming scholarship had propelled her to an Ivy League education, leading to a master's degree and a position of leadership in her field. Yet, despite her remarkable achievements, she clung to a fragile hope that Pete would see the error of his ways and return home. He did eventually return, though this was far from the first time he had left. The cyclical pattern of his departures and returns hinted at a much deeper, more complicated dynamic that I was only beginning to comprehend, a dynamic that would soon become inextricably woven into the fabric of my own life.</w:t>
      </w:r>
    </w:p>
    <w:p w14:paraId="7A2F191B" w14:textId="77777777" w:rsidR="00EF053A" w:rsidRDefault="00000000">
      <w:r>
        <w:t xml:space="preserve">Pete's controlling behavior—the restrictions on Sara's friendships, phone calls, and even her time with her children—had created a suffocating environment. Sara, outwardly </w:t>
      </w:r>
      <w:r>
        <w:lastRenderedPageBreak/>
        <w:t>presenting a strong façade, was inwardly crumbling under the weight of it. She'd clung to the hope of salvaging the relationship, despite the toll it was taking on her and her sons’ emotional well-being. I, offering support as a friend, suggested couples therapy, brainstorming ways to help her communicate her needs to Pete. It was ironic, offering advice while my own life was unraveling.</w:t>
      </w:r>
    </w:p>
    <w:p w14:paraId="7BE32581" w14:textId="77777777" w:rsidR="00EF053A" w:rsidRDefault="00000000">
      <w:r>
        <w:br/>
      </w:r>
    </w:p>
    <w:p w14:paraId="5422BA13" w14:textId="77777777" w:rsidR="00EF053A" w:rsidRDefault="00000000">
      <w:r>
        <w:t>My lunch dates with Sara became a lifeline. Over those shared meals, we poured our hearts out, exchanging confidences about the ups and downs of our lives. As the months progressed, I began to share the painful details of my failed relationship with Ross, the shattering of my carefully constructed life. Surprisingly, Sara offered me the same unwavering support she'd sought from me. Our lunches evolved into something more meaningful, a connection that transcended simple friendship. I found myself eagerly anticipating our time together, experiencing a noticeable dip in my mood when we missed a day.</w:t>
      </w:r>
    </w:p>
    <w:p w14:paraId="5349609D" w14:textId="77777777" w:rsidR="00EF053A" w:rsidRDefault="00000000">
      <w:r>
        <w:br/>
      </w:r>
    </w:p>
    <w:p w14:paraId="410C4E96" w14:textId="77777777" w:rsidR="00EF053A" w:rsidRDefault="00000000">
      <w:r>
        <w:t>These unfamiliar feelings—the quickened heartbeat, the heavy air whenever she was near—were unsettling. They were a stark contrast to my casual encounters with other women. Sara possessed a unique quality; she made me feel valued, intelligent, and capable. Her insightful questions, her genuine interest in my advice and ideas, her constant encouragement—it was a level of affirmation I'd never experienced before. Neither of us acknowledged the shift in our dynamic, carefully maintaining the façade of friendship, but I knew. The burgeoning feelings terrified me. I feared betraying our friendship, that she would recoil if she knew the truth. The thought of my confession, of the inevitable embarrassment and the painful "what ifs," paralyzed me. I was lost in a labyrinth of confused emotions, questioning everything I thought I understood about myself and my feelings. The simple fact was, I was falling for her, a fact that threatened to upend not only my own life but the carefully constructed friendship that had become such a crucial part of my healing process after leaving my marriage. The very real possibility of losing her, of being rejected, made navigating this new emotional landscape even more daunting. My need to separate myself stemmed from a fear of exposing my vulnerability, my fear of losing her friendship altogether.</w:t>
      </w:r>
    </w:p>
    <w:p w14:paraId="102FAB62" w14:textId="77777777" w:rsidR="00EF053A" w:rsidRDefault="00000000">
      <w:r>
        <w:t>The afternoon sun dappled the leaves above us as we sat on the restaurant bench. Sara’s question hung in the air, sharp and clear: "Why does it feel like you're pushing me away? Like you don't want to be friends? Did I do something?" The weight of my unspoken feelings pressed down on me. I had to be honest, terrifying as the consequences might be. "I think I'm in love with you," I confessed, my voice barely a whisper. "And I think it's best if we don't see each other for a while."</w:t>
      </w:r>
    </w:p>
    <w:p w14:paraId="0FCE8EBE" w14:textId="77777777" w:rsidR="00EF053A" w:rsidRDefault="00000000">
      <w:r>
        <w:lastRenderedPageBreak/>
        <w:br/>
      </w:r>
    </w:p>
    <w:p w14:paraId="0246D516" w14:textId="77777777" w:rsidR="00EF053A" w:rsidRDefault="00000000">
      <w:r>
        <w:t>Her gaze dropped to the parking lot, a stark contrast to the vibrant life that had always sparkled in her eyes. The silence stretched, thick with unspoken emotion. Finally, she looked at me, her expression a mixture of vulnerability and defiance. "I've felt more happiness with you than in my entire marriage," she said, her voice trembling slightly. "And I don't want to lose that." Her hand, warm and reassuring, settled on my knee. Tears welled up, blurring my vision.</w:t>
      </w:r>
    </w:p>
    <w:p w14:paraId="72695A19" w14:textId="77777777" w:rsidR="00EF053A" w:rsidRDefault="00000000">
      <w:r>
        <w:br/>
      </w:r>
    </w:p>
    <w:p w14:paraId="4EB25843" w14:textId="77777777" w:rsidR="00EF053A" w:rsidRDefault="00000000">
      <w:r>
        <w:t>I covered her hand with mine, and we sat there, a tableau of silent grief, fear, and the fragile bloom of hope. The unspoken understanding hung between us, heavier than words. With the truth exposed, the dam broke. Our lunches quickly transformed into furtive meetings in the parking lot, desperate kisses and touches fueling a hunger neither of us fully understood, a yearning for something both profound and undefined. We were adrift, searching for a shore in a sea of longing.</w:t>
      </w:r>
    </w:p>
    <w:p w14:paraId="2AF0D164" w14:textId="77777777" w:rsidR="00EF053A" w:rsidRDefault="00000000">
      <w:r>
        <w:br/>
      </w:r>
    </w:p>
    <w:p w14:paraId="739DB501" w14:textId="77777777" w:rsidR="00EF053A" w:rsidRDefault="00000000">
      <w:r>
        <w:t>Sara's decision to ask Pete to leave was a seismic shift, a testament to the newfound strength she had found within herself. She was done accepting the pain, the subtle but persistent erosion of her spirit. It wasn't easy; the ensuing drama was predictably tumultuous. But she was resolute.</w:t>
      </w:r>
    </w:p>
    <w:p w14:paraId="0435D2BD" w14:textId="77777777" w:rsidR="00EF053A" w:rsidRDefault="00000000">
      <w:r>
        <w:br/>
      </w:r>
    </w:p>
    <w:p w14:paraId="1FE25B61" w14:textId="77777777" w:rsidR="00EF053A" w:rsidRDefault="00000000">
      <w:r>
        <w:t>The holiday season brought her parents to town, a surprising source of support. Their presence eased the tension, allowing us a stolen evening. They offered to watch the children, granting us a rare night out. I picked Sara up; she was breathtaking. The holiday party was a blur; my attention was fixated solely on her. I rushed through the evening, eager for the privacy of our hotel room – our first night alone together.</w:t>
      </w:r>
    </w:p>
    <w:p w14:paraId="49D84CFD" w14:textId="77777777" w:rsidR="00EF053A" w:rsidRDefault="00000000">
      <w:r>
        <w:br/>
      </w:r>
    </w:p>
    <w:p w14:paraId="0A0E5AF5" w14:textId="77777777" w:rsidR="00EF053A" w:rsidRDefault="00000000">
      <w:r>
        <w:t>The starkness of the room seemed to fade as we embraced. Clothing fell away, replaced by a raw, urgent need to know each other completely. Years of self-discovery, of learning my own body, allowed me to guide her, to show her pleasure I hadn't known existed before. In turn, she revealed depths of intimacy that deepened my understanding of myself and my own capacity for love. We explored each other, learning, growing, becoming experts in each other's joy.</w:t>
      </w:r>
    </w:p>
    <w:p w14:paraId="63C422B2" w14:textId="77777777" w:rsidR="00EF053A" w:rsidRDefault="00000000">
      <w:r>
        <w:lastRenderedPageBreak/>
        <w:t>The day I moved out of my marital home felt like the start of a brand new life, a daunting but exhilarating leap into the unknown. The weight of unspoken resentments and simmering frustrations lifted, replaced by a nervous excitement. My sons and I settled into a small apartment, a temporary haven while we navigated this new terrain. It was a period of adjustment, of learning to rely on each other and forge a new sense of normalcy. Then I met Sara. The details of that first encounter remain vivid. Later that evening, as she emerged from the bathroom, her hair a tousled halo around her face, clad only in her underwear, she radiated a captivating vulnerability. It wasn't just her physical beauty; it was the unguarded honesty in her eyes, the quiet strength in her posture. In that moment, I knew she was special. She was everything I hadn’t realized I was missing. Her heart, open and warm, mirrored my own yearning for connection and stability.</w:t>
      </w:r>
    </w:p>
    <w:p w14:paraId="7674019E" w14:textId="77777777" w:rsidR="00EF053A" w:rsidRDefault="00000000">
      <w:r>
        <w:br/>
      </w:r>
    </w:p>
    <w:p w14:paraId="5B6F0D5F" w14:textId="77777777" w:rsidR="00EF053A" w:rsidRDefault="00000000">
      <w:r>
        <w:t>Both our divorces were eventually finalized, each a legal formality that paled in comparison to the emotional healing we were already experiencing. The next chapter unfolded quickly, filled with the practical details of merging lives – packing boxes, house hunting, and navigating the complexities of blending two families. We found a home, a place to build our new life together, a sanctuary for our three younger children. The early days were filled with laughter, tears, and the occasional clash of personalities, but we worked through it all, communicating openly and honestly. Slowly, deliberately, we built a loving and supportive environment, showing our children – by example – the true meaning of partnership, of unwavering commitment, and of finding joy amidst life's challenges. Sara is my best friend, my lover, my everything. And twenty one years later, I can't imagine my life without her.</w:t>
      </w:r>
    </w:p>
    <w:p w14:paraId="4E60E2D5" w14:textId="77777777" w:rsidR="00EF053A" w:rsidRDefault="00EF053A"/>
    <w:sectPr w:rsidR="00EF053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Times-New-Roman">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0376196">
    <w:abstractNumId w:val="8"/>
  </w:num>
  <w:num w:numId="2" w16cid:durableId="1099762533">
    <w:abstractNumId w:val="6"/>
  </w:num>
  <w:num w:numId="3" w16cid:durableId="300572644">
    <w:abstractNumId w:val="5"/>
  </w:num>
  <w:num w:numId="4" w16cid:durableId="741483858">
    <w:abstractNumId w:val="4"/>
  </w:num>
  <w:num w:numId="5" w16cid:durableId="1826629455">
    <w:abstractNumId w:val="7"/>
  </w:num>
  <w:num w:numId="6" w16cid:durableId="1249735739">
    <w:abstractNumId w:val="3"/>
  </w:num>
  <w:num w:numId="7" w16cid:durableId="347175359">
    <w:abstractNumId w:val="2"/>
  </w:num>
  <w:num w:numId="8" w16cid:durableId="604659362">
    <w:abstractNumId w:val="1"/>
  </w:num>
  <w:num w:numId="9" w16cid:durableId="448624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202C0"/>
    <w:rsid w:val="008118C5"/>
    <w:rsid w:val="0099775C"/>
    <w:rsid w:val="00AA1D8D"/>
    <w:rsid w:val="00B47730"/>
    <w:rsid w:val="00CB0664"/>
    <w:rsid w:val="00EF05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6868FC"/>
  <w14:defaultImageDpi w14:val="300"/>
  <w15:docId w15:val="{AEF7999E-2C39-2F46-850A-D56B31402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9049</Words>
  <Characters>51582</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Bell</dc:creator>
  <cp:keywords/>
  <dc:description>generated by python-docx</dc:description>
  <cp:lastModifiedBy>Kelly Bell</cp:lastModifiedBy>
  <cp:revision>3</cp:revision>
  <dcterms:created xsi:type="dcterms:W3CDTF">2025-08-25T20:36:00Z</dcterms:created>
  <dcterms:modified xsi:type="dcterms:W3CDTF">2025-08-25T20:36:00Z</dcterms:modified>
  <cp:category/>
</cp:coreProperties>
</file>