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The Intentional Wallet</w:t>
      </w:r>
    </w:p>
    <w:p>
      <w:pPr>
        <w:pStyle w:val="Subtitle"/>
      </w:pPr>
      <w:r>
        <w:t>by D.M. Clear</w:t>
      </w:r>
    </w:p>
    <w:p>
      <w:r>
        <w:br w:type="page"/>
      </w:r>
    </w:p>
    <w:p>
      <w:pPr>
        <w:pStyle w:val="Heading1"/>
      </w:pPr>
      <w:r>
        <w:t>Dedication</w:t>
      </w:r>
    </w:p>
    <w:p>
      <w:r>
        <w:t>For my daughter, Rachele.</w:t>
        <w:br/>
        <w:t>I cannot promise that you won’t make mistakes, even with me by your side — just as my own mother once stood by me. But I hope you will always have the courage to live your own life, make your own decisions, and walk your own path. May you grow into a woman who defines success on her own terms, and may you find freedom in building a life of choice, purpose, and enough.</w:t>
      </w:r>
    </w:p>
    <w:p>
      <w:r>
        <w:br w:type="page"/>
      </w:r>
    </w:p>
    <w:p>
      <w:pPr>
        <w:pStyle w:val="Heading1"/>
      </w:pPr>
      <w:r>
        <w:t>Table of Contents</w:t>
      </w:r>
    </w:p>
    <w:p>
      <w:r>
        <w:t>[TOC will be added here with clickable links in final version]</w:t>
      </w:r>
    </w:p>
    <w:p>
      <w:r>
        <w:br w:type="page"/>
      </w:r>
    </w:p>
    <w:p>
      <w:pPr>
        <w:pStyle w:val="Heading1"/>
      </w:pPr>
      <w:r>
        <w:t>Chapter 1</w:t>
      </w:r>
    </w:p>
    <w:p>
      <w:r>
        <w:t>Chapter 1 – Why I’m Writing This</w:t>
      </w:r>
    </w:p>
    <w:p>
      <w:r>
        <w:t>People always say, “If you just have less stuff, you’ll feel lighter.” They make it sound like a single weekend with some storage boxes, a label maker, and a ruthless attitude is all you need to be free from clutter forever.</w:t>
      </w:r>
    </w:p>
    <w:p>
      <w:r>
        <w:t>The truth? Decluttering is not a one-time event. It’s a cycle. You get rid of things, then — without even noticing — you let new things in. Sometimes those new things are “essentials” (or so you tell yourself), and other times they’re impulse buys that seemed like a great idea at the time but end up gathering dust.</w:t>
      </w:r>
    </w:p>
    <w:p>
      <w:r>
        <w:t>I tell myself, Right, this weekend I’m decluttering for real. Then life happens. Back in my pre-mum days, it was work, the gym, dinners with friends, weekends away. Now? The gym and nights out have been replaced by nappies and nap schedules — and somehow, decluttering has become even harder.</w:t>
      </w:r>
    </w:p>
    <w:p>
      <w:r>
        <w:t>Even now, as a mum, I still think about decluttering when my husband is home — in theory, he can look after the baby and I can power through the clutter. But in reality? That never happens. Instead, we spend time together as a family, go out for a walk, play with the baby, tidy up after the baby… and tidy up after my husband. By the time that’s all done, the day is gone, and the pile of stuff I meant to tackle is still sitting there.</w:t>
      </w:r>
    </w:p>
    <w:p>
      <w:r>
        <w:t>If you’re not a mum yet, here’s something to know: as a new mum, you’re usually running on very little sleep, but there are always more important things on your to-do list than decluttering. I don’t know why people keep saying, “Nap when the baby naps” — because in reality, that’s the time you’re frantically trying to get other things done.</w:t>
      </w:r>
    </w:p>
    <w:p>
      <w:r>
        <w:t>Unless you’re a dad. I’ve seen my husband happily nap when the baby naps — and most importantly, fall asleep and start snoring almost instantly. How he can just switch off and sleep is beyond me. By the time I finally drift off, my baby’s already awake from her nap.</w:t>
      </w:r>
    </w:p>
    <w:p>
      <w:r>
        <w:t>Even when I do manage to get started, it’s never just a case of chucking things in a bin bag. I hate the idea of adding to landfill. So I start the mental gymnastics: Where’s the nearest recycling point? Is there a textile recycling drop-off for clothes too far gone for Vinted? Could I sell this on Facebook Marketplace? Could someone want it for free? Could it be repurposed?</w:t>
      </w:r>
    </w:p>
    <w:p>
      <w:r>
        <w:t>Remember that Friends episode where Monica has a secret closet full of junk? She’s the queen of cleanliness but hides a cupboard that looks like a chaotic jumble sale. That’s basically me — except my “closet” is more like multiple drawers, a cupboard, and that one chair in the bedroom that’s permanently covered in clothes I haven’t decided whether to re-wear or wash.</w:t>
      </w:r>
    </w:p>
    <w:p>
      <w:r>
        <w:t>And yes, I’ve discovered the world of reselling online. It sounds good in theory — make back some money, give the item a new home — but here’s the truth: most buyers on Vinted or Facebook Marketplace are hunting for a bargain. They want things for almost free, and you’re unlikely to recover anywhere close to what you paid for it.</w:t>
      </w:r>
    </w:p>
    <w:p>
      <w:r>
        <w:t>Case in point: I once bought a dress for a friend’s wedding but ended up wearing something else. I left it too late to return, so I kept it thinking I’d wear it on another occasion… but of course, I never did. Brand new with tags, listed on Vinted for £10 — which is pretty much 85% less than what I paid for it — and three years later, it’s still sitting in my wardrobe, unsold.</w:t>
      </w:r>
    </w:p>
    <w:p>
      <w:r>
        <w:t>Then there was the expandable dining table I bought for £400. Hardly used, mostly sat in the corner, so I listed it for £300 to make space for the baby. One lady offered £200, and the rest sent the classic “Is this still available?” message with zero follow-up.</w:t>
      </w:r>
    </w:p>
    <w:p>
      <w:r>
        <w:t>And honestly? I can’t judge the bargain hunters too much — because I’m one of them now. I love hunting for a good deal and paying next to nothing for pre-owned items. I’ll happily scroll Vinted or Facebook Marketplace for hours to find a bargain. It’s cheaper, it’s more sustainable, and at least if I do make a mistake, I haven’t paid anywhere near full retail for it.</w:t>
      </w:r>
    </w:p>
    <w:p>
      <w:r>
        <w:t>But the selling challenge is real — people still think your list price is too high, they’ll lowball you, or they’ll message to ask if it’s still available and then vanish into thin air. Sometimes you just can’t find a buyer at all. That dress is still in my wardrobe, and after three years, I may have to admit defeat and send it off to charity.</w:t>
      </w:r>
    </w:p>
    <w:p>
      <w:r>
        <w:t>My 20s vs 40s: How My Money Mindset Changed</w:t>
      </w:r>
    </w:p>
    <w:p>
      <w:r>
        <w:t>In my 20s, I barely thought twice before whipping out my credit card. I wasn’t paying off the full balance, so I paid interest every single month. Have you ever looked at your credit card interest rate? It’s ridiculously high — often over 20% APR. That means if you carry a balance, you’re basically giving the bank a chunk of your money every month for the privilege of borrowing.</w:t>
      </w:r>
    </w:p>
    <w:p>
      <w:r>
        <w:t>I even took out a balance transfer card to pay off one card with another. My mum found out and gave me a stern talking-to. She lent me the money to clear the debt so I could stop paying interest.</w:t>
      </w:r>
    </w:p>
    <w:p>
      <w:r>
        <w:t>It wasn’t until I turned 30 that I got serious about paying off the full balance every month. That’s important because if you pay in full by the due date, you don’t get charged interest on purchases at all. It’s like using the bank’s money for free — as long as you’re disciplined enough to clear it every month.</w:t>
      </w:r>
    </w:p>
    <w:p>
      <w:r>
        <w:t>But here’s the thing: even when I was paying off my card in full, I still used it for almost everything, which made it way too easy to spend. In my late 30s, I started budgeting a set amount for my credit card each month — essentials like travel and groceries, plus some discretionary spending — and my new goal became spending less than I’d budgeted.</w:t>
      </w:r>
    </w:p>
    <w:p>
      <w:r>
        <w:t>✨ Lesson I Learned</w:t>
      </w:r>
    </w:p>
    <w:p>
      <w:r>
        <w:t>The easiest way to start building a healthier financial life is to pause before you buy.</w:t>
        <w:br/>
        <w:t>Owning too much stuff drains your time, money, and mental energy — and it’s a lot harder to undo years of overspending than to prevent it in the first place.</w:t>
      </w:r>
    </w:p>
    <w:p>
      <w:r>
        <w:t>📌 Why This Chapter Matters</w:t>
      </w:r>
    </w:p>
    <w:p>
      <w:r>
        <w:t>Clutter and money go hand in hand. The more you buy, the more space, time, and energy it drains. Starting with awareness — of what you own, why you buy, and how it adds up — is the foundation for everything in this book. If you can shift your perspective here, the strategies in the next chapters will have even more impact.</w:t>
      </w:r>
    </w:p>
    <w:p>
      <w:r>
        <w:t>But awareness doesn’t come overnight. For me, it was shaped by two decades of trial and error with money and stuff. The next chapter takes you through that journey — my “20 years of adulting in a nutshell” — so you can see how my mindset evolved (and maybe spot a few of your own patterns along the way).</w:t>
      </w:r>
    </w:p>
    <w:p>
      <w:r>
        <w:t>✅ Quick Checklist</w:t>
      </w:r>
    </w:p>
    <w:p>
      <w:r>
        <w:t>• Look around your home. If you had to move tomorrow, what would you not take with you?</w:t>
        <w:br/>
        <w:t>• Identify one recurring purchase habit (e.g., buying clothes “just in case”) that you can cut back on.</w:t>
        <w:br/>
        <w:t>• Before buying anything, ask yourself: “Where will I put this?”, “Do I already own something similar?”, and “Do I want this because I’ll actually use it, or because of the feeling I think it will give me?”</w:t>
      </w:r>
    </w:p>
    <w:p>
      <w:r>
        <w:t>🪞 Reflection Prompt</w:t>
      </w:r>
    </w:p>
    <w:p>
      <w:r>
        <w:t>Think about the last thing you decluttered. Why did you get rid of it — and could you have avoided buying it in the first place?</w:t>
      </w:r>
    </w:p>
    <w:p>
      <w:r>
        <w:t>Decluttering is never just about stuff — it’s about the choices, habits, and money behind it. To really understand how I got here, we need to rewind through 20 years of my adult life, and the spending patterns (and mistakes) that shaped my money mindset.</w:t>
      </w:r>
    </w:p>
    <w:p>
      <w:r>
        <w:br w:type="page"/>
      </w:r>
    </w:p>
    <w:p>
      <w:pPr>
        <w:pStyle w:val="Heading1"/>
      </w:pPr>
      <w:r>
        <w:t>Chapter 2</w:t>
      </w:r>
    </w:p>
    <w:p>
      <w:r>
        <w:t>Chapter 2 – 20 Years of Adulting in a Nutshell</w:t>
      </w:r>
    </w:p>
    <w:p>
      <w:r>
        <w:t>If you’ve ever seen those reels on Facebook or Instagram showing celebrities change over 20 years — morphing year by year, hair shifting, fashion evolving — this is basically that.</w:t>
      </w:r>
    </w:p>
    <w:p>
      <w:r>
        <w:t>Except instead of red carpets and Hollywood transformations, you’re getting the highlight reel of my spending habits, my love/hate relationship with stuff, and the slow (and sometimes painful) realisation that financial comfort doesn’t magically appear just because you have a full-time job.</w:t>
      </w:r>
    </w:p>
    <w:p>
      <w:r>
        <w:t>Early 20s – The “Swipe Now, Regret Later” Era</w:t>
      </w:r>
    </w:p>
    <w:p>
      <w:r>
        <w:t>In my early 20s, while I was at uni, I worked as a shop assistant at a toy shop, and later at a bubble tea shop. That’s when I applied for my first credit card and was approved for a low credit limit. Still, it felt like free money. I was so proud of it — finally, I felt like an independent woman out in the real world.</w:t>
      </w:r>
    </w:p>
    <w:p>
      <w:r>
        <w:t>I remember taking it out for the first time, strutting through Westfield on my own — shopping for a cousin’s wedding outfit without needing Mum’s approval or wallet. I still remember that feeling of freedom… and the swipe of the card.</w:t>
      </w:r>
    </w:p>
    <w:p>
      <w:r>
        <w:t>It wasn’t.</w:t>
      </w:r>
    </w:p>
    <w:p>
      <w:r>
        <w:t>I graduated with a Bachelor of Commerce in Accounting, a full-time job, and zero clue about financial independence.</w:t>
      </w:r>
    </w:p>
    <w:p>
      <w:r>
        <w:t>Then came the “new job, new wardrobe” mindset. I convinced myself that starting my first “real” job meant I needed an entire office wardrobe. That was my logic back then: if I could justify the purchase, it wasn’t “wasting” money. In reality, I was just swiping without hesitation, and the debt started piling up.</w:t>
      </w:r>
    </w:p>
    <w:p>
      <w:r>
        <w:t>And back then, it really was swipe — no tap-and-go — and you had to sign the printed receipt.</w:t>
      </w:r>
    </w:p>
    <w:p>
      <w:r>
        <w:t>Late 20s – Reality Knocks (Mum’s Version)</w:t>
      </w:r>
    </w:p>
    <w:p>
      <w:r>
        <w:t>I was paying my credit card bill and thought paying “something” every month was fine.</w:t>
      </w:r>
    </w:p>
    <w:p>
      <w:r>
        <w:t>It wasn’t.</w:t>
      </w:r>
    </w:p>
    <w:p>
      <w:r>
        <w:t>I hadn’t considered the high APR % that comes with a credit card. Have you ever looked at the interest on your credit card? The average credit card APR in the UK is 36.03%. So for every pound you owe, you’re paying 36.03p on it.</w:t>
      </w:r>
    </w:p>
    <w:p>
      <w:r>
        <w:t>My wake-up call didn’t come from a finance podcast or budgeting app — it came from Mum. I still lived at home and one day, she deliberately opened my credit card statement. Privacy alert!</w:t>
      </w:r>
    </w:p>
    <w:p>
      <w:r>
        <w:t>She saw I wasn’t paying the balance in full. Mum was financially savvy: she worked hard, saved every penny, and never spent “future money.” She’d only take on big purchases with interest-free instalments, and she always paid them off before interest kicked in.</w:t>
      </w:r>
    </w:p>
    <w:p>
      <w:r>
        <w:t>She gave me a stern talking-to, lent me the money to clear the debt, and made me promise two things:</w:t>
      </w:r>
    </w:p>
    <w:p>
      <w:r>
        <w:t>Pay her back.</w:t>
      </w:r>
    </w:p>
    <w:p>
      <w:r>
        <w:t>Never let it get that bad again.</w:t>
      </w:r>
    </w:p>
    <w:p>
      <w:r>
        <w:t>I repaid her in full… then got into debt again, only this time she didn’t find out.</w:t>
      </w:r>
    </w:p>
    <w:p>
      <w:r>
        <w:t>It wasn’t until I applied for a UK working holiday visa that I decided to leave my debt behind. I chipped away at my balance, used my work bonus to finish it off, and paid off my student loan too. That year I learned a lesson I’ve carried ever since: debt is quick to get into and painfully slow to get out of.</w:t>
      </w:r>
    </w:p>
    <w:p>
      <w:r>
        <w:t>Early 30s – The YOLO Years</w:t>
      </w:r>
    </w:p>
    <w:p>
      <w:r>
        <w:t>By my early 30s, I’d mastered paying off my credit card in full every month. Great habit — but it gave me a false sense of security.</w:t>
      </w:r>
    </w:p>
    <w:p>
      <w:r>
        <w:t>In my mind, paying in full = I’m good with money.</w:t>
      </w:r>
    </w:p>
    <w:p>
      <w:r>
        <w:t>When I first moved to the UK, I had about three months’ salary in AUD saved — just enough to cover three months’ rent. If I hadn’t landed a job by then (which I luckily did), I would have been either borrowing money or on a flight back to Australia.</w:t>
      </w:r>
    </w:p>
    <w:p>
      <w:r>
        <w:t>My flatmate at the time — another Aussie I met in London — quickly became one of my closest friends. We got along like a house on fire and ended up furnishing our flat with the mindset of “we won’t be here for more than two years” (our working holiday visas were only temporary). That meant cheap, functional furniture and kitchenware — nothing fancy, just enough to get by.</w:t>
      </w:r>
    </w:p>
    <w:p>
      <w:r>
        <w:t>But while our flat was frugal, my lifestyle outside it wasn’t. I leaned hard into the Aussie expat lifestyle: dinners out several times a week, drinks with friends, weekend trips to Europe “because it’s so close.” Financially reckless? Absolutely. But I don’t regret most of it — the experiences and memories were worth every penny.</w:t>
      </w:r>
    </w:p>
    <w:p>
      <w:r>
        <w:t>Looking back, those years were when I felt like I truly lived — I travelled, ate good food, made incredible memories, and enjoyed life.</w:t>
      </w:r>
    </w:p>
    <w:p>
      <w:r>
        <w:t>Paying off your credit card in full every month is a good habit — but it’s not a free pass to spend without thinking. My early 30s were full of memories I don’t regret, but they also showed me that living in the moment without a plan only works for so long. Eventually, reality catches up, and you need to start asking: is this lifestyle sustainable, or is it time to shift gears?</w:t>
      </w:r>
    </w:p>
    <w:p>
      <w:r>
        <w:t>Mid 30s – The “Hang On a Second…” Phase</w:t>
      </w:r>
    </w:p>
    <w:p>
      <w:r>
        <w:t>Post-Covid, I’d been in London long enough that I was closer to British citizenship than being a fresh expat. I was getting older, and while part of me clung to a Peter Pan lifestyle, reality was starting to set in.</w:t>
      </w:r>
    </w:p>
    <w:p>
      <w:r>
        <w:t>By my late 30s, I’d moved out of my flat share and bought a place with my boyfriend (now husband). When I first arrived in London, I had two suitcases. By the time I left my flat share, I had a van full of stuff.</w:t>
      </w:r>
    </w:p>
    <w:p>
      <w:r>
        <w:t>I didn’t move straight into our new place — I stayed in a friend’s spare room for a couple of months, which meant most of my things went into storage. Moving is the best time to declutter, and I did plenty of it: donating bags of barely worn clothes (some still with tags) and throwing away what couldn’t be saved. This was before I knew about Vinted or selling on Facebook Marketplace, so charity and the bin were my main options.</w:t>
      </w:r>
    </w:p>
    <w:p>
      <w:r>
        <w:t>When I eventually moved into our new place and unpacked everything from storage, I ended up doing another round of decluttering. I realised I had been packing things I didn’t actually need — like extra kitchen plates that had no place in our new cupboards. Sometimes, once you’re in a new space, you can see your belongings with fresh eyes and realise they don’t fit, either practically or with your new décor.</w:t>
      </w:r>
    </w:p>
    <w:p>
      <w:r>
        <w:t>My husband even pointed out, “Why didn’t you just get rid of these before? You could’ve booked a smaller (and cheaper) storage unit.” And honestly… he had a point.</w:t>
      </w:r>
    </w:p>
    <w:p>
      <w:r>
        <w:t>Late 30s to Now – The Decluttering Era</w:t>
      </w:r>
    </w:p>
    <w:p>
      <w:r>
        <w:t>From there, decluttering became almost seasonal. Bags filled with clothes, homewares, and random “what was I thinking?” items left the flat regularly. Each time, I thought about the money tied up in all that stuff.</w:t>
      </w:r>
    </w:p>
    <w:p>
      <w:r>
        <w:t>Financially, I became more intentional. I set a monthly credit card budget covering essentials like groceries, transport, and bills, plus a set “fun spend” amount. My goal was to come in under budget. It wasn’t a huge shift, but it made me more mindful.</w:t>
      </w:r>
    </w:p>
    <w:p>
      <w:r>
        <w:t>I still made the mistake of buying things while telling myself I could just sell them later on a second-hand marketplace. But I learned that many buyers are bargain hunters, and you won’t necessarily get back what you paid for the item. Sometimes, it can sit there for months collecting dust before anyone shows interest — if at all.</w:t>
      </w:r>
    </w:p>
    <w:p>
      <w:r>
        <w:t>This was also when minimalism began to appeal to me — not the extreme “own 30 things” kind, but the practical version: buy better, buy less, and focus on experiences instead of more stuff.</w:t>
      </w:r>
    </w:p>
    <w:p>
      <w:r>
        <w:t>My goal now is to live well, enjoy life in the present, and build towards a comfortable, stress-free retirement. I’m more deliberate with my spending. I still make the occasional “oops” purchase, but I catch myself faster. I value the satisfaction of not buying something just as much as the thrill of buying it.</w:t>
      </w:r>
    </w:p>
    <w:p>
      <w:r>
        <w:t>It’s not about being perfect. It’s about making better decisions more often — and knowing that even slow progress adds up.</w:t>
      </w:r>
    </w:p>
    <w:p>
      <w:r>
        <w:t>📌 Why This Chapter Matters</w:t>
      </w:r>
    </w:p>
    <w:p>
      <w:r>
        <w:t>Before we get into the how-to’s, I want you to see that I wasn’t born financially savvy. I’ve been the overspender, the debt juggler, the “I’m fine” coasting type, and the slow-but-steady learner.</w:t>
      </w:r>
    </w:p>
    <w:p>
      <w:r>
        <w:t>The rest of this book will break down these phases — what I learned, what I’d do differently, and how you can skip the expensive, time-consuming trial and error.</w:t>
      </w:r>
    </w:p>
    <w:p>
      <w:r>
        <w:t>And while looking back is useful, it’s even more powerful to look closer at the mistakes themselves. In the next chapter, I’ll share my biggest “ouch” purchases — the ones that stung the most — and the lessons hidden inside them.</w:t>
        <w:tab/>
      </w:r>
    </w:p>
    <w:p>
      <w:r>
        <w:t>✨ Lesson I Learned</w:t>
      </w:r>
    </w:p>
    <w:p>
      <w:r>
        <w:t>Debt is quick to get into and painfully slow to get out of. Paying off your credit card in full every month is a great habit — but it’s not a free pass to spend without thinking.</w:t>
      </w:r>
    </w:p>
    <w:p>
      <w:r>
        <w:t>✅ Quick Checklist</w:t>
      </w:r>
    </w:p>
    <w:p>
      <w:r>
        <w:t>Do you pay your credit card balance in full every month? If not, find out your APR and calculate how much it’s costing you.</w:t>
      </w:r>
    </w:p>
    <w:p>
      <w:r>
        <w:t>Track one month of “fun” spending — you might be surprised at how much of it is impulse buys.</w:t>
      </w:r>
    </w:p>
    <w:p>
      <w:r>
        <w:t>Think about the last big purchase you made. Would you still buy it today?</w:t>
      </w:r>
    </w:p>
    <w:p>
      <w:r>
        <w:t>🪞 Reflection Prompt</w:t>
      </w:r>
    </w:p>
    <w:p>
      <w:r>
        <w:t>Which phase are you in right now — the “Swipe Now” (or, pardon me, “Tap Now” — sorry, I’m old) stage, the YOLO stage, or the “Hang On a Second” stage?</w:t>
      </w:r>
    </w:p>
    <w:p>
      <w:r>
        <w:t>Those phases of my 20s and 30s show how easily money can slip through your fingers when you’re not paying attention. But sometimes, it’s not even the everyday spending that hurts most — it’s the big “ouch” purchases that seemed justified at the time but ended up teaching me my most expensive lessons.</w:t>
      </w:r>
    </w:p>
    <w:p>
      <w:r>
        <w:br w:type="page"/>
      </w:r>
    </w:p>
    <w:p>
      <w:pPr>
        <w:pStyle w:val="Heading1"/>
      </w:pPr>
      <w:r>
        <w:t>Chapter 3</w:t>
      </w:r>
    </w:p>
    <w:p>
      <w:r>
        <w:t>Chapter 3 – The Cost of My Mistakes</w:t>
      </w:r>
    </w:p>
    <w:p>
      <w:r>
        <w:t>The most expensive lessons I’ve learned</w:t>
      </w:r>
    </w:p>
    <w:p>
      <w:r>
        <w:t>Some of my worst purchases didn’t happen because I wasn’t earning enough — they happened because I didn’t stop to think whether I needed the thing in the first place, whether it would actually work for me, or whether I’d even use it.</w:t>
      </w:r>
    </w:p>
    <w:p>
      <w:r>
        <w:t>They all felt justified at the time.</w:t>
        <w:br/>
        <w:t>They all came with a story.</w:t>
        <w:br/>
        <w:t>And every single one ended up costing me more than money.</w:t>
      </w:r>
    </w:p>
    <w:p>
      <w:r>
        <w:t>Here are my top four “ouch” purchases — and the lessons I wish I’d learned earlier.</w:t>
      </w:r>
    </w:p>
    <w:p>
      <w:r>
        <w:t>Ouch Purchase #1 – The IIN Health Coach Course</w:t>
      </w:r>
    </w:p>
    <w:p>
      <w:r>
        <w:t>Just before I became a mum, I enrolled in the IIN Integrative Nutrition Health Coach course. I had big plans — I’d started a health and wellbeing blog and thought the course would give me the credibility and knowledge to grow it.</w:t>
      </w:r>
    </w:p>
    <w:p>
      <w:r>
        <w:t>I did my research (or so I thought) and read “honest reviews” online. The problem? Many of those glowing reviews turned out to be written by IIN ambassadors — people who earned commission if you signed up through them. The message was always the same: work hard, study diligently, and success will follow. I was sold.</w:t>
      </w:r>
    </w:p>
    <w:p>
      <w:r>
        <w:t>To be fair, I did speak to a savvy friend before enrolling — she’s set up several businesses and doesn’t sugarcoat advice. She told me I didn’t need a qualification to run a wellness blog if I wasn’t going to practise as a coach, and that most of the knowledge could be learned for free. I heard her… but I was adamant (and probably stubborn) that I would use it.</w:t>
      </w:r>
    </w:p>
    <w:p>
      <w:r>
        <w:t>The reality? The course wasn’t as deep or practical as I’d hoped. Some content was basic enough to find in books or online for free. The tech side was clunky too — I couldn’t easily download materials to my iPad or phone, which made it inconvenient to study on the go.</w:t>
      </w:r>
    </w:p>
    <w:p>
      <w:r>
        <w:t>I did finish, earned the certificate, and ticked the boxes… but I never used it. It cost me USD $4,245 (~£3,300), which I paid off over a year and a half via a balance transfer loan.</w:t>
      </w:r>
    </w:p>
    <w:p>
      <w:r>
        <w:t>💡 Lesson learned: If you’re going to ignore the advice of smart, experienced friends, be prepared to own the consequences. And if you’re spending thousands, make absolutely sure it’s going to deliver exactly what you need — not just what the marketing promises. If you can’t clearly answer “What will I use this for?”, you probably shouldn’t spend the money.</w:t>
      </w:r>
    </w:p>
    <w:p>
      <w:r>
        <w:t>Ouch Purchase #2 – The Piano Dream That Never Happened</w:t>
      </w:r>
    </w:p>
    <w:p>
      <w:r>
        <w:t>Learning the piano had been a childhood dream. When I was little, I asked Mum for a piano because my next-door neighbour got one and started lessons.</w:t>
      </w:r>
    </w:p>
    <w:p>
      <w:r>
        <w:t>Fast forward to my pregnancy, and I suddenly decided now was the time. Part of it was wanting to do something “for me” before becoming a mum. I also justified it by imagining sweet moments playing piano for the baby… and later, her and I playing together, singing songs in the living room.</w:t>
      </w:r>
    </w:p>
    <w:p>
      <w:r>
        <w:t>I didn’t have space for an actual piano, so I bought a full keyboard set with stand and stool for £399. Lessons were £45.90 each for 45 minutes, and I did 10 of them. I also paid for a sheet music app so I could learn Taylor Swift songs.</w:t>
      </w:r>
    </w:p>
    <w:p>
      <w:r>
        <w:t>Total spent: £902.99</w:t>
        <w:br/>
        <w:t>Total achieved: I can’t play a single Taylor Swift song.</w:t>
      </w:r>
    </w:p>
    <w:p>
      <w:r>
        <w:t>Eventually, the keyboard went to a new home to make space for my daughter’s things.</w:t>
      </w:r>
    </w:p>
    <w:p>
      <w:r>
        <w:t>💡 Lesson learned: Romanticising an idea is not the same as following through. Sometimes you love the idea of something more than the actual doing.</w:t>
      </w:r>
    </w:p>
    <w:p>
      <w:r>
        <w:t>Ouch Purchase #3 – Designer Bags &amp; “Investment” Pieces</w:t>
      </w:r>
    </w:p>
    <w:p>
      <w:r>
        <w:t>My first “luxury” bag was a Bvlgari, which now just sits in the corner unused — and I doubt it has any resale value. Then there’s a Prada bag I bought from an outlet. I thought outlets only sold overstock or out-of-season items, but it turns out some brands, like Prada and Burberry, create specific lines for outlet stores. Those pieces generally don’t hold their value like mainline collections.</w:t>
      </w:r>
    </w:p>
    <w:p>
      <w:r>
        <w:t>I’ve never tried selling the Bvlgari or Prada bag, partly because I don’t know where to start, partly because I know I’d never get back what I paid.</w:t>
      </w:r>
    </w:p>
    <w:p>
      <w:r>
        <w:t>Over time, I collected a Louis Vuitton bag, a Gucci bag, and a YSL bag — plus a Burberry trench coat I’ve worn exactly once. Why? Because I’m too worried it’ll get rained on, smoked on, or ruined. Same with the bags — I hardly use them in London for fear they’ll get scratched or even snatched. (Bag snatching and phone theft are up 28% in the past year, according to the Met Police.)</w:t>
      </w:r>
    </w:p>
    <w:p>
      <w:r>
        <w:t>In my 20s in Sydney, carrying a designer handbag felt like a symbol of success — on a morning train to work, almost every woman had one. Since moving to London, my style has shifted to casual and practical. My most-used bag is a £15 Uniqlo water-repellent side bag.</w:t>
      </w:r>
    </w:p>
    <w:p>
      <w:r>
        <w:t>💡 Lesson learned: Expensive doesn’t always mean practical. If you’re too scared to use it, it’s not really serving its purpose. Buy for your real lifestyle, not your imagined one.</w:t>
      </w:r>
    </w:p>
    <w:p>
      <w:r>
        <w:t>Ouch Purchase #4 – Chasing the Frizz-Free Fantasy</w:t>
      </w:r>
    </w:p>
    <w:p>
      <w:r>
        <w:t>Some people collect fridge magnets from their travels. I, apparently, collect hair products and styling tools — all in pursuit of smooth, frizz-free hair.</w:t>
      </w:r>
    </w:p>
    <w:p>
      <w:r>
        <w:t>It starts innocently enough. I’ll read an article, see a before-and-after picture, or watch a glossy Instagram ad where someone goes from frizz ball to sleek goddess in under a minute. And I think, This is it. This is the one that will finally work.</w:t>
      </w:r>
    </w:p>
    <w:p>
      <w:r>
        <w:t>Over the years, that hope has translated into a Dyson hairdryer, a Dyson Airwrap, a GHD hair straightener, and a GHD Glide hot brush. Not to mention the shampoos, conditioners, masks, oils, serums, sprays, creams, and leave-ins that promised to tame frizz once and for all.</w:t>
      </w:r>
    </w:p>
    <w:p>
      <w:r>
        <w:t>Each time, I told myself it was an investment — and each time, I ended up with another half-used bottle in my bathroom cupboard. Because here’s the truth: sometimes the problem you’re trying to “fix” can’t be solved with just another product. Or worse, the new “miracle” product works for a bit… until it doesn’t.</w:t>
      </w:r>
    </w:p>
    <w:p>
      <w:r>
        <w:t>For me, the only thing that’s ever given truly long-lasting results is Japanese hair straightening. It’s amazing for smooth, low-maintenance hair — but it comes with a price. Not just the actual cost (which is hefty), but also the chemicals involved. And while I love the results, part of me can’t shake the worry that I’m one appointment away from accelerating hair loss.</w:t>
      </w:r>
    </w:p>
    <w:p>
      <w:r>
        <w:t>If I added up the cost of everything I’ve bought to fight frizz, I could probably have booked a holiday. Instead, I have a cupboard that looks like the haircare aisle of Boots and still can’t play the “guess what tool she used” game in the mirror.</w:t>
      </w:r>
    </w:p>
    <w:p>
      <w:r>
        <w:t>💡 Lesson learned: You can’t shop your way out of every problem. Sometimes it’s better to accept what you’ve got, work with it, and stop throwing money (and cupboard space) at a fantasy.</w:t>
      </w:r>
    </w:p>
    <w:p>
      <w:r>
        <w:t>📌 Why This Chapter Matters</w:t>
        <w:br/>
        <w:t>These purchases aren’t just about wasted money. They’re about how easily excitement, insecurity, or romanticised ideas can override common sense. Each one taught me that the price tag is only part of the cost — there’s also the space it takes up, the mental energy it drains, and the guilt you feel when it sits unused.</w:t>
      </w:r>
    </w:p>
    <w:p>
      <w:r>
        <w:t>If I’d understood the triggers behind these mistakes earlier, I might have avoided some of them. Because the truth is, behind every “ouch” purchase was a mindset. A feeling. An emotion that pushed me to spend. That’s what the next chapter is about — the psychology of spending, and why we buy when we know better.</w:t>
      </w:r>
    </w:p>
    <w:p>
      <w:r>
        <w:t>✅ Quick Checklist</w:t>
      </w:r>
    </w:p>
    <w:p>
      <w:r>
        <w:t>Think of your last three impulse purchases. Are you using them regularly?</w:t>
      </w:r>
    </w:p>
    <w:p>
      <w:r>
        <w:t>Before buying, ask: Am I buying this for my real life or my imagined one?</w:t>
      </w:r>
    </w:p>
    <w:p>
      <w:r>
        <w:t>If you stopped shopping for 30 days, what would you actually miss buying?</w:t>
      </w:r>
    </w:p>
    <w:p>
      <w:r>
        <w:t>🪞 Reflection Prompt</w:t>
      </w:r>
    </w:p>
    <w:p>
      <w:r>
        <w:t>What’s your “ouch” purchase — the one that makes you wince when you remember the price? Would you buy it again today?</w:t>
      </w:r>
    </w:p>
    <w:p>
      <w:r>
        <w:t>Looking back at those costly mistakes, one question kept nagging me: why did I keep doing it, even when I “knew better”? The answer lies in the psychology of spending — the triggers, emotions, and thought patterns that quietly drive so many of our choices.</w:t>
      </w:r>
    </w:p>
    <w:p>
      <w:r>
        <w:br w:type="page"/>
      </w:r>
    </w:p>
    <w:p>
      <w:pPr>
        <w:pStyle w:val="Heading1"/>
      </w:pPr>
      <w:r>
        <w:t>Chapter 4</w:t>
      </w:r>
    </w:p>
    <w:p>
      <w:r>
        <w:t>Chapter 4 – The Psychology of Spending</w:t>
      </w:r>
    </w:p>
    <w:p>
      <w:r>
        <w:t>Why we buy when we “know better”</w:t>
      </w:r>
    </w:p>
    <w:p>
      <w:r>
        <w:t>By the time I’d gone through my four “ouch” purchases, you’d think I would have learned my lesson.</w:t>
      </w:r>
    </w:p>
    <w:p>
      <w:r>
        <w:t>But here’s the thing — overspending isn’t always about not knowing better. Sometimes it’s about not doing better in the moment.</w:t>
      </w:r>
    </w:p>
    <w:p>
      <w:r>
        <w:t>We often think we’re making logical choices with our money, but most spending decisions start with emotion. You see something, you feel something — excitement, envy, boredom, comfort — and before you know it, you’re reaching for your wallet.</w:t>
      </w:r>
    </w:p>
    <w:p>
      <w:r>
        <w:t>I’ve started paying attention to the “why” behind my purchases, and let me tell you… it’s been an eye-opener.</w:t>
      </w:r>
    </w:p>
    <w:p>
      <w:r>
        <w:t>Trigger #1 – The “I Deserve This” Mindset</w:t>
      </w:r>
    </w:p>
    <w:p>
      <w:r>
        <w:t>This one is sneaky because it feels like self-care.</w:t>
      </w:r>
    </w:p>
    <w:p>
      <w:r>
        <w:t>Long week at work? I deserve a dinner out.</w:t>
        <w:br/>
        <w:t>Finished a big project? I deserve new shoes.</w:t>
        <w:br/>
        <w:t>Baby finally sleeping through the night? I deserve a spa day (and yes, maybe I do — just not at the frequency my mind suggests).</w:t>
      </w:r>
    </w:p>
    <w:p>
      <w:r>
        <w:t>The problem is, “I deserve this” easily becomes the justification for anything, at any time, whether your budget agrees or not.</w:t>
      </w:r>
    </w:p>
    <w:p>
      <w:r>
        <w:t>How it shows up:</w:t>
      </w:r>
    </w:p>
    <w:p>
      <w:r>
        <w:t>Treating yourself after stress, exhaustion, or achievement.</w:t>
      </w:r>
    </w:p>
    <w:p>
      <w:r>
        <w:t>Using small luxuries as frequent rewards without considering long-term cost.</w:t>
      </w:r>
    </w:p>
    <w:p>
      <w:r>
        <w:t>Upgrading purchases as income rises (“I work hard, I can afford it”).</w:t>
      </w:r>
    </w:p>
    <w:p>
      <w:r>
        <w:t>Why it sabotages savings:</w:t>
      </w:r>
    </w:p>
    <w:p>
      <w:r>
        <w:t>Turns spending into the default emotional response — good or bad.</w:t>
      </w:r>
    </w:p>
    <w:p>
      <w:r>
        <w:t>Creates a cycle where short-term highs lead to long-term financial strain.</w:t>
      </w:r>
    </w:p>
    <w:p>
      <w:r>
        <w:t>Leads to “lifestyle creep” — where your expenses rise alongside your income, leaving no extra for savings.</w:t>
      </w:r>
    </w:p>
    <w:p>
      <w:r>
        <w:t>Case in point: Warren Buffett has famously avoided lifestyle creep. Despite being one of the world’s richest men, he’s paid himself roughly $100,000 a year as CEO of Berkshire Hathaway for decades and still lives in the modest Omaha home he bought in 1958. His spending doesn’t balloon just because his wealth has — and that’s one reason he’s kept it.¹</w:t>
      </w:r>
    </w:p>
    <w:p>
      <w:r>
        <w:t>Trigger #2 – The Fantasy Life Purchase</w:t>
      </w:r>
    </w:p>
    <w:p>
      <w:r>
        <w:t>The fantasy life mindset is when you spend (or plan to spend) based on the life you wish you had rather than the one you actually live — often because you believe certain purchases will make you feel or appear more successful, happy, or fulfilled.</w:t>
      </w:r>
    </w:p>
    <w:p>
      <w:r>
        <w:t>How it shows up:</w:t>
      </w:r>
    </w:p>
    <w:p>
      <w:r>
        <w:t>Buying luxury clothes, handbags, or watches because that’s what “your future self” would wear.</w:t>
      </w:r>
    </w:p>
    <w:p>
      <w:r>
        <w:t>Upgrading to a bigger home or fancier car before you can comfortably afford it.</w:t>
      </w:r>
    </w:p>
    <w:p>
      <w:r>
        <w:t>Filling your home with décor, gym equipment, or kitchen gadgets for hobbies you don’t yet have time for.</w:t>
      </w:r>
    </w:p>
    <w:p>
      <w:r>
        <w:t>Booking expensive holidays because “this is the kind of trip someone like me should take.”</w:t>
      </w:r>
    </w:p>
    <w:p>
      <w:r>
        <w:t>Copying influencers’ routines, subscriptions, or products to feel like you’re living their life.</w:t>
      </w:r>
    </w:p>
    <w:p>
      <w:r>
        <w:t>Why it sabotages savings:</w:t>
      </w:r>
    </w:p>
    <w:p>
      <w:r>
        <w:t>You tie your self-worth to looking like you have that life now.</w:t>
      </w:r>
    </w:p>
    <w:p>
      <w:r>
        <w:t>You pay for a lifestyle before building the financial foundation for it.</w:t>
      </w:r>
    </w:p>
    <w:p>
      <w:r>
        <w:t>When the novelty fades, you often chase the next “upgrade,” never feeling satisfied.</w:t>
      </w:r>
    </w:p>
    <w:p>
      <w:r>
        <w:t>It’s not living within your means — it’s living within your imagination.</w:t>
      </w:r>
    </w:p>
    <w:p>
      <w:r>
        <w:t>Case in point: Sarah Jessica Parker’s Sex and the City character Carrie Bradshaw became a pop-culture icon for this mindset — owning a closet full of designer Manolo Blahnik shoes while admitting, “I like my money right where I can see it… hanging in my closet.” In real life, Parker has acknowledged the role helped glamorise aspirational overspending.²</w:t>
      </w:r>
    </w:p>
    <w:p>
      <w:r>
        <w:t>Trigger #3 – FOMO and Flash Sales</w:t>
      </w:r>
    </w:p>
    <w:p>
      <w:r>
        <w:t>The FOMO &amp; flash sales mindset is when urgency and scarcity drive you to spend out of fear of missing a deal — even if you didn’t want or need the item in the first place.</w:t>
      </w:r>
    </w:p>
    <w:p>
      <w:r>
        <w:t>How it shows up:</w:t>
      </w:r>
    </w:p>
    <w:p>
      <w:r>
        <w:t>Buying because “it’s 70% off” rather than because you need it.</w:t>
      </w:r>
    </w:p>
    <w:p>
      <w:r>
        <w:t>Adding things to your cart during big sales “just in case.”</w:t>
      </w:r>
    </w:p>
    <w:p>
      <w:r>
        <w:t>Panic-buying flights, event tickets, or “limited edition” items.</w:t>
      </w:r>
    </w:p>
    <w:p>
      <w:r>
        <w:t>Justifying the purchase as “saving money” when in reality, you’re spending money you wouldn’t have otherwise.</w:t>
      </w:r>
    </w:p>
    <w:p>
      <w:r>
        <w:t>Why it sabotages savings:</w:t>
      </w:r>
    </w:p>
    <w:p>
      <w:r>
        <w:t>Discounts trick you into thinking you’re making smart money moves.</w:t>
      </w:r>
    </w:p>
    <w:p>
      <w:r>
        <w:t>Time pressure overrides your ability to pause and assess.</w:t>
      </w:r>
    </w:p>
    <w:p>
      <w:r>
        <w:t>Results in clutter, unused items, and drained savings.</w:t>
      </w:r>
    </w:p>
    <w:p>
      <w:r>
        <w:t>Case in point: Amazon’s Prime Day is a masterclass in triggering this mindset. In 2023 alone, shoppers spent $12.7 billion globally during the event — much of it on impulse buys encouraged by countdown timers and “only 3 left!” tags.³</w:t>
      </w:r>
    </w:p>
    <w:p>
      <w:r>
        <w:t>Trigger #4 – Emotional Shopping</w:t>
      </w:r>
    </w:p>
    <w:p>
      <w:r>
        <w:t>Some people stress-eat. I stress-shop.</w:t>
      </w:r>
    </w:p>
    <w:p>
      <w:r>
        <w:t>Bad day? Buy a new top.</w:t>
        <w:br/>
        <w:t>Feeling stuck? Redecorate the living room.</w:t>
        <w:br/>
        <w:t>Sad? “Just have a quick look” online — which usually ends with a package arriving two days later.</w:t>
      </w:r>
    </w:p>
    <w:p>
      <w:r>
        <w:t>The emotional shopping mindset is when you spend money as a way to cope with — or enhance — your emotions rather than to meet an actual need.</w:t>
      </w:r>
    </w:p>
    <w:p>
      <w:r>
        <w:t>How it shows up:</w:t>
      </w:r>
    </w:p>
    <w:p>
      <w:r>
        <w:t>Stress or sadness → “Retail therapy” to feel better.</w:t>
      </w:r>
    </w:p>
    <w:p>
      <w:r>
        <w:t>Boredom → Browsing online for a quick mood lift.</w:t>
      </w:r>
    </w:p>
    <w:p>
      <w:r>
        <w:t>Loneliness → Shopping for a sense of connection or distraction.</w:t>
      </w:r>
    </w:p>
    <w:p>
      <w:r>
        <w:t>Happiness or celebration → Buying something “special” to mark the moment.</w:t>
      </w:r>
    </w:p>
    <w:p>
      <w:r>
        <w:t>Frustration or anger → Spending as an act of control or defiance.</w:t>
      </w:r>
    </w:p>
    <w:p>
      <w:r>
        <w:t>Why it sabotages savings:</w:t>
      </w:r>
    </w:p>
    <w:p>
      <w:r>
        <w:t>The mood boost is temporary — the urge to buy quickly returns.</w:t>
      </w:r>
    </w:p>
    <w:p>
      <w:r>
        <w:t>Creates a habit loop (trigger → buy → relief → guilt → repeat).</w:t>
      </w:r>
    </w:p>
    <w:p>
      <w:r>
        <w:t>Leaves you with unused purchases and a smaller bank balance.</w:t>
      </w:r>
    </w:p>
    <w:p>
      <w:r>
        <w:t>Case in point: A 2013 Psychology Today feature revealed that 62% of shoppers admitted to making purchases specifically to cheer themselves up — proving how common emotional spending really is.⁴</w:t>
      </w:r>
    </w:p>
    <w:p>
      <w:r>
        <w:t>Trigger #5 – Keeping Up with Others</w:t>
      </w:r>
    </w:p>
    <w:p>
      <w:r>
        <w:t>This mindset is when you feel pressure — consciously or subconsciously — to match the lifestyle, possessions, or experiences of the people around you, even if it strains your finances.</w:t>
      </w:r>
    </w:p>
    <w:p>
      <w:r>
        <w:t>How it shows up:</w:t>
      </w:r>
    </w:p>
    <w:p>
      <w:r>
        <w:t>Buying a new car because your friends upgraded theirs.</w:t>
      </w:r>
    </w:p>
    <w:p>
      <w:r>
        <w:t>Booking expensive holidays because “everyone’s going.”</w:t>
      </w:r>
    </w:p>
    <w:p>
      <w:r>
        <w:t>Wearing designer labels so you’re not “left out.”</w:t>
      </w:r>
    </w:p>
    <w:p>
      <w:r>
        <w:t>Enrolling your kids in the same pricey activities or schools as your peers’ kids.</w:t>
      </w:r>
    </w:p>
    <w:p>
      <w:r>
        <w:t>Moving into a pricier neighbourhood because people in your circle live there.</w:t>
      </w:r>
    </w:p>
    <w:p>
      <w:r>
        <w:t>Why it sabotages savings:</w:t>
      </w:r>
    </w:p>
    <w:p>
      <w:r>
        <w:t>You end up prioritising appearances over your own financial goals.</w:t>
      </w:r>
    </w:p>
    <w:p>
      <w:r>
        <w:t>You measure success by someone else’s yardstick instead of your own needs.</w:t>
      </w:r>
    </w:p>
    <w:p>
      <w:r>
        <w:t>You risk overspending and debt to maintain an image.</w:t>
      </w:r>
    </w:p>
    <w:p>
      <w:r>
        <w:t>One thing I’ve learned: the people you spend time with can shape your spending habits. I’m not saying stop being friends with them — but it’s important to recognise when you’re spending to keep up with them instead of making choices based on what truly matters to you.</w:t>
      </w:r>
    </w:p>
    <w:p>
      <w:r>
        <w:t>Case in point: In the housing boom of the 2000s, middle-class Americans bought homes beyond their means to “keep up,” only to face foreclosure during the 2008 crash.⁵</w:t>
      </w:r>
    </w:p>
    <w:p>
      <w:r>
        <w:t>How I’m Changing the Pattern</w:t>
      </w:r>
    </w:p>
    <w:p>
      <w:r>
        <w:t>“I Deserve It” → Replace with “I Deserve Security”</w:t>
      </w:r>
    </w:p>
    <w:p>
      <w:r>
        <w:t>Create a reward menu of low-cost treats: a bath, a walk, a homemade latte.</w:t>
      </w:r>
    </w:p>
    <w:p>
      <w:r>
        <w:t>Link rewards to savings goals — “When I hit £500 in savings, I’ll plan a special day out.”</w:t>
      </w:r>
    </w:p>
    <w:p>
      <w:r>
        <w:t>Ask before buying: “Do I want this, or do I want the feeling of reward?”</w:t>
      </w:r>
    </w:p>
    <w:p>
      <w:r>
        <w:t>Fantasy Life → Replace with “Fund the Life I Have Now”</w:t>
      </w:r>
    </w:p>
    <w:p>
      <w:r>
        <w:t>Use the 24-hour rule before buying anything aspirational.</w:t>
      </w:r>
    </w:p>
    <w:p>
      <w:r>
        <w:t>Focus on building the habits and savings that will create your dream life — not just the stuff.</w:t>
      </w:r>
    </w:p>
    <w:p>
      <w:r>
        <w:t>Keep a “someday” wish list and review it quarterly.</w:t>
      </w:r>
    </w:p>
    <w:p>
      <w:r>
        <w:t>FOMO &amp; Flash Sales → Replace with “I Decide, Not the Timer”</w:t>
      </w:r>
    </w:p>
    <w:p>
      <w:r>
        <w:t>Unsubscribe from retailer emails and push notifications.</w:t>
      </w:r>
    </w:p>
    <w:p>
      <w:r>
        <w:t>Ask: “Would I buy this at full price?” If not, skip it.</w:t>
      </w:r>
    </w:p>
    <w:p>
      <w:r>
        <w:t>Stick to a planned purchase list.</w:t>
      </w:r>
    </w:p>
    <w:p>
      <w:r>
        <w:t>Emotional Shopping → Replace with “Feel First, Spend Later”</w:t>
      </w:r>
    </w:p>
    <w:p>
      <w:r>
        <w:t>Pause and name your feeling.</w:t>
      </w:r>
    </w:p>
    <w:p>
      <w:r>
        <w:t>Have a “non-spending comfort kit” — playlist, journal, phone call, workout.</w:t>
      </w:r>
    </w:p>
    <w:p>
      <w:r>
        <w:t>Wait 48 hours before buying.</w:t>
      </w:r>
    </w:p>
    <w:p>
      <w:r>
        <w:t>Keeping Up with Others → Replace with “Keeping Up with My Goals”</w:t>
      </w:r>
    </w:p>
    <w:p>
      <w:r>
        <w:t>Write down your top 3 financial priorities and keep them visible.</w:t>
      </w:r>
    </w:p>
    <w:p>
      <w:r>
        <w:t>Practice gratitude daily for what you already have.</w:t>
      </w:r>
    </w:p>
    <w:p>
      <w:r>
        <w:t>Limit comparison triggers on social media.</w:t>
      </w:r>
    </w:p>
    <w:p>
      <w:r>
        <w:t>💡 Mindset Shift: Every time you’re tempted, ask:</w:t>
      </w:r>
    </w:p>
    <w:p>
      <w:r>
        <w:t>Will this make my life better in a month?</w:t>
      </w:r>
    </w:p>
    <w:p>
      <w:r>
        <w:t>Is this helping me reach my long-term goal or pulling me away from it?</w:t>
      </w:r>
    </w:p>
    <w:p>
      <w:r>
        <w:t>Lesson I Learned:</w:t>
        <w:br/>
        <w:t>Most bad purchases start with an emotion, not a need. Stress, boredom, loneliness, excitement — they can all push you to buy something in the hope it will change how you feel. The relief is temporary, but the financial impact can last much longer.</w:t>
      </w:r>
    </w:p>
    <w:p>
      <w:r>
        <w:t>Why This Chapter Matters:</w:t>
        <w:br/>
        <w:t>Most of us know how to spend less — budget, track expenses, avoid impulse buys — but knowing and doing are two different things. If you can understand your triggers, you can start catching yourself in the moment before the money leaves your account.</w:t>
      </w:r>
    </w:p>
    <w:p>
      <w:r>
        <w:t>Your Turn – Quick Checklist:</w:t>
      </w:r>
    </w:p>
    <w:p>
      <w:r>
        <w:t>Think of your last 3 non-essential purchases. What emotion triggered them?</w:t>
      </w:r>
    </w:p>
    <w:p>
      <w:r>
        <w:t>How many things in your home were bought for the life you thought you’d have?</w:t>
      </w:r>
    </w:p>
    <w:p>
      <w:r>
        <w:t>Which brands, influencers, or email lists make you want to spend most? Could you mute or unsubscribe?</w:t>
      </w:r>
    </w:p>
    <w:p>
      <w:r>
        <w:t>Prompt for Reflection:</w:t>
        <w:br/>
        <w:t>The next time you feel the urge to buy something, pause and ask:</w:t>
        <w:br/>
        <w:t>“What problem am I really trying to solve — and will this purchase actually fix it?”</w:t>
      </w:r>
    </w:p>
    <w:p>
      <w:r>
        <w:t>Understanding these triggers doesn’t mean you’ll never feel the urge to buy again — but it gives you a pause button. Once you notice the pattern, you can stop yourself from being pulled along by emotion and start making choices that actually serve you.</w:t>
      </w:r>
    </w:p>
    <w:p>
      <w:r>
        <w:t>Once you recognise those emotional triggers, the next step is building systems that protect you from them. That’s where the concept of a “reset” comes in — a way to pause, step back, and put yourself back in control before the spending spiral takes over.</w:t>
      </w:r>
    </w:p>
    <w:p>
      <w:r>
        <w:t>References:</w:t>
      </w:r>
    </w:p>
    <w:p>
      <w:r>
        <w:t>CNBC Make It, “Warren Buffett still lives in the same house he bought in 1958” (2017).</w:t>
      </w:r>
    </w:p>
    <w:p>
      <w:r>
        <w:t>The Guardian, “The Carrie Bradshaw effect” (2018).</w:t>
      </w:r>
    </w:p>
    <w:p>
      <w:r>
        <w:t>CNBC, “Amazon Prime Day sales hit record $12.7 billion” (2023).</w:t>
      </w:r>
    </w:p>
    <w:p>
      <w:r>
        <w:t>Psychology Today, “Why We Shop When We’re Sad” (2013).</w:t>
      </w:r>
    </w:p>
    <w:p>
      <w:r>
        <w:t>The Atlantic – Housing bubble and keeping up with the Joneses spending</w:t>
      </w:r>
    </w:p>
    <w:p>
      <w:r>
        <w:br w:type="page"/>
      </w:r>
    </w:p>
    <w:p>
      <w:pPr>
        <w:pStyle w:val="Heading1"/>
      </w:pPr>
      <w:r>
        <w:t>Chapter 5</w:t>
      </w:r>
    </w:p>
    <w:p>
      <w:r>
        <w:t>Chapter 5 – Finding a Budget That Actually Works</w:t>
      </w:r>
    </w:p>
    <w:p>
      <w:r>
        <w:t>If you’ve ever started a budget and abandoned it halfway through the month, you’re not alone. Most budgets fail because they’re too complicated, too restrictive, or try to track every last penny (which sounds good in theory but is exhausting in real life).</w:t>
      </w:r>
    </w:p>
    <w:p>
      <w:r>
        <w:t>The truth? A budget doesn’t have to be perfect — it just has to be usable. And the best budget for you is the one you’ll actually stick with.</w:t>
      </w:r>
    </w:p>
    <w:p>
      <w:r>
        <w:t>Toolkit #1 – The 50/30/20 Budget</w:t>
      </w:r>
    </w:p>
    <w:p>
      <w:r>
        <w:t>What it is:</w:t>
        <w:br/>
        <w:t>A simple budgeting method that splits your after-tax income into:</w:t>
      </w:r>
    </w:p>
    <w:p>
      <w:r>
        <w:t>50% Needs – rent/mortgage, utilities, groceries, transport</w:t>
      </w:r>
    </w:p>
    <w:p>
      <w:r>
        <w:t>30% Wants – dining out, entertainment, travel, shopping</w:t>
      </w:r>
    </w:p>
    <w:p>
      <w:r>
        <w:t>20% Savings &amp; Debt Repayment – emergency fund, investments, extra loan payments</w:t>
      </w:r>
    </w:p>
    <w:p>
      <w:r>
        <w:t>How to use it:</w:t>
      </w:r>
    </w:p>
    <w:p>
      <w:r>
        <w:t>Calculate your after-tax income.</w:t>
      </w:r>
    </w:p>
    <w:p>
      <w:r>
        <w:t>Assign spending categories into needs, wants, and savings.</w:t>
      </w:r>
    </w:p>
    <w:p>
      <w:r>
        <w:t>Adjust until you hit the 50/30/20 balance.</w:t>
      </w:r>
    </w:p>
    <w:p>
      <w:r>
        <w:t>Example:</w:t>
        <w:br/>
        <w:t>If you take home £3,000 a month, that’s £1,500 for needs, £900 for wants, £600 for savings or debt repayment.</w:t>
      </w:r>
    </w:p>
    <w:p>
      <w:r>
        <w:t>Toolkit #2 – Pay Yourself First</w:t>
      </w:r>
    </w:p>
    <w:p>
      <w:r>
        <w:t>What it is:</w:t>
        <w:br/>
        <w:t>A budgeting approach that treats savings as a non-negotiable “expense” you pay before anything else.</w:t>
      </w:r>
    </w:p>
    <w:p>
      <w:r>
        <w:t>How to use it:</w:t>
      </w:r>
    </w:p>
    <w:p>
      <w:r>
        <w:t>Set a monthly savings goal (e.g., £300).</w:t>
      </w:r>
    </w:p>
    <w:p>
      <w:r>
        <w:t>Schedule an automatic transfer the day after payday into a separate savings account.</w:t>
      </w:r>
    </w:p>
    <w:p>
      <w:r>
        <w:t>Spend what’s left on needs and wants.</w:t>
      </w:r>
    </w:p>
    <w:p>
      <w:r>
        <w:t>Example:</w:t>
        <w:br/>
        <w:t>If you’re paid on the 25th, set a £300 transfer to your savings account on the 26th. You remove temptation before the money has a chance to vanish.</w:t>
      </w:r>
    </w:p>
    <w:p>
      <w:r>
        <w:t>Toolkit #3 – Sinking Funds</w:t>
      </w:r>
    </w:p>
    <w:p>
      <w:r>
        <w:t>What it is:</w:t>
        <w:br/>
        <w:t>Separate savings “pots” for irregular but expected expenses (like holidays, car servicing, Christmas gifts).</w:t>
      </w:r>
    </w:p>
    <w:p>
      <w:r>
        <w:t>How to use it:</w:t>
      </w:r>
    </w:p>
    <w:p>
      <w:r>
        <w:t>List irregular expenses and how much you’ll spend in a year.</w:t>
      </w:r>
    </w:p>
    <w:p>
      <w:r>
        <w:t>Divide each total by 12 to get the monthly contribution.</w:t>
      </w:r>
    </w:p>
    <w:p>
      <w:r>
        <w:t>Save into separate labelled accounts or spaces.</w:t>
      </w:r>
    </w:p>
    <w:p>
      <w:r>
        <w:t>Example:</w:t>
        <w:br/>
        <w:t>A £600 holiday fund means saving £50 a month into a “Holiday” account — so when you book, the money’s already there.</w:t>
      </w:r>
    </w:p>
    <w:p>
      <w:r>
        <w:t>Toolkit #4 – The Fun Money Rule</w:t>
      </w:r>
    </w:p>
    <w:p>
      <w:r>
        <w:t>What it is:</w:t>
        <w:br/>
        <w:t>A set, guilt-free amount you can spend however you like — no tracking, no justifying.</w:t>
      </w:r>
    </w:p>
    <w:p>
      <w:r>
        <w:t>How to use it:</w:t>
      </w:r>
    </w:p>
    <w:p>
      <w:r>
        <w:t>Decide your fun money allowance (e.g., £100/month).</w:t>
      </w:r>
    </w:p>
    <w:p>
      <w:r>
        <w:t>Withdraw it in cash or transfer it to a separate account.</w:t>
      </w:r>
    </w:p>
    <w:p>
      <w:r>
        <w:t>When it’s gone, it’s gone — no topping up.</w:t>
      </w:r>
    </w:p>
    <w:p>
      <w:r>
        <w:t>Example:</w:t>
        <w:br/>
        <w:t>You might spend it all on coffee and pastries, or save it for concert tickets — your choice.</w:t>
      </w:r>
    </w:p>
    <w:p>
      <w:r>
        <w:t>Toolkit #5 – The No-Budget Budget</w:t>
      </w:r>
    </w:p>
    <w:p>
      <w:r>
        <w:t>What it is:</w:t>
        <w:br/>
        <w:t>A “set it and forget it” system for people who hate tracking.</w:t>
      </w:r>
    </w:p>
    <w:p>
      <w:r>
        <w:t>How to use it:</w:t>
      </w:r>
    </w:p>
    <w:p>
      <w:r>
        <w:t>Automate bills and savings.</w:t>
      </w:r>
    </w:p>
    <w:p>
      <w:r>
        <w:t>Spend the rest freely, knowing essentials are already covered.</w:t>
      </w:r>
    </w:p>
    <w:p>
      <w:r>
        <w:t>Example:</w:t>
        <w:br/>
        <w:t>Your rent, utilities, and savings come out automatically — leaving you with a set amount to spend until next payday.</w:t>
      </w:r>
    </w:p>
    <w:p>
      <w:r>
        <w:t>Lesson I Learned:</w:t>
      </w:r>
    </w:p>
    <w:p>
      <w:r>
        <w:t>The right budget is the one you’ll actually stick to. If it feels too strict or complicated, it won’t last. Simple, realistic systems make it easier to stay consistent — and consistency is what actually builds results.</w:t>
      </w:r>
    </w:p>
    <w:p>
      <w:r>
        <w:t>Why This Chapter Matters:</w:t>
      </w:r>
    </w:p>
    <w:p>
      <w:r>
        <w:t>Budgeting isn’t about restriction — it’s about direction. Once you choose a method that works for your lifestyle, you can take control of where your money goes instead of wondering where it went.</w:t>
      </w:r>
    </w:p>
    <w:p>
      <w:r>
        <w:t>💡 Tip: You don’t have to stick to just one method. Some people use 50/30/20 for the big picture, Pay Yourself First to guarantee savings, and Sinking Funds for big annual expenses. The best system is the one you actually use.</w:t>
      </w:r>
    </w:p>
    <w:p>
      <w:r>
        <w:t>✅ Quick Checklist</w:t>
      </w:r>
    </w:p>
    <w:p>
      <w:r>
        <w:t>Pick one toolkit and try it for a month.</w:t>
      </w:r>
    </w:p>
    <w:p>
      <w:r>
        <w:t>Automate bills and savings wherever possible.</w:t>
      </w:r>
    </w:p>
    <w:p>
      <w:r>
        <w:t>Review your system every 3–6 months — swap methods if it’s not working.</w:t>
      </w:r>
    </w:p>
    <w:p>
      <w:r>
        <w:t>🪞 Reflection Prompt</w:t>
      </w:r>
    </w:p>
    <w:p>
      <w:r>
        <w:t>Think back to the last time you tried budgeting. What caused it to fail — was it too detailed, too rigid, or just not realistic? Which toolkit feels like the best fit for your lifestyle today?</w:t>
      </w:r>
    </w:p>
    <w:p>
      <w:r>
        <w:t>The “pause” habit gives you breathing room before spending. But what if you didn’t just pause on new purchases — what if you redefined what “enough” actually means?</w:t>
      </w:r>
    </w:p>
    <w:p>
      <w:r>
        <w:t>Resetting is powerful, but the best long-term strategy is to simply need and want less. Minimalism — in a practical sense — changes not just your space, but your wallet. And when you shift from “more” to “enough,” your money habits transform.</w:t>
      </w:r>
    </w:p>
    <w:p>
      <w:r>
        <w:t>Bonus Challenge – The No-Spend Challenge</w:t>
      </w:r>
    </w:p>
    <w:p>
      <w:r>
        <w:t>Want to take your budgeting one step further? Try pressing “pause” on non-essential spending for a set period — whether that’s a weekend, a week, or a full month. It’s a quick way to break spending habits, save instantly, and get a fresh perspective on what you actually need.</w:t>
      </w:r>
    </w:p>
    <w:p>
      <w:r>
        <w:t>📄 You’ll find the full step-by-step guide in the Bonus No-Spend Toolkit at the end of this book, complete with templates, checklists, and space to track your results.</w:t>
      </w:r>
    </w:p>
    <w:p>
      <w:r>
        <w:br w:type="page"/>
      </w:r>
    </w:p>
    <w:p>
      <w:pPr>
        <w:pStyle w:val="Heading1"/>
      </w:pPr>
      <w:r>
        <w:t>Chapter 6</w:t>
      </w:r>
    </w:p>
    <w:p>
      <w:r>
        <w:t>Chapter 6 – The Minimalist Money Method</w:t>
      </w:r>
    </w:p>
    <w:p>
      <w:r>
        <w:t>How owning less frees up more — not just cash, but time, energy, and mental space.</w:t>
      </w:r>
    </w:p>
    <w:p>
      <w:r>
        <w:t>We often think minimalism is about having a bare white room with one chair and a plant. But really, it’s about choosing enough — owning the things that serve you and letting go of the rest.</w:t>
      </w:r>
    </w:p>
    <w:p>
      <w:r>
        <w:t>The Link Between Clutter and Overspending</w:t>
      </w:r>
    </w:p>
    <w:p>
      <w:r>
        <w:t>Clutter doesn’t just take up space — it costs money. Every item you buy but don’t use is money that could have been saved or spent on what truly matters. And often, clutter leads to even more spending: new organisers, extra storage, bigger wardrobes.</w:t>
      </w:r>
    </w:p>
    <w:p>
      <w:r>
        <w:t>When I looked at my own wardrobe, I realised how much of it just sat there. I own five pairs of jeans, but I only wear one pair religiously. I have a cupboard full of shoes, yet I almost always reach for my Adidas Stan Smith sneakers.</w:t>
      </w:r>
    </w:p>
    <w:p>
      <w:r>
        <w:t>I’m not the only one. Research shows the average adult in the UK has around 118 clothing items, but more than a quarter go unworn for at least a year. Globally, studies suggest people typically own about 144 items of clothing and shoes, yet a “sufficient wardrobe” is closer to 74–85 pieces — enough to cover four seasons without the excess. The truth is, most of us already own more than we’ll ever wear.</w:t>
      </w:r>
    </w:p>
    <w:p>
      <w:r>
        <w:t>And it’s not just clothes. Take kitchen gadgets. When my daughter started solids, I almost convinced myself to buy a baby food maker — one of those compact machines that steams and blends in the same unit. For a moment, I believed I needed it. But then I paused. I already had a hand blender, and if I wanted to steam food, a simple steamer basket would do. The baby food maker wasn’t solving a real problem — it was creating one. The old me would have justified it by saying, “I can always resell it later,” but I’ve learned that reselling takes time, and sometimes you can’t sell at all or only for next to nothing. By stopping myself, I saved money, space, and avoided another gadget gathering dust in the cupboard.</w:t>
      </w:r>
    </w:p>
    <w:p>
      <w:r>
        <w:t>Was it hard? Absolutely. Ordering online is so easy — especially with one-click checkout, Apple Pay, and saved payment details. That’s the whole point: companies make spending frictionless. One way to resist is to add friction back in. If you don’t save your card details or remove Apple Pay and Google Pay, suddenly you have to get up, fetch your card, and type in the numbers.</w:t>
      </w:r>
    </w:p>
    <w:p>
      <w:r>
        <w:t>I’ve noticed this works without even trying. If I’m shopping on a new site that doesn’t offer Apple Pay and where my card isn’t saved, I sometimes abandon the cart halfway through. I tell myself I’ll “come back later” — and most of the time, I never do. That pause is usually enough to break the impulse.</w:t>
      </w:r>
    </w:p>
    <w:p>
      <w:r>
        <w:t>And then there’s planned obsolescence: companies deliberately designing products not to last, or constantly releasing “upgrades” to make you want the new model. Phones that slow down after a few years, fashion brands pumping out new collections weekly — it all feeds the cycle of buying more than we need.</w:t>
      </w:r>
    </w:p>
    <w:p>
      <w:r>
        <w:t>How “Enough” Thinking Changes Buying Habits</w:t>
      </w:r>
    </w:p>
    <w:p>
      <w:r>
        <w:t>Minimalism isn’t about never buying anything again — it’s about redefining enough. When you know you already have enough, you stop chasing more.</w:t>
      </w:r>
    </w:p>
    <w:p>
      <w:r>
        <w:t>Instead of asking, “Do I want this?” you start asking, “Do I already have something that does the job?” Most of the time, the answer is yes.</w:t>
      </w:r>
    </w:p>
    <w:p>
      <w:r>
        <w:t>Decluttering That Actually Sticks</w:t>
      </w:r>
    </w:p>
    <w:p>
      <w:r>
        <w:t>Decluttering isn’t about getting rid of everything in one dramatic sweep (only to re-buy it all later). The key is to let go intentionally:</w:t>
      </w:r>
    </w:p>
    <w:p>
      <w:r>
        <w:t>Start small — one drawer, one shelf, one category.</w:t>
      </w:r>
    </w:p>
    <w:p>
      <w:r>
        <w:t>Be honest: Do you use it? Do you love it? Does it serve a purpose?</w:t>
      </w:r>
    </w:p>
    <w:p>
      <w:r>
        <w:t>Donate or sell what doesn’t make the cut.</w:t>
      </w:r>
    </w:p>
    <w:p>
      <w:r>
        <w:t>And here’s the most important part: don’t refill the space. Empty space is not a problem to be solved — it’s breathing room.</w:t>
      </w:r>
    </w:p>
    <w:p>
      <w:r>
        <w:t>Have you ever read Marie Kondo’s book or watched her Netflix series? The one thing I took from it is the simple question: does it spark joy? For example, I have a Gucci bag, a YSL bag, and a few from Coach — but my everyday bag is a £14.99 Uniqlo crossbody. It sparks joy because it’s lightweight, practical, and does the job better than the “fancy” bags ever did.</w:t>
      </w:r>
    </w:p>
    <w:p>
      <w:r>
        <w:t>Other proven decluttering methods also work:</w:t>
      </w:r>
    </w:p>
    <w:p>
      <w:r>
        <w:t>The One-In-One-Out Rule – if you buy something new, let go of something old.</w:t>
      </w:r>
    </w:p>
    <w:p>
      <w:r>
        <w:t>The 90/90 Rule – if you haven’t used it in the last 90 days and won’t in the next 90, it probably doesn’t need to stay.</w:t>
      </w:r>
    </w:p>
    <w:p>
      <w:r>
        <w:t>The Box Method – put items you’re unsure about in a box. If you don’t reach for them in six months, donate or sell.</w:t>
      </w:r>
    </w:p>
    <w:p>
      <w:r>
        <w:t>Stop Organising, Start Owning Less</w:t>
      </w:r>
    </w:p>
    <w:p>
      <w:r>
        <w:t>Organising feels productive, but often it’s just rearranging clutter. True minimalism is about owning less so there’s less to organise in the first place.</w:t>
      </w:r>
    </w:p>
    <w:p>
      <w:r>
        <w:t>If you’ve ever bought baskets, boxes, or storage units to “get organised,” ask yourself: Do I really need more storage, or do I just need less stuff?</w:t>
      </w:r>
    </w:p>
    <w:p>
      <w:r>
        <w:t>✨ Lesson I Learned:</w:t>
        <w:br/>
        <w:t>When you own less, you spend less — not only because you stop buying duplicates, but because you see what you already have. Minimalism isn’t about restriction, it’s about clarity.</w:t>
      </w:r>
    </w:p>
    <w:p>
      <w:r>
        <w:t>📌 Why This Chapter Matters:</w:t>
        <w:br/>
        <w:t>Clutter isn’t just a space problem; it’s a money problem. By shifting from “more” to “enough,” you stop wasting money on items that don’t add value, and free up resources for what really matters.</w:t>
      </w:r>
    </w:p>
    <w:p>
      <w:r>
        <w:t>✅ Quick Checklist</w:t>
      </w:r>
    </w:p>
    <w:p>
      <w:r>
        <w:t>Declutter one category (clothes, shoes, gadgets).</w:t>
      </w:r>
    </w:p>
    <w:p>
      <w:r>
        <w:t>Track duplicates (how many jeans, how many pans?).</w:t>
      </w:r>
    </w:p>
    <w:p>
      <w:r>
        <w:t>Practice a “pause” before buying storage solutions.</w:t>
      </w:r>
    </w:p>
    <w:p>
      <w:r>
        <w:t>Try one decluttering method (Kondo, 90/90, or Box).</w:t>
      </w:r>
    </w:p>
    <w:p>
      <w:r>
        <w:t>🪞 Reflection Prompt</w:t>
        <w:br/>
        <w:t>Think about one category in your home — clothes, kitchen gadgets, or shoes. How many do you own vs. how many do you actually use? What would “enough” look like for you?</w:t>
      </w:r>
    </w:p>
    <w:p>
      <w:r>
        <w:t>Minimalism sets the stage, but there’s another layer: choosing quality over quantity. Because sometimes the problem isn’t just having too much — it’s buying things that don’t last. That’s where the “buy once, buy well” mindset makes all the difference.</w:t>
      </w:r>
    </w:p>
    <w:p>
      <w:r>
        <w:t>📚 Sources</w:t>
      </w:r>
    </w:p>
    <w:p>
      <w:r>
        <w:t>ONS / Censuswide survey for Oxfam, reported by The Independent (2019): average 118 items, 26% unworn.</w:t>
      </w:r>
    </w:p>
    <w:p>
      <w:r>
        <w:t>Capsule wardrobe analysis — Sustainable Fashion Research, The Guardian &amp; Project 333 estimates: sufficient wardrobe = 74–85 pieces.</w:t>
      </w:r>
    </w:p>
    <w:p>
      <w:r>
        <w:br w:type="page"/>
      </w:r>
    </w:p>
    <w:p>
      <w:pPr>
        <w:pStyle w:val="Heading1"/>
      </w:pPr>
      <w:r>
        <w:t>Chapter 7</w:t>
      </w:r>
    </w:p>
    <w:p>
      <w:r>
        <w:t>Chapter 7 – Buy Once, Buy Well</w:t>
      </w:r>
    </w:p>
    <w:p>
      <w:r>
        <w:t>Why quality is cheaper than quantity in the long run.</w:t>
      </w:r>
    </w:p>
    <w:p>
      <w:r>
        <w:t>We often think buying cheap saves us money. But in reality, replacing low-quality items again and again often costs far more than buying one good-quality version in the first place. “Buy once, buy well” isn’t about chasing luxury labels — it’s about understanding cost-per-use, choosing wisely, and making purchases that last.</w:t>
      </w:r>
    </w:p>
    <w:p>
      <w:r>
        <w:t>Cost-per-Use Explained</w:t>
      </w:r>
    </w:p>
    <w:p>
      <w:r>
        <w:t>Imagine two T-shirts. One costs £5, the other £25. The £5 one loses shape and thins out after five washes. The £25 one holds its shape and lasts two years. The cheap T-shirt ends up costing you £1 per wear, while the better-quality one costs 25p per wear. The “expensive” option turns out to be cheaper over time.</w:t>
      </w:r>
    </w:p>
    <w:p>
      <w:r>
        <w:t>When It’s Worth Spending More</w:t>
      </w:r>
    </w:p>
    <w:p>
      <w:r>
        <w:t>Not everything needs to be top-of-the-line. But for the items you use every day — that affect your health, comfort, or well-being — quality pays for itself:</w:t>
      </w:r>
    </w:p>
    <w:p>
      <w:r>
        <w:t>A mattress. You spend about a third of your life in bed. A good mattress supports your back, improves posture, and helps you get deeper sleep — all of which affect your energy, focus, and long-term health. The problem? Not everyone can drop £900 on a mattress in one go. That’s why it helps to research brands, track sales, and start setting aside money for it. Putting it on your “save and wait for sale” list means you can upgrade when the time is right without blowing your budget.</w:t>
      </w:r>
    </w:p>
    <w:p>
      <w:r>
        <w:t>Shoes. In my 20s and 30s, I wore trendy flats and heels that weren’t cheap but left me with blisters, bunions, and sore feet. I kept wearing them because they looked stylish, but they were never a good investment. Now, I’ve moved into shoes with padding and support — the kind I used to call “granny shoes.” The funny thing is, they’re not only more comfortable, they also last longer.</w:t>
      </w:r>
    </w:p>
    <w:p>
      <w:r>
        <w:t>If you love shoes, here’s a rule that helps: when you find a brand and style that fits your feet well, stick with it. That way, if they go on sale, you can confidently buy another pair knowing they’ll fit perfectly. Shoes are worth spending a little more on because they can make or break an outfit. Instead of a closet full of unworn pairs, I now have fewer shoes that I actually wear regularly — and they last for years.</w:t>
      </w:r>
    </w:p>
    <w:p>
      <w:r>
        <w:t>Clothes. For years, I bought cheap Primark T-shirts, including ones made with recycled polyester. At first they seemed like a bargain, but over time they stretched out, thinned, and felt uncomfortable. I also learned that synthetic fabrics like polyester shed microplastics every time they’re washed — tiny fibres that end up in waterways and food chains.¹</w:t>
      </w:r>
    </w:p>
    <w:p>
      <w:r>
        <w:t>My go-to casual outfit was always jeans and a plain T-shirt. Instead of filling my drawer with flimsy fast-fashion shirts, I started investing in good-quality cotton ones. Cotton breathes better, feels better on skin, and lasts longer. And no, they don’t have to be expensive designer brands — even high-street retailers offer organic cotton basics at reasonable prices if you shop carefully.</w:t>
      </w:r>
    </w:p>
    <w:p>
      <w:r>
        <w:t>(If you read Chapter 6, you’ll notice how this links back: it’s not just about decluttering what you don’t wear, but being mindful to buy fewer, better pieces that actually last.)</w:t>
      </w:r>
    </w:p>
    <w:p>
      <w:r>
        <w:t>Kitchen tools. The kitchen is another place where quality matters. Cheap non-stick pans often release toxic chemicals when scratched, while plastic utensils can leach microplastics into your food. Research suggests that cast iron and stainless steel are safer, more durable options — and if you care for them, they can last decades.² A £100 stainless steel pan you use daily for 20 years is a much smarter buy than a £20 non-stick pan that flakes after a year.</w:t>
      </w:r>
    </w:p>
    <w:p>
      <w:r>
        <w:t>Quality vs. Hype</w:t>
      </w:r>
    </w:p>
    <w:p>
      <w:r>
        <w:t>Of course, not every “luxury” item is worth the splurge. A designer handbag doesn’t necessarily outlast a well-made mid-range one, and sometimes high prices are just good marketing. That’s why the motto is: if it’s something you use all the time, that affects your health or daily comfort — do your research and buy better quality.</w:t>
      </w:r>
    </w:p>
    <w:p>
      <w:r>
        <w:t>False Savings vs. Real Savings</w:t>
      </w:r>
    </w:p>
    <w:p>
      <w:r>
        <w:t>One of the biggest traps in money management is false savings — when you think you’re saving money but are actually setting yourself up to spend more later.</w:t>
      </w:r>
    </w:p>
    <w:p>
      <w:r>
        <w:t>False savings happen when you buy cheap items that wear out quickly, or when you chase “deals” on things you don’t need. It feels like saving because the price is low, but the long-term cost is higher.</w:t>
      </w:r>
    </w:p>
    <w:p>
      <w:r>
        <w:t>Real savings come from stretching the value of your money over time — whether that’s through durability, health benefits, or fewer replacements. Research into consumer behaviour confirms this: cheap, low-quality items often cost more in the long run because of shorter lifespans and hidden health costs.³</w:t>
      </w:r>
    </w:p>
    <w:p>
      <w:r>
        <w:t>The danger of false savings is that they create clutter, waste, and repeat spending. The reward of real savings is that they free up money for the things that actually matter — because your purchases last.</w:t>
      </w:r>
    </w:p>
    <w:p>
      <w:r>
        <w:t>✨ Lesson I Learned</w:t>
        <w:br/>
        <w:t>Quality doesn’t always mean luxury, and cheap doesn’t always mean value. For the things you use every day — your bed, your shoes, your kitchen tools, your clothes — buying once and buying well often saves money, time, and regret.</w:t>
      </w:r>
    </w:p>
    <w:p>
      <w:r>
        <w:t>📌 Why This Chapter Matters</w:t>
        <w:br/>
        <w:t>When you shift your mindset from “cheapest now” to “value over time,” you stop falling for false savings. Instead of filling your home with short-lived, low-quality items, you invest in fewer things that truly last. That’s how you save in the long run.</w:t>
      </w:r>
    </w:p>
    <w:p>
      <w:r>
        <w:t>✅ Quick Checklist</w:t>
      </w:r>
    </w:p>
    <w:p>
      <w:r>
        <w:t>Work out cost-per-use before buying.</w:t>
      </w:r>
    </w:p>
    <w:p>
      <w:r>
        <w:t>Spend more on items you use every day (mattress, shoes, kitchen gear).</w:t>
      </w:r>
    </w:p>
    <w:p>
      <w:r>
        <w:t>Research materials: avoid microplastic-heavy fabrics, invest in natural fibres.</w:t>
      </w:r>
    </w:p>
    <w:p>
      <w:r>
        <w:t>Swap non-stick pans for stainless steel or cast iron.</w:t>
      </w:r>
    </w:p>
    <w:p>
      <w:r>
        <w:t>Add big-ticket essentials (like mattresses) to a “save and wait for sale” list.</w:t>
      </w:r>
    </w:p>
    <w:p>
      <w:r>
        <w:t>🪞 Reflection Prompt</w:t>
        <w:br/>
        <w:t>Think about one area of your life — sleep, clothing, footwear, or cooking. Are you currently “saving” by buying cheap, only to replace items again and again? Where could buying once, and buying well, actually save you more in the long run?</w:t>
      </w:r>
    </w:p>
    <w:p>
      <w:r>
        <w:t>But even when you’re focused on quality, it doesn’t mean you should pay full price. Preloved and thoughtful sales shopping give you the best of both worlds: durability, uniqueness, and savings. The trick is learning how to do it intentionally.</w:t>
      </w:r>
    </w:p>
    <w:p>
      <w:r>
        <w:t>Sources</w:t>
      </w:r>
    </w:p>
    <w:p>
      <w:r>
        <w:t>Napper, I.E. &amp; Thompson, R.C. (2016). Release of synthetic microplastic plastic fibres from domestic washing machines: Effects of fabric type and washing conditions. Marine Pollution Bulletin, 112(1–2), 39–45.</w:t>
      </w:r>
    </w:p>
    <w:p>
      <w:r>
        <w:t>U.S. National Institutes of Health (NIH) – Reports on PFAS (“forever chemicals”) in non-stick cookware and benefits of cast iron/stainless steel alternatives.</w:t>
      </w:r>
    </w:p>
    <w:p>
      <w:r>
        <w:t>OECD Consumer Policy Guidance (2021). Durability, reparability and product lifespan: Implications for consumer choice.</w:t>
      </w:r>
    </w:p>
    <w:p>
      <w:r>
        <w:br w:type="page"/>
      </w:r>
    </w:p>
    <w:p>
      <w:pPr>
        <w:pStyle w:val="Heading1"/>
      </w:pPr>
      <w:r>
        <w:t>Chapter 8</w:t>
      </w:r>
    </w:p>
    <w:p>
      <w:r>
        <w:t>:</w:t>
      </w:r>
    </w:p>
    <w:p>
      <w:r>
        <w:t>Chapter 8 – The Preloved &amp; Sale Habit: Why Pay Full Price?</w:t>
      </w:r>
    </w:p>
    <w:p>
      <w:r>
        <w:t>There’s a powerful mindset shift that happens when you commit to not paying full price. Whether it’s buying preloved or waiting for a thoughtful sale, the principle is the same: you’re taking back control.</w:t>
      </w:r>
    </w:p>
    <w:p>
      <w:r>
        <w:t>Preloved isn’t just about saving money. It’s about making a conscious choice to support sustainability, reduce waste, and create a wardrobe or home filled with pieces that tell a story. Every item you buy second-hand avoids landfill and extends the life of something already made. And when you shop sales strategically, you resist the pressure to overconsume at full price and instead buy only what truly adds value to your life.</w:t>
      </w:r>
    </w:p>
    <w:p>
      <w:r>
        <w:t>The result? More intentional purchases, less clutter, and a healthier bank balance.</w:t>
      </w:r>
    </w:p>
    <w:p>
      <w:r>
        <w:t>Preloved First: The Smarter Starting Point</w:t>
      </w:r>
    </w:p>
    <w:p>
      <w:r>
        <w:t>The preloved market has exploded in recent years, and for good reason. Platforms like Vinted, Depop, eBay, and Facebook Marketplace are filled with items that are often worn once or twice and then sold at half the original price. These aren’t “hand-me-downs” — they’re quality pieces waiting for a new home.</w:t>
      </w:r>
    </w:p>
    <w:p>
      <w:r>
        <w:t>Occasion wear – Wedding guest outfits, evening dresses, and even designer pieces are often listed barely worn. Why pay £200 for something you’ll wear once when you can get it preloved for £50?</w:t>
      </w:r>
    </w:p>
    <w:p>
      <w:r>
        <w:t>Wardrobe staples – Coats, knitwear, handbags, and denim can last for years when bought second-hand. This is where “investment” shopping and mindful consumption overlap.</w:t>
      </w:r>
    </w:p>
    <w:p>
      <w:r>
        <w:t>Home and baby items – Furniture, toys, books, and décor are all perfect preloved categories. Durable items like wooden furniture or cast-iron cookware only get better with time.</w:t>
      </w:r>
    </w:p>
    <w:p>
      <w:r>
        <w:t>💡 Practical tip: Always check seller reviews, ask for extra photos, and confirm measurements since returns usually aren’t possible.</w:t>
      </w:r>
    </w:p>
    <w:p>
      <w:r>
        <w:t>I’ve personally had great experiences with preloved. For our spare room, which doubles as an office/guest room, I bought an IKEA day bed second-hand. It’s a single bed that pulls out into a double, and it had only been used a handful of times. I saved more than half of what it would have cost brand new, and the seller even included sheets.</w:t>
      </w:r>
    </w:p>
    <w:p>
      <w:r>
        <w:t>For my daughter, I’ve bought preloved furniture and clothes. Babies grow so fast that many items are barely used before being sold on. Often, parents sell things because their baby didn’t take to them — which means you’re essentially getting something new for a fraction of the price.</w:t>
      </w:r>
    </w:p>
    <w:p>
      <w:r>
        <w:t>By starting your search preloved, you reduce waste, save money, and often end up with pieces that feel more unique than whatever’s on the high street that week.</w:t>
      </w:r>
    </w:p>
    <w:p>
      <w:r>
        <w:t>Sales Second: Strategic, Not Impulsive</w:t>
      </w:r>
    </w:p>
    <w:p>
      <w:r>
        <w:t>If you can’t find what you need preloved, the next best move is to buy new — but never at full price unless it’s something timeless that rarely, if ever, goes on sale. Sales can be powerful money-savers if approached with discipline:</w:t>
      </w:r>
    </w:p>
    <w:p>
      <w:r>
        <w:t>Make a list in advance. Just like meal planning, write down the items you actually need, so when sales arrive, you’re ready.</w:t>
      </w:r>
    </w:p>
    <w:p>
      <w:r>
        <w:t>Use alerts and wishlists. Many retailers let you save items and notify you when the price drops.</w:t>
      </w:r>
    </w:p>
    <w:p>
      <w:r>
        <w:t>Avoid “spend £X to get £Y off” traps. Retailers push these because they work — they convince you to buy more than you intended. But those extras usually end up cluttering your cupboard.</w:t>
      </w:r>
    </w:p>
    <w:p>
      <w:r>
        <w:t>Buy with resale in mind. As we discussed in Chapter 1, not everything holds value. If you buy trendy items just because they’re on sale, you’ll likely sell them at a big loss later (or worse, not at all).</w:t>
      </w:r>
    </w:p>
    <w:p>
      <w:r>
        <w:t>I’ve also learned that planning purchases around sales or tax-free shopping pays off. I once bought a Samsonite suitcase in Australia that was heavily discounted because it was a discontinued model. It was nearly 60% off the original price, and I claimed the tourist tax back when leaving the country. Samsonite is a reliable brand for durability and travel, and I didn’t mind that it wasn’t the latest collection. The suitcase was still excellent quality and has lasted me years.</w:t>
      </w:r>
    </w:p>
    <w:p>
      <w:r>
        <w:t>Another win was my Gucci Disco bag. I had been eyeing it for ages, but instead of buying it at full price, I was able to get it with a staff discount through my husband’s friend who worked at Gucci. It felt great to finally own the bag I wanted — without the guilt of paying the full retail price.</w:t>
      </w:r>
    </w:p>
    <w:p>
      <w:r>
        <w:t>When you approach sales strategically, you’re no longer reacting to retail pressure — you’re shopping on your terms.</w:t>
      </w:r>
    </w:p>
    <w:p>
      <w:r>
        <w:t>The Golden Rule: Preloved First, Sale Second, Full Price Rarely</w:t>
      </w:r>
    </w:p>
    <w:p>
      <w:r>
        <w:t>Building this habit is about shifting your mindset. The question isn’t “Can I afford it?” but “Is there a smarter way to buy this?”</w:t>
      </w:r>
    </w:p>
    <w:p>
      <w:r>
        <w:t>Look preloved first — you’ll be surprised at what’s out there.</w:t>
      </w:r>
    </w:p>
    <w:p>
      <w:r>
        <w:t>If you can’t find it, wait for a sale — and buy only what’s on your list.</w:t>
      </w:r>
    </w:p>
    <w:p>
      <w:r>
        <w:t>Pay full price only for things you know are timeless, won’t drop in price, or are core to your daily life.</w:t>
      </w:r>
    </w:p>
    <w:p>
      <w:r>
        <w:t>This approach saves money, reduces clutter, and keeps your purchases intentional.</w:t>
      </w:r>
    </w:p>
    <w:p>
      <w:r>
        <w:t>Bonus Tip: Preloved Do’s and Don’ts</w:t>
      </w:r>
    </w:p>
    <w:p>
      <w:r>
        <w:t>Great to Buy Preloved:</w:t>
      </w:r>
    </w:p>
    <w:p>
      <w:r>
        <w:t>Everyday clothing &amp; quality pieces (coats, jeans, handbags, knitwear)</w:t>
      </w:r>
    </w:p>
    <w:p>
      <w:r>
        <w:t>Occasion wear (weddings, formal events, designer pieces)</w:t>
      </w:r>
    </w:p>
    <w:p>
      <w:r>
        <w:t>Books, furniture, home décor</w:t>
      </w:r>
    </w:p>
    <w:p>
      <w:r>
        <w:t>Durable kitchen items (cast iron pans, Pyrex, vintage flatware)</w:t>
      </w:r>
    </w:p>
    <w:p>
      <w:r>
        <w:t>Certified refurbished electronics</w:t>
      </w:r>
    </w:p>
    <w:p>
      <w:r>
        <w:t>Baby clothing, toys, carriers, high chairs (check recalls first)</w:t>
      </w:r>
    </w:p>
    <w:p>
      <w:r>
        <w:t>Better to Buy New:</w:t>
      </w:r>
    </w:p>
    <w:p>
      <w:r>
        <w:t>Mattresses, pillows, bedding (hygiene/bedbug risks)</w:t>
      </w:r>
    </w:p>
    <w:p>
      <w:r>
        <w:t>Helmets, car seats, safety gear (safety concerns, unseen damage)</w:t>
      </w:r>
    </w:p>
    <w:p>
      <w:r>
        <w:t>Underwear, swimwear, intimate clothing</w:t>
      </w:r>
    </w:p>
    <w:p>
      <w:r>
        <w:t>Shoes and hats (fit + hygiene issues)</w:t>
      </w:r>
    </w:p>
    <w:p>
      <w:r>
        <w:t>Appliances you can’t test</w:t>
      </w:r>
    </w:p>
    <w:p>
      <w:r>
        <w:t>Vintage crockery with unknown composition (lead risk)</w:t>
      </w:r>
    </w:p>
    <w:p>
      <w:r>
        <w:t>Baby cribs and mattresses (may not meet safety standards)</w:t>
      </w:r>
    </w:p>
    <w:p>
      <w:r>
        <w:t>✨ Lessons I Learned</w:t>
      </w:r>
    </w:p>
    <w:p>
      <w:r>
        <w:t>Preloved has power beyond price. It’s not just cheaper — it’s sustainable, it reduces waste, and it gives you access to unique, high-quality pieces that feel more special than buying new.</w:t>
      </w:r>
    </w:p>
    <w:p>
      <w:r>
        <w:t>Sales, meanwhile, only work if you plan. Without a list, sales become traps. With a list, they’re opportunities to buy what you truly need at a lower cost.</w:t>
      </w:r>
    </w:p>
    <w:p>
      <w:r>
        <w:t>Impulse buying always costs more in the end. Whether it’s buying “extras” in a sale or scrolling through preloved apps without focus, those purchases often turn into clutter and regret.</w:t>
      </w:r>
    </w:p>
    <w:p>
      <w:r>
        <w:t>True value is about use, not price. A preloved coat worn every winter for ten years is worth far more than three trendy sale coats that sit in the back of your wardrobe.</w:t>
      </w:r>
    </w:p>
    <w:p>
      <w:r>
        <w:t>The new shopping order is simple: Preloved first, sales second, and full price only when truly necessary. That’s how you build a sustainable, mindful, and financially sound habit.</w:t>
      </w:r>
    </w:p>
    <w:p>
      <w:r>
        <w:t>📌 Why This Chapter Matters</w:t>
      </w:r>
    </w:p>
    <w:p>
      <w:r>
        <w:t>Retailers thrive on urgency and pressure: “new in,” “limited stock,” “last chance.” By choosing preloved or shopping sales on your terms, you break free from that cycle. This chapter matters because it shows that intentional shopping isn’t just about protecting your bank balance — it’s about protecting the planet, reducing waste, and creating a home filled with items that serve you well.</w:t>
      </w:r>
    </w:p>
    <w:p>
      <w:r>
        <w:t>✅ Quick Checklist</w:t>
      </w:r>
    </w:p>
    <w:p>
      <w:r>
        <w:t>Write a list of what you actually need.</w:t>
      </w:r>
    </w:p>
    <w:p>
      <w:r>
        <w:t>Search preloved platforms first (and set alerts for your size/brand).</w:t>
      </w:r>
    </w:p>
    <w:p>
      <w:r>
        <w:t>If not available preloved, wait for sales before buying new.</w:t>
      </w:r>
    </w:p>
    <w:p>
      <w:r>
        <w:t>Ignore “bundle” or “spend X/save Y” offers.</w:t>
      </w:r>
    </w:p>
    <w:p>
      <w:r>
        <w:t>Before checkout, ask: Will I wear/use this at least 30 times?</w:t>
      </w:r>
    </w:p>
    <w:p>
      <w:r>
        <w:t>Consider resale value before buying — will it hold up or lose all worth?</w:t>
      </w:r>
    </w:p>
    <w:p>
      <w:r>
        <w:t>🪞 Reflection Prompt</w:t>
      </w:r>
    </w:p>
    <w:p>
      <w:r>
        <w:t>Think back to the last time you bought something at full price. Was it truly worth it, or could it have been found preloved or on sale with a little patience? Imagine if every purchase from now on followed the golden rule — preloved first, sales second. How much lighter would your financial load feel? How much more intentional would your home and wardrobe become?</w:t>
      </w:r>
    </w:p>
    <w:p>
      <w:r>
        <w:t>Buying preloved and waiting for sales helps with everyday purchases — but what about the really big ones? A car, a home, a laptop, or even a family holiday? Those are the spends that can shape your life for years. In the next chapter, we’ll talk about The Intentional Big Spend — how to plan for life’s major purchases so they enrich your life instead of draining it.</w:t>
      </w:r>
    </w:p>
    <w:p>
      <w:r>
        <w:br w:type="page"/>
      </w:r>
    </w:p>
    <w:p>
      <w:pPr>
        <w:pStyle w:val="Heading1"/>
      </w:pPr>
      <w:r>
        <w:t>Chapter 9</w:t>
      </w:r>
    </w:p>
    <w:p>
      <w:r>
        <w:t>Chapter 9 – The Intentional Big Spend</w:t>
      </w:r>
    </w:p>
    <w:p>
      <w:r>
        <w:t>Spending on the things that actually make life better.</w:t>
      </w:r>
    </w:p>
    <w:p>
      <w:r>
        <w:t>Minimalism isn’t about never spending—it’s about spending better. Some purchases are big, unavoidable, and even life-changing. A home, a car, a laptop, a longed-for holiday, or a high-quality appliance—these are not £5 T-shirts; they’re investments that can shape your comfort, productivity, and memories.</w:t>
      </w:r>
    </w:p>
    <w:p>
      <w:r>
        <w:t>The difference between feeling empowered by a big spend and regretting it comes down to one word: intentionality. Intentionality means slowing down, making conscious choices, and aligning your spending with what you truly need and value. It’s the difference between buying because of pressure, convenience, or marketing—and buying because the item will improve your daily life for years. Read on to see how to put this into practice.</w:t>
      </w:r>
    </w:p>
    <w:p>
      <w:r>
        <w:t>Planning for Large Purchases</w:t>
      </w:r>
    </w:p>
    <w:p>
      <w:r>
        <w:t>When it comes to major purchases, the process matters just as much as the product. Impulsive big spends almost always lead to regret, while planned ones bring lasting satisfaction.</w:t>
      </w:r>
    </w:p>
    <w:p>
      <w:r>
        <w:t>Here’s a framework that helps:</w:t>
      </w:r>
    </w:p>
    <w:p>
      <w:r>
        <w:t>Research first, save second – Identify what you want, research brands, models, and reviews, then set a savings goal so you can buy without debt stress.</w:t>
      </w:r>
    </w:p>
    <w:p>
      <w:r>
        <w:t>Track timing – Many big-ticket items like appliances, electronics, and furniture cycle through predictable sales (Black Friday, January clearances, end-of-season sales). Knowing when these happen can save you hundreds.</w:t>
      </w:r>
    </w:p>
    <w:p>
      <w:r>
        <w:t>Prioritise quality over “newest” – The latest model isn’t always the best value. Sometimes last year’s version delivers 95% of the features at 60% of the price.</w:t>
      </w:r>
    </w:p>
    <w:p>
      <w:r>
        <w:t>Stack rewards and cashback – Sign up for cashback sites like TopCashback or Quidco, and check your credit card’s cashback offers (Halifax, Amex, Lloyds, Virgin Money). You can often combine both for double savings; I’ve earned over £1,000 with TopCashback in the last decade alone.</w:t>
      </w:r>
    </w:p>
    <w:p>
      <w:r>
        <w:t>Separating Short-Lived Wants from Long-Term Wins</w:t>
      </w:r>
    </w:p>
    <w:p>
      <w:r>
        <w:t>Not all big spends are created equal. Some deliver persistent value; others fade quickly.</w:t>
      </w:r>
    </w:p>
    <w:p>
      <w:r>
        <w:t>Short-lived wants – A flashy gadget never used, a designer bag that goes out of style, or an expensive treadmill that turns into a clothes rack.</w:t>
      </w:r>
    </w:p>
    <w:p>
      <w:r>
        <w:t>Long-term wins – A mattress that improves your sleep, a reliable laptop that enhances work and creativity, a holiday that becomes a fond memory.</w:t>
      </w:r>
    </w:p>
    <w:p>
      <w:r>
        <w:t>Ask yourself: Will this enrich my daily life for years, or just for a moment?</w:t>
      </w:r>
    </w:p>
    <w:p>
      <w:r>
        <w:t>The 6-Month Rule</w:t>
      </w:r>
    </w:p>
    <w:p>
      <w:r>
        <w:t>A helpful filter: if something costs over your set threshold (e.g., £500), wait six months before buying.</w:t>
      </w:r>
    </w:p>
    <w:p>
      <w:r>
        <w:t>If after six months it still matters, it’s likely a genuine need or long-term advantage.</w:t>
      </w:r>
    </w:p>
    <w:p>
      <w:r>
        <w:t>If you’ve forgotten it, your priorities have shifted—it was probably impulse disguised as a “want.”</w:t>
      </w:r>
    </w:p>
    <w:p>
      <w:r>
        <w:t>This rule shields you from hype-driven purchases and keeps your money flowing toward what truly matters.</w:t>
      </w:r>
    </w:p>
    <w:p>
      <w:r>
        <w:t>Examples of Intentional vs. Unintentional Big Spending</w:t>
      </w:r>
    </w:p>
    <w:p>
      <w:r>
        <w:t>Intentional Big Spends</w:t>
      </w:r>
    </w:p>
    <w:p>
      <w:r>
        <w:t>Upgrading to a high-quality mattress after years of back pain.</w:t>
      </w:r>
    </w:p>
    <w:p>
      <w:r>
        <w:t>Buying a reliable, fuel-efficient second-hand car.</w:t>
      </w:r>
    </w:p>
    <w:p>
      <w:r>
        <w:t>Choosing a versatile sofa-bed or extendable dining table that adapts to your life.</w:t>
      </w:r>
    </w:p>
    <w:p>
      <w:r>
        <w:t>Booking a heartfelt family holiday and saving for it deliberately.</w:t>
      </w:r>
    </w:p>
    <w:p>
      <w:r>
        <w:t>Unintentional Big Spends</w:t>
      </w:r>
    </w:p>
    <w:p>
      <w:r>
        <w:t>Chasing the latest smartphone every year, even when your current one still works.</w:t>
      </w:r>
    </w:p>
    <w:p>
      <w:r>
        <w:t>Forgotten kitchen gadgets tucked away in a cupboard (I’m looking at you, bread-maker).</w:t>
      </w:r>
    </w:p>
    <w:p>
      <w:r>
        <w:t>Furnishing a home all at once, just to have a “finished” look.</w:t>
      </w:r>
    </w:p>
    <w:p>
      <w:r>
        <w:t>Spending big on events or celebrations under pressure—sacrificing what truly mattered.</w:t>
      </w:r>
    </w:p>
    <w:p>
      <w:r>
        <w:t>For years, I upgraded my mobile every two years. But devices aren’t built to last so short a time. Batteries degrade, and some manufacturers have been called out for slowing older phones through software updates.¹ Now, I keep my phone for 5–6 years—unless it stops charging or can’t update iOS. That’s true intentional spending.</w:t>
      </w:r>
    </w:p>
    <w:p>
      <w:r>
        <w:t>Another miss: when my husband and I first moved into our small flat, I rushed to furnish it completely. I bought an extendable dining table that looked great but didn’t fit the space. After our baby arrived, we got rid of it. The dining table never matched our lifestyle. Instead, our meals happen at the kitchen bar—three stools, ease, comfort, and conversation. My husband especially enjoys cooking there with friends chatting beside him. For the rare large gatherings (housewarming, baby shower), everyone happily made space around the bar or in the living room. We learned to buy what we actually use—not what we think we should.</w:t>
      </w:r>
    </w:p>
    <w:p>
      <w:r>
        <w:t>And then there’s our biggest intentional spend: our flat. It’s a modest two-bedroom—far from flashy, but perfect for us when we moved in post-Covid. The spare room became my office, now my daughter’s room, and my desk now sits in a living-room corner. It’s small, but it’s home. People often argue over whether real estate is a “good investment”—the market fluctuates, and it’s not guaranteed.² But for us, this flat has been our foundation and our family space. That kind of spending doesn’t feel like an investment in profit—it’s one in our life.</w:t>
      </w:r>
    </w:p>
    <w:p>
      <w:r>
        <w:t>Mortgage-wise, yes, it’s a commitment. We chose a mostly fixed interest rate, but when it runs out—like after the post-Covid inflation spike (inflation had reached over 10% by mid-2022)³—rates can climb. That’s exactly what happened. But we don’t do interest-only payments. Paying both principal and interest lets us build equity and reduce total interest over time—unlike interest-only loans, which keep your balance stagnant and cost more in the long run.⁴ That’s the smarter path for a home you live in.</w:t>
      </w:r>
    </w:p>
    <w:p>
      <w:r>
        <w:t>Lesson I Learned</w:t>
      </w:r>
    </w:p>
    <w:p>
      <w:r>
        <w:t>A big spend should feel good the day you make it—and every time you still use it years later. If the thrill ends at the swipe, it probably wasn’t intentional.</w:t>
      </w:r>
    </w:p>
    <w:p>
      <w:r>
        <w:t>Why This Chapter Matters</w:t>
      </w:r>
    </w:p>
    <w:p>
      <w:r>
        <w:t>Large purchases can either weigh you down financially—or support your life in the long run. By planning, applying the 6-month rule, and choosing equity-building mortgage terms, your big spends can genuinely enrich your life—not just drain your wallet.</w:t>
      </w:r>
    </w:p>
    <w:p>
      <w:r>
        <w:t>Quick Checklist</w:t>
      </w:r>
    </w:p>
    <w:p>
      <w:r>
        <w:t>Research reviews, timing, second-hand options.</w:t>
      </w:r>
    </w:p>
    <w:p>
      <w:r>
        <w:t>Save before spending—avoid debt-driven buys.</w:t>
      </w:r>
    </w:p>
    <w:p>
      <w:r>
        <w:t>Apply the 6-month rule to big purchases.</w:t>
      </w:r>
    </w:p>
    <w:p>
      <w:r>
        <w:t>Ask: Will I still use this in five years?</w:t>
      </w:r>
    </w:p>
    <w:p>
      <w:r>
        <w:t>Focus on health, comfort, relationships.</w:t>
      </w:r>
    </w:p>
    <w:p>
      <w:r>
        <w:t>Combine cashback sources to get extra value.</w:t>
      </w:r>
    </w:p>
    <w:p>
      <w:r>
        <w:t>Reflection Prompt</w:t>
      </w:r>
    </w:p>
    <w:p>
      <w:r>
        <w:t>Think of your last big purchase. Did it improve your life long-term—or did the excitement fizzle? How could the 6-month rule and intentionality change your next big decision?</w:t>
      </w:r>
    </w:p>
    <w:p>
      <w:r>
        <w:t>Day-to-day shopping is one thing, but some purchases are in a league of their own — homes, cars, furniture, tech, even holidays. These “big spends” can either weigh you down or enrich your life for years. The difference is how intentional you are when making them.</w:t>
      </w:r>
    </w:p>
    <w:p>
      <w:r>
        <w:t>Sources</w:t>
      </w:r>
    </w:p>
    <w:p>
      <w:r>
        <w:t>BBC News (2020) – Apple fined for slowing iPhones via updates.</w:t>
      </w:r>
    </w:p>
    <w:p>
      <w:r>
        <w:t>Rightmove (August 2025) – UK house prices stable, modest growth.</w:t>
      </w:r>
    </w:p>
    <w:p>
      <w:r>
        <w:t>Wikipedia (2022 inflation surge) – UK inflation over 10% mid-2022.</w:t>
      </w:r>
    </w:p>
    <w:p>
      <w:r>
        <w:t>YourMortgage.com.au – Paying principal &amp; interest builds equity and lowers total interest costs.</w:t>
      </w:r>
    </w:p>
    <w:p>
      <w:r>
        <w:br w:type="page"/>
      </w:r>
    </w:p>
    <w:p>
      <w:pPr>
        <w:pStyle w:val="Heading1"/>
      </w:pPr>
      <w:r>
        <w:t>Chapter 10</w:t>
      </w:r>
    </w:p>
    <w:p>
      <w:r>
        <w:t>Chapter 10 – Money &amp; Relationships</w:t>
      </w:r>
    </w:p>
    <w:p>
      <w:r>
        <w:t>When spending habits collide.</w:t>
      </w:r>
    </w:p>
    <w:p>
      <w:r>
        <w:t>Money doesn’t exist in a vacuum. No matter how intentional you are, your financial choices bump up against those of the people closest to you: partners, family, friends. Their habits can shape yours—for better or worse.</w:t>
      </w:r>
    </w:p>
    <w:p>
      <w:r>
        <w:t>The challenge is that money is emotional. It’s tied to values, identity, even love. And when two people approach it differently, it can spark tension. The good news? With awareness, boundaries, and honest conversations, money can become less of a battlefield and more of a bridge.</w:t>
      </w:r>
    </w:p>
    <w:p>
      <w:r>
        <w:t>How Partners Shape Spending</w:t>
      </w:r>
    </w:p>
    <w:p>
      <w:r>
        <w:t>Living with a partner means sharing not just a roof, but bills, goals, and (sometimes) financial mistakes.</w:t>
        <w:br/>
        <w:t>• Some couples merge everything into one joint account.</w:t>
        <w:br/>
        <w:t>• Others keep finances separate.</w:t>
        <w:br/>
        <w:t>• Many do a hybrid: joint pot for essentials, separate pots for personal spends.</w:t>
      </w:r>
    </w:p>
    <w:p>
      <w:r>
        <w:t>Neither is “right” or “wrong.” What matters is alignment: Do you both know what money is coming in, where it’s going, and what the shared priorities are?</w:t>
      </w:r>
    </w:p>
    <w:p>
      <w:r>
        <w:t>👉 Red flag: When one partner is a spender and the other a saver, resentment brews if there’s no transparency. One feels restricted; the other feels unsupported.</w:t>
      </w:r>
    </w:p>
    <w:p>
      <w:r>
        <w:t>💡 Practical tip: Try monthly “money dates.” Instead of waiting for problems, sit down once a month, look at accounts, and check in on joint goals (holiday fund, mortgage overpayment, debt repayment). Keep it short, calm, and practical.</w:t>
      </w:r>
    </w:p>
    <w:p>
      <w:r>
        <w:t>For me, this difference really shows up with my husband. As a first-generation immigrant in Australia, my relationship with money was profoundly shaped by my parents, who were refugees. They worked tirelessly, saving every dollar to ensure our family had a secure future. Luxuries were non-existent in our household. Their frugality was born out of necessity, and it left me naturally cautious with money later in life.</w:t>
      </w:r>
    </w:p>
    <w:p>
      <w:r>
        <w:t>It wasn’t until my mid-30s, after years of credit card debt (see Chapter 2), that I finally changed. I began adopting the frugal habits my parents modelled when I was growing up. It’s funny to think about now, but there’s a reel on Instagram that sums it up perfectly: when you live at home and your parents pay for everything, you use almost the whole roll of toilet paper; but once you move out and start paying for things yourself, you ration it down to a single sheet. That was me—going from careless to careful.</w:t>
      </w:r>
    </w:p>
    <w:p>
      <w:r>
        <w:t>Those differences still show up in how we handle money today. I love a good deal and think twice before splurging, while he’s more inclined to spend on the things that bring him joy — especially meals and drinks with friends.</w:t>
      </w:r>
    </w:p>
    <w:p>
      <w:r>
        <w:t>We’ve settled into a hybrid system: we both contribute the same amount to a joint account for household and family expenses, while keeping separate accounts for personal spending. It gives us structure without either of us feeling controlled. The balance works because he trusts me to manage the household budget, and I respect that he values experiences. Over the years, he’s even started enjoying the thrill of a bargain, something he definitely picked up from me. And really, that’s the key: there’s no one right way. The best system is the one that keeps you aligned and avoids resentment.</w:t>
      </w:r>
    </w:p>
    <w:p>
      <w:r>
        <w:t>Talking About Money Without a Fight</w:t>
      </w:r>
    </w:p>
    <w:p>
      <w:r>
        <w:t>Money conversations often spiral because they’re framed as blame. Instead of “you always spend too much,” shift to shared goals:</w:t>
        <w:br/>
        <w:t>• “I’d love us to save for a holiday—how can we make that work together?”</w:t>
        <w:br/>
        <w:t>• “Can we both agree on a set fun budget so we don’t feel guilty?”</w:t>
      </w:r>
    </w:p>
    <w:p>
      <w:r>
        <w:t>Listening matters as much as speaking. Sometimes the spender isn’t reckless—they just value experiences differently. Sometimes the saver isn’t stingy—they just feel safer with a cushion. Naming these values without judgement creates compromise.</w:t>
      </w:r>
    </w:p>
    <w:p>
      <w:r>
        <w:t>Joint Goals vs Personal Goals</w:t>
      </w:r>
    </w:p>
    <w:p>
      <w:r>
        <w:t>Even in partnerships, personal autonomy matters. You can save together and separately.</w:t>
        <w:br/>
        <w:t>• Joint goals – mortgage, children’s education, retirement fund, holidays.</w:t>
        <w:br/>
        <w:t>• Personal goals – hobbies, side-hustle investments, splurges you don’t need to justify.</w:t>
      </w:r>
    </w:p>
    <w:p>
      <w:r>
        <w:t>Having both avoids two extremes:</w:t>
        <w:br/>
        <w:t>• Total merging → one person feels controlled.</w:t>
        <w:br/>
        <w:t>• Total separation → no sense of teamwork.</w:t>
      </w:r>
    </w:p>
    <w:p>
      <w:r>
        <w:t>The balance: build a shared vision for the big stuff, while giving each other breathing space for individual choices.</w:t>
      </w:r>
    </w:p>
    <w:p>
      <w:r>
        <w:t>Friends: The Subtle Influence</w:t>
      </w:r>
    </w:p>
    <w:p>
      <w:r>
        <w:t>Friends don’t send you their credit card bills—but their spending can still affect yours.</w:t>
      </w:r>
    </w:p>
    <w:p>
      <w:r>
        <w:t>In my 20s, I was good friends with a girl who loved shopping. I don’t know if I was influenced by her or if we encouraged each other, but she was my partner in crime. If you saw her, you’d likely see me too — we were inseparable. When I wasn’t at university or working part-time at a toy shop (earning in dollars, and spending every bit of it because I still lived at home), we’d be out browsing shops. During that time, I spent a lot of money on skincare, clothes, and even bought three luxury handbags. I wasn’t living within my means — my graduate salary barely covered the essentials, but I splurged anyway.</w:t>
      </w:r>
    </w:p>
    <w:p>
      <w:r>
        <w:t>Now, we live in different countries, with different lifestyles and priorities. She still splurges in certain areas, while I’ve pulled back a lot. Looking back, I can see how easily friends’ habits can rub off on you. It links right back to Chapter 4 on Keeping Up with Others: the people you surround yourself with influence your spending, often more than you realise. The important thing isn’t to cut ties — it’s to stay mindful. Make sure you’re spending based on your own values, not just mirroring someone else’s.</w:t>
      </w:r>
    </w:p>
    <w:p>
      <w:r>
        <w:t>💡 Practical tip: Instead of matching their spend, set your budget first. If you can only afford £30 for a dinner, suggest a cheaper restaurant or invite them over. If it’s gifts, agree on limits upfront (“let’s cap birthday gifts at £25”).</w:t>
      </w:r>
    </w:p>
    <w:p>
      <w:r>
        <w:t>✨ Lesson I Learned</w:t>
      </w:r>
    </w:p>
    <w:p>
      <w:r>
        <w:t>With a partner, money is about balance, not control. The “right” system is the one that keeps you aligned and avoids resentment, whether that’s joint, separate, or hybrid accounts.</w:t>
      </w:r>
    </w:p>
    <w:p>
      <w:r>
        <w:t>With friends, it’s about awareness — recognising when their habits or lifestyle are influencing yours (hello, Keeping Up with the Joneses from Chapter 4) and making sure your choices are based on what truly matters to you.</w:t>
      </w:r>
    </w:p>
    <w:p>
      <w:r>
        <w:t>📌 Why This Chapter Matters</w:t>
      </w:r>
    </w:p>
    <w:p>
      <w:r>
        <w:t>We often think financial wellbeing is a solo project, but relationships shape our money as much as our own habits do. Learning to manage those dynamics—whether it’s with a partner or with friends—is how you protect both your wallet and your peace of mind.</w:t>
      </w:r>
    </w:p>
    <w:p>
      <w:r>
        <w:t>✅ Quick Checklist</w:t>
      </w:r>
    </w:p>
    <w:p>
      <w:r>
        <w:t>• Do a “money date” with your partner once a month.</w:t>
        <w:br/>
        <w:t>• Agree on a joint goal you’re both excited about.</w:t>
        <w:br/>
        <w:t>• Set boundaries with friends (gift caps, budget-friendly alternatives).</w:t>
        <w:br/>
        <w:t>• Keep a separate “me” budget to avoid resentment.</w:t>
        <w:br/>
        <w:t>• Frame money talks around goals, not blame.</w:t>
      </w:r>
    </w:p>
    <w:p>
      <w:r>
        <w:t>🪞 Reflection Prompt</w:t>
      </w:r>
    </w:p>
    <w:p>
      <w:r>
        <w:t>Think about someone in your life who influences your spending—partner or friend. Do they encourage you toward your goals or pull you away from them? What one boundary or conversation could bring more balance?</w:t>
      </w:r>
    </w:p>
    <w:p>
      <w:r>
        <w:t>Managing money with others is one challenge — but staying consistent with yourself is another. Even with the best systems in place, slip-ups happen, life changes, and your definition of “enough” evolves. In the next chapter, we’ll explore how to stay on track for the long run, resetting without shame and keeping intentional spending as your default setting.</w:t>
      </w:r>
    </w:p>
    <w:p>
      <w:r>
        <w:br w:type="page"/>
      </w:r>
    </w:p>
    <w:p>
      <w:pPr>
        <w:pStyle w:val="Heading1"/>
      </w:pPr>
      <w:r>
        <w:t>Chapter 11</w:t>
      </w:r>
    </w:p>
    <w:p>
      <w:r>
        <w:t>Chapter 11 – Staying on Track for the Long Run</w:t>
      </w:r>
    </w:p>
    <w:p>
      <w:r>
        <w:t>Making intentional spending your default setting.</w:t>
      </w:r>
    </w:p>
    <w:p>
      <w:r>
        <w:t>Spending intentionally isn’t a one-time project — it’s a lifelong practice. You’ll have seasons where it feels effortless, and others where temptation sneaks back in. The goal isn’t perfection, but progress. Each time you reset, you strengthen the habits that keep you financially secure and aligned with your values.</w:t>
      </w:r>
    </w:p>
    <w:p>
      <w:r>
        <w:t>Resetting After a Slip-Up (Without Shame)</w:t>
      </w:r>
    </w:p>
    <w:p>
      <w:r>
        <w:t>Everyone slips. Maybe you overspend in the sales, splurge on a night out, or buy something you regret. The danger isn’t the spend itself — it’s the shame spiral afterwards. Shame says, “You’ve failed, so what’s the point?” Intention says, “That was one choice, now I can make a different one.”</w:t>
      </w:r>
    </w:p>
    <w:p>
      <w:r>
        <w:t>💡 Practical tip: When you slip, pause and review:</w:t>
        <w:br/>
        <w:t>• What triggered it (stress, FOMO, comparison)?</w:t>
        <w:br/>
        <w:t>• Was it a one-off, or the start of a pattern?</w:t>
        <w:br/>
        <w:t>• What can I do differently next time (unsubscribe, wait 48 hours, set limits)?</w:t>
      </w:r>
    </w:p>
    <w:p>
      <w:r>
        <w:t>A single spend won’t derail you — but giving up altogether will.</w:t>
      </w:r>
    </w:p>
    <w:p>
      <w:r>
        <w:t>I’ve been there. Even though I try hard, there’s always something that slips. Like when family and friends visit — those spends aren’t always avoidable. And it often takes me two or three months to reset, which means the % I normally allocate to savings goes towards paying off my credit card in full.</w:t>
      </w:r>
    </w:p>
    <w:p>
      <w:r>
        <w:t>Another slip happens when I feel bored and restless. Have you ever scrolled in the evening or the middle of the night with nothing to do, spotted something on Instagram or Pinterest and thought, “That’s not a bad idea,” and then spent an hour hunting it down online? It happens to me, too. Identifying whether I really needed it — or whether I was just bored — makes it easier to avoid next time.</w:t>
      </w:r>
    </w:p>
    <w:p>
      <w:r>
        <w:t>Refreshing Your Guardrails and Goals</w:t>
      </w:r>
    </w:p>
    <w:p>
      <w:r>
        <w:t>The system that works today might not fit six months from now. Life changes — so should your money habits. That’s why it’s important to “refresh” every few months.</w:t>
      </w:r>
    </w:p>
    <w:p>
      <w:r>
        <w:t>Ask yourself:</w:t>
        <w:br/>
        <w:t>• Are my budgets still realistic?</w:t>
        <w:br/>
        <w:t>• Do my saving goals excite me, or do they need updating?</w:t>
        <w:br/>
        <w:t>• Are there new triggers I need to watch for?</w:t>
      </w:r>
    </w:p>
    <w:p>
      <w:r>
        <w:t>Think of it like maintaining a car — small tune-ups keep things running smoothly, and prevent costly breakdowns later.</w:t>
      </w:r>
    </w:p>
    <w:p>
      <w:r>
        <w:t>This has been important for me. After my brother and his family came to visit, my outgoings increased tenfold because we went out every day and sometimes I paid for dinner. I also booked a summer holiday to go with them. My parents are planning to visit next year, and knowing in advance means I can set money aside now.</w:t>
      </w:r>
    </w:p>
    <w:p>
      <w:r>
        <w:t>One of my friends back in Sydney plans birthdays and presents ahead. She marks every date on her calendar — her daughter’s friends, family, everyone — and plans what to buy. When sales come around, she picks them up and stores them at home. Of course, that only works if you have space to store things, but the principle is solid: planning ahead prevents last-minute overspending.</w:t>
      </w:r>
    </w:p>
    <w:p>
      <w:r>
        <w:t>When Your Income Changes</w:t>
      </w:r>
    </w:p>
    <w:p>
      <w:r>
        <w:t>Income isn’t static, and how you handle changes can define your long-term wealth.</w:t>
      </w:r>
    </w:p>
    <w:p>
      <w:r>
        <w:t>• When it increases: The temptation is to upgrade everything. But lifestyle creep will swallow your raise whole if you’re not careful. Instead, decide in advance: what % goes to savings, what % to fun, and what % to upgrading essentials. That way, your progress matches your pay.</w:t>
        <w:br/>
        <w:t>• When it decreases: Cut gently but intentionally. Protect your essentials first, then trim wants. If you’ve been living within your means, you’ll already have a buffer to soften the blow.</w:t>
      </w:r>
    </w:p>
    <w:p>
      <w:r>
        <w:t>Life changes whether or not your income keeps pace. Buying our flat and welcoming our baby meant living expenses surged — mortgage, bills, and day care. Gone were the spontaneous weekend trips, countless brunches with friends, or buying flowers “just because.” Then there are factors outside your control: Covid, inflation spikes, rising interest rates, and the increasing cost of everyday essentials.</w:t>
      </w:r>
    </w:p>
    <w:p>
      <w:r>
        <w:t>I’ve been at my company for over 10 years, and while my salary has risen during that time, the increases haven’t been dramatic. I’ve often stepped up in responsibilities without always getting the title or promotion to match. This is part of what’s known as the “loyalty tax.” Staying in the same company for a long time often means wage rises lag just below inflation, and even promotions may only edge slightly above it — while those who switch employers can see pay jumps of 10–15% or more.</w:t>
      </w:r>
    </w:p>
    <w:p>
      <w:r>
        <w:t>That doesn’t mean staying put is always a bad decision. In my case, I chose to stay because I wanted to deepen my expertise and, more importantly, because the role offered flexibility — something I value highly now that I’m raising a family. Flexibility has become more important to me than chasing the biggest salary, and it’s a trade-off I’m willing to make.</w:t>
      </w:r>
    </w:p>
    <w:p>
      <w:r>
        <w:t>It’s also worth noting that research shows working mothers often put in more effort at work compared to their peers, while also juggling the bulk of household and childcare responsibilities. That can make flexibility in a role priceless — but it also means it’s even more important to be intentional with money and to recognise the hidden costs of staying in a role that may undervalue your contribution.</w:t>
      </w:r>
    </w:p>
    <w:p>
      <w:r>
        <w:t>Experts recommend reviewing your compensation and reasons for staying every 12 to 24 months, especially if you’re taking on more responsibilities without much salary growth. Ask yourself: Am I being paid at market rate? If not, why am I staying — and is it worth it?</w:t>
      </w:r>
    </w:p>
    <w:p>
      <w:r>
        <w:t>Only you can answer that. Maybe you’re staying for flexibility, career development, or work–life balance. But regular check-ins help ensure you’re not being undervalued — or stagnating without realising it.</w:t>
      </w:r>
    </w:p>
    <w:p>
      <w:r>
        <w:t>Recognising When “Enough” Has Shifted</w:t>
      </w:r>
    </w:p>
    <w:p>
      <w:r>
        <w:t>Your definition of “enough” evolves as life changes. What felt like enough in your 20s (flatmates, cheap furniture, fast fashion) may no longer work in your 30s or 40s. Having a baby, buying a home, or changing careers can all reset your priorities.</w:t>
      </w:r>
    </w:p>
    <w:p>
      <w:r>
        <w:t>The key is noticing when your old version of “enough” no longer fits, and adjusting intentionally — not reactively.</w:t>
      </w:r>
    </w:p>
    <w:p>
      <w:r>
        <w:t>💡 Example: When we bought our flat, I had to redefine “enough” in terms of space. It’s a modest two-bedroom, but perfect for our family. Once the baby came along, my “office” became her nursery, and my desk moved to the corner of the living room. It wasn’t ideal, but it was enough. Instead of wishing for a bigger house straight away, I focused on making what we had work for us.</w:t>
      </w:r>
    </w:p>
    <w:p>
      <w:r>
        <w:t>And yes, while I wish we had more space — a dining area would be nice, or some extra storage — I also recognise that a bigger home would come with bigger bills, more cleaning, and the temptation to fill every spare corner with more stuff. Research confirms this: people tend to acquire possessions to match their available space, a phenomenon known as the acquisition–space relationship. Having limits on space can actually help control consumption.</w:t>
      </w:r>
    </w:p>
    <w:p>
      <w:r>
        <w:t>✨ Lesson I Learned</w:t>
      </w:r>
    </w:p>
    <w:p>
      <w:r>
        <w:t>Staying on track isn’t about never slipping — it’s about building the resilience to reset, refresh, and realign. Your income will change, your lifestyle will evolve, and your idea of “enough” will shift. The goal isn’t to lock yourself into one rigid system, but to create habits flexible enough to adapt while still protecting your long-term goals.</w:t>
      </w:r>
    </w:p>
    <w:p>
      <w:r>
        <w:t>📌 Why This Chapter Matters</w:t>
      </w:r>
    </w:p>
    <w:p>
      <w:r>
        <w:t>Most people think financial success comes from one big decision. In reality, it’s a thousand small course corrections. By reviewing, refreshing, and resetting regularly, you make intentional spending your default setting — and that’s what keeps you moving forward for the long run.</w:t>
      </w:r>
    </w:p>
    <w:p>
      <w:r>
        <w:t>✅ Quick Checklist</w:t>
      </w:r>
    </w:p>
    <w:p>
      <w:r>
        <w:t>• After a slip-up, pause, reflect, reset.</w:t>
        <w:br/>
        <w:t>• Refresh budgets and goals every 3–6 months.</w:t>
        <w:br/>
        <w:t>• Decide in advance how to allocate income increases.</w:t>
        <w:br/>
        <w:t>• Trim gently, not harshly, during income decreases.</w:t>
        <w:br/>
        <w:t>• Notice when your “enough” has shifted — and adapt with intention.</w:t>
      </w:r>
    </w:p>
    <w:p>
      <w:r>
        <w:t>🪞 Reflection Prompt</w:t>
      </w:r>
    </w:p>
    <w:p>
      <w:r>
        <w:t>Think about a recent slip-up with money. How did you respond — with shame, or with intention? Now, imagine yourself 5 years from now. What version of “enough” do you want to be living then — and what habits today will get you there?</w:t>
      </w:r>
    </w:p>
    <w:p>
      <w:r>
        <w:t>You’ve seen how to reset, refresh, and redefine your version of “enough.” But the real power comes when all these lessons come together. In the closing chapter, we’ll zoom out and look at the bigger picture: how your intentional wallet creates less waste, more freedom, and a financial system that truly works for you.</w:t>
      </w:r>
    </w:p>
    <w:p>
      <w:r>
        <w:t>📚 Sources</w:t>
      </w:r>
    </w:p>
    <w:p>
      <w:r>
        <w:t>Pew Research Center, Job-hopping and pay growth trends (2023).</w:t>
      </w:r>
    </w:p>
    <w:p>
      <w:r>
        <w:t>Investopedia, Loyalty tax and salary stagnation explained (2023).</w:t>
      </w:r>
    </w:p>
    <w:p>
      <w:r>
        <w:t>Herald Sun, Why staying in one job may hold back your earnings (2022).</w:t>
      </w:r>
    </w:p>
    <w:p>
      <w:r>
        <w:t>YourERC, How often should you review your compensation? (2023).</w:t>
      </w:r>
    </w:p>
    <w:p>
      <w:r>
        <w:t>Harvard Business Review, The motherhood penalty vs. the fatherhood bonus (2019).</w:t>
      </w:r>
    </w:p>
    <w:p>
      <w:r>
        <w:t>Journal of Environmental Psychology, The acquisition–space relationship: Why we fill available space with possessions (2015).</w:t>
      </w:r>
    </w:p>
    <w:p>
      <w:r>
        <w:br w:type="page"/>
      </w:r>
    </w:p>
    <w:p>
      <w:pPr>
        <w:pStyle w:val="Heading1"/>
      </w:pPr>
      <w:r>
        <w:t>Closing Chapter</w:t>
      </w:r>
    </w:p>
    <w:p>
      <w:r>
        <w:t>Closing Chapter – Your Intentional Wallet in Action</w:t>
      </w:r>
    </w:p>
    <w:p>
      <w:r>
        <w:t>Tying it all together — living with less waste, more freedom, and a financial system that works for you.</w:t>
      </w:r>
    </w:p>
    <w:p>
      <w:r>
        <w:t>You’ve journeyed through my stories, lessons, and slip-ups. You’ve seen how clutter links to money, how old habits die hard, and how intentional choices can transform not just your bank balance but your daily life.</w:t>
      </w:r>
    </w:p>
    <w:p>
      <w:r>
        <w:t>The goal of this book was never to make you extreme — not a minimalist monk with three T-shirts, not a financial guru with ten spreadsheets and no joy. The goal was balance: spending on what matters, letting go of what doesn’t, and finding peace in “enough.”</w:t>
      </w:r>
    </w:p>
    <w:p>
      <w:r>
        <w:t>A Quick Recap of the Core Mindset Shifts</w:t>
      </w:r>
    </w:p>
    <w:p>
      <w:r>
        <w:t>• From impulse to pause. Slowing down before you buy changes everything.</w:t>
        <w:br/>
        <w:t>• From more to enough. Decluttering space and money alike gives freedom.</w:t>
        <w:br/>
        <w:t>• From cheap now to value over time. Buy once, buy well.</w:t>
        <w:br/>
        <w:t>• From full price to smart buys. Preloved first, sales second.</w:t>
        <w:br/>
        <w:t>• From solo to shared. Partners, friends, and family influence how you spend — awareness keeps you aligned.</w:t>
        <w:br/>
        <w:t>• From rigid to resilient. Reset, refresh, and adapt when life changes.</w:t>
      </w:r>
    </w:p>
    <w:p>
      <w:r>
        <w:t>Living With Less Waste, More Freedom</w:t>
      </w:r>
    </w:p>
    <w:p>
      <w:r>
        <w:t>Intentional spending creates more than savings. It creates time, calm, and headspace. Less clutter in your home means less cleaning, sorting, and stressing. Fewer financial mistakes mean fewer nights lying awake wondering how to pay for them.</w:t>
      </w:r>
    </w:p>
    <w:p>
      <w:r>
        <w:t>The freedom isn’t about owning nothing. It’s about knowing your money is working for you — not against you.</w:t>
      </w:r>
    </w:p>
    <w:p>
      <w:r>
        <w:t>Encouragement for the Road Ahead</w:t>
      </w:r>
    </w:p>
    <w:p>
      <w:r>
        <w:t>You don’t have to get it perfect. I certainly didn’t — and still don’t. What matters is progress. Every time you pause instead of clicking “buy now,” every time you save instead of splurge, every time you reset instead of giving up, you’re building the kind of financial life future-you will thank you for.</w:t>
      </w:r>
    </w:p>
    <w:p>
      <w:r>
        <w:t>Remember: small steps, repeated often, turn into lasting change.</w:t>
      </w:r>
    </w:p>
    <w:p>
      <w:r>
        <w:t>✨ Lesson I Learned</w:t>
      </w:r>
    </w:p>
    <w:p>
      <w:r>
        <w:t>My most important lesson wasn’t about a budget hack or decluttering tip. It was this: money and stuff will always be around, but your time, energy, and peace of mind are priceless. When you spend intentionally, you make room for the things no price tag can buy.</w:t>
      </w:r>
    </w:p>
    <w:p>
      <w:r>
        <w:t>📌 Why This Chapter Matters</w:t>
      </w:r>
    </w:p>
    <w:p>
      <w:r>
        <w:t>Because now it’s about putting it into action. Reading is the easy part; living it is where the real change happens. This chapter matters because it’s not just the end of the book — it’s the start of your intentional money journey.</w:t>
      </w:r>
    </w:p>
    <w:p>
      <w:r>
        <w:t>✅ Quick Checklist</w:t>
      </w:r>
    </w:p>
    <w:p>
      <w:r>
        <w:t>• Keep your “pause before purchase” habit alive.</w:t>
        <w:br/>
        <w:t>• Review and refresh your goals regularly.</w:t>
        <w:br/>
        <w:t>• Stick with the golden rules: Buy once, buy well. Preloved first, sales second.</w:t>
        <w:br/>
        <w:t>• Protect your peace — don’t let comparison or pressure dictate your choices.</w:t>
        <w:br/>
        <w:t>• Remember your version of “enough” will evolve. Let it.</w:t>
      </w:r>
    </w:p>
    <w:p>
      <w:r>
        <w:t>🪞 Final Reflection Prompt</w:t>
      </w:r>
    </w:p>
    <w:p>
      <w:r>
        <w:t>Picture your future self five or ten years from now. What do you want your home, finances, and daily life to look like? What habits can you start — or keep — today that will bring that version of you closer?</w:t>
      </w:r>
    </w:p>
    <w:p>
      <w:r>
        <w:t>This is where the chapters end, but your choices don’t. The point isn’t to follow every rule perfectly — it’s to build habits you can actually live with. Some months you’ll get it right, other months you won’t. That’s normal. What matters is that you notice, reset, and keep moving forward. Intentional spending isn’t a finish line — it’s just how you keep showing up for yourself, day after day.</w:t>
      </w:r>
    </w:p>
    <w:p>
      <w:r>
        <w:br w:type="page"/>
      </w:r>
    </w:p>
    <w:p>
      <w:pPr>
        <w:pStyle w:val="Heading1"/>
      </w:pPr>
      <w:r>
        <w:t>Epilogue</w:t>
      </w:r>
    </w:p>
    <w:p>
      <w:r>
        <w:t>Epilogue – Thank You</w:t>
      </w:r>
    </w:p>
    <w:p>
      <w:r>
        <w:t>If you’ve made it this far, thank you. Truly.</w:t>
      </w:r>
    </w:p>
    <w:p>
      <w:r>
        <w:t>I didn’t set out to write a guide full of perfect formulas — because my own path has been anything but perfect. My 20s were full of debt and “what was I thinking?” buys. My 30s were about figuring out what mattered and what didn’t. And now, in my 40s, I’m still learning.</w:t>
      </w:r>
    </w:p>
    <w:p>
      <w:r>
        <w:t>What I’ve shared here isn’t theory. It’s the real-life lessons that came from cluttered cupboards, unused handbags, credit card statements I didn’t want to open, and the small wins that made me feel like maybe I was finally getting it right.</w:t>
      </w:r>
    </w:p>
    <w:p>
      <w:r>
        <w:t>If there’s one thing I want you to take away, it’s that you don’t need to get everything right to move forward. You just need to keep paying attention. The pause before a purchase. The reset after a slip-up. The decision to buy less but better. Those are the small shifts that add up.</w:t>
      </w:r>
    </w:p>
    <w:p>
      <w:r>
        <w:t>So thank you for letting me share my story with you. I hope it helps you feel less alone with money, less pressured to keep up, and more confident in choosing what’s enough for you.</w:t>
      </w:r>
    </w:p>
    <w:p>
      <w:r>
        <w:t>Here’s to fewer regrets, more space, and money that works for the life you actually want.</w:t>
      </w:r>
    </w:p>
    <w:p>
      <w:r>
        <w:t>— Dianne</w:t>
      </w:r>
    </w:p>
    <w:p>
      <w:r>
        <w:br w:type="page"/>
      </w:r>
    </w:p>
    <w:p>
      <w:pPr>
        <w:pStyle w:val="Heading1"/>
      </w:pPr>
      <w:r>
        <w:t>Bonus Toolkits &amp; Resources</w:t>
      </w:r>
    </w:p>
    <w:p>
      <w:r>
        <w:br/>
        <w:t xml:space="preserve">Because awareness without action fades fast, I’ve pulled together all the practical toolkits from the book into one place. </w:t>
        <w:br/>
        <w:t>Think of this as your Toolkit Library — a quick-reference section you can return to whenever you need a reset, a nudge, or a fresh perspective.</w:t>
        <w:br/>
        <w:br/>
        <w:t>---</w:t>
        <w:br/>
        <w:br/>
        <w:t>## 📖 Chapter Companion Toolkits</w:t>
        <w:br/>
        <w:br/>
        <w:t>### 💸 Budgeting Toolkit 📖 (See Chapter 5)</w:t>
        <w:br/>
        <w:t>Pick the budget you can actually stick with.</w:t>
        <w:br/>
        <w:br/>
        <w:t>50/30/20 Budget — 50% needs / 30% wants / 20% savings</w:t>
        <w:br/>
        <w:t>Pay Yourself First — Automate savings after payday</w:t>
        <w:br/>
        <w:t>Sinking Funds — Monthly pots for irregular costs</w:t>
        <w:br/>
        <w:t>Fun Money Rule — Fixed allowance for treats</w:t>
        <w:br/>
        <w:t>No-Budget Budget — Automate essentials &amp; savings, spend the rest freely</w:t>
        <w:br/>
        <w:br/>
        <w:t>Reflection Prompt: Which of these feels most natural for the next 3 months?</w:t>
        <w:br/>
        <w:t>Why This Toolkit Matters: Budgets aren’t about restriction — they’re about direction. The best system is the one you’ll actually use.</w:t>
        <w:br/>
        <w:br/>
        <w:t>---</w:t>
        <w:br/>
        <w:br/>
        <w:t>### 🪶 Minimalist Reset Toolkit 📖 (See Chapter 6)</w:t>
        <w:br/>
        <w:t>Simple rules to keep clutter in check.</w:t>
        <w:br/>
        <w:br/>
        <w:t>One-In-One-Out — Add new, let go of old</w:t>
        <w:br/>
        <w:t>90/90 Rule — Not used in last 90 days, won’t in next 90 → donate/sell</w:t>
        <w:br/>
        <w:t>Box Method — Unsure? Store. No use after 6 months → let it go</w:t>
        <w:br/>
        <w:t>Empty Space Rule — Don’t rush to refill clear areas</w:t>
        <w:br/>
        <w:br/>
        <w:t>Reflection Prompt: What area of your home feels too full? Which rule could you apply this week?</w:t>
        <w:br/>
        <w:t>Why This Toolkit Matters: Less clutter = less wasted money, time, and stress.</w:t>
        <w:br/>
        <w:br/>
        <w:t>---</w:t>
        <w:br/>
        <w:br/>
        <w:t>### 👟 Buy Once, Buy Well Toolkit 📖 (See Chapter 7)</w:t>
        <w:br/>
        <w:t>How to shop for value, not just price.</w:t>
        <w:br/>
        <w:br/>
        <w:t>Cost-per-use test — lower = better</w:t>
        <w:br/>
        <w:t>Spend more on dailies — mattress, shoes, kitchen gear</w:t>
        <w:br/>
        <w:t>Material check — natural fibres, durable cookware</w:t>
        <w:br/>
        <w:t>Save &amp; Wait List — delay big-ticket items</w:t>
        <w:br/>
        <w:br/>
        <w:t>Reflection Prompt: Which of your “cheap” buys wore out quickly? How much could you have saved buying once, buying well?</w:t>
        <w:br/>
        <w:t>Why This Toolkit Matters: Quality saves money long-term. Buy less, but better.</w:t>
        <w:br/>
        <w:br/>
        <w:t>---</w:t>
        <w:br/>
        <w:br/>
        <w:t>### ♻️ Preloved &amp; Sale Toolkit 📖 (See Chapter 8)</w:t>
        <w:br/>
        <w:t>Shop smart without paying full price.</w:t>
        <w:br/>
        <w:br/>
        <w:t>Golden Rule — Preloved first, sales second, full price rarely</w:t>
        <w:br/>
        <w:t>Preloved Do’s — Coats, denim, handbags, toys, books, furniture</w:t>
        <w:br/>
        <w:t>Preloved Don’ts — Safety gear, mattresses, underwear</w:t>
        <w:br/>
        <w:t>Sale Rules — Make a list, avoid “spend X/save Y,” consider resale value</w:t>
        <w:br/>
        <w:br/>
        <w:t>Reflection Prompt: Think of your last full-price buy. Could you have found it preloved or on sale?</w:t>
        <w:br/>
        <w:t>Why This Toolkit Matters: Slowing down stops you from being trapped by urgency and FOMO.</w:t>
        <w:br/>
        <w:br/>
        <w:t>---</w:t>
        <w:br/>
        <w:br/>
        <w:t>### 🏡 Intentional Big Spend Toolkit 📖 (See Chapter 9)</w:t>
        <w:br/>
        <w:t>How to make major purchases without regret.</w:t>
        <w:br/>
        <w:br/>
        <w:t>6-Month Rule — Wait before buying anything over your set limit</w:t>
        <w:br/>
        <w:t>Short vs Long-Term — Invest only in what lasts</w:t>
        <w:br/>
        <w:t>Research &amp; Compare — Reviews, sales cycles, cashback</w:t>
        <w:br/>
        <w:t>Stack Rewards — Cashback + card perks</w:t>
        <w:br/>
        <w:br/>
        <w:t>Reflection Prompt: Think of your last big purchase. Will it still add value in 5 years?</w:t>
        <w:br/>
        <w:t>Why This Toolkit Matters: Big spends shape your finances for years. A short pause up front can save thousands later.</w:t>
        <w:br/>
        <w:br/>
        <w:t>---</w:t>
        <w:br/>
        <w:br/>
        <w:t>## ⭐ Bonus Extras</w:t>
        <w:br/>
        <w:br/>
        <w:t>### 🧠 Money Mindset Toolkit ⭐</w:t>
        <w:br/>
        <w:t>Understanding your money mindset is the first step toward changing how you spend, save, and build financial security.</w:t>
        <w:br/>
        <w:br/>
        <w:t>[Reflection questions as drafted earlier]</w:t>
        <w:br/>
        <w:br/>
        <w:t>Reflection Prompt: Choose one area where you feel least confident. What small action could you take this month to build awareness or control in that area?</w:t>
        <w:br/>
        <w:t>Why This Toolkit Matters: Your money mindset drives every decision you make — often without you realising it.</w:t>
        <w:br/>
        <w:br/>
        <w:t>---</w:t>
        <w:br/>
        <w:br/>
        <w:t>### 🛑 Spending Pause Toolkit ⭐</w:t>
        <w:br/>
        <w:t>Sometimes you don’t need more willpower — you just need a moment to stop and think before your money leaves your account.</w:t>
        <w:br/>
        <w:br/>
        <w:t>[Tools as drafted earlier]</w:t>
        <w:br/>
        <w:br/>
        <w:t>Reflection Prompt: Think about your last impulse buy. Which of these tools could have stopped it?</w:t>
        <w:br/>
        <w:t>Why This Toolkit Matters: Impulse spending feels good in the moment but often leads to regret. Pausing helps you buy with intention, not emotion.</w:t>
        <w:br/>
        <w:br/>
        <w:t>---</w:t>
        <w:br/>
        <w:br/>
        <w:t>### 🚫 No-Spend Toolkit ⭐</w:t>
        <w:br/>
        <w:t>A no-spend challenge is not about buying nothing — it’s about pressing pause on non-essential spending.</w:t>
        <w:br/>
        <w:br/>
        <w:t>[Steps as drafted earlier]</w:t>
        <w:br/>
        <w:br/>
        <w:t>Reflection Prompt: At the end of your challenge, ask: Which spending habits do I want to let go of permanently?</w:t>
        <w:br/>
        <w:t>Why This Toolkit Matters: A no-spend challenge helps you reset quickly, spot habits you don’t need, and see instant savings.</w:t>
        <w:br/>
      </w:r>
    </w:p>
    <w:p>
      <w:r>
        <w:br w:type="page"/>
      </w:r>
    </w:p>
    <w:p>
      <w:pPr>
        <w:pStyle w:val="Heading1"/>
      </w:pPr>
      <w:r>
        <w:t>References</w:t>
      </w:r>
    </w:p>
    <w:p>
      <w:r>
        <w:br w:type="page"/>
      </w:r>
    </w:p>
    <w:p>
      <w:pPr>
        <w:pStyle w:val="Heading1"/>
      </w:pPr>
      <w:r>
        <w:t>Further Reading</w:t>
      </w:r>
    </w:p>
    <w:p>
      <w:pPr>
        <w:pStyle w:val="Heading1"/>
      </w:pPr>
      <w:r>
        <w:t>References</w:t>
      </w:r>
    </w:p>
    <w:p>
      <w:r>
        <w:br/>
        <w:t>### 📰 News &amp; Media</w:t>
        <w:br/>
        <w:t>- BBC News (2020) – Apple fined for slowing iPhones via updates.</w:t>
        <w:br/>
        <w:t>- Herald Sun (2022) – Why staying in one job may hold back your earnings.</w:t>
        <w:br/>
        <w:t>- Rightmove (2025) – UK house prices stable, modest growth.</w:t>
        <w:br/>
        <w:br/>
        <w:t>### 📖 Books</w:t>
        <w:br/>
        <w:t>- Cait Flanders (2018). The Year of Less. Hay House.</w:t>
        <w:br/>
        <w:t>- Laura Whateley (2018). Money: A User’s Guide. 4th Estate.</w:t>
        <w:br/>
        <w:t>- Marie Kondo (2014). The Life-Changing Magic of Tidying Up. Ten Speed Press.</w:t>
        <w:br/>
        <w:br/>
        <w:t>### 🎓 Academic Journals &amp; Research</w:t>
        <w:br/>
        <w:t>- Harvard Business Review (2019) – The motherhood penalty vs. the fatherhood bonus.</w:t>
        <w:br/>
        <w:t>- Journal of Environmental Psychology (2015) – The acquisition–space relationship.</w:t>
        <w:br/>
        <w:t>- Pew Research Center (2023) – Job-hopping and pay growth trends.</w:t>
        <w:br/>
        <w:br/>
        <w:t>### 🌐 Websites &amp; Online Resources</w:t>
        <w:br/>
        <w:t>- Investopedia (2023) – Loyalty tax and salary stagnation explained.</w:t>
        <w:br/>
        <w:t>- YourMortgage.com.au – Paying principal vs. interest-only loans.</w:t>
        <w:br/>
        <w:t>- YourERC (2023) – How often should you review your compensation?</w:t>
        <w:br/>
      </w:r>
    </w:p>
    <w:p>
      <w:pPr>
        <w:pStyle w:val="Heading1"/>
      </w:pPr>
      <w:r>
        <w:t>Further Reading</w:t>
      </w:r>
    </w:p>
    <w:p>
      <w:r>
        <w:br/>
        <w:t xml:space="preserve">These books and resources offer deeper dives into minimalism, intentional living, and money management. </w:t>
        <w:br/>
        <w:t>They complement the ideas in this book if you’d like to continue your journey.</w:t>
        <w:br/>
        <w:br/>
        <w:t>- Joshua Becker (2016). The More of Less. WaterBrook.</w:t>
        <w:br/>
        <w:t>- Jen Gale (2020). The Sustainable(ish) Living Guide. Bloomsbury.</w:t>
        <w:br/>
        <w:t>- Vicki Robin &amp; Joe Dominguez (1992, updated 2018). Your Money or Your Life. Penguin.</w:t>
        <w:br/>
        <w:t>- Annie Grace (2015). This Naked Mind: Control Alcohol. Avery.</w:t>
        <w:br/>
        <w:t>- James Clear (2018). Atomic Habits. Random House.</w:t>
        <w:b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