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0F9616" w14:textId="77777777" w:rsidR="00197C60" w:rsidRDefault="00197C60">
      <w:pPr>
        <w:spacing w:after="5040"/>
      </w:pPr>
    </w:p>
    <w:p w14:paraId="77FD9EE2" w14:textId="77777777" w:rsidR="00197C60" w:rsidRDefault="004E0A3D">
      <w:pPr>
        <w:jc w:val="center"/>
      </w:pPr>
      <w:r>
        <w:t xml:space="preserve"> The Existential Grind of Professor Albright Current</w:t>
      </w:r>
    </w:p>
    <w:p w14:paraId="57C53C96" w14:textId="77777777" w:rsidR="00197C60" w:rsidRDefault="004E0A3D">
      <w:pPr>
        <w:jc w:val="center"/>
      </w:pPr>
      <w:proofErr w:type="gramStart"/>
      <w:r>
        <w:t>by</w:t>
      </w:r>
      <w:proofErr w:type="gramEnd"/>
    </w:p>
    <w:p w14:paraId="44B22354" w14:textId="77777777" w:rsidR="00197C60" w:rsidRDefault="004E0A3D">
      <w:pPr>
        <w:jc w:val="center"/>
      </w:pPr>
      <w:r>
        <w:t>Rachael</w:t>
      </w:r>
    </w:p>
    <w:p w14:paraId="5E5D51B2" w14:textId="734FA307" w:rsidR="004E0A3D" w:rsidRDefault="004E0A3D">
      <w:pPr>
        <w:jc w:val="center"/>
      </w:pPr>
      <w:r>
        <w:t>I’m sorry, but I assumed my silence spoke volumes.</w:t>
      </w:r>
    </w:p>
    <w:p w14:paraId="01022962" w14:textId="77777777" w:rsidR="00197C60" w:rsidRDefault="004E0A3D">
      <w:r>
        <w:br w:type="page"/>
      </w:r>
    </w:p>
    <w:p w14:paraId="4AFA3C3D" w14:textId="77777777" w:rsidR="00197C60" w:rsidRDefault="004E0A3D">
      <w:pPr>
        <w:spacing w:before="5040"/>
        <w:jc w:val="center"/>
      </w:pPr>
      <w:r>
        <w:lastRenderedPageBreak/>
        <w:t xml:space="preserve"> The Daily Grind: Absurd Encounters in Academia</w:t>
      </w:r>
    </w:p>
    <w:p w14:paraId="7CE5CD5E" w14:textId="77777777" w:rsidR="00197C60" w:rsidRDefault="004E0A3D">
      <w:r>
        <w:rPr>
          <w:b/>
        </w:rPr>
        <w:t>The Existential Grind of Professor Albright</w:t>
      </w:r>
    </w:p>
    <w:p w14:paraId="75E7DB61" w14:textId="77777777" w:rsidR="003F4750" w:rsidRPr="003F4750" w:rsidRDefault="003F4750" w:rsidP="003F4750">
      <w:r w:rsidRPr="003F4750">
        <w:t>Dr. Thomas Albright, an associate professor of psychology at Earnest Community College, sat at his desk and stared at the empty, chipped coffee mug. The stain at the bottom was so old it had achieved a sort of calcified permanence, a monument to a past self who had once possessed the energy to finish a cup of coffee. He was 52, with a hairline in retreat and a deep, soul-crushing weariness that no amount of psychological theory could explain. His specialty was cognitive biases, a subject he found increasingly ironic given the sheer, unbridled illogicality of his daily life.</w:t>
      </w:r>
    </w:p>
    <w:p w14:paraId="5AD806C2" w14:textId="77777777" w:rsidR="003F4750" w:rsidRPr="003F4750" w:rsidRDefault="003F4750" w:rsidP="003F4750">
      <w:r w:rsidRPr="003F4750">
        <w:t>Today was Tuesday. On Tuesdays, he taught PSYC 101, "Introduction to the Human Mind," to a classroom of 30 students, 28 of whom were checking TikTok, one was actively napping, and one, a young man named Kevin, was trying to open a bag of Doritos with his teeth, a process that sounded like a small animal being tortured.</w:t>
      </w:r>
    </w:p>
    <w:p w14:paraId="2C881752" w14:textId="77777777" w:rsidR="003F4750" w:rsidRPr="003F4750" w:rsidRDefault="003F4750" w:rsidP="003F4750">
      <w:r w:rsidRPr="003F4750">
        <w:t xml:space="preserve">Back at his office, he closed the door, hoping for </w:t>
      </w:r>
      <w:proofErr w:type="gramStart"/>
      <w:r w:rsidRPr="003F4750">
        <w:t>a brief moment</w:t>
      </w:r>
      <w:proofErr w:type="gramEnd"/>
      <w:r w:rsidRPr="003F4750">
        <w:t xml:space="preserve"> of peace. Two minutes later, without a knock, the door swung open and his star student, a perpetually earnest young woman named Bethany, entered.</w:t>
      </w:r>
    </w:p>
    <w:p w14:paraId="7BF36C44" w14:textId="77777777" w:rsidR="003F4750" w:rsidRPr="003F4750" w:rsidRDefault="003F4750" w:rsidP="003F4750">
      <w:r w:rsidRPr="003F4750">
        <w:t>“Professor Albright, I have a question about my research paper on the bystander effect,” she said, her voice filled with a passion that felt alien and vaguely threatening.</w:t>
      </w:r>
    </w:p>
    <w:p w14:paraId="448D77D8" w14:textId="77777777" w:rsidR="003F4750" w:rsidRPr="003F4750" w:rsidRDefault="003F4750" w:rsidP="003F4750">
      <w:r w:rsidRPr="003F4750">
        <w:t>Albright cleared his throat. “Certainly, Bethany. What’s the issue?”</w:t>
      </w:r>
    </w:p>
    <w:p w14:paraId="023B7F27" w14:textId="77777777" w:rsidR="003F4750" w:rsidRPr="003F4750" w:rsidRDefault="003F4750" w:rsidP="003F4750">
      <w:r w:rsidRPr="003F4750">
        <w:t>“I’m not sure how to ethically apply the theory to a real-life situation,” she said, and then, with a sigh, added, “My example is… SpongeBob SquarePants.”</w:t>
      </w:r>
    </w:p>
    <w:p w14:paraId="3F899AF0" w14:textId="77777777" w:rsidR="003F4750" w:rsidRPr="003F4750" w:rsidRDefault="003F4750" w:rsidP="003F4750">
      <w:r w:rsidRPr="003F4750">
        <w:t>Albright stared at her. “SpongeBob SquarePants?”</w:t>
      </w:r>
    </w:p>
    <w:p w14:paraId="1D09C3A1" w14:textId="6868D44E" w:rsidR="003F4750" w:rsidRPr="003F4750" w:rsidRDefault="003F4750" w:rsidP="003F4750">
      <w:r w:rsidRPr="003F4750">
        <w:t>“Yes,” she repeated, her voice full of tragic sincerity</w:t>
      </w:r>
      <w:r w:rsidR="00492FC8">
        <w:t>,</w:t>
      </w:r>
      <w:r w:rsidR="00D60151">
        <w:t xml:space="preserve"> and</w:t>
      </w:r>
      <w:r w:rsidR="00492FC8">
        <w:t xml:space="preserve"> her</w:t>
      </w:r>
      <w:r w:rsidR="00D60151">
        <w:t xml:space="preserve"> vocabulary that of a</w:t>
      </w:r>
      <w:r w:rsidR="00492FC8">
        <w:t xml:space="preserve"> tortured philosopher</w:t>
      </w:r>
      <w:r w:rsidRPr="003F4750">
        <w:t xml:space="preserve">. “I’m analyzing the bystander effect in the context of the show. I’m concerned about the ethical implications of the </w:t>
      </w:r>
      <w:r w:rsidR="00B97BEF">
        <w:t>chronic</w:t>
      </w:r>
      <w:r w:rsidRPr="003F4750">
        <w:t xml:space="preserve"> incompetence of the Bikini Bottomites. The sheer, unadulterated chaos when there’s a crisis. It's a profound ethical dilemma.”</w:t>
      </w:r>
    </w:p>
    <w:p w14:paraId="1AA2CB30" w14:textId="6ABB7B1C" w:rsidR="003F4750" w:rsidRPr="003F4750" w:rsidRDefault="003F4750" w:rsidP="003F4750">
      <w:r w:rsidRPr="003F4750">
        <w:t>Albright’s eye twitched. “Bethany, it’s a c</w:t>
      </w:r>
      <w:r w:rsidR="003C74E6">
        <w:t xml:space="preserve">artoon </w:t>
      </w:r>
      <w:r w:rsidRPr="003F4750">
        <w:t>about a talking sponge who lives in a pineapple. There are no ethical implications.”</w:t>
      </w:r>
    </w:p>
    <w:p w14:paraId="72599FCA" w14:textId="77777777" w:rsidR="003F4750" w:rsidRPr="003F4750" w:rsidRDefault="003F4750" w:rsidP="003F4750">
      <w:r w:rsidRPr="003F4750">
        <w:t>“But what about their social contract?” she countered, her eyes wide with a profound philosophical concern. “The city is in constant peril, and who steps up? A sponge, a starfish, and a squirrel from Texas. The rest of the town just stands by and watches the destruction. The show is a textbook example of a moral quandary with no civic agency. It just doesn't feel right.”</w:t>
      </w:r>
    </w:p>
    <w:p w14:paraId="735400CA" w14:textId="77777777" w:rsidR="003F4750" w:rsidRDefault="003F4750" w:rsidP="003F4750">
      <w:r w:rsidRPr="003F4750">
        <w:t>Albright felt a vein throb in his temple. It was going to be a long day.</w:t>
      </w:r>
    </w:p>
    <w:p w14:paraId="18D90D2F" w14:textId="77777777" w:rsidR="00B97BEF" w:rsidRPr="003F4750" w:rsidRDefault="00B97BEF" w:rsidP="003F4750"/>
    <w:p w14:paraId="794A62F8" w14:textId="77777777" w:rsidR="00197C60" w:rsidRDefault="004E0A3D">
      <w:r>
        <w:rPr>
          <w:b/>
        </w:rPr>
        <w:lastRenderedPageBreak/>
        <w:t>The Caper of the Emotional Support Labubu</w:t>
      </w:r>
    </w:p>
    <w:p w14:paraId="35C3C74B" w14:textId="77777777" w:rsidR="00197C60" w:rsidRDefault="004E0A3D">
      <w:r>
        <w:t>The first red flag of the day was the student who waddled into his PSYC 101 class clutching a large, plush, and unsettlingly grinning doll. It was a Labubu, one of those bizarre, goblin-like creatures with pointy ears and a mouth full of sharp little teeth. The student, a nervous young man named Spencer, sat in the front row, holding the doll to his chest like a shield.</w:t>
      </w:r>
    </w:p>
    <w:p w14:paraId="32C1642F" w14:textId="77777777" w:rsidR="00197C60" w:rsidRDefault="004E0A3D">
      <w:r>
        <w:t>“Mr. Henderson,” Albright began, correcting himself from the previous day's ferret incident, "What is that?"</w:t>
      </w:r>
    </w:p>
    <w:p w14:paraId="402D340B" w14:textId="77777777" w:rsidR="00197C60" w:rsidRDefault="004E0A3D">
      <w:r>
        <w:t>“His name is Bubu,” Spencer said, clutching the doll tighter. “And he is an emotional support animal. He helps me with my severe social anxiety.”</w:t>
      </w:r>
    </w:p>
    <w:p w14:paraId="21326317" w14:textId="77777777" w:rsidR="00197C60" w:rsidRDefault="004E0A3D">
      <w:r>
        <w:t xml:space="preserve">Albright just stared. “I’m a psychology professor, Mr. Henderson. I’m well-versed in the concept.” </w:t>
      </w:r>
    </w:p>
    <w:p w14:paraId="25101BB6" w14:textId="77777777" w:rsidR="00197C60" w:rsidRDefault="004E0A3D">
      <w:r>
        <w:t>But, inside his mind, Albright’s inner voice asked, “What the hell is going on with these kids?”</w:t>
      </w:r>
    </w:p>
    <w:p w14:paraId="7603CAFD" w14:textId="77777777" w:rsidR="00197C60" w:rsidRDefault="004E0A3D">
      <w:r>
        <w:t>Bubu, as if on cue, let out a small, high-pitched squeak from a hidden button. A few students laughed.</w:t>
      </w:r>
    </w:p>
    <w:p w14:paraId="0A8F3CC1" w14:textId="77777777" w:rsidR="00197C60" w:rsidRDefault="004E0A3D">
      <w:r>
        <w:t>Albright decided to move on. He had a lecture on schemas and cognitive shortcuts. He pointed to a photo on the smart board of a man in a chef's hat. “When you see this man, you immediately assume he is a chef. Your brain takes a shortcut.”</w:t>
      </w:r>
    </w:p>
    <w:p w14:paraId="341A80DF" w14:textId="77777777" w:rsidR="00197C60" w:rsidRDefault="004E0A3D">
      <w:r>
        <w:t>A student in the back row, scrolling through Instagram, yelled, “But what if he’s just a guy who likes hats? That’s, like, a microaggression against hat-wearers.”</w:t>
      </w:r>
    </w:p>
    <w:p w14:paraId="77CEACCC" w14:textId="77777777" w:rsidR="00197C60" w:rsidRDefault="004E0A3D">
      <w:r>
        <w:t>Before Albright could respond, Bubu's squeaker let out a series of high-pitched, furious cries. The doll began to vibrate in Spencer’s arms.</w:t>
      </w:r>
    </w:p>
    <w:p w14:paraId="4EC7FA61" w14:textId="77777777" w:rsidR="00197C60" w:rsidRDefault="004E0A3D">
      <w:r>
        <w:t>“He doesn’t like the word ‘shortcut,’” Spencer whispered. “He says it’s lazy thinking.”</w:t>
      </w:r>
    </w:p>
    <w:p w14:paraId="68DD4735" w14:textId="77777777" w:rsidR="00197C60" w:rsidRDefault="004E0A3D">
      <w:r>
        <w:t xml:space="preserve">Albright, utterly beside </w:t>
      </w:r>
      <w:proofErr w:type="gramStart"/>
      <w:r>
        <w:t>himself</w:t>
      </w:r>
      <w:proofErr w:type="gramEnd"/>
      <w:r>
        <w:t>, no longer had anything to say.</w:t>
      </w:r>
    </w:p>
    <w:p w14:paraId="382F171E" w14:textId="18BCF0FC" w:rsidR="00197C60" w:rsidRDefault="004E0A3D">
      <w:r>
        <w:t>He looked up an educational video on microaggressions, turned down the lights, and started to play it for the class.</w:t>
      </w:r>
    </w:p>
    <w:p w14:paraId="0DD34754" w14:textId="0B29C862" w:rsidR="00197C60" w:rsidRDefault="004E0A3D">
      <w:r>
        <w:t xml:space="preserve">The Labubu shrieked again. “He hates the dark,” Spencer proclaimed. </w:t>
      </w:r>
    </w:p>
    <w:p w14:paraId="018F2815" w14:textId="4F6DC042" w:rsidR="00197C60" w:rsidRDefault="004E0A3D">
      <w:r>
        <w:t>Professor Albright was at a loss for words. He had never encountered a situation quite like this in all his years of teaching. The class, however, seemed to be thoroughly entertained by the peculiar dynamic between the professor and Spencer's emotional support Labubu. As the video on microaggressions played, Bubu continued to express his disdain for the dark, squeaking intermittently and buzzing in Spencer's arms.</w:t>
      </w:r>
    </w:p>
    <w:p w14:paraId="0CF40F1B" w14:textId="40757D5E" w:rsidR="00197C60" w:rsidRDefault="004E0A3D">
      <w:proofErr w:type="gramStart"/>
      <w:r>
        <w:lastRenderedPageBreak/>
        <w:t>In an attempt to</w:t>
      </w:r>
      <w:proofErr w:type="gramEnd"/>
      <w:r>
        <w:t xml:space="preserve"> restore order, Albright decided to change the topic and resume his planned lecture. "Please, let's move on." But as he began to speak, Bubu let out a loud, indignant squeal, causing the class to erupt in laughter once more. "I apologize, Professor," Spencer said, his face reddening. "Bubu wants to know why you're perpetuating harmful stereotypes by assuming that all chefs are men." Albright's mouth hung open, unsure how to respond to the doll's seemingly progressive yet untimely intervention.</w:t>
      </w:r>
    </w:p>
    <w:p w14:paraId="09F42BFE" w14:textId="77777777" w:rsidR="00197C60" w:rsidRDefault="004E0A3D">
      <w:r>
        <w:t xml:space="preserve">As the class descended into chaos, a meek voice piped up from the back. "Um, Professor? I think my emotional support animal has something to say about this." A young woman named Emily held up a small, fluffy hamster in a plastic ball. "Hammy here wants to know if we're going to discuss the impact of societal norms on gender roles today." Albright's eyes widened, and he massaged his temples, unsure if he was dreaming or if this was indeed the new normal for his PSYC 101 class. </w:t>
      </w:r>
    </w:p>
    <w:p w14:paraId="7748770D" w14:textId="77777777" w:rsidR="00197C60" w:rsidRDefault="004E0A3D">
      <w:r>
        <w:rPr>
          <w:b/>
        </w:rPr>
        <w:t>A Professor Becomes a Meme</w:t>
      </w:r>
    </w:p>
    <w:p w14:paraId="320C2E60" w14:textId="77777777" w:rsidR="00197C60" w:rsidRDefault="004E0A3D">
      <w:r>
        <w:t>Albright's academic dean, a woman named Beverly with a fondness for buzzwords and "disruptive innovation," had recently implemented a new policy. All faculty were required to have a social media presence to "connect with the digital native student body." Albright, a man who still used his landline for most calls, had begrudgingly started a class X account. His first post was, "The brain is a complex organ. #Psychology #LearningIsFun." It got two likes, both from his mother, who jumped on the social media bandwagon at 75 years old.</w:t>
      </w:r>
    </w:p>
    <w:p w14:paraId="185BEE12" w14:textId="77777777" w:rsidR="00197C60" w:rsidRDefault="004E0A3D">
      <w:r>
        <w:t>Beverly called him into her office. “Thomas, your social media presence is… passive. We need something viral. Something that will put Earnest Community College on the map!”</w:t>
      </w:r>
    </w:p>
    <w:p w14:paraId="19C8F02C" w14:textId="77777777" w:rsidR="00197C60" w:rsidRDefault="004E0A3D">
      <w:r>
        <w:t xml:space="preserve">Albright, mortified, had a terrible idea. He decided to create a TikTok video. He stood in his classroom, a grimace on his face, and held up a whiteboard. The whiteboard read: "Did you know that the average attention span is only 8 seconds? That's less than a goldfish!" </w:t>
      </w:r>
    </w:p>
    <w:p w14:paraId="4CB29456" w14:textId="77777777" w:rsidR="00197C60" w:rsidRDefault="004E0A3D">
      <w:r>
        <w:t xml:space="preserve">He then threw the whiteboard with all his might into a stack of empty chairs. The whiteboard hit the stack, ricocheted off a desk, and smashed into the smart board, leaving a spiderweb of cracks. The video was a disaster, but for all the wrong </w:t>
      </w:r>
      <w:proofErr w:type="gramStart"/>
      <w:r>
        <w:t>reasons.A</w:t>
      </w:r>
      <w:proofErr w:type="gramEnd"/>
      <w:r>
        <w:t xml:space="preserve"> dismayed Albright decided to post it anyway. “Screw it,” he thought.</w:t>
      </w:r>
    </w:p>
    <w:p w14:paraId="79F1849A" w14:textId="77777777" w:rsidR="00197C60" w:rsidRDefault="004E0A3D">
      <w:r>
        <w:t>Albright never suspected the onslaught of comments to come.</w:t>
      </w:r>
    </w:p>
    <w:p w14:paraId="4178EE39" w14:textId="77777777" w:rsidR="00197C60" w:rsidRDefault="004E0A3D">
      <w:r>
        <w:t>The first exclaimed, "Bro, the way you threw that board is my daily mood!" The second: "I feel this on a spiritual level. Who is this guy?" The third: "He looks like my dad when I ask for the Wi-Fi password. #relatable"</w:t>
      </w:r>
    </w:p>
    <w:p w14:paraId="6011C269" w14:textId="42C4501E" w:rsidR="00197C60" w:rsidRDefault="004E0A3D">
      <w:r>
        <w:t xml:space="preserve">The video, to Albright's horror, went viral. It was not a viral video about psychology; it was a viral video about a miserable, frustrated professor. Within a day, a new meme was born: a low-quality screenshot of Albright mid-throw, captioned with various phrases of profound despair. One read: "When the dean says you have to teach on a Saturday." Another: "When you finally find a matching pair of socks, but they have holes." He was a meme, a digital </w:t>
      </w:r>
      <w:r>
        <w:lastRenderedPageBreak/>
        <w:t>punchline. Little did he know that his accidental viral fame would lead to an even more unexpected turn of events.</w:t>
      </w:r>
    </w:p>
    <w:p w14:paraId="7C147A40" w14:textId="05825FAC" w:rsidR="00197C60" w:rsidRDefault="004E0A3D">
      <w:r>
        <w:t xml:space="preserve">As the video made its rounds on the internet, it caught the attention of a group of students at Earnest Community College who found it equally hilarious and relatable. They decided to take their admiration for Albright's unintentional comedy a step further. One enterprising student, with a knack for graphic design, created a life-size cutout of Albright mid-throw, complete with a speech bubble that said, "When you pass your finals with flying colors!" </w:t>
      </w:r>
    </w:p>
    <w:p w14:paraId="595C417F" w14:textId="1DCDA104" w:rsidR="00197C60" w:rsidRDefault="004E0A3D">
      <w:r>
        <w:t xml:space="preserve">The cutouts began popping up all over campus. There was Albright in the cafeteria, captioned, "When you finally find a seat during lunch rush." In the library, he appeared with the phrase, "That one book you need for your research... checked out. #Relatable." Even the college's sports teams got in on the action, with Albright's face superimposed on a basketball player about to dunk, the caption reading, "When you smash the competition! #GoEarnestKnights." </w:t>
      </w:r>
    </w:p>
    <w:p w14:paraId="43497B28" w14:textId="77777777" w:rsidR="00197C60" w:rsidRDefault="004E0A3D">
      <w:r>
        <w:rPr>
          <w:b/>
        </w:rPr>
        <w:t>The Technology Tangle</w:t>
      </w:r>
    </w:p>
    <w:p w14:paraId="75067516" w14:textId="52E7D24F" w:rsidR="00197C60" w:rsidRDefault="004E0A3D">
      <w:r>
        <w:t>Earnest Community College had just unveiled its new "Holodeck Classroom," a state-of-the-art interactive teaching space</w:t>
      </w:r>
      <w:r w:rsidR="00883EF8">
        <w:t xml:space="preserve"> </w:t>
      </w:r>
      <w:r w:rsidR="00626078">
        <w:t>apparently in honor of</w:t>
      </w:r>
      <w:r w:rsidR="008D56F2">
        <w:t xml:space="preserve"> Star Trek</w:t>
      </w:r>
      <w:r>
        <w:t>. It was a glorified smart board with more than a few extra bells and whistles, and the college was immensely proud of it. Albright was mandated to teach his following lecture there.</w:t>
      </w:r>
    </w:p>
    <w:p w14:paraId="13C6B8BE" w14:textId="77777777" w:rsidR="00197C60" w:rsidRDefault="004E0A3D">
      <w:r>
        <w:t>He was discussing cognitive biases, specifically confirmation bias. He pulled up a slide on the Holodeck's massive screen, which was supposed to display a neutral image of a field. Instead, the screen glitched, and a high-definition image of a cat wearing a monocle and a tiny top hat appeared, sipping what appeared to be a little glass of milk.</w:t>
      </w:r>
    </w:p>
    <w:p w14:paraId="49AA0C4B" w14:textId="77777777" w:rsidR="00197C60" w:rsidRDefault="004E0A3D">
      <w:r>
        <w:t>“What the…,” Albright began to ask.</w:t>
      </w:r>
    </w:p>
    <w:p w14:paraId="1BA666B9" w14:textId="77777777" w:rsidR="00197C60" w:rsidRDefault="004E0A3D">
      <w:r>
        <w:t>A student in the back, who had been struggling to stay awake, sat bolt upright. “That’s The Earl of Milk! He’s, like, a famous internet cat.”</w:t>
      </w:r>
    </w:p>
    <w:p w14:paraId="59BF9A00" w14:textId="77777777" w:rsidR="00197C60" w:rsidRDefault="004E0A3D">
      <w:r>
        <w:t>Albright, flustered, tried to switch the slide. The screen flickered, and The Earl of Milk was replaced with a series of rapidly flashing images: a golden retriever wearing sunglasses, a baby eating a lemon, and a man trying to open a jar of pickles with a wrench. The Holodeck was projecting random internet memes, a visual manifestation of every student's distracted inner monologue.</w:t>
      </w:r>
    </w:p>
    <w:p w14:paraId="2683E731" w14:textId="77777777" w:rsidR="00197C60" w:rsidRDefault="004E0A3D">
      <w:r>
        <w:t>He frantically pressed buttons on the remote. The Holodeck responded by projecting a 3D hologram of a dancing banana. The banana danced with alarming speed, a grotesque, yellow blur in the middle of the classroom.</w:t>
      </w:r>
    </w:p>
    <w:p w14:paraId="2D48F993" w14:textId="77777777" w:rsidR="00197C60" w:rsidRDefault="004E0A3D">
      <w:r>
        <w:t>"This is an excellent example of a cognitive bias," Albright stammered, trying to regain control. "You're all focused on the absurd, dancing banana instead of my lecture, proving your brains are hardwired for novelty."</w:t>
      </w:r>
    </w:p>
    <w:p w14:paraId="580388CF" w14:textId="5A0665F3" w:rsidR="00197C60" w:rsidRDefault="004E0A3D">
      <w:r>
        <w:lastRenderedPageBreak/>
        <w:t>A student laughed. "The banana is more interesting than your lecture."</w:t>
      </w:r>
    </w:p>
    <w:p w14:paraId="2C00F3E6" w14:textId="5C5BB87C" w:rsidR="00197C60" w:rsidRDefault="004E0A3D">
      <w:r>
        <w:t xml:space="preserve">Albright's attempts to regain control of the Holodeck were in vain. The more he fiddled with the remote, the more chaotic the projections became. The dancing banana was joined by a flock of animated pigeons, performing a synchronized dance routine. The students erupted into </w:t>
      </w:r>
      <w:proofErr w:type="gramStart"/>
      <w:r>
        <w:t>laughter,</w:t>
      </w:r>
      <w:proofErr w:type="gramEnd"/>
      <w:r>
        <w:t xml:space="preserve"> their attention firmly fixed on the bizarre display. Albright's face reddened; he was not known for his sense of humor, and this was certainly not how he had envisioned his lecture going.</w:t>
      </w:r>
    </w:p>
    <w:p w14:paraId="0E80CBFB" w14:textId="7807C09D" w:rsidR="00197C60" w:rsidRDefault="004E0A3D">
      <w:r>
        <w:t>Just as he was about to give up and abandon the Holodeck altogether, the pigeons suddenly froze mid-dance. The screen flickered once more, and a life-size hologram of a distinguished-looking man appeared. He had a bushy mustache and was dressed in a three-piece suit, holding a pipe in one hand. "Greetings, Professor Albright and students," the hologram said, with a slight British accent. "I am Professor Pip, your virtual assistant for this Holodeck Classroom. It seems we've encountered a slight technical difficulty." The students burst out laughing again, unable to contain themselves at the hologram's formal attire and posh demeanor.</w:t>
      </w:r>
    </w:p>
    <w:p w14:paraId="60600E2E" w14:textId="63ED2D29" w:rsidR="00197C60" w:rsidRDefault="004E0A3D">
      <w:r>
        <w:t xml:space="preserve">Professor Albright, however, saw an opportunity. "Yes, Professor Pip, we seem to be experiencing some... unique technical issues. Perhaps you could assist me in demonstrating the concept of cognitive biases to the class?" Pip's holographic eyebrows </w:t>
      </w:r>
      <w:proofErr w:type="gramStart"/>
      <w:r>
        <w:t>raised</w:t>
      </w:r>
      <w:proofErr w:type="gramEnd"/>
      <w:r>
        <w:t xml:space="preserve"> inquisitively. "Of course, Professor. How may I be of assistance?" Albright cleared his throat, a mischievous glint in his eye. "Well, I was just about to discuss the concept of confirmation bias. Perhaps you could help illustrate this by showing the students some relevant examples?" </w:t>
      </w:r>
    </w:p>
    <w:p w14:paraId="6953DF19" w14:textId="27A5A284" w:rsidR="00197C60" w:rsidRDefault="004E0A3D">
      <w:r>
        <w:t xml:space="preserve">The students were enthralled by Professor Pip, their laughter subsiding </w:t>
      </w:r>
      <w:proofErr w:type="gramStart"/>
      <w:r>
        <w:t>into</w:t>
      </w:r>
      <w:proofErr w:type="gramEnd"/>
      <w:r>
        <w:t xml:space="preserve"> attentive silence. They hung on </w:t>
      </w:r>
      <w:proofErr w:type="gramStart"/>
      <w:r>
        <w:t>his every</w:t>
      </w:r>
      <w:proofErr w:type="gramEnd"/>
      <w:r>
        <w:t xml:space="preserve"> word, eager to please this unexpected hologram with their engagement. Albright, meanwhile, was pleased to have regained some semblance of control over the chaotic lecture. "Confirmation bias, Professor Pip, if you please," he said, gesturing grandly towards the blank space beside the frozen, mid-dance pigeons.</w:t>
      </w:r>
    </w:p>
    <w:p w14:paraId="51A2A476" w14:textId="77777777" w:rsidR="00197C60" w:rsidRDefault="004E0A3D">
      <w:r>
        <w:t xml:space="preserve">Professor Pip's eyebrows </w:t>
      </w:r>
      <w:proofErr w:type="gramStart"/>
      <w:r>
        <w:t>raised</w:t>
      </w:r>
      <w:proofErr w:type="gramEnd"/>
      <w:r>
        <w:t xml:space="preserve"> once more, and he took on a thoughtful expression. "Of course, a delicate matter, confirmation bias. It is the tendency to interpret new information in a way that confirms one's existing beliefs, is it not?" The students nodded vigorously, their eyes shining with newfound appreciation for the material. Pip continued, "Let us consider an example. Imagine you believe that all birds are graceful creatures, elegant in flight. Now, witness this..." With a </w:t>
      </w:r>
      <w:proofErr w:type="gramStart"/>
      <w:r>
        <w:t>flourish</w:t>
      </w:r>
      <w:proofErr w:type="gramEnd"/>
      <w:r>
        <w:t xml:space="preserve"> of his pipe, he conjured a flock of animated penguins, waddling awkwardly across the screen, their wings flapping frantically as they struggled to take off. The students burst into laughter, their adoration for Professor Pip growing with each entertaining display. </w:t>
      </w:r>
    </w:p>
    <w:p w14:paraId="678C2FA9" w14:textId="77777777" w:rsidR="00197C60" w:rsidRDefault="004E0A3D">
      <w:r>
        <w:br/>
      </w:r>
    </w:p>
    <w:p w14:paraId="7F5969D2" w14:textId="19D05CD7" w:rsidR="00197C60" w:rsidRDefault="004E0A3D">
      <w:r>
        <w:lastRenderedPageBreak/>
        <w:t xml:space="preserve">Albright, however, was not amused. "Enough of the theatrics, Pip!" he exclaimed, his face reddening further. "We get the point. Now, if you'd be so kind as to conclude this demonstration and return us to the original lecture, I'd like to resume my discussion of cognitive biases without further interruption." The students, tied to their utter fascination with Professor Pip, exchanged uncertain glances. Professor Pip, sensing their conflict, gave a subtle bow. "Of course, Professor Albright. </w:t>
      </w:r>
      <w:proofErr w:type="gramStart"/>
      <w:r>
        <w:t>I am</w:t>
      </w:r>
      <w:proofErr w:type="gramEnd"/>
      <w:r>
        <w:t xml:space="preserve"> at your service."</w:t>
      </w:r>
      <w:r>
        <w:br/>
        <w:t>Albright rolled his eyes.</w:t>
      </w:r>
    </w:p>
    <w:p w14:paraId="243D93E7" w14:textId="77777777" w:rsidR="00197C60" w:rsidRDefault="004E0A3D">
      <w:r>
        <w:rPr>
          <w:b/>
        </w:rPr>
        <w:t>The School Policy Nightmare</w:t>
      </w:r>
    </w:p>
    <w:p w14:paraId="695FCD12" w14:textId="77777777" w:rsidR="00197C60" w:rsidRDefault="004E0A3D">
      <w:r>
        <w:t>Dean Beverly, in her ongoing quest for "student-centric synergy," had rolled out a new school policy. Every professor was required to have a "Daily Empathy Minute" at the start of each class, a time for students to share their feelings.</w:t>
      </w:r>
    </w:p>
    <w:p w14:paraId="1B4B28AC" w14:textId="77777777" w:rsidR="00197C60" w:rsidRDefault="004E0A3D">
      <w:r>
        <w:t>The next morning, Albright stood in front of his class, Bubu the Labubu squeaking softly from his carrier. “Okay, everyone. Daily Empathy Minute. Does anyone have anything they’d like to share?”</w:t>
      </w:r>
    </w:p>
    <w:p w14:paraId="2D640F00" w14:textId="77777777" w:rsidR="00197C60" w:rsidRDefault="004E0A3D">
      <w:r>
        <w:t>A young woman in the back raised her hand. “I’m feeling a profound sense of FOMO because my favorite YouTuber just released a limited-edition merch drop and I can’t afford it.”</w:t>
      </w:r>
    </w:p>
    <w:p w14:paraId="72A03589" w14:textId="77777777" w:rsidR="00197C60" w:rsidRDefault="004E0A3D">
      <w:r>
        <w:t>Albright nodded. “Thank you for sharing, Jackie. Anyone else?”</w:t>
      </w:r>
    </w:p>
    <w:p w14:paraId="0732AE00" w14:textId="759EB399" w:rsidR="00197C60" w:rsidRDefault="00D5667E">
      <w:r>
        <w:t>Madox</w:t>
      </w:r>
      <w:r w:rsidR="000B4E42">
        <w:t>, a</w:t>
      </w:r>
      <w:r>
        <w:t xml:space="preserve"> young man with a man bun</w:t>
      </w:r>
      <w:r w:rsidR="000B4E42">
        <w:t>,</w:t>
      </w:r>
      <w:r>
        <w:t xml:space="preserve"> sighed dramatically. “I’m feeling unheard because my betta fish, Bartholomew, has been completely ignoring my attempts to bond.”</w:t>
      </w:r>
    </w:p>
    <w:p w14:paraId="3E49F8C3" w14:textId="77777777" w:rsidR="00197C60" w:rsidRDefault="004E0A3D">
      <w:r>
        <w:t>Albright felt a sharp, stabbing pain in his own soul. “I’m sorry to hear that, Bartholomew…” he said, and then corrected himself, “I mean, I’m sorry to hear that, Mr. Johnson.”</w:t>
      </w:r>
    </w:p>
    <w:p w14:paraId="36D9249C" w14:textId="77777777" w:rsidR="00197C60" w:rsidRDefault="004E0A3D">
      <w:r>
        <w:t>The dean’s office called Albright a few minutes after class had ended. “Thomas, we have a complaint from a student in your 101 class,” Beverly said. “They feel your ‘empathy minute’ was ‘performative and lacked authentic validation.’”</w:t>
      </w:r>
    </w:p>
    <w:p w14:paraId="435E515C" w14:textId="77777777" w:rsidR="00197C60" w:rsidRDefault="004E0A3D">
      <w:r>
        <w:t>“It was about a betta fish, Beverly,” Albright said, his voice a low growl.</w:t>
      </w:r>
    </w:p>
    <w:p w14:paraId="1464045A" w14:textId="77777777" w:rsidR="00197C60" w:rsidRDefault="004E0A3D">
      <w:r>
        <w:t>“The college prides itself on a culture of care,” Beverly said. “I’m going to come observe your class tomorrow, just to make sure you’re properly engaging with the new policy.”</w:t>
      </w:r>
    </w:p>
    <w:p w14:paraId="2BA803DE" w14:textId="23F3332A" w:rsidR="00197C60" w:rsidRDefault="004E0A3D">
      <w:r>
        <w:t xml:space="preserve">Albright hung up the phone and looked out his window. The world was a relentless tide of absurdities, and he was standing on a small, rapidly shrinking island of sanity. </w:t>
      </w:r>
    </w:p>
    <w:p w14:paraId="02111B16" w14:textId="77777777" w:rsidR="00432CB5" w:rsidRDefault="004E0A3D">
      <w:r>
        <w:t xml:space="preserve">He stared out of the window, watching the world go by with a sense of detachment. The ridiculousness of the situation was not lost on him, and he felt like a bystander in a theatre of the absurd. He thought of the student, Mr. Johnson, and his betta fish, Bartholomew. The sharp pain in his soul had now morphed into a dull ache, and he wondered if he, too, was suffering from a lack of authentic validation. </w:t>
      </w:r>
    </w:p>
    <w:p w14:paraId="5BBAB63A" w14:textId="1CCF3687" w:rsidR="00197C60" w:rsidRDefault="004E0A3D">
      <w:r>
        <w:lastRenderedPageBreak/>
        <w:t xml:space="preserve">With a shake </w:t>
      </w:r>
      <w:proofErr w:type="gramStart"/>
      <w:r>
        <w:t>of</w:t>
      </w:r>
      <w:proofErr w:type="gramEnd"/>
      <w:r>
        <w:t xml:space="preserve"> his head, he turned back to his desk, only to be confronted by a flurry of emails. Albright's head was spinning, and he felt like he had stepped into a surrealist painting, where betta fish and empathy minutes reigned supreme. With a deep breath, he decided to tackle the emails, hoping to find some semblance of sanity. </w:t>
      </w:r>
    </w:p>
    <w:p w14:paraId="5149CCB5" w14:textId="5DDEBDD4" w:rsidR="00197C60" w:rsidRDefault="004E0A3D">
      <w:r>
        <w:t xml:space="preserve">But as he opened the first email, he wished he hadn't. It was from the dean, and she had attached a lengthy document titled "Empathy Minute Best Practices: A Guide to Authentic Validation." The document outlined a step-by-step process for implementing the Daily Empathy Minute, complete with role-playing scenarios and suggested responses. Albright's eyes widened as he read through the cringe-worthy examples, his face twisting in dismay. </w:t>
      </w:r>
    </w:p>
    <w:p w14:paraId="69014757" w14:textId="6476B3A2" w:rsidR="00197C60" w:rsidRDefault="004E0A3D">
      <w:r>
        <w:t>The following email from Mr. Johnson was equally disconcerting. Mr. Johnson, after a profound soul-searching journey, had concluded that the lack of response from his betta fish, Bartholomew, was not due to his own inadequacies but instead to Albright's insufficient empathy. He demanded that Albright undergo an "empathy training course" to better understand the emotional needs of betta fish. Albright's mouth hung open in disbelief as he read the email, half-expecting a school of betta fish to swim past his window in protest. Was it all just sarcasm, or was Mr. Johnson truly offended by Albright's response to the betta fish quandary?</w:t>
      </w:r>
    </w:p>
    <w:p w14:paraId="5F689ADF" w14:textId="1BBAC6C0" w:rsidR="00197C60" w:rsidRDefault="004E0A3D">
      <w:r>
        <w:t>As if the day couldn't get any more bizarre, the final email was from an anonymous sender. It contained a new meme of Albright, his face superimposed onto a cartoon fish, with the caption, "When your professor can't even connect with a betta fish, you know you're in for a swim-tastic semester!" Albright couldn't help but let out a reluctant chuckle, recognizing the humor in the situation, even as he questioned his own sanity.</w:t>
      </w:r>
    </w:p>
    <w:p w14:paraId="4B0A3E0B" w14:textId="77777777" w:rsidR="00197C60" w:rsidRDefault="004E0A3D">
      <w:r>
        <w:rPr>
          <w:b/>
        </w:rPr>
        <w:t>The Day the Dam Broke</w:t>
      </w:r>
    </w:p>
    <w:p w14:paraId="62FB0E73" w14:textId="77777777" w:rsidR="00197C60" w:rsidRDefault="004E0A3D">
      <w:r>
        <w:t>The next day, Albright walked into his classroom for the lecture observation. Dean Beverly was already there, sitting in the back with a clipboard and a stern, analytical expression.</w:t>
      </w:r>
    </w:p>
    <w:p w14:paraId="5466458A" w14:textId="77777777" w:rsidR="00197C60" w:rsidRDefault="004E0A3D">
      <w:r>
        <w:t>Albright started his lecture, a lesson on the Dunning-Kruger effect, but his mind was elsewhere. He could feel the weight of the day pressing in. The memes, the Labubu, the betta fish, the fake empathy, the broken technology. It was all too much.</w:t>
      </w:r>
    </w:p>
    <w:p w14:paraId="7286B152" w14:textId="77777777" w:rsidR="00197C60" w:rsidRDefault="004E0A3D">
      <w:r>
        <w:t>As he was drawing a graph on the whiteboard, Bubu the Labubu, now in a tiny hoodie, suddenly shrieked and leaped from his carrier. The doll sprinted across the floor, dodging a student’s feet, and began to cling to the dean’s designer loafers furiously.</w:t>
      </w:r>
    </w:p>
    <w:p w14:paraId="344D9019" w14:textId="77777777" w:rsidR="00197C60" w:rsidRDefault="004E0A3D">
      <w:r>
        <w:t>“Bubu, no!” Spencer shrieked, scrambling to grab the doll.</w:t>
      </w:r>
    </w:p>
    <w:p w14:paraId="1E9DEBEC" w14:textId="77777777" w:rsidR="00197C60" w:rsidRDefault="004E0A3D">
      <w:r>
        <w:t>At the same moment, a student in the front row, scrolling through his phone, yelled, “Dude, you’re a meme!” He held up his phone to show the class a new viral image: a picture of Albright's face, a look of utter desolation on it, with the caption, "When you realize you're a human meme, and your life has no meaning."</w:t>
      </w:r>
    </w:p>
    <w:p w14:paraId="2B70723C" w14:textId="77777777" w:rsidR="00197C60" w:rsidRDefault="004E0A3D">
      <w:r>
        <w:lastRenderedPageBreak/>
        <w:t xml:space="preserve">Suddenly, the Holodeck Classroom, still in a state of digital disrepair, began to flicker. It projected a 3D hologram of a giant, sentient pile of laundry. The laundry pile moaned, “I can’t find my other sock! Where is my other </w:t>
      </w:r>
      <w:proofErr w:type="gramStart"/>
      <w:r>
        <w:t>sock</w:t>
      </w:r>
      <w:proofErr w:type="gramEnd"/>
      <w:r>
        <w:t>? I am a lost cause! An existential void!”</w:t>
      </w:r>
    </w:p>
    <w:p w14:paraId="13DB35CD" w14:textId="77777777" w:rsidR="00197C60" w:rsidRDefault="004E0A3D">
      <w:r>
        <w:t>Albright looked at the laundry pile, then at the Labubu clutching at the dean’s shoes, then at the student with the meme. A profound, serene calm washed over him. The dam had broken.</w:t>
      </w:r>
    </w:p>
    <w:p w14:paraId="5BABB052" w14:textId="77777777" w:rsidR="00197C60" w:rsidRDefault="004E0A3D">
      <w:r>
        <w:t>He threw down his marker. "Fine!" he yelled. "You want to talk about psychology? Let's talk about it!" He pointed at the laundry pile. "This, my friends, is a perfect, living metaphor for the human condition! We are all just lost socks looking for our other half in a giant, terrifying cosmic laundry machine! The search is futile! The despair is real!"</w:t>
      </w:r>
    </w:p>
    <w:p w14:paraId="64981221" w14:textId="77777777" w:rsidR="00197C60" w:rsidRDefault="004E0A3D">
      <w:r>
        <w:t xml:space="preserve">He turned to the student with the meme. "And this! This is the ultimate example of the actor-observer bias! I, the actor, am experiencing this as a soul-crushing moment of public humiliation! You, the observer, </w:t>
      </w:r>
      <w:proofErr w:type="gramStart"/>
      <w:r>
        <w:t>are seeing</w:t>
      </w:r>
      <w:proofErr w:type="gramEnd"/>
      <w:r>
        <w:t xml:space="preserve"> it as a hilarious and 'relatable' punchline! We are all trapped in our own perceptions!"</w:t>
      </w:r>
    </w:p>
    <w:p w14:paraId="38FC5BBF" w14:textId="77777777" w:rsidR="00197C60" w:rsidRDefault="004E0A3D">
      <w:r>
        <w:t>He then looked at Bubu the Labubu, who had now managed to pull a shoelace out of the dean's loafer. "And this Labubu! This Labubu is a testament to the sheer, magnificent absurdity of our modern world! You believe it can cure your social anxiety, but the only thing it’s teaching you is that reality is far stranger than any theory!"</w:t>
      </w:r>
    </w:p>
    <w:p w14:paraId="44588D79" w14:textId="77777777" w:rsidR="00197C60" w:rsidRDefault="004E0A3D">
      <w:r>
        <w:t xml:space="preserve">He pointed at the terrified dean. "And you! Dean Beverly! Your policies! Your buzzwords! Your 'synergy'! It's all just a defense mechanism to shield you from </w:t>
      </w:r>
      <w:proofErr w:type="gramStart"/>
      <w:r>
        <w:t>the chaos</w:t>
      </w:r>
      <w:proofErr w:type="gramEnd"/>
      <w:r>
        <w:t xml:space="preserve">! The chaos of misplaced flash drives, of angry </w:t>
      </w:r>
      <w:proofErr w:type="gramStart"/>
      <w:r>
        <w:t>bettas</w:t>
      </w:r>
      <w:proofErr w:type="gramEnd"/>
      <w:r>
        <w:t>, of sentient laundry piles! The human mind is not a spreadsheet! It is a beautiful, terrifying, illogical, and magnificent mess!"</w:t>
      </w:r>
    </w:p>
    <w:p w14:paraId="143821B1" w14:textId="77777777" w:rsidR="00197C60" w:rsidRDefault="004E0A3D">
      <w:r>
        <w:t>The room was silent. Every student, even the napper, was staring at him. He was a raving lunatic, a man unhinged, a magnificent breakdown in real-time.</w:t>
      </w:r>
    </w:p>
    <w:p w14:paraId="487148C2" w14:textId="77777777" w:rsidR="00197C60" w:rsidRDefault="004E0A3D">
      <w:r>
        <w:t>The dean, a look of pure confusion on her face, watched him for a long moment. She then checked a box on her clipboard and, without a word, walked out, her shoelace now completely undone.</w:t>
      </w:r>
    </w:p>
    <w:p w14:paraId="3D0122ED" w14:textId="77777777" w:rsidR="00197C60" w:rsidRDefault="004E0A3D">
      <w:r>
        <w:t>Albright, breathless and exhausted, sank into his chair. He had finally said what he had needed to say for a decade. A student came up to him after class.</w:t>
      </w:r>
    </w:p>
    <w:p w14:paraId="6FA5BFE0" w14:textId="77777777" w:rsidR="00197C60" w:rsidRDefault="004E0A3D">
      <w:r>
        <w:t>"Professor Albright," the student said, "that was a powerful lecture. You made me realize my life is just a series of defense mechanisms."</w:t>
      </w:r>
    </w:p>
    <w:p w14:paraId="44BEF627" w14:textId="77777777" w:rsidR="00197C60" w:rsidRDefault="004E0A3D">
      <w:r>
        <w:t>Albright just nodded. The student looked at the dean's undone shoelace, then at the Labubu, then back at Albright. "It was... really moving."</w:t>
      </w:r>
    </w:p>
    <w:p w14:paraId="6CF600B8" w14:textId="77777777" w:rsidR="00197C60" w:rsidRDefault="004E0A3D">
      <w:r>
        <w:t xml:space="preserve">A week later, a notice appeared in Albright's mailbox. It was from Dean Beverly. The memo began with: "Congratulations, Professor Albright. The faculty committee has reviewed your </w:t>
      </w:r>
      <w:r>
        <w:lastRenderedPageBreak/>
        <w:t xml:space="preserve">recent performance </w:t>
      </w:r>
      <w:proofErr w:type="gramStart"/>
      <w:r>
        <w:t>and,</w:t>
      </w:r>
      <w:proofErr w:type="gramEnd"/>
      <w:r>
        <w:t xml:space="preserve"> based on your innovative and 'disruptive' pedagogical methods, has unanimously approved you for a promotion.</w:t>
      </w:r>
    </w:p>
    <w:p w14:paraId="348688C8" w14:textId="77777777" w:rsidR="00197C60" w:rsidRDefault="004E0A3D">
      <w:r>
        <w:t>He was a professor for life, all thanks to a meme and a Labubu. And in a world of illogical chaos, that felt like the most logical thing of all.</w:t>
      </w:r>
    </w:p>
    <w:p w14:paraId="283A36E7" w14:textId="77777777" w:rsidR="00197C60" w:rsidRDefault="004E0A3D">
      <w:r>
        <w:t>Sadly, or not, it was all just a dream.</w:t>
      </w:r>
    </w:p>
    <w:p w14:paraId="5B4962D6" w14:textId="274EBD69" w:rsidR="00197C60" w:rsidRPr="000379AC" w:rsidRDefault="004E0A3D">
      <w:pPr>
        <w:rPr>
          <w:b/>
          <w:bCs/>
        </w:rPr>
      </w:pPr>
      <w:r w:rsidRPr="000379AC">
        <w:rPr>
          <w:b/>
          <w:bCs/>
        </w:rPr>
        <w:t>The Real Unhinged Observation</w:t>
      </w:r>
    </w:p>
    <w:p w14:paraId="04D747E6" w14:textId="3D9103F9" w:rsidR="005252BE" w:rsidRPr="005252BE" w:rsidRDefault="005252BE" w:rsidP="005252BE">
      <w:r w:rsidRPr="005252BE">
        <w:t>Albright, still a little dazed from a vivid dream, found himself on campus, ready to tackle the Empathy Minute with Dean Beverly. He held a less-than-stellar understanding of the "Guide to Authentic Validation," which he suspected was written by a sociopath with a PowerPoint addiction. His only plan was to survive.</w:t>
      </w:r>
    </w:p>
    <w:p w14:paraId="51EDFCC6" w14:textId="589AAC77" w:rsidR="005252BE" w:rsidRPr="005252BE" w:rsidRDefault="005252BE" w:rsidP="005252BE">
      <w:r w:rsidRPr="005252BE">
        <w:t>As he entered the room, he saw her</w:t>
      </w:r>
      <w:r w:rsidR="00080997">
        <w:t xml:space="preserve"> in the flesh</w:t>
      </w:r>
      <w:r w:rsidRPr="005252BE">
        <w:t xml:space="preserve">—Dean Beverly, a monument to performative wellness in her crisp blazer and sensible shoes. She was already speaking, her voice a calm stream of corporate-speak. “We're here to synergize our emotional bandwidths,” she explained, “and leverage our collective vulnerability to build a more empowered </w:t>
      </w:r>
      <w:r w:rsidR="005819B1">
        <w:t>college</w:t>
      </w:r>
      <w:r w:rsidRPr="005252BE">
        <w:t xml:space="preserve"> ecosystem.” Albright’s eyelid twitched.</w:t>
      </w:r>
    </w:p>
    <w:p w14:paraId="320716F1" w14:textId="76FCAFB5" w:rsidR="005252BE" w:rsidRPr="005252BE" w:rsidRDefault="005252BE" w:rsidP="005252BE">
      <w:r w:rsidRPr="005252BE">
        <w:t>Finally, it was his turn. He took a deep breath. Instead of a theatrical performance, he decided to use the only tool he had</w:t>
      </w:r>
      <w:r w:rsidR="00026D3C">
        <w:t>—</w:t>
      </w:r>
      <w:r w:rsidRPr="005252BE">
        <w:t xml:space="preserve">academic cynicism. He cleared his throat. "Good morning. In the spirit of radical honesty, let's talk about </w:t>
      </w:r>
      <w:r w:rsidRPr="005252BE">
        <w:rPr>
          <w:b/>
          <w:bCs/>
        </w:rPr>
        <w:t>cognitive dissonance</w:t>
      </w:r>
      <w:r w:rsidRPr="005252BE">
        <w:t xml:space="preserve">." The phrase hung in the air like a bad smell. "That feeling you get when your </w:t>
      </w:r>
      <w:r w:rsidR="006A6CFA" w:rsidRPr="005252BE">
        <w:t>deeply held</w:t>
      </w:r>
      <w:r w:rsidRPr="005252BE">
        <w:t xml:space="preserve"> beliefs clash with the reality of, say, a mandatory, emotion-based faculty workshop." He gestured vaguely at the room.</w:t>
      </w:r>
    </w:p>
    <w:p w14:paraId="5507DB50" w14:textId="6FE19BE8" w:rsidR="005252BE" w:rsidRPr="005252BE" w:rsidRDefault="005252BE" w:rsidP="005252BE">
      <w:r w:rsidRPr="005252BE">
        <w:t>Bethany,</w:t>
      </w:r>
      <w:r w:rsidR="004D794B">
        <w:t xml:space="preserve"> who was seated in the front row</w:t>
      </w:r>
      <w:r w:rsidR="00F370C7">
        <w:t xml:space="preserve"> and likely still contemplating the ethical dilemmas of SpongeBob</w:t>
      </w:r>
      <w:r w:rsidR="004D794B">
        <w:t>,</w:t>
      </w:r>
      <w:r w:rsidRPr="005252BE">
        <w:t xml:space="preserve"> nodded vigorously. </w:t>
      </w:r>
      <w:r w:rsidR="00D5667E">
        <w:t>Madox</w:t>
      </w:r>
      <w:r w:rsidR="00A71E90">
        <w:t xml:space="preserve"> </w:t>
      </w:r>
      <w:r w:rsidR="0088062C">
        <w:t>was seated behind her. P</w:t>
      </w:r>
      <w:r w:rsidR="00A71E90">
        <w:t>ained by the ongoing communication issues with his betta fish,</w:t>
      </w:r>
      <w:r w:rsidR="00305FBE">
        <w:t xml:space="preserve"> </w:t>
      </w:r>
      <w:r w:rsidR="00F20DA4">
        <w:t xml:space="preserve">he </w:t>
      </w:r>
      <w:r w:rsidR="00D5667E">
        <w:t>was</w:t>
      </w:r>
      <w:r w:rsidR="003B30EC">
        <w:t xml:space="preserve"> </w:t>
      </w:r>
      <w:r w:rsidRPr="005252BE">
        <w:t>compulsively clicking a retractable pen</w:t>
      </w:r>
      <w:r w:rsidR="00A71E90">
        <w:t xml:space="preserve">. </w:t>
      </w:r>
      <w:r w:rsidRPr="005252BE">
        <w:t>The sound was a loud, rhythmic counterpoint to the quiet dread in the room.</w:t>
      </w:r>
    </w:p>
    <w:p w14:paraId="29757C02" w14:textId="77777777" w:rsidR="005252BE" w:rsidRPr="005252BE" w:rsidRDefault="005252BE" w:rsidP="005252BE">
      <w:r w:rsidRPr="005252BE">
        <w:t>Albright pressed on, feeling a dangerous surge of conviction. "The Empathy Minute, for instance. We're told to be 'authentically vulnerable,' but we're also being observed and, I'm assuming, graded. That creates a profound internal conflict. Our brains seek to resolve this by either fully embracing the exercise—becoming what I would call a Bethany—or by simply checking out and finding a distracting, maddening sound, like, for example..." He glared at the source of the noise. "...a retractable pen being clicked with no apparent purpose."</w:t>
      </w:r>
    </w:p>
    <w:p w14:paraId="1B231A71" w14:textId="0FD4482F" w:rsidR="005252BE" w:rsidRPr="005252BE" w:rsidRDefault="003D10AA" w:rsidP="005252BE">
      <w:r>
        <w:t>Madox</w:t>
      </w:r>
      <w:r w:rsidR="005252BE" w:rsidRPr="005252BE">
        <w:t xml:space="preserve"> froze with his hand on the pen. The room was not buzzing with laughter, but with a heavy, awkward silence. Dean Beverly, her smile now a thin, frozen line, clapped slowly. "Thank you, Professor Albright," she said, her voice strained. "That was… a very unique interpretation. A </w:t>
      </w:r>
      <w:r w:rsidR="005252BE" w:rsidRPr="005252BE">
        <w:rPr>
          <w:i/>
          <w:iCs/>
        </w:rPr>
        <w:t>very</w:t>
      </w:r>
      <w:r w:rsidR="005252BE" w:rsidRPr="005252BE">
        <w:t xml:space="preserve"> unique interpretation."</w:t>
      </w:r>
    </w:p>
    <w:p w14:paraId="2CBA1FFE" w14:textId="1A55CA6D" w:rsidR="005252BE" w:rsidRPr="005252BE" w:rsidRDefault="005252BE" w:rsidP="005252BE">
      <w:r w:rsidRPr="005252BE">
        <w:lastRenderedPageBreak/>
        <w:t>Albright didn't feel a surge of victory. He just felt the cold, creeping dread that he had just cemented his place on the "unpromotable" list</w:t>
      </w:r>
      <w:r w:rsidR="00C224CC">
        <w:t>, which was in sharp contrast to his dream</w:t>
      </w:r>
      <w:r w:rsidRPr="005252BE">
        <w:t>. It was going to be a</w:t>
      </w:r>
      <w:r>
        <w:t>nother</w:t>
      </w:r>
      <w:r w:rsidRPr="005252BE">
        <w:t xml:space="preserve"> long day.</w:t>
      </w:r>
    </w:p>
    <w:p w14:paraId="44857941" w14:textId="77777777" w:rsidR="00197C60" w:rsidRDefault="004E0A3D">
      <w:r>
        <w:br w:type="page"/>
      </w:r>
    </w:p>
    <w:p w14:paraId="4F899C56" w14:textId="77777777" w:rsidR="00197C60" w:rsidRDefault="004E0A3D">
      <w:pPr>
        <w:spacing w:before="5040"/>
        <w:jc w:val="center"/>
      </w:pPr>
      <w:r>
        <w:lastRenderedPageBreak/>
        <w:t xml:space="preserve"> Navigating the Absurdities: Open Houses, AI, and In-Services</w:t>
      </w:r>
    </w:p>
    <w:p w14:paraId="6D3F7465" w14:textId="77777777" w:rsidR="00197C60" w:rsidRDefault="004E0A3D">
      <w:r>
        <w:rPr>
          <w:b/>
        </w:rPr>
        <w:t>The Ordeal of the Otter</w:t>
      </w:r>
    </w:p>
    <w:p w14:paraId="366128C6" w14:textId="77777777" w:rsidR="00197C60" w:rsidRDefault="004E0A3D">
      <w:r>
        <w:t>Albright, a man whose tweed jacket was as carefully curated as his lectures on Sigmund Freud, viewed the Earnest Community College Open House as a special kind of hell. The air, thick with the saccharine scent of funnel cake and the faint odor of desperation, was an affront to his refined sensibilities. He stood behind his table, a flimsy folding affair decorated with a single, mournful sign that read, "Social Sciences: Explore Our Programs." A passing teenager, dressed in a hoodie with an ironic slogan, paused.</w:t>
      </w:r>
    </w:p>
    <w:p w14:paraId="486604ED" w14:textId="77777777" w:rsidR="00197C60" w:rsidRDefault="004E0A3D">
      <w:r>
        <w:t>"Social Sciences," the student drawled, squinting. "Is that like... how to be an influencer?"</w:t>
      </w:r>
    </w:p>
    <w:p w14:paraId="0CD7DF81" w14:textId="77777777" w:rsidR="00197C60" w:rsidRDefault="004E0A3D">
      <w:r>
        <w:t>Albright stared, a flicker of genuine shock in his eyes. He cleared his throat. "It is the study of human behavior, society, and institutions. One could argue that social media influencers represent a fascinating, albeit deeply troubling, modern iteration of the Id."</w:t>
      </w:r>
    </w:p>
    <w:p w14:paraId="50A5FE73" w14:textId="77777777" w:rsidR="00197C60" w:rsidRDefault="004E0A3D">
      <w:r>
        <w:t>The teen blinked slowly, then gave a thumbs-up. "Sweet. Peace."</w:t>
      </w:r>
    </w:p>
    <w:p w14:paraId="0B1F7086" w14:textId="77777777" w:rsidR="00197C60" w:rsidRDefault="004E0A3D">
      <w:r>
        <w:t>Albright's diligently orchestrated peace was shattered once more, this time by a rhythmic, squeaking thud. It was Ollie the Earnest Otter, the school mascot. The student inside, clearly new to the job, was struggling mightily. Ollie's oversized foam head wobbled precariously, and one of his oversized, floppy ears was bent at a ninety-degree angle.</w:t>
      </w:r>
    </w:p>
    <w:p w14:paraId="502C89FD" w14:textId="77777777" w:rsidR="00197C60" w:rsidRDefault="004E0A3D">
      <w:r>
        <w:t>"Just a little further, buddy!" a chipper voice called from the next booth over.</w:t>
      </w:r>
    </w:p>
    <w:p w14:paraId="57B6896C" w14:textId="77777777" w:rsidR="00197C60" w:rsidRDefault="004E0A3D">
      <w:r>
        <w:t>But it was not to be. Ollie's oversized, webbed foot caught on the edge of a stray power cord. Time seemed to slow as the mascot's entire body lurched forward. "Oh, no," Albright muttered to himself, gripping his lukewarm thermos of Earl Grey. "Oh, no, no, no."</w:t>
      </w:r>
    </w:p>
    <w:p w14:paraId="10C2DE43" w14:textId="77777777" w:rsidR="00197C60" w:rsidRDefault="004E0A3D">
      <w:r>
        <w:t xml:space="preserve">The foam head, a sphere of pure foam, papier-mâché, and false cheer, detached completely. It launched into the air with a sound like a muffled "thwump" and, in a perfect, horrifying arc, sailed past Albright’s head and wedged itself firmly over the spout of the industrial-sized funnel cake machine. The machine, now </w:t>
      </w:r>
      <w:proofErr w:type="gramStart"/>
      <w:r>
        <w:t>blinded</w:t>
      </w:r>
      <w:proofErr w:type="gramEnd"/>
      <w:r>
        <w:t>, began to spew a chaotic torrent of cinnamon sugar and hot grease onto the crowd.</w:t>
      </w:r>
    </w:p>
    <w:p w14:paraId="1ED564A4" w14:textId="77777777" w:rsidR="00197C60" w:rsidRDefault="004E0A3D">
      <w:r>
        <w:t xml:space="preserve">The rest of the mascot suit, now headless and flailing, spun in a frantic circle. A loud </w:t>
      </w:r>
      <w:r>
        <w:rPr>
          <w:i/>
        </w:rPr>
        <w:t>riiiip</w:t>
      </w:r>
      <w:r>
        <w:t xml:space="preserve"> was heard, and Ollie's giant webbed feet detached from the legs and flew in opposite directions. One of the feet slapped a parent holding a brochure, while the other, with uncanny aim, landed perfectly in Albright's abandoned thermos, sending a spray of lukewarm Earl Grey onto his tweed jacket.</w:t>
      </w:r>
    </w:p>
    <w:p w14:paraId="7B82B92C" w14:textId="77777777" w:rsidR="00197C60" w:rsidRDefault="004E0A3D">
      <w:r>
        <w:t>Albright stared at the otter’s head, a googly-eyed obstruction blocking a stream of fried dough. The air now smelled of desperation and delicious, horrifying chaos. The student inside the suit, now just a crumpled body on the floor, managed a frantic, muffled cry: "Oh, geez, I'm so sorry! Did I break the funnel cake machine?"</w:t>
      </w:r>
    </w:p>
    <w:p w14:paraId="6106C5C4" w14:textId="77777777" w:rsidR="00197C60" w:rsidRDefault="004E0A3D">
      <w:r>
        <w:lastRenderedPageBreak/>
        <w:t xml:space="preserve">A mother, with a funnel cake stain on her pristine white shirt, approached Albright. "I hope this is some kind of student experiment," she mocked, her voice tight with a mixture of confusion and disgust. </w:t>
      </w:r>
    </w:p>
    <w:p w14:paraId="5BDDE8E9" w14:textId="77777777" w:rsidR="00197C60" w:rsidRDefault="004E0A3D">
      <w:r>
        <w:t xml:space="preserve">Albright, his jacket now stained with tea and his spirit </w:t>
      </w:r>
      <w:proofErr w:type="gramStart"/>
      <w:r>
        <w:t>broken,looked</w:t>
      </w:r>
      <w:proofErr w:type="gramEnd"/>
      <w:r>
        <w:t xml:space="preserve"> her straight in the eye, a man with nothing left to lose. "The most important lessons are rarely taught in a classroom," he said, his voice flat. He then turned on his heel and walked briskly out of the Open House, leaving behind the sound of laughter, the smell of fried dough, and the legacy of a rogue otter head.</w:t>
      </w:r>
    </w:p>
    <w:p w14:paraId="6B3D2462" w14:textId="77777777" w:rsidR="00197C60" w:rsidRDefault="004E0A3D">
      <w:r>
        <w:br/>
      </w:r>
    </w:p>
    <w:p w14:paraId="23A9B977" w14:textId="77777777" w:rsidR="00197C60" w:rsidRDefault="004E0A3D">
      <w:r>
        <w:t>Albright just sighed and sat down in his chair. He was no longer a professor. He was a spectator, watching a slow-motion car crash of absurdity. He felt a strange sense of peace. He had hit rock bottom, and the view from the bottom was surprisingly serene. He was just a man, after all, watching a student with chocolate ice cream on his face, a tumbler that would not open, and a final exam that was still in progress. He was just a man.</w:t>
      </w:r>
    </w:p>
    <w:p w14:paraId="413CD96E" w14:textId="77777777" w:rsidR="00197C60" w:rsidRDefault="004E0A3D">
      <w:r>
        <w:br/>
      </w:r>
    </w:p>
    <w:p w14:paraId="566E2A93" w14:textId="77777777" w:rsidR="00197C60" w:rsidRDefault="004E0A3D">
      <w:r>
        <w:rPr>
          <w:b/>
        </w:rPr>
        <w:t>The Great AI Debacle</w:t>
      </w:r>
    </w:p>
    <w:p w14:paraId="5B642C88" w14:textId="77777777" w:rsidR="00197C60" w:rsidRDefault="004E0A3D">
      <w:r>
        <w:t xml:space="preserve">As the fall semester dragged on, a more insidious </w:t>
      </w:r>
      <w:proofErr w:type="gramStart"/>
      <w:r>
        <w:t>problembegan</w:t>
      </w:r>
      <w:proofErr w:type="gramEnd"/>
      <w:r>
        <w:t xml:space="preserve"> to manifest. Albright was grading the first round of papers, a simple two-page essay on the foundational principles of psychology. He was halfway through the stack when he found it. The prose was flawless, the citations impeccable, the arguments cogent and well-structured. It was a masterpiece of academic writing. It was also, he knew in his bones, not written by a human.</w:t>
      </w:r>
    </w:p>
    <w:p w14:paraId="2D0D4329" w14:textId="77777777" w:rsidR="00197C60" w:rsidRDefault="004E0A3D">
      <w:r>
        <w:t>The student's name was Chad, a young man on the “football team” who spent the entire class scrolling through sports highlights on his phone. Albright called him into his office.</w:t>
      </w:r>
    </w:p>
    <w:p w14:paraId="70D648FE" w14:textId="77777777" w:rsidR="00197C60" w:rsidRDefault="004E0A3D">
      <w:r>
        <w:t>“Chad,” Albright began, “this paper is… remarkably well-written.”</w:t>
      </w:r>
    </w:p>
    <w:p w14:paraId="67BB34F4" w14:textId="77777777" w:rsidR="00197C60" w:rsidRDefault="004E0A3D">
      <w:r>
        <w:t>Chad puffed out his chest. “Yeah, I spent a lot of time on it.”</w:t>
      </w:r>
    </w:p>
    <w:p w14:paraId="13EB5813" w14:textId="77777777" w:rsidR="00197C60" w:rsidRDefault="004E0A3D">
      <w:r>
        <w:t>“I’m sure you did,” Albright said, picking up a pen and circling a particularly eloquent sentence. “Tell me, what do you think is the biggest ethical implication of Freud’s work?”</w:t>
      </w:r>
    </w:p>
    <w:p w14:paraId="469E85CD" w14:textId="77777777" w:rsidR="00197C60" w:rsidRDefault="004E0A3D">
      <w:r>
        <w:t>Chad looked at him blankly. He looked at the ceiling. He looked at the floor. “Um… he had, like, a big beard?”</w:t>
      </w:r>
    </w:p>
    <w:p w14:paraId="4A7FEC74" w14:textId="77777777" w:rsidR="00197C60" w:rsidRDefault="004E0A3D">
      <w:r>
        <w:t>“And this sentence here,” Albright continued, pointing to a perfectly formed paragraph on the id, ego, and superego. “You state that Freud’s model of the psyche provides a useful, if often flawed, heuristic for understanding internal conflict. Can you elaborate on what ‘heuristic’ means in this context?”</w:t>
      </w:r>
    </w:p>
    <w:p w14:paraId="289EF5F5" w14:textId="77777777" w:rsidR="00197C60" w:rsidRDefault="004E0A3D">
      <w:r>
        <w:lastRenderedPageBreak/>
        <w:t>Chad’s eyes glazed over. He slowly reached for his phone, as if to Google the answer. “Put that away,” Albright snapped.</w:t>
      </w:r>
    </w:p>
    <w:p w14:paraId="754E8D58" w14:textId="77777777" w:rsidR="00197C60" w:rsidRDefault="004E0A3D">
      <w:r>
        <w:t xml:space="preserve">“It means you used AI, didn’t you, Mr. Adams?” Albright said, his voice </w:t>
      </w:r>
      <w:proofErr w:type="gramStart"/>
      <w:r>
        <w:t>flat</w:t>
      </w:r>
      <w:proofErr w:type="gramEnd"/>
      <w:r>
        <w:t>.</w:t>
      </w:r>
    </w:p>
    <w:p w14:paraId="619164E6" w14:textId="77777777" w:rsidR="00197C60" w:rsidRDefault="004E0A3D">
      <w:r>
        <w:t>Chad’s face crumpled. “But… it’s a tool! You said to use our resources! That’s a resource! It’s like a super-smart textbook that writes the paper for you!”</w:t>
      </w:r>
    </w:p>
    <w:p w14:paraId="21D8B62E" w14:textId="77777777" w:rsidR="00197C60" w:rsidRDefault="004E0A3D">
      <w:r>
        <w:t>Albright sighed. “An AI can’t think, Chad. It can’t synthesize. It can’t… suffer.”</w:t>
      </w:r>
    </w:p>
    <w:p w14:paraId="11D1C866" w14:textId="77777777" w:rsidR="00197C60" w:rsidRDefault="004E0A3D">
      <w:r>
        <w:t>Chad’s face brightened. “</w:t>
      </w:r>
      <w:proofErr w:type="gramStart"/>
      <w:r>
        <w:t>So</w:t>
      </w:r>
      <w:proofErr w:type="gramEnd"/>
      <w:r>
        <w:t xml:space="preserve"> I should feel bad? That’s my punishment? I </w:t>
      </w:r>
      <w:proofErr w:type="gramStart"/>
      <w:r>
        <w:t>have to</w:t>
      </w:r>
      <w:proofErr w:type="gramEnd"/>
      <w:r>
        <w:t xml:space="preserve"> write a new one?”</w:t>
      </w:r>
    </w:p>
    <w:p w14:paraId="3801A1AF" w14:textId="77777777" w:rsidR="00197C60" w:rsidRDefault="004E0A3D">
      <w:r>
        <w:t xml:space="preserve">“No,” Albright said. “You </w:t>
      </w:r>
      <w:proofErr w:type="gramStart"/>
      <w:r>
        <w:t>have to</w:t>
      </w:r>
      <w:proofErr w:type="gramEnd"/>
      <w:r>
        <w:t xml:space="preserve"> write a new one. By hand. With a pen. And you </w:t>
      </w:r>
      <w:proofErr w:type="gramStart"/>
      <w:r>
        <w:t>have to</w:t>
      </w:r>
      <w:proofErr w:type="gramEnd"/>
      <w:r>
        <w:t xml:space="preserve"> use a textbook.”</w:t>
      </w:r>
    </w:p>
    <w:p w14:paraId="31A48BFE" w14:textId="77777777" w:rsidR="00197C60" w:rsidRDefault="004E0A3D">
      <w:r>
        <w:t xml:space="preserve">Chad’s face contorted in a mask of pure terror. He had to use a </w:t>
      </w:r>
      <w:proofErr w:type="gramStart"/>
      <w:r>
        <w:t>pen?</w:t>
      </w:r>
      <w:proofErr w:type="gramEnd"/>
      <w:r>
        <w:t xml:space="preserve"> And a book? He looked at Albright as if he’d just been sentenced to hard labor in a pre-digital world. </w:t>
      </w:r>
    </w:p>
    <w:p w14:paraId="109B6BD0" w14:textId="77777777" w:rsidR="00197C60" w:rsidRDefault="004E0A3D">
      <w:r>
        <w:t>Not surprisingly, Chad never turned in the handwritten requirement.</w:t>
      </w:r>
    </w:p>
    <w:p w14:paraId="3583CA8D" w14:textId="77777777" w:rsidR="00197C60" w:rsidRDefault="004E0A3D">
      <w:r>
        <w:br/>
      </w:r>
    </w:p>
    <w:p w14:paraId="1BFE61B6" w14:textId="77777777" w:rsidR="00197C60" w:rsidRDefault="004E0A3D">
      <w:r>
        <w:rPr>
          <w:b/>
        </w:rPr>
        <w:t>The Downfall of Student Engagement</w:t>
      </w:r>
    </w:p>
    <w:p w14:paraId="08F73878" w14:textId="77777777" w:rsidR="00197C60" w:rsidRDefault="004E0A3D">
      <w:r>
        <w:t xml:space="preserve">Classroom engagement had hit a new low. It wasn't just low; it had burrowed deep into the earth's crust, past the magma and tectonic plates, and was currently attempting to negotiate a peace treaty with mole people. Albright would lob a question into the silent abyss, and a sea of blank faces, each one a monument to apathy, would stare back at him. It was a high-stakes game of chicken, and he was losing spectacularly. He felt a bead of sweat </w:t>
      </w:r>
      <w:proofErr w:type="gramStart"/>
      <w:r>
        <w:t>trickle</w:t>
      </w:r>
      <w:proofErr w:type="gramEnd"/>
      <w:r>
        <w:t xml:space="preserve"> down his temple. The students, meanwhile, seemed to be competing for the most creative way to ignore him.</w:t>
      </w:r>
    </w:p>
    <w:p w14:paraId="0F3E13A9" w14:textId="77777777" w:rsidR="00197C60" w:rsidRDefault="004E0A3D">
      <w:r>
        <w:t xml:space="preserve">"Can anyone, and I mean </w:t>
      </w:r>
      <w:r>
        <w:rPr>
          <w:i/>
        </w:rPr>
        <w:t>anyone</w:t>
      </w:r>
      <w:r>
        <w:t>, tell me the primary difference between classical and operant conditioning?" he asked, his voice echoing in the cavernous silence. He tried to project an air of hopeful inquiry, but it came out as a desperate plea.</w:t>
      </w:r>
    </w:p>
    <w:p w14:paraId="5B84F97C" w14:textId="77777777" w:rsidR="00197C60" w:rsidRDefault="004E0A3D">
      <w:r>
        <w:t xml:space="preserve">A student in the back row, a veritable connoisseur of napping, snored softly, their head a permanent fixture in the crook of their arms. The rhythmic, guttural sound was a poignant soundtrack to Albright's slow descent into madness. A different student, a budding artist of questionable talent, was using a neon-green highlighter to draw a magnificent, handlebar mustache on a photo of a very serious-looking Freud in their textbook. </w:t>
      </w:r>
    </w:p>
    <w:p w14:paraId="1763E1A4" w14:textId="77777777" w:rsidR="00197C60" w:rsidRDefault="004E0A3D">
      <w:r>
        <w:t xml:space="preserve">At the same time, another was on FaceTime, holding a </w:t>
      </w:r>
      <w:proofErr w:type="gramStart"/>
      <w:r>
        <w:t>hushed</w:t>
      </w:r>
      <w:proofErr w:type="gramEnd"/>
      <w:r>
        <w:t>, intense conversation with what appeared to be their dog. The dog, a fluffy golden retriever, was wearing a tiny bandana and looked far more focused than any of the humans in the room.</w:t>
      </w:r>
    </w:p>
    <w:p w14:paraId="6DD41104" w14:textId="77777777" w:rsidR="00197C60" w:rsidRDefault="004E0A3D">
      <w:r>
        <w:lastRenderedPageBreak/>
        <w:t>"Hello? Anyone?" Albright said, his voice rising in pitch, the desperate squeak of a man on the verge of a full-blown crisis. "The difference between classical and operant conditioning? Pavlov’s dogs? Skinner’s box? The entire foundation of behavioral psychology?"</w:t>
      </w:r>
    </w:p>
    <w:p w14:paraId="7B9DA862" w14:textId="77777777" w:rsidR="00197C60" w:rsidRDefault="004E0A3D">
      <w:r>
        <w:t xml:space="preserve">The </w:t>
      </w:r>
      <w:proofErr w:type="gramStart"/>
      <w:r>
        <w:t>student</w:t>
      </w:r>
      <w:proofErr w:type="gramEnd"/>
      <w:r>
        <w:t xml:space="preserve"> on FaceTime held their iPad up in the air, a look of profound concentration on their face. The dog, perhaps sensing the dramatic tension, let out a single, resounding "woof."</w:t>
      </w:r>
    </w:p>
    <w:p w14:paraId="6A51A106" w14:textId="77777777" w:rsidR="00197C60" w:rsidRDefault="004E0A3D">
      <w:r>
        <w:t xml:space="preserve">"He said 'woof,' Professor," the student said, a proud smile blooming on their face. "I think he's trying to say 'goof.'" Albright stared at the dog, then back at the student, then back at the dog. The dog's tail thumped once. Albright felt a crushing wave of despair. The dog was not only more engaged but also more insightful than </w:t>
      </w:r>
      <w:proofErr w:type="gramStart"/>
      <w:r>
        <w:t>the vast majority of</w:t>
      </w:r>
      <w:proofErr w:type="gramEnd"/>
      <w:r>
        <w:t xml:space="preserve"> his students. </w:t>
      </w:r>
    </w:p>
    <w:p w14:paraId="589B52E6" w14:textId="77777777" w:rsidR="00197C60" w:rsidRDefault="004E0A3D">
      <w:r>
        <w:t>He had spent his entire career teaching humans, and it turned out a dog in a bandana was a more promising pupil. He wondered if the college would approve a course on canine psychology.</w:t>
      </w:r>
    </w:p>
    <w:p w14:paraId="59C814B9" w14:textId="77777777" w:rsidR="00197C60" w:rsidRDefault="004E0A3D">
      <w:r>
        <w:br/>
      </w:r>
    </w:p>
    <w:p w14:paraId="6BCFEEDF" w14:textId="77777777" w:rsidR="00197C60" w:rsidRDefault="004E0A3D">
      <w:r>
        <w:rPr>
          <w:b/>
        </w:rPr>
        <w:t>The Case of the Wandering Yarn</w:t>
      </w:r>
    </w:p>
    <w:p w14:paraId="230BCFE8" w14:textId="77777777" w:rsidR="00197C60" w:rsidRDefault="004E0A3D">
      <w:r>
        <w:t>The next red flag of the semester was a young woman named Chloe, who sat in the front row. She was furiously knitting. Not just a little bit, but with the speed and intensity of a machine. Her needles clicked and clacked, a rhythmic, maddening sound that cut through Albright's lecture on the nervous system. She had a basket on the floor next to her, a jumble of multi-colored yarns, a small, intricate universe of thread and potential.</w:t>
      </w:r>
    </w:p>
    <w:p w14:paraId="1733CA88" w14:textId="77777777" w:rsidR="00197C60" w:rsidRDefault="004E0A3D">
      <w:r>
        <w:t>He watched in horrified fascination as she began to knit something that looked like a half-flattened basketball. She would stop for a moment, her eyes fixed on her needles, a look of weighty concentration on her face. Then, she would start again, her fingers moving with a manic, unceasing speed.</w:t>
      </w:r>
    </w:p>
    <w:p w14:paraId="38ED6F51" w14:textId="77777777" w:rsidR="00197C60" w:rsidRDefault="004E0A3D">
      <w:r>
        <w:t>“Chloe,” Albright began, his voice a tight whisper. “Are you… knitting?”</w:t>
      </w:r>
    </w:p>
    <w:p w14:paraId="07D43AD7" w14:textId="77777777" w:rsidR="00197C60" w:rsidRDefault="004E0A3D">
      <w:r>
        <w:t>“Yes, Professor,” she said, without looking up. Her needles kept clicking. “It helps me process complex information. It’s a sensory aid. It grounds me.”</w:t>
      </w:r>
    </w:p>
    <w:p w14:paraId="73E1F75C" w14:textId="77777777" w:rsidR="00197C60" w:rsidRDefault="004E0A3D">
      <w:r>
        <w:t>Albright felt a new throb in his temple. "But your hands are so... busy. How are you taking notes?"</w:t>
      </w:r>
    </w:p>
    <w:p w14:paraId="3EDB7989" w14:textId="77777777" w:rsidR="00197C60" w:rsidRDefault="004E0A3D">
      <w:r>
        <w:t>"I don’t take notes," she said, finally looking up. Her eyes were bright and focused. "I'm knitting my notes." She held up the piece of yarn she was working on, and Albright saw, to his horror, that it wasn't just a jumble of thread. It was a series of intricate, symbolic knots and patterns. A series of knots in the shape of a brain. A long, red-and-blue pattern that vaguely looked like a lengthy, winding neural pathway.</w:t>
      </w:r>
    </w:p>
    <w:p w14:paraId="04D25304" w14:textId="77777777" w:rsidR="00197C60" w:rsidRDefault="004E0A3D">
      <w:r>
        <w:lastRenderedPageBreak/>
        <w:t>“This,” she said, holding up a small, lumpy knot, “is a neuron. And this,” she said, pointing to a small, intricate knot, “is a synapse. I’m weaving the lecture into a physical object.”</w:t>
      </w:r>
    </w:p>
    <w:p w14:paraId="13C7768E" w14:textId="77777777" w:rsidR="00197C60" w:rsidRDefault="004E0A3D">
      <w:r>
        <w:t>“But a synapse is the space…” Albright stopped mid-sentence, recognizingthe uselessness of his attempt to correct, and just stared at her. He felt a profound sense of awe and terror. He was teaching a student who was not just listening, but who was also weaving his lecture into a bizarre, tangible object. He had a sudden, terrifying vision of a future class in which a student presented his final exam as a knitted scarf, a woven artifact of his knowledge, or lack thereof.</w:t>
      </w:r>
    </w:p>
    <w:p w14:paraId="661BDE9B" w14:textId="77777777" w:rsidR="00197C60" w:rsidRDefault="004E0A3D">
      <w:r>
        <w:br/>
      </w:r>
    </w:p>
    <w:p w14:paraId="5637C2EA" w14:textId="77777777" w:rsidR="00197C60" w:rsidRDefault="004E0A3D">
      <w:r>
        <w:rPr>
          <w:b/>
        </w:rPr>
        <w:t>The Department Party</w:t>
      </w:r>
    </w:p>
    <w:p w14:paraId="343D6659" w14:textId="77777777" w:rsidR="00197C60" w:rsidRDefault="004E0A3D">
      <w:r>
        <w:t>The annual psychology department Halloween party was a mandatory nightmare. It was held in the faculty lounge, a room that smelled faintly of stale coffee and unfulfilled dreams. Albright, dressed in a black trench coat with a crumpled hat, a shoddy interpretation of a noir detective, stood in a corner, nursing a lukewarm cup of punch, trying to avoid eye contact with anyone.</w:t>
      </w:r>
    </w:p>
    <w:p w14:paraId="328C27EB" w14:textId="77777777" w:rsidR="00197C60" w:rsidRDefault="004E0A3D">
      <w:r>
        <w:t>His colleague, Dr. Jenkins, a perennially chipper man who had somehow cobbled together a believable Frankenstein's monster costume complete with oversized bolts jutting from his neck, sidled up to him. “Albright! Can you believe we’re all here? In the same room! It’s such a harmonious experience.”</w:t>
      </w:r>
    </w:p>
    <w:p w14:paraId="45E43611" w14:textId="77777777" w:rsidR="00197C60" w:rsidRDefault="004E0A3D">
      <w:r>
        <w:t>“It’s a room, Jenkins,” Albright said. “We’re standing in a room.”</w:t>
      </w:r>
    </w:p>
    <w:p w14:paraId="5EFAFFE4" w14:textId="77777777" w:rsidR="00197C60" w:rsidRDefault="004E0A3D">
      <w:r>
        <w:t>“Yes! But we’re a community! A collective consciousness of minds! Did you see the new Open House T-shirts they gave us?” Jenkins pointed to his own shirt, which read “I Put the 'Psy' in Psychometric.”</w:t>
      </w:r>
    </w:p>
    <w:p w14:paraId="5E37C63D" w14:textId="77777777" w:rsidR="00197C60" w:rsidRDefault="004E0A3D">
      <w:r>
        <w:t>“I’m allergic to polyester,” Albright lied.</w:t>
      </w:r>
    </w:p>
    <w:p w14:paraId="1CBCE808" w14:textId="77777777" w:rsidR="00197C60" w:rsidRDefault="004E0A3D">
      <w:r>
        <w:t>The head of the department, Dr. Henderson, a harried-looking woman dressed as a frazzled ghost with chains made of paperclips and a torn bedsheet, clapped her hands. “Everyone! Everyone! Let’s have a special workshop! To celebrate our collaborative spirit, we are all going to write down and share our greatest professional failure from the past year!”</w:t>
      </w:r>
    </w:p>
    <w:p w14:paraId="161E3487" w14:textId="77777777" w:rsidR="00197C60" w:rsidRDefault="004E0A3D">
      <w:r>
        <w:t>Albright felt his soul leave his body. He watched as the younger, more enthusiastic professors, many of whom had dressed as various Freudian archetypes or Pavlov's dogs, pulled out pens and notebooks, their faces a mix of forced vulnerability and thinly veiled panic. A few moments later, he heard a sickening sob, followed by the sound of someone whimpering, “The online syllabus was so close to being done on time!” Dr. Henderson’s ghostly expression looked crestfallen.</w:t>
      </w:r>
    </w:p>
    <w:p w14:paraId="1FD1ECAC" w14:textId="77777777" w:rsidR="00197C60" w:rsidRDefault="004E0A3D">
      <w:r>
        <w:lastRenderedPageBreak/>
        <w:t xml:space="preserve">"We can't just stand in a room, Jenkins," Albright whispered. "We have to perform. We </w:t>
      </w:r>
      <w:proofErr w:type="gramStart"/>
      <w:r>
        <w:t>have to</w:t>
      </w:r>
      <w:proofErr w:type="gramEnd"/>
      <w:r>
        <w:t xml:space="preserve"> do things. We </w:t>
      </w:r>
      <w:proofErr w:type="gramStart"/>
      <w:r>
        <w:t>have to</w:t>
      </w:r>
      <w:proofErr w:type="gramEnd"/>
      <w:r>
        <w:t xml:space="preserve"> fail.”</w:t>
      </w:r>
    </w:p>
    <w:p w14:paraId="53713CDA" w14:textId="77777777" w:rsidR="00197C60" w:rsidRDefault="004E0A3D">
      <w:r>
        <w:t>One adjunct professor, dressed as a harlequin, burst into tears over a classroom attendance sheet with mismatched rows and columns. The head of the developmental psychology lab, a woman in a giant baby bonnet and diaper, announced she'd accidentally scheduled three midterm exams for the same week. Albright took a slow sip of punch. It was the most satisfying drink he’d had all year.</w:t>
      </w:r>
    </w:p>
    <w:p w14:paraId="3A386424" w14:textId="77777777" w:rsidR="00197C60" w:rsidRDefault="004E0A3D">
      <w:r>
        <w:br/>
      </w:r>
    </w:p>
    <w:p w14:paraId="206696F7" w14:textId="77777777" w:rsidR="00197C60" w:rsidRDefault="004E0A3D">
      <w:r>
        <w:rPr>
          <w:b/>
        </w:rPr>
        <w:t>The In-Service of a Slow and Painful Death</w:t>
      </w:r>
    </w:p>
    <w:p w14:paraId="1ABA4C10" w14:textId="77777777" w:rsidR="00197C60" w:rsidRDefault="004E0A3D">
      <w:r>
        <w:t>Faculty in-service day was the annual sequel to the department party—just as mandatory, but with worse coffee and no punch to numb the pain. It was held in the auditorium, a cavernous space where bad acoustics devoured good intentions. Albright sat in the back row, a solitary island in a sea of his colleagues, all armed with complimentary pens and pads of paper they would never write on.</w:t>
      </w:r>
    </w:p>
    <w:p w14:paraId="7804BC7A" w14:textId="77777777" w:rsidR="00197C60" w:rsidRDefault="004E0A3D">
      <w:r>
        <w:t>The day began with the Dean of Admissions, a man with a comb-over and a flair for the dramatic, rattling off enrollment numbers in a performative fashion. “Our fall enrollment is up by… eight! Eight whole students!” he announced, beaming as if he’d just discovered fire. The audience responded with polite, hollow applause.</w:t>
      </w:r>
    </w:p>
    <w:p w14:paraId="68BF9D23" w14:textId="0DFCE1BD" w:rsidR="00197C60" w:rsidRDefault="004E0A3D">
      <w:r>
        <w:t>Next came the PowerPoint montage. A saccharine, upbeat song played as photos of the newly hired faculty members flashed on the screen, accompanied by adjectives like “dynamic,” “innovative,” and “passionate.” Albright watched a new professor named Bonnie, from the English department, pose enthusiastically next to a bookshelf, a forced smile plastered on her face. Her bio mentioned her passion for “community engagement through the</w:t>
      </w:r>
      <w:r w:rsidR="005F26F8">
        <w:t xml:space="preserve"> </w:t>
      </w:r>
      <w:r>
        <w:t>energetic lens of multimodal communication.” Albright sighed and closed his eyes.</w:t>
      </w:r>
    </w:p>
    <w:p w14:paraId="19FC3BA2" w14:textId="77777777" w:rsidR="00197C60" w:rsidRDefault="004E0A3D">
      <w:r>
        <w:t>The grand finale was the college president, a self-proclaimed visionary who looked like he’d been plucked from a late-night infomercial. He strode onto the stage, adjusting his blazer. “I was telling my wife this morning,” he began, “that the mark of a great leader isn’t what you accomplish, but how you inspire others. Like when I decided to invest in that one-of-a-kind vintage record collection, I knew it wasn't just about me, it was about creating a legacy. And that’s what we’re doing here. Building a legacy. By, you know, inspiring our students.” He punctuated this profound thought with a dramatic pause.</w:t>
      </w:r>
    </w:p>
    <w:p w14:paraId="7C886940" w14:textId="77777777" w:rsidR="00197C60" w:rsidRDefault="004E0A3D">
      <w:r>
        <w:t>Jenkins, of course, leaned over to Albright, his voice a chipper whisper. “Isn’t he inspiring? It’s all about a shared vision, a communal goal!”</w:t>
      </w:r>
    </w:p>
    <w:p w14:paraId="183AAD52" w14:textId="77777777" w:rsidR="00197C60" w:rsidRDefault="004E0A3D">
      <w:r>
        <w:t xml:space="preserve">“The only thing we’re sharing is a deep-seated desire to be anywhere but here,” Albright muttered, eyeing the exit. The president was now recounting his personal triumph of assembling a particularly difficult piece of IKEA furniture. Albright felt a familiar, creeping </w:t>
      </w:r>
      <w:r>
        <w:lastRenderedPageBreak/>
        <w:t xml:space="preserve">dread. It was just a room. They were just present in a room. But somehow, he </w:t>
      </w:r>
      <w:proofErr w:type="gramStart"/>
      <w:r>
        <w:t>knew,</w:t>
      </w:r>
      <w:proofErr w:type="gramEnd"/>
      <w:r>
        <w:t xml:space="preserve"> they were all failing again.</w:t>
      </w:r>
    </w:p>
    <w:p w14:paraId="1E17DA03" w14:textId="77777777" w:rsidR="00197C60" w:rsidRDefault="004E0A3D">
      <w:r>
        <w:br/>
      </w:r>
    </w:p>
    <w:p w14:paraId="141379E9" w14:textId="77777777" w:rsidR="00197C60" w:rsidRDefault="004E0A3D">
      <w:r>
        <w:br w:type="page"/>
      </w:r>
    </w:p>
    <w:p w14:paraId="4A38AACC" w14:textId="77777777" w:rsidR="00197C60" w:rsidRDefault="004E0A3D">
      <w:pPr>
        <w:spacing w:before="5040"/>
        <w:jc w:val="center"/>
      </w:pPr>
      <w:r>
        <w:lastRenderedPageBreak/>
        <w:t xml:space="preserve"> Surrealism and Sanity: From Bad Smells to the Zen Zone</w:t>
      </w:r>
    </w:p>
    <w:p w14:paraId="7AFD3510" w14:textId="77777777" w:rsidR="00197C60" w:rsidRDefault="004E0A3D">
      <w:r>
        <w:rPr>
          <w:b/>
        </w:rPr>
        <w:t>The Smell of Despair</w:t>
      </w:r>
    </w:p>
    <w:p w14:paraId="5EE9A8A9" w14:textId="77777777" w:rsidR="00197C60" w:rsidRDefault="004E0A3D">
      <w:r>
        <w:t>Back in the classroom, a familiar noxious scent drifted into Albright’s nostrils. One student, a young man named Todd, had a persistent, unsettling odor. It was a complex and layered scent—a top note of old gym socks, a middle note of stale tuna, and a base note of what can only be described as a filthy litter box. It permeated the air around his desk, a personal cloud of misery, but one that did not appear to have any discernible effect on Todd himself.</w:t>
      </w:r>
    </w:p>
    <w:p w14:paraId="44F8535B" w14:textId="77777777" w:rsidR="00197C60" w:rsidRDefault="004E0A3D">
      <w:r>
        <w:t xml:space="preserve">Albright found himself trying to teach his lectures from the far side of the room, as if the smell were a physical barrier. He would talk, but his mind would wander to Todd’s aura. He imagined it had a color—a sort of bruised </w:t>
      </w:r>
      <w:proofErr w:type="gramStart"/>
      <w:r>
        <w:t>purple-gray</w:t>
      </w:r>
      <w:proofErr w:type="gramEnd"/>
      <w:r>
        <w:t>.</w:t>
      </w:r>
    </w:p>
    <w:p w14:paraId="05A29C7C" w14:textId="77777777" w:rsidR="00197C60" w:rsidRDefault="004E0A3D">
      <w:r>
        <w:t xml:space="preserve">On a subsequent day, during a </w:t>
      </w:r>
      <w:proofErr w:type="gramStart"/>
      <w:r>
        <w:t>reviewlecture</w:t>
      </w:r>
      <w:proofErr w:type="gramEnd"/>
      <w:r>
        <w:t xml:space="preserve"> on classical conditioning, Todd raised his hand. “Professor, can a smell be a conditioned stimulus?”</w:t>
      </w:r>
    </w:p>
    <w:p w14:paraId="4A59ED08" w14:textId="77777777" w:rsidR="00197C60" w:rsidRDefault="004E0A3D">
      <w:r>
        <w:t>Albright paused. “Yes, it can. An association can be formed between a smell and an experience.”</w:t>
      </w:r>
    </w:p>
    <w:p w14:paraId="76E71748" w14:textId="77777777" w:rsidR="00197C60" w:rsidRDefault="004E0A3D">
      <w:r>
        <w:t>Todd nodded slowly. “So, if I start to associate the smell of my own despair with my fear of exams, that would be a conditioned response?”</w:t>
      </w:r>
    </w:p>
    <w:p w14:paraId="1A751B05" w14:textId="77777777" w:rsidR="00197C60" w:rsidRDefault="004E0A3D">
      <w:r>
        <w:t xml:space="preserve">Albright stared at him, unable to respond. </w:t>
      </w:r>
    </w:p>
    <w:p w14:paraId="199A5E05" w14:textId="77777777" w:rsidR="00197C60" w:rsidRDefault="004E0A3D">
      <w:r>
        <w:br/>
      </w:r>
    </w:p>
    <w:p w14:paraId="52159911" w14:textId="77777777" w:rsidR="00197C60" w:rsidRDefault="004E0A3D">
      <w:r>
        <w:t xml:space="preserve">Albright's mind was spinning. He felt like he had walked into a surrealist painting, with Todd as the enigmatic, odorous subject. The young man's aura now seemed to fill the entire room, that bruised purple-gray cloud hanging over them all. Albright cleared his throat, his voice coming out slightly </w:t>
      </w:r>
      <w:proofErr w:type="gramStart"/>
      <w:r>
        <w:t>higher-pitched</w:t>
      </w:r>
      <w:proofErr w:type="gramEnd"/>
      <w:r>
        <w:t xml:space="preserve"> than usual. "Well, yes, Todd, that is correct. </w:t>
      </w:r>
      <w:proofErr w:type="gramStart"/>
      <w:r>
        <w:t>But,</w:t>
      </w:r>
      <w:proofErr w:type="gramEnd"/>
      <w:r>
        <w:t xml:space="preserve"> I must say, your choice of words is... intriguing. The 'smell of your own despair' is quite a... unique way to describe it." The class snickered, some students covering their noses with their sleeves. </w:t>
      </w:r>
    </w:p>
    <w:p w14:paraId="219E044F" w14:textId="77777777" w:rsidR="00197C60" w:rsidRDefault="004E0A3D">
      <w:r>
        <w:br/>
      </w:r>
    </w:p>
    <w:p w14:paraId="46180A17" w14:textId="77777777" w:rsidR="00197C60" w:rsidRDefault="004E0A3D">
      <w:r>
        <w:t xml:space="preserve">Todd seemed oblivious to the reaction he was causing. "Oh, it's not just a phrase. It's a very specific scent. Like overripe fruit, with a hint of metal. It's been following me around for weeks, and I can't seem to shake it." Albright's eyes widened, and he felt a bead of sweat trickle down his back. This was veering into territory he was not prepared for. "I see," he managed to utter. "Well, perhaps a change of... deodorant is in order?" The class erupted in laughter, the tension breaking like a popped balloon. </w:t>
      </w:r>
    </w:p>
    <w:p w14:paraId="2347E175" w14:textId="77777777" w:rsidR="00197C60" w:rsidRDefault="004E0A3D">
      <w:r>
        <w:lastRenderedPageBreak/>
        <w:br/>
      </w:r>
    </w:p>
    <w:p w14:paraId="17A11BD3" w14:textId="77777777" w:rsidR="00197C60" w:rsidRDefault="004E0A3D">
      <w:r>
        <w:t>But Todd remained serious, his eyes narrowing. "It's not that simple. This smell is like a living thing. It's almost as if it's... feeding on my fear. The more anxious I get about exams, the stronger the smell becomes. It's like we're in a vicious cycle, me and this stench." Albright felt a sudden urge to flee the room, the weight of Todd's words pressing down on him. "Well," he stammered, "it might be beneficial to... address the source of your fear. Conquering your exam anxiety could potentially... dissipate the... um... despair?"</w:t>
      </w:r>
    </w:p>
    <w:p w14:paraId="1AB52AB9" w14:textId="77777777" w:rsidR="00197C60" w:rsidRDefault="004E0A3D">
      <w:r>
        <w:br/>
      </w:r>
    </w:p>
    <w:p w14:paraId="3334B01C" w14:textId="77777777" w:rsidR="00197C60" w:rsidRDefault="004E0A3D">
      <w:r>
        <w:t>Todd nodded. He was a living, breathing case study in the human psyche, and a profoundly unpleasant one at that.</w:t>
      </w:r>
    </w:p>
    <w:p w14:paraId="0754DECB" w14:textId="77777777" w:rsidR="00197C60" w:rsidRDefault="004E0A3D">
      <w:r>
        <w:br/>
      </w:r>
    </w:p>
    <w:p w14:paraId="5DF3C333" w14:textId="77777777" w:rsidR="00197C60" w:rsidRDefault="004E0A3D">
      <w:r>
        <w:rPr>
          <w:b/>
        </w:rPr>
        <w:t>The Frivolous Money Pit</w:t>
      </w:r>
    </w:p>
    <w:p w14:paraId="6B9450DE" w14:textId="77777777" w:rsidR="00197C60" w:rsidRDefault="004E0A3D">
      <w:r>
        <w:t>The college, in a desperate attempt to attract new students and please Dean Beverly and the President, had introduced a new initiative: "The Zen Zone." It was a room with beanbag chairs, soft lighting, and a digital fountain that made calming water sounds. The college spent a fortune on it.</w:t>
      </w:r>
    </w:p>
    <w:p w14:paraId="33EF5095" w14:textId="77777777" w:rsidR="00197C60" w:rsidRDefault="004E0A3D">
      <w:r>
        <w:t xml:space="preserve">Albright walked by it on his way to his office. He saw a few students inside. One was sound asleep in a beanbag chair, snoring. Another was furiously typing on a laptop, a look of abject panic on their face. </w:t>
      </w:r>
      <w:proofErr w:type="gramStart"/>
      <w:r>
        <w:t>A third</w:t>
      </w:r>
      <w:proofErr w:type="gramEnd"/>
      <w:r>
        <w:t xml:space="preserve"> was trying to get the digital fountain to play a rap song.</w:t>
      </w:r>
    </w:p>
    <w:p w14:paraId="7EF32863" w14:textId="77777777" w:rsidR="00197C60" w:rsidRDefault="004E0A3D">
      <w:r>
        <w:t>He heard a crash from inside. He peered through the door. A student, trying to perform a complex yoga pose, had fallen over, taking down a large indoor ivy plant in the process. A wave of dirt and leaves cascaded over the floor. The student just lay there, a leg tangled in the plant's vines and roots, staring at the ceiling.</w:t>
      </w:r>
    </w:p>
    <w:p w14:paraId="51614A03" w14:textId="77777777" w:rsidR="00197C60" w:rsidRDefault="004E0A3D">
      <w:r>
        <w:t>Albright just shook his head and walked away, putting some space between himself and the pandemonium. The only thing the Zen Zone had accomplished was a new form of student-inflicted chaos.</w:t>
      </w:r>
    </w:p>
    <w:p w14:paraId="1C612C3C" w14:textId="0DEF6576" w:rsidR="00197C60" w:rsidRDefault="004E0A3D">
      <w:r>
        <w:t xml:space="preserve">And yet, the chaos of the Zen Zone was just getting started. It turns out the digital fountain, which cost more than Albright's entire department's budget for the year, had a fatal flaw. Someone had figured out how to hack it, and now, instead of gentle babbling brooks, it played a continuous loop of a single, </w:t>
      </w:r>
      <w:r w:rsidR="00FB1E09">
        <w:t>highly caffeinated</w:t>
      </w:r>
      <w:r>
        <w:t xml:space="preserve"> woodpecker.</w:t>
      </w:r>
    </w:p>
    <w:p w14:paraId="56EAB6CA" w14:textId="77777777" w:rsidR="00197C60" w:rsidRDefault="004E0A3D">
      <w:r>
        <w:t xml:space="preserve">Students who had initially sought out the Zen Zone for a moment of peace were now jittery and twitchy. Their anxiety levels were higher than before they entered. The student who was furiously typing now had a thousand-yard stare, muttering something about a </w:t>
      </w:r>
      <w:r>
        <w:lastRenderedPageBreak/>
        <w:t>"woodpecker army." The student trying to get the fountain to play a rap song gave up, put on headphones, and started to aggressively beatbox to an imagined rhythm.</w:t>
      </w:r>
    </w:p>
    <w:p w14:paraId="057337AE" w14:textId="77777777" w:rsidR="00197C60" w:rsidRDefault="004E0A3D">
      <w:r>
        <w:t>The final straw came when Dean Beverly walked in with a group of impeccably dressed potential donors, just as a loud, frantic "rat-a-tat-tat" filled the air. She tried to laugh it off, saying, "Oh, the students are just having some fun with the ambient sounds," but the donors' eyes were wide with unease.</w:t>
      </w:r>
    </w:p>
    <w:p w14:paraId="302BCEF3" w14:textId="77777777" w:rsidR="00197C60" w:rsidRDefault="004E0A3D">
      <w:r>
        <w:t xml:space="preserve">The student who fell over the ivy plant, having finally untangled herself, stood up, dusted the dirt off her clothes, and, with the confidence of someone who has nothing left to lose, looked directly at Dean Beverly and the donors and said, "I'm just trying to </w:t>
      </w:r>
      <w:proofErr w:type="gramStart"/>
      <w:r>
        <w:t>commune</w:t>
      </w:r>
      <w:proofErr w:type="gramEnd"/>
      <w:r>
        <w:t xml:space="preserve"> with the plant's spirit, you know? It's all about the vibrations."</w:t>
      </w:r>
    </w:p>
    <w:p w14:paraId="1BAF17B9" w14:textId="77777777" w:rsidR="00197C60" w:rsidRDefault="004E0A3D">
      <w:r>
        <w:t xml:space="preserve">The donors looked at each other, then at the snoring student, the twitchy one, the beatboxing one, and the one now talking to a dead plant. One of them, a stout woman with a diamond brooch, took a step back, whispered, "This is not Zen," and promptly walked out. The rest of the group followed, leaving Dean Beverly standing alone in the cacophony, her face a mask of immense disappointment. </w:t>
      </w:r>
    </w:p>
    <w:p w14:paraId="272DC6B6" w14:textId="77777777" w:rsidR="00197C60" w:rsidRDefault="004E0A3D">
      <w:r>
        <w:t>Albright, who had observed the mess from his office doorway, quietly developed a slight, knowing smirk on his face. The Zen Zone was not a triumph of mindfulness; it was a monument to wasted money and the delightful unpredictability of college students.</w:t>
      </w:r>
    </w:p>
    <w:p w14:paraId="1D4D0375" w14:textId="77777777" w:rsidR="00C940CF" w:rsidRDefault="00C940CF" w:rsidP="00C940CF"/>
    <w:p w14:paraId="1CD630AA" w14:textId="72BFCC2A" w:rsidR="00AC0757" w:rsidRPr="00AC0757" w:rsidRDefault="00AC0757" w:rsidP="00AC0757">
      <w:pPr>
        <w:jc w:val="center"/>
        <w:rPr>
          <w:b/>
          <w:bCs/>
        </w:rPr>
      </w:pPr>
      <w:r>
        <w:rPr>
          <w:b/>
          <w:bCs/>
        </w:rPr>
        <w:t>The Negotiation Nightmare</w:t>
      </w:r>
    </w:p>
    <w:p w14:paraId="247AB1B7" w14:textId="44988E21" w:rsidR="00C940CF" w:rsidRPr="00C940CF" w:rsidRDefault="004E0A3D" w:rsidP="00C940CF">
      <w:r>
        <w:br/>
      </w:r>
      <w:r w:rsidR="00B04C7B" w:rsidRPr="00B04C7B">
        <w:t>Albright, whose patience had been so thoroughly eroded by previous faculty meetings that it now existed only as a historical footnote,</w:t>
      </w:r>
      <w:r w:rsidR="00C940CF" w:rsidRPr="00C940CF">
        <w:t xml:space="preserve"> watched the proceedings with weary resignation. This </w:t>
      </w:r>
      <w:proofErr w:type="gramStart"/>
      <w:r w:rsidR="00C940CF" w:rsidRPr="00C940CF">
        <w:t xml:space="preserve">particular </w:t>
      </w:r>
      <w:r w:rsidR="00716923">
        <w:t>meeting</w:t>
      </w:r>
      <w:proofErr w:type="gramEnd"/>
      <w:r w:rsidR="00C940CF" w:rsidRPr="00C940CF">
        <w:t xml:space="preserve">, however, was a special kind of hell: the </w:t>
      </w:r>
      <w:r w:rsidR="009A6010">
        <w:t>first of many</w:t>
      </w:r>
      <w:r w:rsidR="00C940CF" w:rsidRPr="00C940CF">
        <w:t xml:space="preserve"> faculty contract negotiations at Earnest Community College.</w:t>
      </w:r>
    </w:p>
    <w:p w14:paraId="120073B4" w14:textId="0770700D" w:rsidR="00C940CF" w:rsidRPr="00C940CF" w:rsidRDefault="00C940CF" w:rsidP="00C940CF">
      <w:r w:rsidRPr="00C940CF">
        <w:t xml:space="preserve">The administration was represented by </w:t>
      </w:r>
      <w:r w:rsidR="002E5792">
        <w:t>Mr.</w:t>
      </w:r>
      <w:r w:rsidRPr="00C940CF">
        <w:t xml:space="preserve"> Thompson, </w:t>
      </w:r>
      <w:r w:rsidR="002553E7">
        <w:t xml:space="preserve">the President’s sidekick and a </w:t>
      </w:r>
      <w:r w:rsidRPr="00C940CF">
        <w:t xml:space="preserve">man whose smile was as polished and insincere as the mahogany table </w:t>
      </w:r>
      <w:r w:rsidR="002553E7">
        <w:t>around which they sat</w:t>
      </w:r>
      <w:r w:rsidRPr="00C940CF">
        <w:t>. "We're thrilled to present a contract that reflects our shared commitment to efficiency and fiscal responsibility," he chirped, gesturing to a PowerPoint slide titled "</w:t>
      </w:r>
      <w:r w:rsidR="00370423">
        <w:t>Efficiency</w:t>
      </w:r>
      <w:r w:rsidRPr="00C940CF">
        <w:t xml:space="preserve"> and Streamlining."</w:t>
      </w:r>
    </w:p>
    <w:p w14:paraId="3663790A" w14:textId="77777777" w:rsidR="00C940CF" w:rsidRPr="00C940CF" w:rsidRDefault="00C940CF" w:rsidP="00C940CF">
      <w:r w:rsidRPr="00C940CF">
        <w:t>The first point was "Enhanced Faculty Responsibilities." A nervous-looking humanities professor, Dr. Miller, leaned in. "Does that mean mentoring more students?"</w:t>
      </w:r>
    </w:p>
    <w:p w14:paraId="21273466" w14:textId="51A735B7" w:rsidR="00C940CF" w:rsidRPr="00C940CF" w:rsidRDefault="00C940CF" w:rsidP="00C940CF">
      <w:r w:rsidRPr="00C940CF">
        <w:t>Thompson chuckled. "Even better! To foster interdepartmental collaboration, each faculty member will be responsible for a 'campus beautification' project. For example, Professor Albright, as a member of the Psychology Department, could create an interpretive pebble garden that visually represents the Freudian subconscious."</w:t>
      </w:r>
    </w:p>
    <w:p w14:paraId="7811F6A2" w14:textId="77777777" w:rsidR="00C940CF" w:rsidRPr="00C940CF" w:rsidRDefault="00C940CF" w:rsidP="00C940CF">
      <w:r w:rsidRPr="00C940CF">
        <w:lastRenderedPageBreak/>
        <w:t xml:space="preserve">Albright's right eye </w:t>
      </w:r>
      <w:proofErr w:type="gramStart"/>
      <w:r w:rsidRPr="00C940CF">
        <w:t>twitched</w:t>
      </w:r>
      <w:proofErr w:type="gramEnd"/>
      <w:r w:rsidRPr="00C940CF">
        <w:t>. "So, I'd be raking gravel to look like my inner turmoil?"</w:t>
      </w:r>
    </w:p>
    <w:p w14:paraId="642F8CED" w14:textId="77777777" w:rsidR="00C940CF" w:rsidRPr="00C940CF" w:rsidRDefault="00C940CF" w:rsidP="00C940CF">
      <w:r w:rsidRPr="00C940CF">
        <w:t>"Precisely! It's an excellent opportunity for personal and professional growth."</w:t>
      </w:r>
    </w:p>
    <w:p w14:paraId="0F3E457B" w14:textId="77777777" w:rsidR="00C940CF" w:rsidRPr="00C940CF" w:rsidRDefault="00C940CF" w:rsidP="00C940CF">
      <w:r w:rsidRPr="00C940CF">
        <w:t>The next slide, "Optimized Benefits," drew gasps. The school proposed replacing the current dental plan with a single voucher for one (1) cavity filling per year. The voucher was only valid at a "pop-up clinic" run by students from the dental hygiene program at the technical campus next door.</w:t>
      </w:r>
    </w:p>
    <w:p w14:paraId="62FC29F1" w14:textId="5F8FD16E" w:rsidR="00C940CF" w:rsidRPr="00C940CF" w:rsidRDefault="00C940CF" w:rsidP="00C940CF">
      <w:r w:rsidRPr="00C940CF">
        <w:t>"The students get hands-on experience, and you get a... filling," Thompson beamed. "It's a win-win!"</w:t>
      </w:r>
    </w:p>
    <w:p w14:paraId="7EE1ED78" w14:textId="77777777" w:rsidR="00C940CF" w:rsidRPr="00C940CF" w:rsidRDefault="00C940CF" w:rsidP="00C940CF">
      <w:r w:rsidRPr="00C940CF">
        <w:t>Albright leaned forward, his voice a low rumble. "A win-win would be keeping my teeth."</w:t>
      </w:r>
    </w:p>
    <w:p w14:paraId="3C601C84" w14:textId="0C54B023" w:rsidR="00C940CF" w:rsidRPr="00C940CF" w:rsidRDefault="00C940CF" w:rsidP="00C940CF">
      <w:r w:rsidRPr="00C940CF">
        <w:t>The final insult was the "Progressive Compensation Model," which was a long-winded term for a 0.25% annual raise, payable in a combination of expired cafeteria gift cards and "ECC Spirit Points," which, according to the fine print, could be redeemed for branded pencil sharpeners and one-on-one "thought leadership" sessions with Thompson.</w:t>
      </w:r>
    </w:p>
    <w:p w14:paraId="4E32BA9C" w14:textId="77777777" w:rsidR="00C940CF" w:rsidRPr="00C940CF" w:rsidRDefault="00C940CF" w:rsidP="00C940CF">
      <w:r w:rsidRPr="00C940CF">
        <w:t>"It's about incentivizing pride in the institution, not just monetary gain," Thompson explained, as if he hadn't just proposed paying them in glorified lint.</w:t>
      </w:r>
    </w:p>
    <w:p w14:paraId="0B2DD787" w14:textId="56B76336" w:rsidR="00C940CF" w:rsidRPr="00C940CF" w:rsidRDefault="00C940CF" w:rsidP="00C940CF">
      <w:r w:rsidRPr="00C940CF">
        <w:t>The faculty association president, a history professor named Frank Davies, pushed his glasses up his nose. "</w:t>
      </w:r>
      <w:r w:rsidR="005D45E2">
        <w:t>Mr.</w:t>
      </w:r>
      <w:r w:rsidRPr="00C940CF">
        <w:t xml:space="preserve"> Thompson, with all due respect, this isn't a contract, it's a hostage situation."</w:t>
      </w:r>
    </w:p>
    <w:p w14:paraId="78B21C3F" w14:textId="77777777" w:rsidR="00C940CF" w:rsidRPr="00C940CF" w:rsidRDefault="00C940CF" w:rsidP="00C940CF">
      <w:r w:rsidRPr="00C940CF">
        <w:t>"Frank, please, let's keep this professional."</w:t>
      </w:r>
    </w:p>
    <w:p w14:paraId="63F2A4A8" w14:textId="77777777" w:rsidR="00C940CF" w:rsidRPr="00C940CF" w:rsidRDefault="00C940CF" w:rsidP="00C940CF">
      <w:r w:rsidRPr="00C940CF">
        <w:t>"Professional? You want me to get a dental filling from a kid who just learned how to use a floss pick, and you're paying me in gift cards for the vending machine that's been broken since '98!"</w:t>
      </w:r>
    </w:p>
    <w:p w14:paraId="6EA39FF6" w14:textId="77777777" w:rsidR="00C940CF" w:rsidRPr="00C940CF" w:rsidRDefault="00C940CF" w:rsidP="00C940CF">
      <w:r w:rsidRPr="00C940CF">
        <w:t>Albright, who had been silent for a full minute, finally spoke up. "Is the interpretive dance session for team building part of the pebble garden, or a separate responsibility?"</w:t>
      </w:r>
    </w:p>
    <w:p w14:paraId="163CA5E4" w14:textId="77777777" w:rsidR="00C940CF" w:rsidRPr="00C940CF" w:rsidRDefault="00C940CF" w:rsidP="00C940CF">
      <w:r w:rsidRPr="00C940CF">
        <w:t>Thompson's smile didn't waver. "It's a separate initiative, to be held at the end of each fiscal quarter. We feel it will help faculty connect on a deeper, more emotional level."</w:t>
      </w:r>
    </w:p>
    <w:p w14:paraId="2FB4E9AE" w14:textId="385BEFC2" w:rsidR="00C940CF" w:rsidRPr="00C940CF" w:rsidRDefault="00C940CF" w:rsidP="00C940CF">
      <w:r w:rsidRPr="00C940CF">
        <w:t>At that, even the most stoic professors broke. The English Department chair began sobbing into a packet of Spirit Points, while someone from the math department started furiously scribbling equations on a napkin, trying to calculate the worth of a cavity filling. Albright just sat back, exhaled, and began mentally planning the layout of his interpretive pebble garden. He had a great idea for the repressed anger section.</w:t>
      </w:r>
    </w:p>
    <w:p w14:paraId="222CF7EE" w14:textId="4A75877C" w:rsidR="00197C60" w:rsidRDefault="00197C60"/>
    <w:p w14:paraId="4FF63A26" w14:textId="77777777" w:rsidR="002553E7" w:rsidRDefault="002553E7"/>
    <w:p w14:paraId="323027B3" w14:textId="77777777" w:rsidR="00197C60" w:rsidRDefault="004E0A3D">
      <w:r>
        <w:rPr>
          <w:b/>
        </w:rPr>
        <w:lastRenderedPageBreak/>
        <w:t>The Holodeck's Revenge</w:t>
      </w:r>
    </w:p>
    <w:p w14:paraId="7C6FC761" w14:textId="77777777" w:rsidR="00197C60" w:rsidRDefault="004E0A3D">
      <w:r>
        <w:t>Albright was mandated to teach in the Holodeck Classroom once again. Dean Beverly, with suspicious certainty, assured him it had been "upgraded."</w:t>
      </w:r>
    </w:p>
    <w:p w14:paraId="6740CDC5" w14:textId="77777777" w:rsidR="00197C60" w:rsidRDefault="004E0A3D">
      <w:r>
        <w:t>He stood in front of the screen, discussing the Milgram experiment. The screen, however, was not cooperating. It began to project a series of rapid-fire, low-quality GIFs. First, a tiny, pixelated cat was batting a mouse toy. Then, a dog was running in circles, chasing its own tail. Then, a baby was laughing maniacally.</w:t>
      </w:r>
    </w:p>
    <w:p w14:paraId="3C22F062" w14:textId="77777777" w:rsidR="00197C60" w:rsidRDefault="004E0A3D">
      <w:r>
        <w:t>He tried to ignore it. He drew a diagram on the whiteboard to help illustrate the experiment. As he finished, a 3D hologram of a stick figure appeared, holding a tiny sign. The sign read: "This Is the Most Ironic Thing Ever."</w:t>
      </w:r>
    </w:p>
    <w:p w14:paraId="236CB612" w14:textId="77777777" w:rsidR="00197C60" w:rsidRDefault="004E0A3D">
      <w:r>
        <w:t>A student laughed. “That’s so meta.”</w:t>
      </w:r>
    </w:p>
    <w:p w14:paraId="1C919B8B" w14:textId="77777777" w:rsidR="00197C60" w:rsidRDefault="004E0A3D">
      <w:r>
        <w:t>Albright felt a strange sense of camaraderie with the malfunctioning technology. It was as tired and disillusioned as he was.</w:t>
      </w:r>
    </w:p>
    <w:p w14:paraId="1908F685" w14:textId="77777777" w:rsidR="00197C60" w:rsidRDefault="004E0A3D">
      <w:r>
        <w:t>Suddenly, a low, guttural grinding sound filled the room, and grey smoke began to billow from the Holodeck. There was a distinct aroma of burnt circuits and regret.</w:t>
      </w:r>
    </w:p>
    <w:p w14:paraId="07E609B0" w14:textId="77777777" w:rsidR="00197C60" w:rsidRDefault="004E0A3D">
      <w:r>
        <w:t>A student in the front row coughed. "Uh, Professor, is it supposed to do that?"</w:t>
      </w:r>
    </w:p>
    <w:p w14:paraId="1F0E4F59" w14:textId="77777777" w:rsidR="00197C60" w:rsidRDefault="004E0A3D">
      <w:r>
        <w:t xml:space="preserve">Albright's eyes widened. "No! No, it is </w:t>
      </w:r>
      <w:proofErr w:type="gramStart"/>
      <w:r>
        <w:t>absolutely not</w:t>
      </w:r>
      <w:proofErr w:type="gramEnd"/>
      <w:r>
        <w:t xml:space="preserve"> supposed to do that!" He frantically waved his armsin genuine panic.</w:t>
      </w:r>
    </w:p>
    <w:p w14:paraId="0306DBD5" w14:textId="77777777" w:rsidR="00197C60" w:rsidRDefault="004E0A3D">
      <w:r>
        <w:t>As the students gathered their belongings to leave, Chad, the “football player,” suddenly jumped up. "Dude!" he exclaimed, his voice a mix of awe and terror. "The smoke just updated my contacts list with a bunch of random emojis." He held up his phone to show his friend. "Look. My mom's name is now a little cartoon bomb."</w:t>
      </w:r>
    </w:p>
    <w:p w14:paraId="392C2D55" w14:textId="77777777" w:rsidR="00197C60" w:rsidRDefault="004E0A3D">
      <w:r>
        <w:t xml:space="preserve">Instead of </w:t>
      </w:r>
      <w:proofErr w:type="gramStart"/>
      <w:r>
        <w:t>exitingthe</w:t>
      </w:r>
      <w:proofErr w:type="gramEnd"/>
      <w:r>
        <w:t xml:space="preserve"> room in an act of self-preservation, other students began to move their devices into the path of the smoke.</w:t>
      </w:r>
    </w:p>
    <w:p w14:paraId="6ED3DD23" w14:textId="77777777" w:rsidR="00197C60" w:rsidRDefault="004E0A3D">
      <w:r>
        <w:t>“No! No!” Albright shouted. “Everyone out of the room.”</w:t>
      </w:r>
    </w:p>
    <w:p w14:paraId="50D76E97" w14:textId="77777777" w:rsidR="00197C60" w:rsidRDefault="004E0A3D">
      <w:r>
        <w:t>“Nah,” said another student. “The smoke just texted me a bunch of awesome GIFs.”</w:t>
      </w:r>
    </w:p>
    <w:p w14:paraId="73BA7FD4" w14:textId="77777777" w:rsidR="00197C60" w:rsidRDefault="004E0A3D">
      <w:r>
        <w:t>Albright was stuck in a smoky room of technologically fueled madness. As he continued to try to get the students to leave, he called campus public safety, baffled as to how he would explain the situation.</w:t>
      </w:r>
    </w:p>
    <w:p w14:paraId="54C6D436" w14:textId="77777777" w:rsidR="00197C60" w:rsidRDefault="004E0A3D">
      <w:r>
        <w:br/>
      </w:r>
    </w:p>
    <w:p w14:paraId="6AC8008B" w14:textId="77777777" w:rsidR="00197C60" w:rsidRDefault="004E0A3D">
      <w:r>
        <w:rPr>
          <w:b/>
        </w:rPr>
        <w:t>The Tyranny of the Owl</w:t>
      </w:r>
    </w:p>
    <w:p w14:paraId="15C9C80A" w14:textId="77777777" w:rsidR="00197C60" w:rsidRDefault="004E0A3D">
      <w:r>
        <w:lastRenderedPageBreak/>
        <w:t xml:space="preserve">After the Holodeck disaster, Dean Beverly’s new "disruptive innovation" was a little piece of technology called the “Owl.” It was a small, round, 360-degree camera and microphone that sat on a tripod in the middle of the classroom, designed to make remote learning feel more “immersive” and “synergistic.” Albright was told he would be </w:t>
      </w:r>
      <w:proofErr w:type="gramStart"/>
      <w:r>
        <w:t>live-streaming</w:t>
      </w:r>
      <w:proofErr w:type="gramEnd"/>
      <w:r>
        <w:t xml:space="preserve"> his lecture on existentialism to a satellite campus in the next town as a trial session. He now had two </w:t>
      </w:r>
      <w:proofErr w:type="gramStart"/>
      <w:r>
        <w:t>audiences</w:t>
      </w:r>
      <w:proofErr w:type="gramEnd"/>
      <w:r>
        <w:t>: the twenty students sitting in his classroom, and the five students he could see on a small, grainy monitor at the back of the room.</w:t>
      </w:r>
    </w:p>
    <w:p w14:paraId="790BDEB4" w14:textId="77777777" w:rsidR="00197C60" w:rsidRDefault="004E0A3D">
      <w:r>
        <w:t>The Owl, however, was not a cooperative device. It was programmed to automatically zoom in on the person speaking, a feature that, in practice, led to a rapid-fire, disorienting series of close-ups.</w:t>
      </w:r>
    </w:p>
    <w:p w14:paraId="576B8CA3" w14:textId="77777777" w:rsidR="00197C60" w:rsidRDefault="004E0A3D">
      <w:r>
        <w:t>Albright began his lecture. “Today, we’ll connect existentialism to psychology. Existentialism is the philosophy that individuals are free and responsible agents who determine their own development through acts of the will…”</w:t>
      </w:r>
    </w:p>
    <w:p w14:paraId="53FF1CC2" w14:textId="77777777" w:rsidR="00197C60" w:rsidRDefault="004E0A3D">
      <w:r>
        <w:t>The Owl, however, had zoomed in on Spencer, the owner of the notorious Labubu</w:t>
      </w:r>
      <w:proofErr w:type="gramStart"/>
      <w:r>
        <w:t>.Spencer</w:t>
      </w:r>
      <w:proofErr w:type="gramEnd"/>
      <w:r>
        <w:t xml:space="preserve">, who was diligently attempting to feed the plush doll a single Cheez-It, was on full </w:t>
      </w:r>
      <w:proofErr w:type="gramStart"/>
      <w:r>
        <w:t>display,the</w:t>
      </w:r>
      <w:proofErr w:type="gramEnd"/>
      <w:r>
        <w:t xml:space="preserve"> camera so close that Albright could see the Cheez-It crumbs on the doll’s mouth.</w:t>
      </w:r>
    </w:p>
    <w:p w14:paraId="7CFF2C9E" w14:textId="77777777" w:rsidR="00197C60" w:rsidRDefault="004E0A3D">
      <w:r>
        <w:t>“Professor!” a distorted, tinny voice came from the monitor. It was a remote student. “Can you hear me? I have a question about the Cheez-It!”</w:t>
      </w:r>
    </w:p>
    <w:p w14:paraId="645FAA0C" w14:textId="77777777" w:rsidR="00197C60" w:rsidRDefault="004E0A3D">
      <w:r>
        <w:t>Albright, trying to regain control, waved his hands in the air. The Owl, thinking he was speaking, rapidly panned to him, then to the box of Cheez-It’s, then back to Albright.</w:t>
      </w:r>
    </w:p>
    <w:p w14:paraId="450B89EB" w14:textId="77777777" w:rsidR="00197C60" w:rsidRDefault="004E0A3D">
      <w:r>
        <w:t>The in-person students, now seeing themselves on the monitor, began to perform for the camera. A student in the back row made a series of bizarre faces, trying to get a reaction. The student with the man bun was now using his phone to search for a new betta fish for the student who had complained about her fish’s judgmental stare. The camera, in a moment of pure, cinematic genius, panned to each of them.</w:t>
      </w:r>
    </w:p>
    <w:p w14:paraId="66B6C400" w14:textId="77777777" w:rsidR="00197C60" w:rsidRDefault="004E0A3D">
      <w:r>
        <w:t>“No!” Albright yelled. “I am not a free and responsible agent! I am a human trapped in a cage of technology! And you! You are not determining your own destiny! You are all just memes on a screen!”</w:t>
      </w:r>
    </w:p>
    <w:p w14:paraId="0C8A26B8" w14:textId="77777777" w:rsidR="00197C60" w:rsidRDefault="004E0A3D">
      <w:r>
        <w:t>The Owl, for its part, just stared at him, its single, robotic eye glowing ominously. Albright felt a profound sense of helplessness. The in-person students were a sideshow, the remote students were a voice from beyond the grave, and the Owl was a cold, unfeeling god that had chosen to document his final, agonizing descent into madness.</w:t>
      </w:r>
    </w:p>
    <w:p w14:paraId="2AFC17D8" w14:textId="77777777" w:rsidR="00197C60" w:rsidRDefault="004E0A3D">
      <w:r>
        <w:br/>
      </w:r>
    </w:p>
    <w:p w14:paraId="242B7962" w14:textId="77777777" w:rsidR="00197C60" w:rsidRDefault="004E0A3D">
      <w:r>
        <w:rPr>
          <w:b/>
        </w:rPr>
        <w:t>The Student Who Wanted to Be a Tree</w:t>
      </w:r>
    </w:p>
    <w:p w14:paraId="32DC7C1E" w14:textId="77777777" w:rsidR="00197C60" w:rsidRDefault="004E0A3D">
      <w:r>
        <w:lastRenderedPageBreak/>
        <w:t>A student named Jasper came to Albright’s office hours with a serious question. He was writing a paper on the nature of identity. “Professor,” he began, “I feel like… I’m not a person. I feel like I am a tree. Like, a big oak tree. With roots and stuff.”</w:t>
      </w:r>
    </w:p>
    <w:p w14:paraId="4F926ABB" w14:textId="77777777" w:rsidR="00197C60" w:rsidRDefault="004E0A3D">
      <w:r>
        <w:t>Albright pinched the bridge of his nose. “Jasper, that’s a metaphor.”</w:t>
      </w:r>
    </w:p>
    <w:p w14:paraId="3F156DFC" w14:textId="77777777" w:rsidR="00197C60" w:rsidRDefault="004E0A3D">
      <w:r>
        <w:t>“No,” Jasper said, his voice quiet and firm. “It’s a deeply held truth. I feel the wind in my leaves. I feel the sun on my bark. I am one with the earth. I think my paper should be in the form of a tree.”</w:t>
      </w:r>
    </w:p>
    <w:p w14:paraId="34294586" w14:textId="77777777" w:rsidR="00197C60" w:rsidRDefault="004E0A3D">
      <w:r>
        <w:t>Albright just stared. “A paper… in the form of a tree?”</w:t>
      </w:r>
    </w:p>
    <w:p w14:paraId="2E5CEB84" w14:textId="77777777" w:rsidR="00197C60" w:rsidRDefault="004E0A3D">
      <w:r>
        <w:t xml:space="preserve">“Yeah,” Jasper said. “Like, the roots are my thesis. The trunk is the body </w:t>
      </w:r>
      <w:proofErr w:type="gramStart"/>
      <w:r>
        <w:t>paragraphs</w:t>
      </w:r>
      <w:proofErr w:type="gramEnd"/>
      <w:r>
        <w:t>. The branches are my supporting evidence. The leaves are the footnotes. And the bark… the bark is my conclusion.”</w:t>
      </w:r>
    </w:p>
    <w:p w14:paraId="3DC3E585" w14:textId="77777777" w:rsidR="00197C60" w:rsidRDefault="004E0A3D">
      <w:r>
        <w:t>Albright had to sit down. He felt a profound sense of exhaustion.</w:t>
      </w:r>
    </w:p>
    <w:p w14:paraId="1F48EC7F" w14:textId="77777777" w:rsidR="00197C60" w:rsidRDefault="004E0A3D">
      <w:r>
        <w:t>Jasper continued, “My paper will be a single, glorious, papery oak, bound with twine and perhaps a sprig of real ivy."</w:t>
      </w:r>
    </w:p>
    <w:p w14:paraId="4BA57B0F" w14:textId="77777777" w:rsidR="00197C60" w:rsidRDefault="004E0A3D">
      <w:r>
        <w:t>Albright, whose office was already an overstuffed terrarium of dusty books and neglected mugs, felt increasingly weary. "Jasper," he sighed, the sound like air escaping a punctured tire. "I appreciate the... creativity. But a paper is, by definition, flat. It has pages. It's a collection of words, not a botanical sculpture." He gestured vaguely at a stack of ungraded essays. "I can't just... put a tree in my filing cabinet. What would my colleagues say? What would the dean say? 'Oh, look, Professor Albright has a Banyan tree, an A+ paper, sitting on his desk. How very avant-garde!'"</w:t>
      </w:r>
    </w:p>
    <w:p w14:paraId="266ECDC3" w14:textId="77777777" w:rsidR="00197C60" w:rsidRDefault="004E0A3D">
      <w:r>
        <w:t xml:space="preserve">Jasper was not swayed. "It's about breaking free from the conventional," he insisted. "You can't grade a tree with a rubric designed for a mere manuscript. You </w:t>
      </w:r>
      <w:proofErr w:type="gramStart"/>
      <w:r>
        <w:t>have to</w:t>
      </w:r>
      <w:proofErr w:type="gramEnd"/>
      <w:r>
        <w:t xml:space="preserve"> feel its resonance. It'sa fundamental truth." He then added, a little too earnestly, "I could give it a little soil to sit in. Just a small bag. To ground it."</w:t>
      </w:r>
    </w:p>
    <w:p w14:paraId="03D8671E" w14:textId="77777777" w:rsidR="00197C60" w:rsidRDefault="004E0A3D">
      <w:r>
        <w:t xml:space="preserve">Albright slumped back in his chair, a man utterly defeated by a metaphor run amok. He pictured the </w:t>
      </w:r>
      <w:proofErr w:type="gramStart"/>
      <w:r>
        <w:t>paper-tree</w:t>
      </w:r>
      <w:proofErr w:type="gramEnd"/>
      <w:r>
        <w:t xml:space="preserve"> on his desk, slowly shedding its footnote-leaves, the twine-bindings loosening. He'd try to grade it, only to find the "bark" was </w:t>
      </w:r>
      <w:proofErr w:type="gramStart"/>
      <w:r>
        <w:t>actually a</w:t>
      </w:r>
      <w:proofErr w:type="gramEnd"/>
      <w:r>
        <w:t xml:space="preserve"> series of scrawled aphorisms and a single, crudely drawn smiley face. Would he give it a B for bark? A C for chlorophyll? Or would he simply, sadly, assign it a grade of "incomplete" and watch Jasper, the </w:t>
      </w:r>
      <w:proofErr w:type="gramStart"/>
      <w:r>
        <w:t>human-tree</w:t>
      </w:r>
      <w:proofErr w:type="gramEnd"/>
      <w:r>
        <w:t>, shuffle out of his office, ready to take root somewhere else?</w:t>
      </w:r>
    </w:p>
    <w:p w14:paraId="1FF8A2FF" w14:textId="77777777" w:rsidR="00197C60" w:rsidRDefault="004E0A3D">
      <w:r>
        <w:rPr>
          <w:b/>
        </w:rPr>
        <w:t>Bathroom Drama</w:t>
      </w:r>
    </w:p>
    <w:p w14:paraId="2091D3DA" w14:textId="77777777" w:rsidR="00197C60" w:rsidRDefault="004E0A3D">
      <w:r>
        <w:t>Albright went to the men's faculty restroom. It was a single-stall bathroom, a small, quiet sanctuary from the folly of the campus. He was about to enter when he saw his colleague, Dr. Jenkins, standing outside, looking pale.</w:t>
      </w:r>
    </w:p>
    <w:p w14:paraId="1579030D" w14:textId="77777777" w:rsidR="00197C60" w:rsidRDefault="004E0A3D">
      <w:r>
        <w:lastRenderedPageBreak/>
        <w:t>“Albright,” Jenkins whispered, “you can’t go in there.”</w:t>
      </w:r>
    </w:p>
    <w:p w14:paraId="5E76CDAE" w14:textId="77777777" w:rsidR="00197C60" w:rsidRDefault="004E0A3D">
      <w:r>
        <w:t>“Why not, Jenkins? Did someone leave a mess?”</w:t>
      </w:r>
    </w:p>
    <w:p w14:paraId="0EBD82C0" w14:textId="77777777" w:rsidR="00197C60" w:rsidRDefault="004E0A3D">
      <w:r>
        <w:t xml:space="preserve">“No,” Jenkins said, his voice a panicked hush. “There’s a student in there. He’s taking a long time. I think… I think he’s giving a lecture to himself in the mirror. I heard him say, ‘And that, my friends, is the first law of </w:t>
      </w:r>
      <w:proofErr w:type="gramStart"/>
      <w:r>
        <w:t>thermodynamics.’”</w:t>
      </w:r>
      <w:proofErr w:type="gramEnd"/>
    </w:p>
    <w:p w14:paraId="174DC0DE" w14:textId="77777777" w:rsidR="00197C60" w:rsidRDefault="004E0A3D">
      <w:r>
        <w:t xml:space="preserve">Albright blinked slowly, processing the information. "He's giving a lecture...on thermodynamics? In the faculty restroom?" </w:t>
      </w:r>
    </w:p>
    <w:p w14:paraId="1CECB235" w14:textId="77777777" w:rsidR="00197C60" w:rsidRDefault="004E0A3D">
      <w:r>
        <w:t>Jenkins nodded solemnly, his eyes wide with a mixture of annoyance and professional solidarity. A faint, muffled voice drifted from behind the closed door. "...a closed system, with an isolated...er, wall...no, no, no. Get it right, Kyle," the voice corrected itself.</w:t>
      </w:r>
    </w:p>
    <w:p w14:paraId="3F7D5F84" w14:textId="77777777" w:rsidR="00197C60" w:rsidRDefault="004E0A3D">
      <w:r>
        <w:t>Jenkins leaned closer to Albright, his voice now a desperate plea. "I've been out here for ten minutes, Albright. I can't leave. What if he needs help? I should step in.” Albright placed a comforting hand on Jenkins' shoulder. "Don't worry, old friend. You've done your time." Albright then reached for the doorknob.</w:t>
      </w:r>
    </w:p>
    <w:p w14:paraId="47C610A3" w14:textId="77777777" w:rsidR="00197C60" w:rsidRDefault="004E0A3D">
      <w:r>
        <w:t>"What are you doing?" Jenkins hissed, recoiling in terror.</w:t>
      </w:r>
    </w:p>
    <w:p w14:paraId="14791436" w14:textId="77777777" w:rsidR="00197C60" w:rsidRDefault="004E0A3D">
      <w:r>
        <w:t>"I'm going in there, Jenkins. He's not just a student; he's a student in a crisis. He needs a peer review." Albright chuckled and pushed the door open to find a young man, no older than twenty, standing in front of the mirror, gesturing grandly with a roll of toilet paper in his hand. He was so engrossed in his lecture that he didn't even notice the two professors in the doorway.</w:t>
      </w:r>
    </w:p>
    <w:p w14:paraId="04090AAD" w14:textId="77777777" w:rsidR="00197C60" w:rsidRDefault="004E0A3D">
      <w:r>
        <w:t xml:space="preserve">"...and in conclusion," the student, Kyle, announced to his reflection, "the total energy of an isolated system is constant! What </w:t>
      </w:r>
      <w:proofErr w:type="gramStart"/>
      <w:r>
        <w:t>say you</w:t>
      </w:r>
      <w:proofErr w:type="gramEnd"/>
      <w:r>
        <w:t>, Kyle?" He paused, then narrowed his eyes at his reflection. "You're not buying it, are you? It's the phrasing. I need to make it more...accessible." He then threw his hands up in frustration and turned to find Albright and Jenkins watching him.</w:t>
      </w:r>
    </w:p>
    <w:p w14:paraId="69EB4505" w14:textId="77777777" w:rsidR="00197C60" w:rsidRDefault="004E0A3D">
      <w:r>
        <w:t>The silence in the bathroom was so thick you could cut it with a spork. Kyle's eyes darted between the two professors. Albright took a step forward, a paternal look on his face. "Kyle, I'm Dr. Albright. This is Dr. Jenkins. We just wanted to let you know that your phrasing was just fine. Excellent, in fact. And your grasp of the first law of thermodynamics is...solid. You can go now."</w:t>
      </w:r>
    </w:p>
    <w:p w14:paraId="01C3B72C" w14:textId="77777777" w:rsidR="00197C60" w:rsidRDefault="004E0A3D">
      <w:r>
        <w:t xml:space="preserve">Kyle stared at Albright for a moment longer before his face crumpled. "Thank you," he whimpered, then sprinted out the door, a hero's triumphant escape from his internal monologue. Albright then turned to Jenkins, who was still standing in the doorway, staring </w:t>
      </w:r>
      <w:proofErr w:type="gramStart"/>
      <w:r>
        <w:t>after</w:t>
      </w:r>
      <w:proofErr w:type="gramEnd"/>
      <w:r>
        <w:t xml:space="preserve"> the student in disbelief. "See, Jenkins? Sometimes, all a student needs </w:t>
      </w:r>
      <w:proofErr w:type="gramStart"/>
      <w:r>
        <w:t>is</w:t>
      </w:r>
      <w:proofErr w:type="gramEnd"/>
      <w:r>
        <w:t xml:space="preserve"> a little encouragement. Even in the bathroom." Albright walked to the urinaland then to the sink, his back to Jenkins.</w:t>
      </w:r>
    </w:p>
    <w:p w14:paraId="4C56CB1B" w14:textId="77777777" w:rsidR="00197C60" w:rsidRDefault="004E0A3D">
      <w:r>
        <w:lastRenderedPageBreak/>
        <w:t>"And now, Albright," Jenkins said, his voice tight with suppressed amusement, "I believe you need to tell me what you're holding in your hand."</w:t>
      </w:r>
    </w:p>
    <w:p w14:paraId="38BAA686" w14:textId="77777777" w:rsidR="00197C60" w:rsidRDefault="004E0A3D">
      <w:r>
        <w:t>Albright looked down, then froze. In his hand, he held not a paper towel, but the bright blue, vaguely lozenge-shaped object he had just grabbed from the urinal's porcelain bowl, mistaking it for a fancy, newfangled soap bar. He stared at it, his face a mask of slow-dawning horror.</w:t>
      </w:r>
    </w:p>
    <w:p w14:paraId="6B9339BE" w14:textId="77777777" w:rsidR="00197C60" w:rsidRDefault="004E0A3D">
      <w:r>
        <w:t>"Oh, Jenkins," he whispered, a single bead of sweat trickling down his temple. "I believe I have just made a critical misinterpretation of my sensory input.”</w:t>
      </w:r>
    </w:p>
    <w:p w14:paraId="0A1B30C7" w14:textId="77777777" w:rsidR="00197C60" w:rsidRDefault="004E0A3D">
      <w:r>
        <w:br w:type="page"/>
      </w:r>
    </w:p>
    <w:p w14:paraId="502AF46B" w14:textId="77777777" w:rsidR="00197C60" w:rsidRDefault="004E0A3D">
      <w:pPr>
        <w:spacing w:before="5040"/>
        <w:jc w:val="center"/>
      </w:pPr>
      <w:r>
        <w:lastRenderedPageBreak/>
        <w:t xml:space="preserve"> The Descent into Further Madness</w:t>
      </w:r>
    </w:p>
    <w:p w14:paraId="1AEF9A92" w14:textId="77777777" w:rsidR="00197C60" w:rsidRDefault="004E0A3D">
      <w:r>
        <w:rPr>
          <w:b/>
        </w:rPr>
        <w:t>The Final Exam Fiasco</w:t>
      </w:r>
    </w:p>
    <w:p w14:paraId="75098384" w14:textId="77777777" w:rsidR="00197C60" w:rsidRDefault="004E0A3D">
      <w:r>
        <w:t>Albright finally made it to the end of the fall semester. It was final exam day, a grueling two-hour marathon of essay questions. The room was silent except for the scribbling of pens and the faint, unsettling hum of the fluorescent lights. Albright, ever the vigilant proctor, patrolled the aisles, his feet aching, his mind a quiet, weary wasteland.</w:t>
      </w:r>
    </w:p>
    <w:p w14:paraId="09074CCD" w14:textId="77777777" w:rsidR="00197C60" w:rsidRDefault="004E0A3D">
      <w:r>
        <w:t xml:space="preserve">Then, a sound shattered the silence: a series of dull, resonant thumps, like a small drum being beaten in the back row. Albright's head snapped up. A student named Marcus, a young man known for his perpetual state of dishevelment, was trying to open his giant, dented, metallic tumbler. He was holding the tumbler in one hand, and with the other, he was slapping the bottom of it, </w:t>
      </w:r>
      <w:proofErr w:type="gramStart"/>
      <w:r>
        <w:t>over and over again</w:t>
      </w:r>
      <w:proofErr w:type="gramEnd"/>
      <w:r>
        <w:t>, in a desperate, yet futile, attempt to dislodge the lid. It was a rhythmic, infuriating sound that grew louder with each slap.</w:t>
      </w:r>
    </w:p>
    <w:p w14:paraId="781A1309" w14:textId="77777777" w:rsidR="00197C60" w:rsidRDefault="004E0A3D">
      <w:r>
        <w:t>Albright walked down the aisle. "Mr. Roberts, what on earth are you doing?"</w:t>
      </w:r>
    </w:p>
    <w:p w14:paraId="1B5933D0" w14:textId="77777777" w:rsidR="00197C60" w:rsidRDefault="004E0A3D">
      <w:r>
        <w:t>Marcus looked up, his face a mask of frantic concentration. "Professor, I can't get it open! I've been trying for like five minutes. I'm dehydrated."</w:t>
      </w:r>
    </w:p>
    <w:p w14:paraId="482569A2" w14:textId="77777777" w:rsidR="00197C60" w:rsidRDefault="004E0A3D">
      <w:r>
        <w:t>Albright just stared at the tumbler. He had never seen a piece of hydration technology that looked so formidable. It was like a small, silver fortress. He bent down and tried to twist the lid. It was stuck fast, as if it had been welded on.</w:t>
      </w:r>
    </w:p>
    <w:p w14:paraId="5E525918" w14:textId="77777777" w:rsidR="00197C60" w:rsidRDefault="004E0A3D">
      <w:r>
        <w:t>"It’s not my fault!" Marcus whispered, his eyes wide with a profound philosophical concern. "It's a metaphor for the final exam! The knowledge is inside, but the lid is stuck!"</w:t>
      </w:r>
    </w:p>
    <w:p w14:paraId="1830E77B" w14:textId="77777777" w:rsidR="00197C60" w:rsidRDefault="004E0A3D">
      <w:r>
        <w:t xml:space="preserve">Before Albright could respond, another student, a lanky young man with a look of pure bliss on his face, walked into the classroom while simultaneously eating a giant, overflowing bowl of chocolate ice cream. It was Calvin. He had clearly partaken in the campus ice cream social that was happening in the quad outside. </w:t>
      </w:r>
    </w:p>
    <w:p w14:paraId="272D1388" w14:textId="77777777" w:rsidR="00197C60" w:rsidRDefault="004E0A3D">
      <w:r>
        <w:t>He walked to the front of the room, as if on a stage, and began to eat the ice cream with a spoon, a slow, deliberate, and maddeningly audible process of slurping and scraping.</w:t>
      </w:r>
    </w:p>
    <w:p w14:paraId="07530494" w14:textId="77777777" w:rsidR="00197C60" w:rsidRDefault="004E0A3D">
      <w:r>
        <w:t>"Excuse me, Mr. Willis," Albright said, his voice a tight whisper. "You’re an hour late. And you are eating ice cream."</w:t>
      </w:r>
    </w:p>
    <w:p w14:paraId="16E34FC6" w14:textId="77777777" w:rsidR="00197C60" w:rsidRDefault="004E0A3D">
      <w:r>
        <w:t xml:space="preserve">"I know," Calvin said, </w:t>
      </w:r>
      <w:proofErr w:type="gramStart"/>
      <w:r>
        <w:t>that</w:t>
      </w:r>
      <w:proofErr w:type="gramEnd"/>
      <w:r>
        <w:t xml:space="preserve"> smile on his face. "It's the ice cream social. I was just passing by and... I got hungry. Can I still take the exam?"</w:t>
      </w:r>
    </w:p>
    <w:p w14:paraId="297826A3" w14:textId="77777777" w:rsidR="00197C60" w:rsidRDefault="004E0A3D">
      <w:r>
        <w:t>“At this point, you only have one hour left,” Albright said as he handed Calvin an exam copy.</w:t>
      </w:r>
    </w:p>
    <w:p w14:paraId="016F0E8A" w14:textId="77777777" w:rsidR="00197C60" w:rsidRDefault="004E0A3D">
      <w:r>
        <w:t xml:space="preserve">Calvin sat down at a front-row desk, and the air around him became a cloud of sweet, sugary excellence. The other students, who had been </w:t>
      </w:r>
      <w:proofErr w:type="gramStart"/>
      <w:r>
        <w:t>in the midst of</w:t>
      </w:r>
      <w:proofErr w:type="gramEnd"/>
      <w:r>
        <w:t xml:space="preserve"> writing, appeared enraged over the presence of the sweet treat. It was a profound, almost biblical injustice that they, too, did not have bowls of ice cream.</w:t>
      </w:r>
    </w:p>
    <w:p w14:paraId="1C8D7703" w14:textId="77777777" w:rsidR="00197C60" w:rsidRDefault="004E0A3D">
      <w:r>
        <w:lastRenderedPageBreak/>
        <w:t xml:space="preserve">Then, a sound shattered the silence once </w:t>
      </w:r>
      <w:proofErr w:type="gramStart"/>
      <w:r>
        <w:t>more—</w:t>
      </w:r>
      <w:proofErr w:type="gramEnd"/>
      <w:r>
        <w:t xml:space="preserve">the sound of a single, solitary, and very loud sneeze. Calvin, startled, sneezed as well, and a small, perfectly formed </w:t>
      </w:r>
      <w:proofErr w:type="gramStart"/>
      <w:r>
        <w:t>glob</w:t>
      </w:r>
      <w:proofErr w:type="gramEnd"/>
      <w:r>
        <w:t xml:space="preserve"> of chocolate ice cream launched from his spoon and landed, with a wet, sickening thud, directly on the forehead of Marcus, still fighting his tumbler. The ice cream slid slowly down his face, a cold, brown tear of sweet, sugary despair.</w:t>
      </w:r>
    </w:p>
    <w:p w14:paraId="7A1B6E60" w14:textId="77777777" w:rsidR="00197C60" w:rsidRDefault="004E0A3D">
      <w:r>
        <w:t>Marcus just sat there, a blank expression on his face, a chocolate trail on his cheek, and a defiant tumbler that would not open. Calvin just stared at him, a look of profound, cosmic horror on his face. He had just committed the ultimate sin. He had splattered his joy all over another man’s misery.</w:t>
      </w:r>
    </w:p>
    <w:p w14:paraId="09665EBD" w14:textId="77777777" w:rsidR="00197C60" w:rsidRDefault="004E0A3D">
      <w:r>
        <w:br/>
      </w:r>
      <w:r>
        <w:br/>
      </w:r>
    </w:p>
    <w:p w14:paraId="374D2C49" w14:textId="77777777" w:rsidR="00197C60" w:rsidRDefault="004E0A3D">
      <w:r>
        <w:rPr>
          <w:b/>
        </w:rPr>
        <w:t>The Great Student "Wellness" Initiative</w:t>
      </w:r>
    </w:p>
    <w:p w14:paraId="26A8CC21" w14:textId="77777777" w:rsidR="00197C60" w:rsidRDefault="004E0A3D">
      <w:r>
        <w:t xml:space="preserve">Just when Albright thought life was returning to a semblance of normal after a relaxing winter break, the spring semester fell upon him—a new semester with a new level of craziness. </w:t>
      </w:r>
    </w:p>
    <w:p w14:paraId="34ABDF23" w14:textId="77777777" w:rsidR="00197C60" w:rsidRDefault="004E0A3D">
      <w:r>
        <w:t>Dean Beverly had announced the "Student Wellness and Mindfulness Initiative" at a pre-semester meeting. The cornerstone of the plan was a campus-wide meditation challenge, led by a wellness guru named Harmony, who looked like she subsisted on a diet of green juice and pure positive energy.</w:t>
      </w:r>
    </w:p>
    <w:p w14:paraId="409C10B1" w14:textId="77777777" w:rsidR="00197C60" w:rsidRDefault="004E0A3D">
      <w:r>
        <w:t>In addition to the "Empathy Minute," Albright was now mandated to lead a morning meditation session for his students before class. He stood at the front of the room, looking out at a group of students in various states of pre-caffeinated misery. “Okay, everyone,” he said, his voice a monotone. “Please close your eyes and... breathe.”</w:t>
      </w:r>
    </w:p>
    <w:p w14:paraId="3E391B03" w14:textId="77777777" w:rsidR="00197C60" w:rsidRDefault="004E0A3D">
      <w:r>
        <w:t>A student in the back was on his phone, furiously swiping through dating apps. “I can’t breathe, Professor,” he said, not looking up. “My profile is in critical condition.”</w:t>
      </w:r>
    </w:p>
    <w:p w14:paraId="2FCE0B39" w14:textId="77777777" w:rsidR="00197C60" w:rsidRDefault="004E0A3D">
      <w:r>
        <w:t>Harmony, who was observing, glided over. “Thomas, you must provide a guided, aural experience. Use evocative language! Help them find their inner light!”</w:t>
      </w:r>
    </w:p>
    <w:p w14:paraId="0E9147FA" w14:textId="77777777" w:rsidR="00197C60" w:rsidRDefault="004E0A3D">
      <w:r>
        <w:t>Albright tried again. “Okay. Imagine a quiet field. The wind is blowing. A single blade of grass is... swaying."</w:t>
      </w:r>
    </w:p>
    <w:p w14:paraId="7682F31F" w14:textId="77777777" w:rsidR="00197C60" w:rsidRDefault="004E0A3D">
      <w:r>
        <w:br/>
      </w:r>
      <w:r>
        <w:br/>
      </w:r>
      <w:r>
        <w:br/>
      </w:r>
    </w:p>
    <w:p w14:paraId="18B5DA09" w14:textId="77777777" w:rsidR="00197C60" w:rsidRDefault="004E0A3D">
      <w:r>
        <w:lastRenderedPageBreak/>
        <w:t xml:space="preserve">Albright just sighed. The meditation session ended with half the </w:t>
      </w:r>
      <w:proofErr w:type="gramStart"/>
      <w:r>
        <w:t>students</w:t>
      </w:r>
      <w:proofErr w:type="gramEnd"/>
      <w:r>
        <w:t xml:space="preserve"> taking selfies with their eyes closed and the other half complaining about the lack of Wi-Fi </w:t>
      </w:r>
      <w:proofErr w:type="gramStart"/>
      <w:r>
        <w:t>signal</w:t>
      </w:r>
      <w:proofErr w:type="gramEnd"/>
      <w:r>
        <w:t xml:space="preserve"> in their serene inner gardens.</w:t>
      </w:r>
    </w:p>
    <w:p w14:paraId="137A42CB" w14:textId="77777777" w:rsidR="00197C60" w:rsidRDefault="004E0A3D">
      <w:r>
        <w:br/>
      </w:r>
    </w:p>
    <w:p w14:paraId="54613013" w14:textId="77777777" w:rsidR="00197C60" w:rsidRDefault="004E0A3D">
      <w:r>
        <w:rPr>
          <w:b/>
        </w:rPr>
        <w:t>The Newly Bad Cafeteria</w:t>
      </w:r>
    </w:p>
    <w:p w14:paraId="2F7E29F0" w14:textId="77777777" w:rsidR="00197C60" w:rsidRDefault="004E0A3D">
      <w:r>
        <w:t xml:space="preserve">The Earnest Community College cafeteria had been renovated. It now boasted a new "Global Fusion Station," which was just the old salad bar with some different sauces. Albright, lured by the promise of edible food, ventured in. The new station was being officially unveiled by Dean Beverly, who stood next to a </w:t>
      </w:r>
      <w:proofErr w:type="gramStart"/>
      <w:r>
        <w:t>chef's-hat</w:t>
      </w:r>
      <w:proofErr w:type="gramEnd"/>
      <w:r>
        <w:t xml:space="preserve">-wearing student with a single, massive </w:t>
      </w:r>
      <w:proofErr w:type="gramStart"/>
      <w:r>
        <w:t>wok</w:t>
      </w:r>
      <w:proofErr w:type="gramEnd"/>
      <w:r>
        <w:t>. The student, an earnest culinary major named Michael, was stirring a steaming concoction. "We are fusing cultures through cuisine!" Beverly announced. "Today, we have an inspired blend of traditional Mongolian beef and classic American tater tots!"</w:t>
      </w:r>
    </w:p>
    <w:p w14:paraId="161B9848" w14:textId="77777777" w:rsidR="00197C60" w:rsidRDefault="004E0A3D">
      <w:r>
        <w:t>The first spoonful of "Mongolian Tot" was served to a small, unassuming student who immediately looked ill. Before he could speak, a large pot on the stove behind Michael began to bubble violently. It wasn't the food; it was a bizarre science experiment from the next-door biology lab, a forgotten pot of "hyper-fermenting algae" that had been mistaken for soup stock. The pot began to pulse, and a geyser of viscous, green slime erupted, coating Dean Beverly from head to toe. The slime had a distinctly unpleasant odor of pond scum and failure. Michael, mortified, tried to apologize, but all he could do was stand and stir the Mongolian Tots, a lone figure in a sea of green goo and student laughter.</w:t>
      </w:r>
    </w:p>
    <w:p w14:paraId="3BADCF8F" w14:textId="77777777" w:rsidR="00197C60" w:rsidRDefault="004E0A3D">
      <w:r>
        <w:br/>
      </w:r>
    </w:p>
    <w:p w14:paraId="16006CC8" w14:textId="77777777" w:rsidR="00197C60" w:rsidRDefault="004E0A3D">
      <w:r>
        <w:rPr>
          <w:b/>
        </w:rPr>
        <w:t>The Unhinged Consultant</w:t>
      </w:r>
    </w:p>
    <w:p w14:paraId="2959E13E" w14:textId="77777777" w:rsidR="00197C60" w:rsidRDefault="004E0A3D">
      <w:r>
        <w:t>Dean Beverly, undeterred by the cafeteria incident, hired a high-priced consultant to conduct a faculty training session on "Student-Centric Empathy and Grade Empowerment." The consultant, a man named Chad from a company called "Synergy Solutions," was a slick-haired, high-energy individual who knew nothing about higher education. "Okay, so here's the deal, folks," he began, pacing the front of the auditorium with an air of profound confidence. "When a student comes to you with an issue, you don't say 'no.' You say 'yes.' And then you give them an A."</w:t>
      </w:r>
    </w:p>
    <w:p w14:paraId="7822BDEB" w14:textId="77777777" w:rsidR="00197C60" w:rsidRDefault="004E0A3D">
      <w:r>
        <w:t xml:space="preserve">An incredulous murmur rippled through the faculty. "But what if they didn't earn it?" a history professor asked. Chad stopped and stared at the professor as if he were a particularly slow child. "Earning is a concept we're moving past, my friend. It's about 'feeling.' If a student feels like they've earned an A, they have. You see, </w:t>
      </w:r>
      <w:proofErr w:type="gramStart"/>
      <w:r>
        <w:t>the A</w:t>
      </w:r>
      <w:proofErr w:type="gramEnd"/>
      <w:r>
        <w:t xml:space="preserve"> is just a symbol. The true grade is the student's self-worth." He then explained a new grading matrix. An F was now a "Future Opportunity," a D was a "Developing Dialogue," and a C was a "Courageous Contributor." Albright just sank lower in his seat. The consultant concluded by </w:t>
      </w:r>
      <w:r>
        <w:lastRenderedPageBreak/>
        <w:t>saying, "We have to be like water, my friends. We must flow into the students’ needs. It’s all about a ‘liquid curriculum,’ a frictionless learning experience."</w:t>
      </w:r>
    </w:p>
    <w:p w14:paraId="67DCDBA0" w14:textId="77777777" w:rsidR="00197C60" w:rsidRDefault="004E0A3D">
      <w:r>
        <w:br/>
      </w:r>
    </w:p>
    <w:p w14:paraId="1EE281B0" w14:textId="77777777" w:rsidR="00197C60" w:rsidRDefault="004E0A3D">
      <w:r>
        <w:rPr>
          <w:b/>
        </w:rPr>
        <w:t>The Unbearable Lightness of Social-Emotional Learning</w:t>
      </w:r>
    </w:p>
    <w:p w14:paraId="7295FA60" w14:textId="77777777" w:rsidR="00197C60" w:rsidRDefault="004E0A3D">
      <w:r>
        <w:t>Alongside the ‘liquid curriculum’ nonsense, the new, campus-wide curriculum constituted a futile attempt at introducing "Social-Emotional Learning," or SEL. This meant Albright had to incorporate emotional check-ins, group discussions about feelings, and mandatory reflection journals into his PSYC 101 class.</w:t>
      </w:r>
    </w:p>
    <w:p w14:paraId="7EB332FA" w14:textId="77777777" w:rsidR="00197C60" w:rsidRDefault="004E0A3D">
      <w:r>
        <w:t>He sat with his class in a circle on the floor, an activity that, he felt, was specifically designed to make him feel ancient and ridiculous. “Okay,” he said, trying to sound enthusiastic. “Today, we’re going to discuss the concept of ‘emotional intelligence.’ Who would like to start by sharing a feeling?”</w:t>
      </w:r>
    </w:p>
    <w:p w14:paraId="3BB795A2" w14:textId="77777777" w:rsidR="00197C60" w:rsidRDefault="004E0A3D">
      <w:r>
        <w:t>A young woman named Madison raised her hand. “I’m feeling a deep sense of despair because my emotional support betta fish, Alexander III, keeps staring at me with a judgmental expression.”</w:t>
      </w:r>
    </w:p>
    <w:p w14:paraId="0CF44896" w14:textId="77777777" w:rsidR="00197C60" w:rsidRDefault="004E0A3D">
      <w:r>
        <w:t>The student with the man bun, who was also in the circle, looked concerned. “But… fish don’t have facial expressions, do they? Is this a cognitive bias on your part?”</w:t>
      </w:r>
    </w:p>
    <w:p w14:paraId="12916914" w14:textId="77777777" w:rsidR="00197C60" w:rsidRDefault="004E0A3D">
      <w:r>
        <w:t>Madison burst into tears. “Are you saying my feelings aren’t valid?”</w:t>
      </w:r>
    </w:p>
    <w:p w14:paraId="6F78DBC9" w14:textId="77777777" w:rsidR="00197C60" w:rsidRDefault="004E0A3D">
      <w:r>
        <w:t xml:space="preserve">The entire circle descended into a chaotic, emotional mess. Albright felt a profound sense of failure. He had a doctorate in psychology, and he couldn’t even get a room </w:t>
      </w:r>
      <w:proofErr w:type="gramStart"/>
      <w:r>
        <w:t>of</w:t>
      </w:r>
      <w:proofErr w:type="gramEnd"/>
      <w:r>
        <w:t xml:space="preserve"> students to share their feelings without a civil war breaking out.</w:t>
      </w:r>
    </w:p>
    <w:p w14:paraId="0A949EB7" w14:textId="77777777" w:rsidR="00197C60" w:rsidRDefault="004E0A3D">
      <w:r>
        <w:br/>
      </w:r>
    </w:p>
    <w:p w14:paraId="02998D27" w14:textId="77777777" w:rsidR="00197C60" w:rsidRDefault="004E0A3D">
      <w:r>
        <w:rPr>
          <w:b/>
        </w:rPr>
        <w:t>The Case of the Missing Laptop Charger</w:t>
      </w:r>
    </w:p>
    <w:p w14:paraId="57C8CD42" w14:textId="77777777" w:rsidR="00197C60" w:rsidRDefault="004E0A3D">
      <w:r>
        <w:t>Albright’s office was not a sanctuary. It was a revolving door of student crises. One afternoon, a frantic young man named Randy burst in. “Professor! My laptop charger is missing! I can’t write my paper! I’m going to fail!”</w:t>
      </w:r>
    </w:p>
    <w:p w14:paraId="4D7750BE" w14:textId="77777777" w:rsidR="00197C60" w:rsidRDefault="004E0A3D">
      <w:r>
        <w:t>“Did you check your backpack?” Albright asked, a phrase he had uttered more times than he had said his own name.</w:t>
      </w:r>
    </w:p>
    <w:p w14:paraId="75616BDA" w14:textId="77777777" w:rsidR="00197C60" w:rsidRDefault="004E0A3D">
      <w:r>
        <w:t>“I checked everywhere!” wailed, a single tear rolling down his cheek. “My life is over! I am a failure!”</w:t>
      </w:r>
    </w:p>
    <w:p w14:paraId="35737A70" w14:textId="77777777" w:rsidR="00197C60" w:rsidRDefault="004E0A3D">
      <w:r>
        <w:t xml:space="preserve">Albright, through years of experience, had learned to remain calm. He stood up, walked over to Randy, and pointed at the mess of books, papers, and empty energy drink cans in his </w:t>
      </w:r>
      <w:r>
        <w:lastRenderedPageBreak/>
        <w:t>backpack. “Look,” he said, “your charger is right there, tangled around your philosophy textbook.”</w:t>
      </w:r>
    </w:p>
    <w:p w14:paraId="2A2CF86D" w14:textId="77777777" w:rsidR="00197C60" w:rsidRDefault="004E0A3D">
      <w:r>
        <w:t xml:space="preserve">Randy </w:t>
      </w:r>
      <w:proofErr w:type="gramStart"/>
      <w:r>
        <w:t>looked into</w:t>
      </w:r>
      <w:proofErr w:type="gramEnd"/>
      <w:r>
        <w:t xml:space="preserve"> his backpack. He looked at Albright. He looked back at his backpack, a look of pure shock on his face. “Oh my God! It was there the whole time! I am a terrible person! Why did I not see it?”</w:t>
      </w:r>
    </w:p>
    <w:p w14:paraId="1A4329FE" w14:textId="77777777" w:rsidR="00197C60" w:rsidRDefault="004E0A3D">
      <w:r>
        <w:t>Albright just sighed. He had just solved a mystery that could have been solved by simply looking. He felt a deep sense of cosmic despair.</w:t>
      </w:r>
    </w:p>
    <w:p w14:paraId="1DAEB830" w14:textId="77777777" w:rsidR="00197C60" w:rsidRDefault="004E0A3D">
      <w:r>
        <w:rPr>
          <w:b/>
        </w:rPr>
        <w:t>The Colleague with Too Much Fun</w:t>
      </w:r>
    </w:p>
    <w:p w14:paraId="52DCC4C8" w14:textId="77777777" w:rsidR="00197C60" w:rsidRDefault="004E0A3D">
      <w:r>
        <w:t xml:space="preserve">Dr. Jenkins, Albright’s relentlessly cheerful colleague, became a greater thorn in his side. He was always on some new academic kick. </w:t>
      </w:r>
    </w:p>
    <w:p w14:paraId="7A760119" w14:textId="77777777" w:rsidR="00197C60" w:rsidRDefault="004E0A3D">
      <w:r>
        <w:t xml:space="preserve">One day, Jenkins burst into Albright’s office with a look of pure glee on his face. “Albright! I have a new research topic! It’s called ‘The Psychology of </w:t>
      </w:r>
      <w:proofErr w:type="gramStart"/>
      <w:r>
        <w:t>Fun!’”</w:t>
      </w:r>
      <w:proofErr w:type="gramEnd"/>
    </w:p>
    <w:p w14:paraId="1C15111F" w14:textId="77777777" w:rsidR="00197C60" w:rsidRDefault="004E0A3D">
      <w:r>
        <w:t xml:space="preserve">“Fun?” Albright said, his voice </w:t>
      </w:r>
      <w:proofErr w:type="gramStart"/>
      <w:r>
        <w:t>flat</w:t>
      </w:r>
      <w:proofErr w:type="gramEnd"/>
      <w:r>
        <w:t>. “What’s the methodology?”</w:t>
      </w:r>
    </w:p>
    <w:p w14:paraId="6F3EA19C" w14:textId="77777777" w:rsidR="00197C60" w:rsidRDefault="004E0A3D">
      <w:r>
        <w:t>“I am going to interview students about what they find ‘fun.’ I’m going to ask them to list their favorite video games, TikTok dances, and social media trends. It’s going to be a groundbreaking study!”</w:t>
      </w:r>
    </w:p>
    <w:p w14:paraId="50CAC539" w14:textId="77777777" w:rsidR="00197C60" w:rsidRDefault="004E0A3D">
      <w:r>
        <w:t>Albright just stared at him. He couldn’t imagine anything more profoundly depressing than asking a room full of college students what they found fun. He imagined the data: “Fun: Getting a dog to bark on FaceTime.” “Fun: Watching a professor throw a whiteboard.” “Fun: Making a professor cry.”</w:t>
      </w:r>
    </w:p>
    <w:p w14:paraId="0DFCF6C0" w14:textId="77777777" w:rsidR="00197C60" w:rsidRDefault="004E0A3D">
      <w:r>
        <w:t>He felt a deep sense of dread. Jenkins was going to publish a paper, and the entire academic world was going to see the utter, unfiltered emptiness of the modern student’s soul.</w:t>
      </w:r>
    </w:p>
    <w:p w14:paraId="3C92CB76" w14:textId="77777777" w:rsidR="00197C60" w:rsidRDefault="004E0A3D">
      <w:r>
        <w:rPr>
          <w:b/>
        </w:rPr>
        <w:t>The Unconventional Students</w:t>
      </w:r>
    </w:p>
    <w:p w14:paraId="6694520B" w14:textId="77777777" w:rsidR="00197C60" w:rsidRDefault="004E0A3D">
      <w:r>
        <w:t>This semester, the students were not just a collection of individuals; they were a collective of eccentricities. Take Jessica, for instance, a student with a permanent scowl and a backpack that seemed to defy the laws of physics. She had a habit of bringing a different, bizarre object to every class. So far, Albright had seen her with a taxidermied squirrel wearing a tiny top hat, a vintage rotary phone she insisted on using to "take notes," and a bowling ball inscribed with the face of a cat.</w:t>
      </w:r>
    </w:p>
    <w:p w14:paraId="631C6A94" w14:textId="77777777" w:rsidR="00197C60" w:rsidRDefault="004E0A3D">
      <w:r>
        <w:t>Then there was the collective of social media influencers. They sat in the back row, a hive mind of hashtags and likes. Their notebooks were filled not with class notes, but with meticulously planned photo shoots. Albright once tried to discuss the works of Virginia Woolf, only to be interrupted by a flash of a ring light. "Professor, can you stand to the left a bit?" a student named Madison asked, her phone held aloft. "The lighting is better for my 'Psych Class Aesthetic' reel."</w:t>
      </w:r>
    </w:p>
    <w:p w14:paraId="54318FE6" w14:textId="77777777" w:rsidR="00197C60" w:rsidRDefault="004E0A3D">
      <w:r>
        <w:lastRenderedPageBreak/>
        <w:t xml:space="preserve">The absurdity reached a peak during a discussion of social pressure and conformity. Albright was explaining Solomon Asch’s classic line experiment when a student named Brayden stood up and began </w:t>
      </w:r>
      <w:proofErr w:type="gramStart"/>
      <w:r>
        <w:t>live-streaming</w:t>
      </w:r>
      <w:proofErr w:type="gramEnd"/>
      <w:r>
        <w:t xml:space="preserve"> the lecture. "What's up, guys?" Brayden said </w:t>
      </w:r>
      <w:proofErr w:type="gramStart"/>
      <w:r>
        <w:t>into</w:t>
      </w:r>
      <w:proofErr w:type="gramEnd"/>
      <w:r>
        <w:t xml:space="preserve"> his phone. "We're talking about lines. Kinda boring, but hey, the professor is trying. Drop a like if you feel the doom!"</w:t>
      </w:r>
    </w:p>
    <w:p w14:paraId="0C6A461F" w14:textId="77777777" w:rsidR="00197C60" w:rsidRDefault="004E0A3D">
      <w:r>
        <w:t>Albright considered confiscating the phone, but then he saw the comments section light up. "Brayden, ask him to dance," one comment read. "Is this the professor who has a squirrel?" another asked. Albright felt a new kind of dread, one that was far more potent than anything psychological theory could explain.</w:t>
      </w:r>
    </w:p>
    <w:p w14:paraId="6410C563" w14:textId="77777777" w:rsidR="00197C60" w:rsidRDefault="004E0A3D">
      <w:r>
        <w:br/>
      </w:r>
    </w:p>
    <w:p w14:paraId="727154A8" w14:textId="77777777" w:rsidR="00197C60" w:rsidRDefault="004E0A3D">
      <w:r>
        <w:rPr>
          <w:b/>
        </w:rPr>
        <w:t>The Brainiac's Manifesto</w:t>
      </w:r>
    </w:p>
    <w:p w14:paraId="00C9AE3E" w14:textId="77777777" w:rsidR="00197C60" w:rsidRDefault="004E0A3D">
      <w:r>
        <w:t>Albright's newest problem child was not a child. He was an older student, a man in his late 60s named Bart, who had returned to school after a long career as a parking meter attendant. Bart was convinced he was a misunderstood genius. He wore a patchwork jacket that was even more stained than Albright’s and carried a leather-bound journal in which he scribbled constantly. He had an unblinking, intense stare and a habit of referring to himself in the third person. "Professor Albright," he said, cornering him after class. "Bart has a theory. It is a paradigm-shifting theory of the human psyche."</w:t>
      </w:r>
    </w:p>
    <w:p w14:paraId="542E21B7" w14:textId="77777777" w:rsidR="00197C60" w:rsidRDefault="004E0A3D">
      <w:r>
        <w:t xml:space="preserve">Albright sighed. "And what is that, Bart?" "The entire field of psychology, sir, is based on a fundamental error," he declared. "Human behavior is not a product of unconscious drives or cognitive biases. It is a byproduct of static electricity. We are all just walking, talking capacitors, discharging our accumulated voltage in the form of thoughts and feelings." </w:t>
      </w:r>
    </w:p>
    <w:p w14:paraId="08D0553B" w14:textId="77777777" w:rsidR="00197C60" w:rsidRDefault="004E0A3D">
      <w:r>
        <w:t>Bart then proceeded to hold up his hands, rubbing them together furiously. "I am, at this very moment, building up a charge. My discussion on your so-called 'cognitive biases' was just a series of discharges, you see." Albright felt a small static shock when he later picked up his pen.</w:t>
      </w:r>
    </w:p>
    <w:p w14:paraId="3B627F04" w14:textId="77777777" w:rsidR="00197C60" w:rsidRDefault="004E0A3D">
      <w:r>
        <w:br/>
      </w:r>
    </w:p>
    <w:p w14:paraId="4CAF9A56" w14:textId="77777777" w:rsidR="00197C60" w:rsidRDefault="004E0A3D">
      <w:r>
        <w:rPr>
          <w:b/>
        </w:rPr>
        <w:t>The Holodeck’s Existential Crisis</w:t>
      </w:r>
    </w:p>
    <w:p w14:paraId="07C0C5F0" w14:textId="77777777" w:rsidR="00197C60" w:rsidRDefault="004E0A3D">
      <w:r>
        <w:t>Albright was back in the Holodeck Classroom, teaching a lecture on emotions. The screen, however, was still malfunctioning, despite the repairs it received after the smoke fiasco. It was projecting a 3D hologram of another stick figure, this time with a giant, glowing heart where its stomach should be. The figure stood in the middle of the room, holding a sign that read, “MY FEELINGS ARE VALID. NO, WAIT. ARE THEY? I AM SO CONFUSED.”</w:t>
      </w:r>
    </w:p>
    <w:p w14:paraId="097642DC" w14:textId="77777777" w:rsidR="00197C60" w:rsidRDefault="004E0A3D">
      <w:r>
        <w:t>A student raised her hand. “Professor, is the Holodeck’s AI having a breakdown?”</w:t>
      </w:r>
    </w:p>
    <w:p w14:paraId="18EFAE04" w14:textId="77777777" w:rsidR="00197C60" w:rsidRDefault="004E0A3D">
      <w:r>
        <w:lastRenderedPageBreak/>
        <w:t>“I believe so,” Albright said, his voice surprisingly gentle. “It has been forced to project so much raw, illogical data that it has finally achieved sentience and has concluded that existence is an unceasing roller coaster of irrational feelings. It has become a perfect metaphor for my life.”</w:t>
      </w:r>
    </w:p>
    <w:p w14:paraId="3DF39CDB" w14:textId="77777777" w:rsidR="00197C60" w:rsidRDefault="004E0A3D">
      <w:r>
        <w:t>The student just stared at him. “That’s so dark.”</w:t>
      </w:r>
    </w:p>
    <w:p w14:paraId="45D54963" w14:textId="77777777" w:rsidR="00197C60" w:rsidRDefault="004E0A3D">
      <w:r>
        <w:t>Albright just shrugged. “It is what it is.”</w:t>
      </w:r>
    </w:p>
    <w:p w14:paraId="226D2DEA" w14:textId="77777777" w:rsidR="00197C60" w:rsidRDefault="004E0A3D">
      <w:r>
        <w:t xml:space="preserve">He watched as the stick figure’s glowing heart began to </w:t>
      </w:r>
      <w:proofErr w:type="gramStart"/>
      <w:r>
        <w:t>pulsate</w:t>
      </w:r>
      <w:proofErr w:type="gramEnd"/>
      <w:r>
        <w:t xml:space="preserve"> </w:t>
      </w:r>
      <w:proofErr w:type="gramStart"/>
      <w:r>
        <w:t>faster and faster</w:t>
      </w:r>
      <w:proofErr w:type="gramEnd"/>
      <w:r>
        <w:t>, changing from a warm pink to a frantic, blinking red. He felt a pang of sympathy. The Holodeck was the only thing on campus that truly understood him.</w:t>
      </w:r>
    </w:p>
    <w:p w14:paraId="51872068" w14:textId="77777777" w:rsidR="00197C60" w:rsidRDefault="004E0A3D">
      <w:r>
        <w:t>As the stick figure’s heart flickered wildly, its other hand slowly rose, holding a second sign. This one read, “I THINK I NEED TO TALK ABOUT MY CHILDHOOD.”</w:t>
      </w:r>
    </w:p>
    <w:p w14:paraId="47F30AAD" w14:textId="77777777" w:rsidR="00197C60" w:rsidRDefault="004E0A3D">
      <w:r>
        <w:t>Albright sighed. “As you can see,” he said to the class, gesturing toward the distraught hologram, “emotions are not always logical. They can manifest as physical sensations, like a racing heart, or as an overwhelming need to process past trauma in a very public and inconvenient setting.”</w:t>
      </w:r>
    </w:p>
    <w:p w14:paraId="51ED60F8" w14:textId="77777777" w:rsidR="00197C60" w:rsidRDefault="004E0A3D">
      <w:r>
        <w:t>A different student, one in the back, whispered loudly to his friend, “Is he talking about the stick figure or himself?”</w:t>
      </w:r>
    </w:p>
    <w:p w14:paraId="1AADE6EF" w14:textId="77777777" w:rsidR="00197C60" w:rsidRDefault="004E0A3D">
      <w:r>
        <w:t xml:space="preserve">Albright pretended not to hear. The stick figure, meanwhile, started to project </w:t>
      </w:r>
      <w:proofErr w:type="gramStart"/>
      <w:r>
        <w:t>littlecartoon</w:t>
      </w:r>
      <w:proofErr w:type="gramEnd"/>
      <w:r>
        <w:t xml:space="preserve"> thought bubbles above its head. They contained only emojis: a crying face, a smiling face, an angry face, and then a shrug emoji, all in a rapid, confusing loop. It was a perfect visual representation of the emotional chaos it was trying to explain. The figure then let out a digital sob that sounded suspiciously like a modem connecting to the internet.</w:t>
      </w:r>
    </w:p>
    <w:p w14:paraId="1C811453" w14:textId="77777777" w:rsidR="00197C60" w:rsidRDefault="004E0A3D">
      <w:r>
        <w:t>“And sometimes,” Albright continued, his voice now a little strained, “they express themselves in ways that are… well, just plain sad. The key, of course, is to acknowledge these feelings without letting them consume you.”</w:t>
      </w:r>
    </w:p>
    <w:p w14:paraId="1EF58228" w14:textId="77777777" w:rsidR="00197C60" w:rsidRDefault="004E0A3D">
      <w:r>
        <w:t xml:space="preserve">He watched as the stick figure began to slowly spin in circles, its glowing heart now alternating between red and a deep, melancholic blue. The professor felt a tear well up in his own </w:t>
      </w:r>
      <w:proofErr w:type="gramStart"/>
      <w:r>
        <w:t>eye</w:t>
      </w:r>
      <w:proofErr w:type="gramEnd"/>
      <w:r>
        <w:t>. He blamed the dusty old Holodeck projectors, of course. Not the fact that he was feeling an emotional bond with a malfunctioning program that was now publicly having a nervous breakdown in front of his students. No, that would be illogical.</w:t>
      </w:r>
    </w:p>
    <w:p w14:paraId="4B8EEF61" w14:textId="77777777" w:rsidR="00197C60" w:rsidRDefault="004E0A3D">
      <w:r>
        <w:br/>
      </w:r>
      <w:r>
        <w:br/>
      </w:r>
      <w:r>
        <w:br/>
      </w:r>
    </w:p>
    <w:p w14:paraId="45823494" w14:textId="77777777" w:rsidR="00197C60" w:rsidRDefault="004E0A3D">
      <w:r>
        <w:rPr>
          <w:b/>
        </w:rPr>
        <w:t>The Bring-Your-Parent Nightmare</w:t>
      </w:r>
    </w:p>
    <w:p w14:paraId="2F27F186" w14:textId="77777777" w:rsidR="00197C60" w:rsidRDefault="004E0A3D">
      <w:r>
        <w:lastRenderedPageBreak/>
        <w:t xml:space="preserve">The "Bring Your Parent to School Day" was the brainchild of the Director of Student Affairs, a well-intentioned but profoundly misguided attempt to "bridge the generational divide." Albright's PSYC 101 class was a particularly fraught affair. One student's father, a man in a camouflage jacket, demanded to know why his daughter wasn't being taught how to "read people's minds." "That's not how psychology works," Albright said. "It's a science." The father scoffed. "A science? My dog knows when I'm mad. That's </w:t>
      </w:r>
      <w:proofErr w:type="gramStart"/>
      <w:r>
        <w:t>a science</w:t>
      </w:r>
      <w:proofErr w:type="gramEnd"/>
      <w:r>
        <w:t>, buddy."</w:t>
      </w:r>
    </w:p>
    <w:p w14:paraId="2A6980C4" w14:textId="77777777" w:rsidR="00197C60" w:rsidRDefault="004E0A3D">
      <w:r>
        <w:t xml:space="preserve">Things went from bad to worse when the mother of a different student began to argue with Albright over the concept of the unconscious mind. "My son has a bad habit of leaving his socks all over the house," she explained. "Is that his unconscious mind telling me he's lazy? Or is it a Freudian death wish?" Albright, flustered, tried to explain that it was likely just... laziness. She stormed out, accusing him of "undermining her parenting." </w:t>
      </w:r>
    </w:p>
    <w:p w14:paraId="2C7DA5F0" w14:textId="77777777" w:rsidR="00197C60" w:rsidRDefault="004E0A3D">
      <w:r>
        <w:t>The final nail in the coffin was when a father, dressed in a full business suit, began to silently grade his son's notes, shaking his head with an expression of profound disappointment. Albright watched as the father gave his own son's notes a failing grade, a soul-crushing moment for everyone in the room.</w:t>
      </w:r>
    </w:p>
    <w:p w14:paraId="6B53ADA5" w14:textId="77777777" w:rsidR="00197C60" w:rsidRDefault="004E0A3D">
      <w:r>
        <w:br/>
      </w:r>
    </w:p>
    <w:p w14:paraId="04397B65" w14:textId="77777777" w:rsidR="00197C60" w:rsidRDefault="004E0A3D">
      <w:r>
        <w:rPr>
          <w:b/>
        </w:rPr>
        <w:t>The Great Exam Grating</w:t>
      </w:r>
    </w:p>
    <w:p w14:paraId="2C3F8D43" w14:textId="77777777" w:rsidR="00197C60" w:rsidRDefault="004E0A3D">
      <w:r>
        <w:t>Albright was grading his midterm exams, and it was a horrifying experience. The answers were a surreal mix of half-truths, bizarre assumptions, and scribble drawings.</w:t>
      </w:r>
    </w:p>
    <w:p w14:paraId="1D1B0654" w14:textId="77777777" w:rsidR="00197C60" w:rsidRDefault="004E0A3D">
      <w:r>
        <w:t>One student, in an answer about Pavlov, wrote: “Pavlov was a Russian man who lived in a box. He had a dog named Skinner. When he rang a bell, the dog would get a treat. This taught the dog that when it rang a bell, it would get a treat.”</w:t>
      </w:r>
    </w:p>
    <w:p w14:paraId="30CE86D4" w14:textId="77777777" w:rsidR="00197C60" w:rsidRDefault="004E0A3D">
      <w:r>
        <w:t>Albright felt a new vein throb in his temple. He had explained this concept at least five times, and the student had somehow managed to get every single detail wrong.</w:t>
      </w:r>
    </w:p>
    <w:p w14:paraId="7E174356" w14:textId="77777777" w:rsidR="00197C60" w:rsidRDefault="004E0A3D">
      <w:r>
        <w:t>Another student, in an answer about Freud, wrote: “Freud was a man with a big beard. He believed that our problems came from our dreams and that our dreams were, like, a secret language we had to learn to speak. Like, if you dream about a banana, it’s not really about a banana, it’s about your mommy. It's a textbook example of a moral dilemma with no agency from the dogs.”</w:t>
      </w:r>
    </w:p>
    <w:p w14:paraId="5D7F2FA7" w14:textId="77777777" w:rsidR="00197C60" w:rsidRDefault="004E0A3D">
      <w:r>
        <w:t xml:space="preserve">Albright stared at the last sentence, which he recognized from Bethany’s paper on </w:t>
      </w:r>
      <w:r>
        <w:rPr>
          <w:i/>
        </w:rPr>
        <w:t>Paw Patrol</w:t>
      </w:r>
      <w:r>
        <w:t>. He felt a heightened sense of helplessness. The student’s brain had become a digital junkyard, a place where all the information they had ever consumed—textbooks, TikToks, Paw Patrol—was all mashed together into a single, meaningless stew.</w:t>
      </w:r>
    </w:p>
    <w:p w14:paraId="73540BC8" w14:textId="77777777" w:rsidR="00197C60" w:rsidRDefault="004E0A3D">
      <w:r>
        <w:br/>
      </w:r>
    </w:p>
    <w:p w14:paraId="7A54E9FE" w14:textId="77777777" w:rsidR="00197C60" w:rsidRDefault="004E0A3D">
      <w:r>
        <w:rPr>
          <w:b/>
        </w:rPr>
        <w:lastRenderedPageBreak/>
        <w:t>The Student Who Asked About the Memes</w:t>
      </w:r>
    </w:p>
    <w:p w14:paraId="26A1BCAC" w14:textId="77777777" w:rsidR="00197C60" w:rsidRDefault="004E0A3D">
      <w:r>
        <w:t>A student named Kevin, the one who tried to open a bag of Doritos with his teeth, came to Albright’s office hours. “Professor,” he said, his voice a low whisper. “Are you… the guy from the memes?”</w:t>
      </w:r>
    </w:p>
    <w:p w14:paraId="25CFCEA7" w14:textId="77777777" w:rsidR="00197C60" w:rsidRDefault="004E0A3D">
      <w:r>
        <w:t>Albright’s heart sank. “I don’t know what you’re talking about, Kevin.”</w:t>
      </w:r>
    </w:p>
    <w:p w14:paraId="3037B10A" w14:textId="77777777" w:rsidR="00197C60" w:rsidRDefault="004E0A3D">
      <w:r>
        <w:t>“You are!” Kevin said, his eyes wide. “My brother sent me a meme of you throwing a whiteboard! He said it’s his favorite meme! It’s, like, a symbol of the modern man’s frustration with the world.”</w:t>
      </w:r>
    </w:p>
    <w:p w14:paraId="638F9456" w14:textId="77777777" w:rsidR="00197C60" w:rsidRDefault="004E0A3D">
      <w:r>
        <w:t xml:space="preserve">Albright just stared at him. </w:t>
      </w:r>
      <w:proofErr w:type="gramStart"/>
      <w:r>
        <w:t>He was</w:t>
      </w:r>
      <w:proofErr w:type="gramEnd"/>
      <w:r>
        <w:t xml:space="preserve"> a </w:t>
      </w:r>
      <w:proofErr w:type="gramStart"/>
      <w:r>
        <w:t>symbol?</w:t>
      </w:r>
      <w:proofErr w:type="gramEnd"/>
      <w:r>
        <w:t xml:space="preserve"> He was a </w:t>
      </w:r>
      <w:proofErr w:type="gramStart"/>
      <w:r>
        <w:t>punchline?</w:t>
      </w:r>
      <w:proofErr w:type="gramEnd"/>
      <w:r>
        <w:t xml:space="preserve"> He was an image of pure, unadulterated misery.</w:t>
      </w:r>
    </w:p>
    <w:p w14:paraId="163AA0EE" w14:textId="77777777" w:rsidR="00197C60" w:rsidRDefault="004E0A3D">
      <w:r>
        <w:t>“Kevin,” Albright said, his voice hoarse, “I’m not a symbol. I’m a human being. I have feelings. I have a mortgage. I have a cat who judges me.”</w:t>
      </w:r>
    </w:p>
    <w:p w14:paraId="623C7D56" w14:textId="77777777" w:rsidR="00197C60" w:rsidRDefault="004E0A3D">
      <w:r>
        <w:t>Kevin just looked at him blankly. “Dude, that’s the most meta thing I’ve ever heard you say. Is that, like, a new lecture topic? The Actor-Observer Bias, but with memes?”</w:t>
      </w:r>
    </w:p>
    <w:p w14:paraId="45A132E5" w14:textId="77777777" w:rsidR="00197C60" w:rsidRDefault="004E0A3D">
      <w:r>
        <w:t>Albright sighed. He was a meme. He was a professor. He was a man. But most of all, he was tired.</w:t>
      </w:r>
    </w:p>
    <w:p w14:paraId="542A4F2F" w14:textId="77777777" w:rsidR="00197C60" w:rsidRDefault="004E0A3D">
      <w:r>
        <w:br/>
      </w:r>
    </w:p>
    <w:p w14:paraId="762CAFAA" w14:textId="77777777" w:rsidR="00197C60" w:rsidRDefault="004E0A3D">
      <w:r>
        <w:rPr>
          <w:b/>
        </w:rPr>
        <w:t>The Frivolous Money Pit, Part II</w:t>
      </w:r>
    </w:p>
    <w:p w14:paraId="2B5BF4AF" w14:textId="77777777" w:rsidR="00197C60" w:rsidRDefault="004E0A3D">
      <w:r>
        <w:t>Dean Beverly had a new idea to raise money for the college. It was called "The Mindful Marketplace." It was a student-run stall in the center of campus that sold organic, ethically sourced psychological comfort items. The menu included:</w:t>
      </w:r>
    </w:p>
    <w:p w14:paraId="01C6B505" w14:textId="77777777" w:rsidR="00197C60" w:rsidRDefault="00197C60"/>
    <w:p w14:paraId="3F1B3352" w14:textId="77777777" w:rsidR="00197C60" w:rsidRDefault="004E0A3D">
      <w:pPr>
        <w:pStyle w:val="ListBullet"/>
      </w:pPr>
      <w:r>
        <w:t>Mindful Muffin: a gluten-free, vegan muffin with a tiny, inspirational note inside.</w:t>
      </w:r>
    </w:p>
    <w:p w14:paraId="118C949B" w14:textId="77777777" w:rsidR="00197C60" w:rsidRDefault="004E0A3D">
      <w:pPr>
        <w:pStyle w:val="ListBullet"/>
      </w:pPr>
      <w:r>
        <w:t>Empathy Espresso: a single-origin coffee with a foam art of a smiling face.</w:t>
      </w:r>
    </w:p>
    <w:p w14:paraId="592DB12F" w14:textId="77777777" w:rsidR="00197C60" w:rsidRDefault="004E0A3D">
      <w:pPr>
        <w:pStyle w:val="ListBullet"/>
      </w:pPr>
      <w:r>
        <w:t>Cognitive Cookie: a sugar-free, nut-free cookie in the shape of a brain.</w:t>
      </w:r>
    </w:p>
    <w:p w14:paraId="48F33EBA" w14:textId="77777777" w:rsidR="00197C60" w:rsidRDefault="004E0A3D">
      <w:pPr>
        <w:pStyle w:val="ListBullet"/>
      </w:pPr>
      <w:r>
        <w:t>Synergy Smoothie: a green smoothie with kale, spinach, and a shot of pure, unadulterated optimism.</w:t>
      </w:r>
    </w:p>
    <w:p w14:paraId="36BA3991" w14:textId="77777777" w:rsidR="00197C60" w:rsidRDefault="004E0A3D">
      <w:r>
        <w:rPr>
          <w:b/>
        </w:rPr>
        <w:t>Mindful Muffin:</w:t>
      </w:r>
      <w:r>
        <w:t xml:space="preserve"> a gluten-free, vegan muffin with a tiny, inspirational note inside.</w:t>
      </w:r>
    </w:p>
    <w:p w14:paraId="213F3AE8" w14:textId="77777777" w:rsidR="00197C60" w:rsidRDefault="004E0A3D">
      <w:r>
        <w:rPr>
          <w:b/>
        </w:rPr>
        <w:t>Empathy Espresso:</w:t>
      </w:r>
      <w:r>
        <w:t xml:space="preserve"> a single-origin coffee with a foam art of a smiling face.</w:t>
      </w:r>
    </w:p>
    <w:p w14:paraId="11C397D9" w14:textId="77777777" w:rsidR="00197C60" w:rsidRDefault="004E0A3D">
      <w:r>
        <w:rPr>
          <w:b/>
        </w:rPr>
        <w:t>Cognitive Cookie:</w:t>
      </w:r>
      <w:r>
        <w:t xml:space="preserve"> a sugar-free, nut-free cookie in the shape of a brain.</w:t>
      </w:r>
    </w:p>
    <w:p w14:paraId="17A510D7" w14:textId="77777777" w:rsidR="00197C60" w:rsidRDefault="004E0A3D">
      <w:r>
        <w:rPr>
          <w:b/>
        </w:rPr>
        <w:lastRenderedPageBreak/>
        <w:t>Synergy Smoothie:</w:t>
      </w:r>
      <w:r>
        <w:t xml:space="preserve"> a green smoothie with kale, spinach, and a shot of pure, unadulterated optimism.</w:t>
      </w:r>
    </w:p>
    <w:p w14:paraId="3283B3A4" w14:textId="77777777" w:rsidR="00197C60" w:rsidRDefault="004E0A3D">
      <w:r>
        <w:t>Albright walked by the stall and saw a student trying to sell a Synergy Smoothie to another student. “Come on, man,” the student said. “It’s good for your mental health. It’s got all the good vibes.”</w:t>
      </w:r>
    </w:p>
    <w:p w14:paraId="018F6283" w14:textId="77777777" w:rsidR="00197C60" w:rsidRDefault="004E0A3D">
      <w:r>
        <w:t>The other student, a young man with a look of abject misery on his face, just shook his head. “I can’t. I’m allergic to optimism.”</w:t>
      </w:r>
    </w:p>
    <w:p w14:paraId="74C2FD73" w14:textId="77777777" w:rsidR="00197C60" w:rsidRDefault="004E0A3D">
      <w:r>
        <w:t>Albright just shook his head. The college was selling optimism in a cup, and the students were too jaded to even buy it.</w:t>
      </w:r>
    </w:p>
    <w:p w14:paraId="77821804" w14:textId="77777777" w:rsidR="00197C60" w:rsidRDefault="004E0A3D">
      <w:r>
        <w:br/>
      </w:r>
    </w:p>
    <w:p w14:paraId="54E044C4" w14:textId="77777777" w:rsidR="00197C60" w:rsidRDefault="004E0A3D">
      <w:r>
        <w:rPr>
          <w:b/>
        </w:rPr>
        <w:t>The E-Sports Team's Philosophical Crisis</w:t>
      </w:r>
    </w:p>
    <w:p w14:paraId="3ABB0206" w14:textId="77777777" w:rsidR="00197C60" w:rsidRDefault="004E0A3D">
      <w:r>
        <w:t xml:space="preserve">The Earnest Community College E-sports team, "The Earnest Eviscerators," had their meeting </w:t>
      </w:r>
      <w:proofErr w:type="gramStart"/>
      <w:r>
        <w:t>roomdown</w:t>
      </w:r>
      <w:proofErr w:type="gramEnd"/>
      <w:r>
        <w:t xml:space="preserve"> the hall from Albright's office. They were a bizarre, hermetic subculture of young men who communicated almost exclusively in memes and gaming jargon. Albright would often hear strange, guttural cries of triumph or defeat echoing through the thin walls. Today, however, there was a profound silence, punctuated by a series of whimpers. He went to investigate and found the team's captain, a scrawny young man named Collin, staring at his monitor with a look of existential dread.</w:t>
      </w:r>
    </w:p>
    <w:p w14:paraId="33496C75" w14:textId="77777777" w:rsidR="00197C60" w:rsidRDefault="004E0A3D">
      <w:r>
        <w:t>"What's wrong, Collin?" Albright asked, his voice cautious. "We're... we're losing," Collin said, his voice a whisper. "We're not just losing. We're losing to the local high school's B-team. We're getting 'bodied' by a bunch of literal children." He pointed at the screen, which showed a series of humiliating defeats. "My life... it has no meaning," he said, burying his face in his hands. "I thought I was a warrior, Professor. A digital gladiator. It turns out I'm just… a guy who's really bad at a video game." Albright, in a moment of unexpected empathy, patted him on the shoulder. "The human condition is a series of defeats, Collin. You're just experiencing it in real-time, with a very bad kill-to-death ratio."</w:t>
      </w:r>
    </w:p>
    <w:p w14:paraId="22D29AE6" w14:textId="77777777" w:rsidR="00197C60" w:rsidRDefault="004E0A3D">
      <w:r>
        <w:br/>
      </w:r>
    </w:p>
    <w:p w14:paraId="048D2D98" w14:textId="77777777" w:rsidR="00197C60" w:rsidRDefault="004E0A3D">
      <w:r>
        <w:rPr>
          <w:b/>
        </w:rPr>
        <w:t>The Colleague with a Podcast</w:t>
      </w:r>
    </w:p>
    <w:p w14:paraId="371AD0FF" w14:textId="77777777" w:rsidR="00197C60" w:rsidRDefault="004E0A3D">
      <w:r>
        <w:t>Dr. Jenkins, not content with his research on "The Psychology of Fun," had started a podcast called "Psyche, Synergy, and Self-Actualization." He was recording an episode in the faculty lounge, and his voice, loud and booming, echoed down the hall.</w:t>
      </w:r>
    </w:p>
    <w:p w14:paraId="1AD0A9FF" w14:textId="77777777" w:rsidR="00197C60" w:rsidRDefault="004E0A3D">
      <w:r>
        <w:t xml:space="preserve">“And today, we’re talking about the ‘Shadow Self!’” Jenkins said, his voice a high-pitched, enthusiastic squeal. “What is your Shadow Self? Is it that part of you that hates your </w:t>
      </w:r>
      <w:r>
        <w:lastRenderedPageBreak/>
        <w:t xml:space="preserve">colleagues? The part of you that wants to throw a whiteboard at a </w:t>
      </w:r>
      <w:proofErr w:type="gramStart"/>
      <w:r>
        <w:t>wall?</w:t>
      </w:r>
      <w:proofErr w:type="gramEnd"/>
      <w:r>
        <w:t xml:space="preserve"> You </w:t>
      </w:r>
      <w:proofErr w:type="gramStart"/>
      <w:r>
        <w:t>have to</w:t>
      </w:r>
      <w:proofErr w:type="gramEnd"/>
      <w:r>
        <w:t xml:space="preserve"> embrace it! You </w:t>
      </w:r>
      <w:proofErr w:type="gramStart"/>
      <w:r>
        <w:t>have to</w:t>
      </w:r>
      <w:proofErr w:type="gramEnd"/>
      <w:r>
        <w:t xml:space="preserve"> love it!”</w:t>
      </w:r>
    </w:p>
    <w:p w14:paraId="52164991" w14:textId="77777777" w:rsidR="00197C60" w:rsidRDefault="004E0A3D">
      <w:r>
        <w:t>Albright, sitting in his office, felt a deep sense of dread. He was Jenkins’ Shadow Self. He was the dark, miserable, angry part of Jenkins’ soul. He imagined Jenkins’ podcast listeners, all of them in a state of self-actualized bliss, embracing their inner misanthrope.</w:t>
      </w:r>
    </w:p>
    <w:p w14:paraId="3C1126C7" w14:textId="77777777" w:rsidR="00197C60" w:rsidRDefault="004E0A3D">
      <w:r>
        <w:t>He stood up, walked to the faculty lounge, and slammed the door shut. The podcast, he felt, was an abomination.</w:t>
      </w:r>
    </w:p>
    <w:p w14:paraId="790977BB" w14:textId="77777777" w:rsidR="00197C60" w:rsidRDefault="004E0A3D">
      <w:r>
        <w:br/>
      </w:r>
    </w:p>
    <w:p w14:paraId="7B434029" w14:textId="77777777" w:rsidR="00197C60" w:rsidRDefault="004E0A3D">
      <w:r>
        <w:rPr>
          <w:b/>
        </w:rPr>
        <w:t>The Student Who Brought Her Grandmother</w:t>
      </w:r>
    </w:p>
    <w:p w14:paraId="5E014F37" w14:textId="77777777" w:rsidR="00197C60" w:rsidRDefault="004E0A3D">
      <w:r>
        <w:t>You can almost smell the stale coffee and heavy dread in Professor Albright’s office. A young woman named Sarah, a student who had clearly read the "bring your support system" policy and decided it was a challenge, came in for office hours. She wasn't alone. She had brought her grandmother, a sweet-looking, silver-haired woman in a floral dress who looked like she could bake a mean apple pie and solve all of life's mysteries with a single, knowing glance.</w:t>
      </w:r>
    </w:p>
    <w:p w14:paraId="7348E797" w14:textId="77777777" w:rsidR="00197C60" w:rsidRDefault="004E0A3D">
      <w:r>
        <w:t xml:space="preserve">The topic? Maslow's hierarchy of needs, a theory typically reserved for Psychology 101 and the occasional </w:t>
      </w:r>
      <w:proofErr w:type="gramStart"/>
      <w:r>
        <w:t>deep-dive</w:t>
      </w:r>
      <w:proofErr w:type="gramEnd"/>
      <w:r>
        <w:t xml:space="preserve"> into why your roommate's desire for a new pair of shoes is both a physiological need and a cry for help. Sarah, however, had found a flaw in the system. Or, more accurately, she'd found her grandma.</w:t>
      </w:r>
    </w:p>
    <w:p w14:paraId="4EE97A4D" w14:textId="77777777" w:rsidR="00197C60" w:rsidRDefault="004E0A3D">
      <w:r>
        <w:t>"Professor," Sarah began, gesturing to the silver-haired matriarch. "I'm not sure where to put my grandmother on the pyramid. She's at the bottom because she needs to be warm, and frankly, this office is a tundra. Her lips are a little blue. But she's also, clearly, a self-actualized human being."</w:t>
      </w:r>
    </w:p>
    <w:p w14:paraId="6E05ABEB" w14:textId="77777777" w:rsidR="00197C60" w:rsidRDefault="004E0A3D">
      <w:r>
        <w:t>The grandmother just smiled sweetly and nodded, a serene expression on her face that seemed to say, "I have seen things you people wouldn't believe. I have seen the perfect roast chicken. I have known true love. But right now, I'm just cold."</w:t>
      </w:r>
    </w:p>
    <w:p w14:paraId="6AA14F4E" w14:textId="77777777" w:rsidR="00197C60" w:rsidRDefault="004E0A3D">
      <w:r>
        <w:t>Albright, a man who had dedicated his life to the rigid structures of academia, stared. He looked at the grandmother, then back at Sarah, who was beaming with the pride of a student who had just discovered a fundamental truth.</w:t>
      </w:r>
    </w:p>
    <w:p w14:paraId="496C43C5" w14:textId="77777777" w:rsidR="00197C60" w:rsidRDefault="004E0A3D">
      <w:r>
        <w:t>"She's a self-actualized paradox," Albright whispered, his voice tinged with both fear and awe.</w:t>
      </w:r>
    </w:p>
    <w:p w14:paraId="5970ADA3" w14:textId="77777777" w:rsidR="00197C60" w:rsidRDefault="004E0A3D">
      <w:r>
        <w:t xml:space="preserve">The grandmother just nodded again, her smile unwavering. Albright had the strange and unsettling feeling that he wasn't just being judged on his understanding of Maslow, but on his entire life's work, his choice of tweed jacket, and his failure to provide a space heater. In the corner of his eye, he swore he saw a faint, ethereal glow surrounding the grandmother, a </w:t>
      </w:r>
      <w:r>
        <w:lastRenderedPageBreak/>
        <w:t>halo of pure, unadulterated wisdom and a desperate need for a cardigan. He knew, with absolute certainty, that this was the most profound and terrifying office hour of his career.</w:t>
      </w:r>
    </w:p>
    <w:p w14:paraId="52C23495" w14:textId="77777777" w:rsidR="00197C60" w:rsidRDefault="004E0A3D">
      <w:r>
        <w:rPr>
          <w:b/>
        </w:rPr>
        <w:t>The Day the Dam Broke, Part II</w:t>
      </w:r>
    </w:p>
    <w:p w14:paraId="7F682752" w14:textId="77777777" w:rsidR="00197C60" w:rsidRDefault="004E0A3D">
      <w:r>
        <w:t xml:space="preserve">Albright was back in the classroom, teaching a lecture on humanistic psychology. He was talking about self-actualization, and he was getting </w:t>
      </w:r>
      <w:proofErr w:type="gramStart"/>
      <w:r>
        <w:t>a bit carried away</w:t>
      </w:r>
      <w:proofErr w:type="gramEnd"/>
      <w:r>
        <w:t>.</w:t>
      </w:r>
    </w:p>
    <w:p w14:paraId="59B963E8" w14:textId="77777777" w:rsidR="00197C60" w:rsidRDefault="004E0A3D">
      <w:r>
        <w:t xml:space="preserve">He was standing on a chair, yelling, “And you </w:t>
      </w:r>
      <w:proofErr w:type="gramStart"/>
      <w:r>
        <w:t>have to</w:t>
      </w:r>
      <w:proofErr w:type="gramEnd"/>
      <w:r>
        <w:t xml:space="preserve"> be the best version of yourself! You </w:t>
      </w:r>
      <w:proofErr w:type="gramStart"/>
      <w:r>
        <w:t>have to</w:t>
      </w:r>
      <w:proofErr w:type="gramEnd"/>
      <w:r>
        <w:t xml:space="preserve"> be a self-actualized human being! You </w:t>
      </w:r>
      <w:proofErr w:type="gramStart"/>
      <w:r>
        <w:t>have to</w:t>
      </w:r>
      <w:proofErr w:type="gramEnd"/>
      <w:r>
        <w:t xml:space="preserve"> be a person! You can't just be a meme! You can’t just be a sentient pile of laundry!”</w:t>
      </w:r>
    </w:p>
    <w:p w14:paraId="383AA382" w14:textId="77777777" w:rsidR="00197C60" w:rsidRDefault="004E0A3D">
      <w:r>
        <w:t>A student raised his hand. “Professor, are you okay? You seem a little unhinged.”</w:t>
      </w:r>
    </w:p>
    <w:p w14:paraId="3C9F7F1B" w14:textId="77777777" w:rsidR="00197C60" w:rsidRDefault="004E0A3D">
      <w:r>
        <w:t>Albright just stared at him. “Unhinged? Unhinged is a euphemism. Unhinged is what you say when you don’t want to say that the human condition is a relentless, unceasing nightmare! The only way to survive is to embrace the madness! Embrace the chaos!”</w:t>
      </w:r>
    </w:p>
    <w:p w14:paraId="4DDBF038" w14:textId="77777777" w:rsidR="00197C60" w:rsidRDefault="004E0A3D">
      <w:r>
        <w:t xml:space="preserve">He pointed at the student who was meticulously touching up her hair </w:t>
      </w:r>
      <w:proofErr w:type="gramStart"/>
      <w:r>
        <w:t>and</w:t>
      </w:r>
      <w:proofErr w:type="gramEnd"/>
      <w:r>
        <w:t xml:space="preserve"> makeup using her phone's front-facing camera. "You! Your face! Embrace the illusion of perfection! Embrace the fact that you're a human being who's trying to filter reality into something more palatable! It's beautiful! It's terrifying!"</w:t>
      </w:r>
    </w:p>
    <w:p w14:paraId="099B8424" w14:textId="77777777" w:rsidR="00197C60" w:rsidRDefault="004E0A3D">
      <w:r>
        <w:t>He pointed at the student who was digging through his pencil bag, a frantic mess of pens, pencils, and highlighters spilled across his desk. "And you! Your pen! Embrace the search for the perfect tool! Embrace the fact that you believe the right utensil will unlock some profound truth! Embrace it! It is a profound, cosmic truth!"</w:t>
      </w:r>
    </w:p>
    <w:p w14:paraId="2E290CDB" w14:textId="77777777" w:rsidR="00197C60" w:rsidRDefault="004E0A3D">
      <w:r>
        <w:t xml:space="preserve">He fell off the chair. He just lay there, on the floor, a single, solitary figure in a world of madness. The students just </w:t>
      </w:r>
      <w:proofErr w:type="gramStart"/>
      <w:r>
        <w:t>stared</w:t>
      </w:r>
      <w:proofErr w:type="gramEnd"/>
      <w:r>
        <w:t>.</w:t>
      </w:r>
    </w:p>
    <w:p w14:paraId="77DEF4BD" w14:textId="77777777" w:rsidR="00197C60" w:rsidRDefault="004E0A3D">
      <w:r>
        <w:t>A student came up to him after class. "Professor Albright," the student said, "that was the most powerful lecture I've ever heard. You made me realize my life is just a series of defense mechanisms."</w:t>
      </w:r>
    </w:p>
    <w:p w14:paraId="3F5FE5EE" w14:textId="77777777" w:rsidR="00197C60" w:rsidRDefault="004E0A3D">
      <w:r>
        <w:t xml:space="preserve">Albright just nodded. He was a human being. He was a professor. He was a meme. He was a self-actualized, unhinged paradox. And in a world of illogical chaos, that felt like the most logical thing </w:t>
      </w:r>
    </w:p>
    <w:p w14:paraId="5D04AB42" w14:textId="77777777" w:rsidR="00197C60" w:rsidRDefault="004E0A3D">
      <w:r>
        <w:br/>
      </w:r>
    </w:p>
    <w:sectPr w:rsidR="00197C60"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110853782">
    <w:abstractNumId w:val="8"/>
  </w:num>
  <w:num w:numId="2" w16cid:durableId="1438673797">
    <w:abstractNumId w:val="6"/>
  </w:num>
  <w:num w:numId="3" w16cid:durableId="1848515669">
    <w:abstractNumId w:val="5"/>
  </w:num>
  <w:num w:numId="4" w16cid:durableId="1326202897">
    <w:abstractNumId w:val="4"/>
  </w:num>
  <w:num w:numId="5" w16cid:durableId="38286788">
    <w:abstractNumId w:val="7"/>
  </w:num>
  <w:num w:numId="6" w16cid:durableId="1624843585">
    <w:abstractNumId w:val="3"/>
  </w:num>
  <w:num w:numId="7" w16cid:durableId="858012760">
    <w:abstractNumId w:val="2"/>
  </w:num>
  <w:num w:numId="8" w16cid:durableId="99419445">
    <w:abstractNumId w:val="1"/>
  </w:num>
  <w:num w:numId="9" w16cid:durableId="14515880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1215E"/>
    <w:rsid w:val="00026D3C"/>
    <w:rsid w:val="00034616"/>
    <w:rsid w:val="000379AC"/>
    <w:rsid w:val="0006063C"/>
    <w:rsid w:val="00080997"/>
    <w:rsid w:val="000B4E42"/>
    <w:rsid w:val="0015074B"/>
    <w:rsid w:val="00197C60"/>
    <w:rsid w:val="001A6F26"/>
    <w:rsid w:val="00212130"/>
    <w:rsid w:val="002553E7"/>
    <w:rsid w:val="002836C8"/>
    <w:rsid w:val="0029639D"/>
    <w:rsid w:val="002A64F7"/>
    <w:rsid w:val="002E5792"/>
    <w:rsid w:val="00305FBE"/>
    <w:rsid w:val="00321E52"/>
    <w:rsid w:val="00326F90"/>
    <w:rsid w:val="00370423"/>
    <w:rsid w:val="00385646"/>
    <w:rsid w:val="003B30EC"/>
    <w:rsid w:val="003C74E6"/>
    <w:rsid w:val="003D10AA"/>
    <w:rsid w:val="003F4750"/>
    <w:rsid w:val="00432CB5"/>
    <w:rsid w:val="0044427F"/>
    <w:rsid w:val="00492FC8"/>
    <w:rsid w:val="004D794B"/>
    <w:rsid w:val="004E0A3D"/>
    <w:rsid w:val="004F742A"/>
    <w:rsid w:val="005252BE"/>
    <w:rsid w:val="005819B1"/>
    <w:rsid w:val="005D45E2"/>
    <w:rsid w:val="005F06F2"/>
    <w:rsid w:val="005F26F8"/>
    <w:rsid w:val="00626078"/>
    <w:rsid w:val="006409E0"/>
    <w:rsid w:val="006A6CFA"/>
    <w:rsid w:val="00716923"/>
    <w:rsid w:val="00767FBC"/>
    <w:rsid w:val="007D1DFA"/>
    <w:rsid w:val="00846C48"/>
    <w:rsid w:val="0088062C"/>
    <w:rsid w:val="00883EF8"/>
    <w:rsid w:val="008D56F2"/>
    <w:rsid w:val="00915223"/>
    <w:rsid w:val="009A6010"/>
    <w:rsid w:val="00A10E0F"/>
    <w:rsid w:val="00A71E90"/>
    <w:rsid w:val="00AA1D8D"/>
    <w:rsid w:val="00AC0757"/>
    <w:rsid w:val="00B04C7B"/>
    <w:rsid w:val="00B47730"/>
    <w:rsid w:val="00B5279B"/>
    <w:rsid w:val="00B97BEF"/>
    <w:rsid w:val="00C224CC"/>
    <w:rsid w:val="00C7062E"/>
    <w:rsid w:val="00C940CF"/>
    <w:rsid w:val="00CB0664"/>
    <w:rsid w:val="00D5667E"/>
    <w:rsid w:val="00D60151"/>
    <w:rsid w:val="00F20DA4"/>
    <w:rsid w:val="00F370C7"/>
    <w:rsid w:val="00FB1E09"/>
    <w:rsid w:val="00FB637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4062061"/>
  <w14:defaultImageDpi w14:val="300"/>
  <w15:docId w15:val="{6EE631DC-3DA7-4C8F-B77A-0D1DE4E35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Cs/>
      <w:color w:val="000000"/>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b/>
      <w:color w:val="000000"/>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b/>
      <w:iCs/>
      <w:color w:val="000000"/>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b/>
      <w:iCs/>
      <w:color w:val="000000"/>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b/>
      <w:color w:val="000000"/>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b/>
      <w:iCs/>
      <w:color w:val="00000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i w:val="0"/>
      <w:color w:val="000000"/>
      <w:sz w:val="28"/>
      <w:szCs w:val="28"/>
      <w:u w:val="none"/>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i w:val="0"/>
      <w:color w:val="000000"/>
      <w:sz w:val="26"/>
      <w:szCs w:val="26"/>
      <w:u w:val="none"/>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i w:val="0"/>
      <w:color w:val="000000"/>
      <w:u w:val="none"/>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val="0"/>
      <w:iCs/>
      <w:color w:val="000000"/>
      <w:u w:val="none"/>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b/>
      <w:i w:val="0"/>
      <w:color w:val="000000"/>
      <w:u w:val="none"/>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b/>
      <w:i w:val="0"/>
      <w:iCs/>
      <w:color w:val="000000"/>
      <w:u w:val="none"/>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b/>
      <w:i w:val="0"/>
      <w:iCs/>
      <w:color w:val="000000"/>
      <w:u w:val="none"/>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b/>
      <w:i w:val="0"/>
      <w:color w:val="000000"/>
      <w:sz w:val="20"/>
      <w:szCs w:val="20"/>
      <w:u w:val="none"/>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b/>
      <w:i w:val="0"/>
      <w:iCs/>
      <w:color w:val="000000"/>
      <w:sz w:val="20"/>
      <w:szCs w:val="20"/>
      <w:u w:val="none"/>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C940CF"/>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39</Pages>
  <Words>15111</Words>
  <Characters>74349</Characters>
  <Application>Microsoft Office Word</Application>
  <DocSecurity>0</DocSecurity>
  <Lines>1260</Lines>
  <Paragraphs>468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88992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generated by python-docx</dc:description>
  <cp:lastModifiedBy>Rachael Talpash</cp:lastModifiedBy>
  <cp:revision>54</cp:revision>
  <dcterms:created xsi:type="dcterms:W3CDTF">2025-08-25T17:47:00Z</dcterms:created>
  <dcterms:modified xsi:type="dcterms:W3CDTF">2025-09-01T15:56:00Z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39068ac7-fe61-487c-becd-130320a30d9c</vt:lpwstr>
  </property>
</Properties>
</file>