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 xml:space="preserve"> FATEBOUND White Blood: Act I Alexa L   </w:t>
      </w:r>
    </w:p>
    <w:p>
      <w:r>
        <w:t xml:space="preserve">PROLOGUE  Lilith came home very late that night. Far too late for a twelve year old girl. Her dress was red, but blood stains were still visible. She held her hands out, shaking, trembling. But her face was nothing like. No one knew whether it was her father – an actor – to thank for her ability to put on a brave face, or whether she was just so detached from reality she could be anyone at any moment. But with a plain face she wandered through white halls of the castle. Face bathed in warm, candle light. It reflected in the surface of her jade eyes. Her dress left a crimson print on marble floor. Red roses growing down from the ceiling seemed to rot as she passed by. Soon people started noticing other extraordinary things happening in her presence. She passed some maidens. Each one of them looked at her confused, scared, worried. But her eyes seemed to never meet theirs. She was just walking. Even as prince Draven noticed her through open doors to his chambers, he didn’t dare to interrupt. He was consumed by carving runes in the skin of his forearms. And there was this wild fire in her eyes, so absent yet so burning. She walked into her room, locked the door for the rest of the night. And three following days. She didn’t accept any food, any maidens. No one dared to break inside – fearing her. There was no one else in Somnaria who was as out of place as she was. The land was filled with various creatures, some evil, some angelic. But nobody seemed so detached from this beautiful picture as Lilith did. Some feared she’s a personification of bad omen, a curse thrown on the land. On the third day someone climbed up to her room through the balcony. She was sitting on the carpet, next to the fireplace she lit herself. She was mumbling something. She was trying on different masks she stole from the theatre equipment. Golden one with red tears. Vivid blue with huge smile. White with black eyes and feathers. She didn’t even look in the mirror. She seemed to check on how she feels in different forms. In different bodies. If she was someone else. Her gaze was locked in the flames like she was looking there for an answer, which one of the masked faces she is. That intruder didn’t interrupt. She left by herself the next morning. As daydreaming and disconcertingly lovely as always. Nobody knew what happened three days prior. She rarely talked if it wasn’t with her father or while attending his theatre plays. Or when she was fighting with prince Draven. When she was isolated her father and the whole council contacted Eliathra – King’s most trusted prophetess. According to her, the deranged child will bring bad luck to the kingdom. She never specified if the deranged child was indeed Lilith. But soon, extraordinary things started to happen. The beginning of fulfilling the prophesy occurred in the </w:t>
      </w:r>
    </w:p>
    <w:p>
      <w:r>
        <w:t xml:space="preserve">evening. One of prince Draven’s most trusted friends – one of very few – during a banquette suddenly fainted, rested his head on the linen and died. There was green, metallic liquid oozing from his mouth. Poison. Lilith sat two tables away, looked at her dead friend. When prince Draven realised his companion’s dead eyes were directed at her, she waved to him delicately and smiled.  CHAPTER  DRA VEN  One day before the banishment   “Raise your hands faithful!” The priest screams and his voice resonated in the basilica like thousands ringing bells. Our whole class, sitting in half circle on the floor beneath the altar grabs hands. Kids forced to touch me and Lilith seem reluctant. Nobody likes us in our class. This is the only thing we have in common. We are equally despised by everyone. With our hands tangled we raise our arms up. I roll my eyes as the priest’s voice grows more desperate and emotional with every word of his prayer. Maniac is spilling his bullshit once again. Praising the very Fate that brings endless sorrows to his subjects. Or slavers as I like to call it. Everybody has their eyes closed and heads tilted towards the arched ceiling. I just wait for this circus to end, looking at their pathetic, oblivious faces. No prayers will make the Fate any more indulgent towards their stupid selves. I bet it’s laughing at them in this very moment, from its castle. The basilica is a ginormous building erected on the mountain growing behind the royal castle. Its tall, spiky towers seem to reach for the reddish sky. Reach for the stars hoping to become Devine. When in reality, it’s just a pretty building flowing with splendour, pretending to be something else than a pile of bricks. I look around the paintings on the walls, at the blue roses growing from every corner. And at the huge sculpture of the Fate rising behind the altar. It’s so tall it reaches the ceiling. Its hands spread in welcoming that feels so evil to me it gives me shivers. Its hooded robe is dark blue, covering its face. I wonder who in their right mind decided, that building this church, meant to praise our offender is a good idea. In the history of our world, ever since the Fate ruled over our lives not a single good thing happened on its account. Only pain, sorrow and more pain. Fate plays with us, has our lives written down. Changes their paths when it gets bored, leading people straight to hell. I guess fools pray for </w:t>
      </w:r>
    </w:p>
    <w:p>
      <w:r>
        <w:t xml:space="preserve">its mercy. Bunch of idiots, that’s what I think about them. Every time I’m in this place I curse the Fate. Every time my life collapses I curse it. Every time I wake up and go to sleep. How can I praise something, hope for it to spare me when my whole life is hell because of it. It doesn’t make any sense to me. Its guliable to think we have any chances for good life. We just live in hell. There’s no point in denying it and no point for hoping it will end. The only thing we are left with is hate. At least I understand it. But those morons don’t. Teats stream down one of my classmate’s cheeks as she prays, her lips trembling. I can’t swallow a scoff. At my reaction, the priest’s eyes fly open. He pierces me with pale, blue irises. I bet he intends for his gaze to be frightening. But I only scoff once more.  “The prayer has ended.” The priest says and closes his palms. “Disperse to class now. And don’t forget to pray in the evening.” He says still storming me with a look. He looks stupid. The other kids start standing up but I remain on the floor.  “I’ll pray for it to shove your prayers up your ass.” I whisper but loud enough for him to hear. At my words he snaps. He leans over me and grabs me by my ear. Then he pulls me up, twisting my head. I hiss in pain but can’t conceal my smile.  “Careful boy. Don’t bring the Fate’s wrath upon us.” He hisses at me, terror lacing his voice.  “Yeah, sure. Graceful Fate might get offended.” I spit back. He finally lets me go. One of the many privileges of priests in our land is, that they have an immunity against the law. He can hurt the prince and no consequences occur to him. I wonder if he even believes in the Fate. Or is he here just for the money. He practically tosses me aside, chasing me out of the basilica. As our class descent from the mountain to head for next lessons I catch Lilith. She’s silent as always. Weird as always. She jumps from rock to rock lacing the stairs, trying to catch her balance instead of walking straight down like everybody else. As I pass her, I pull one of her long, black braids. She looses her footing and falls straight at me. I stumble but remain on my feet when she falls onto the ground.  “Don’t try to fly when you don’t have wings.” I say looking down at her when she looks at me from the ground. I smile with venom but her Jade eyes remain calm and dreamy.  “I’ll grow my wings one day.” She says smiling softly, her voice like honey. Then she stands up and pushes me. I stumble upon the stony rail of the stairs. Anger rises in my veins but I decide not to cause myself any more trouble by getting into another fight with this girl. We get under each other’s skin since I can remember. I have my reasons to hate her and she has hers </w:t>
      </w:r>
    </w:p>
    <w:p>
      <w:r>
        <w:t xml:space="preserve">to hate me. We give the testimony of our mutual despise every day. But I’ve got enough for today. My back still hurts after yesterday’s reprimand from my father.     </w:t>
      </w:r>
    </w:p>
    <w:p>
      <w:r>
        <w:t xml:space="preserve">CHAPTER I LILITH Day of banishment  I hit my head across the girder above me. Some inappropriate words leave my mouth. But I can’t be loud – there's a play going on beneath me. I’m getting ready for my part, sitting on a platform attached high above, out of everyone’s sight. When the time comes, I’ll be pulled down by the rope and make an entrance. I try to scratch my face, forgetting it’s covered by a mask. So white it’s almost blinding. With emotionless grimace painted on it. I’m playing a Goddess in my father’s play. I’ve been waiting so long for this moment. After poisoning Edward I was forbidden to play for three years. Nobody had any evidence against me – of course. But Prince Draven’s stubbornness had taken over. I never forgave him for that. And for many other things. So now, as I know he’s sitting somewhere in the audience, most likely on the King’s balcony with his father I want to shoot him with an arrow. Or send thousands ballerina’s ghosts at him. But I can’t, so all I have to do now is wait. I feel a pull of my rope – so I stand straight and take a step forward. King’s theatre ceiling is exceedingly high. I am falling in void for so long it seems like flying. This is one of the feelings I adore the most. That I would like to stay in forever. Flying, dreaming, stuck in delirium. I hear the audience gasp – as they are terrified, I might collide with the floor. Most of them despise me and show the signs of their hatred everyday. Their care is laughable. But suddenly the rope tightens, and I stop right before my feet can touch the ground. The assistant lowers me delicately onto the stage. My silver dress shimmers so intensively it blinds even me.  “Edward, why did Gods send you here?” I say with voice so magical, so harmonious it goes through the parlour like a spell. My father wrote this play especially for me. To introduce the case to the whole court. But from a distinct perspective. To make me look more fragile, more like a victim I was, and no one seemed to notice. But the Fate has different story for me. As soon as my words bounce from the walls with an echo there’s a horrendous cracking noise filling the space. I try to stay focused, in character. I’m not Lilith now, I’m an angel in the magical universe and I just came to confront the lover that killed me. I can’t find myself in my body – now I’m a character and nothing can wrench me from its grasp. But as the actors break off running from the stage, I force myself to look. The King’s balcony placed directly </w:t>
      </w:r>
    </w:p>
    <w:p>
      <w:r>
        <w:t xml:space="preserve">in front of me had broken in half. Virelle – the youngest monarch’s daughter swings from it. Kept from falling to the death only by her brother’s - Prince Draven’s hand. Even from this distance I see his eyes threatening Lilith with death sentence. Me. Threatening me. Virelle’s leg is covered in blood. I try to shake off from the form I’ve put on. But I’m so deeply rooted in the character the only thing I think about is flying off on the fake wings I have attached to my back.  “Lili.” My father’s grasp brings me back onto the ground. His blue eyes roam over me with terror. For the last three years my presence brought bad luck to the court. Mostly unimportant things, like tablecloth on fire during a banquette or sudden injury of a King’s horse carrying my carriage. But not this. Not direct thread to a royal life. As the realisation hits me, my knees go weak. I’ve feared the bad omen I am for a long time. I wish I wasn’t a curse. I tried to tell myself that I’m not, that all of this was a coincidence. But what if it wasn’t? What if all the shattered mirrors, ivy overgrowing doors I tried to enter, food coming alive and running away from the plates were not just a funny accidents? What if I really am a bad omen? My father could lose a head. I could too. I realise I am soon to find out because when my mind is back in the present world I’m thrown to my chambers. The doors lock. I jump back on my feet and attack the door. I knock, I scream, I plead. But no one comes. I am left alone with my tears and unspoken words for the rest of the night.  I realise I’ve fallen asleep when my doors open. One of king’s maiden – Pale Reed with pale green skin, long, dark hair, tangled in her limbs looks down at me. Those creatures smell like death they foreshadow. I wonder why King sent her to escort me. It’s almost certain – I am about to hear the death sentence. She looks at me with natural for those creatures dead, eyes. But I gather a shimmer of compassion in their surface. There are some life beings that secretly mourn my Fate. But there’s not too much of them. I lost all of my few friends, gained only more enemies. I wonder why no one exiled me from the court earlier. Probably because of my father – King's favourite actor and poet. It’s only him that I owe my life. He guaranteed us place in the castle afterwards. But what difference does it make if my bad Fate almost killed a royal heir? Doesn’t matter that I’m underage to live alone. They’ll banish me from Somnaria and probably cast a spell so I will never be able to set my foot in the castle again. I’m thinking about it as I’m led through the halls to the throne room. Pale Reed holds my hands behind my back. Walls crack when I pass by, leaving small veins of teared marble. A rose petal lands on my shoulder. I look up and back only to see a path of dead flowers above my head. I look forward once again. I am about to die in this throne room. Pierced through </w:t>
      </w:r>
    </w:p>
    <w:p>
      <w:r>
        <w:t xml:space="preserve">with a sword leased by Prince Draven or strangled and eaten by a Maskari – creature with beak that appropriates the face of the person it ate. I fear those creatures and the idea of being eaten by one paralyses me. I decide to sail away. There’s nothing I can do so I can at least turn into someone else. Ever since I poisoned Edward, I’m experiencing curious feeling of soul split. Like I can reach for memories or traits I never knew I had. Maybe that’s what a first murder does to a person. So now my mind is in the Clock Garden, where little tickers grow from the trees and their ticking noise calms my nerves down. I wander around the garden and pick them from the trees. The time moves backwards. Lilith and Time are not good friends. He often tricks her, and it makes her mad. The door to the throne room opens and I can no longer deny the undeniable. I try to memorise everything, knowing it’s the last time I am to see those chambers. If I am to die here, at least I’ll die in my home. I see a huge waterfall at the back. It goes up through the ceiling high above and stops at the floor of the Upside-down Castle – a mansion of God of Fate. It’s the exact same castle as ours but it’s upside down as the name suggests. A mirror reflection. The waterfall connects them both. Although there’s no entrance to the home of our real Ruler. The Fate. The God that has each one of our lives in it’s palm and can change it, play with it however it wants. And it really enjoys playing with it. No one can outsmart, trick the Fate. So maybe its story for me was to die in the throne room for a crime I never made. The water gathers in the pond and divides to the brooklets next to the ivory walls. Water veins climb up the walls and back to the waterfall. I look at the floor made with millions of masks the Fate sends down the waterfall – faces of people it claimed. They are uncomfortably real, with holes in the places of eyes and gaping mouth. Some say the Fate eats their eyes before it sends them here. It can be as true as the saying it is a giant Raven. Nobody ever saw it. Nobody ever will. The throne resembles huge, white Raven wings – probably that’s why everybody personifies the Fate as the Raven. King Caelir who sits on it looks more terrifying than usual. Probably because I know I’ll die from his hand. His white as snow hair reaches his elbows, huge, white crown with crimson diamonds winks at me mischievously. He’s wearing a toga embroidered with runes and roses, made of strings from dreams and predictions. He used to be really kind to me. Before everything. His children surround the throne. There’s Elandor – the oldest one, heir to the throne. Syrlen, the second brother. Princess Elarin and princess Virelle – a child I, unwillingly almost killed. Her leg is covered in bandages. I see her trying to avoid putting her weight on it. There’s also Draven. Queen Velara stands further, in the shadows. Even though each royal heir has a different mother all of them have King’s white hair. Even strong genes of banshee Queen having hair red as blood couldn’t beat it. They are dressed in different clothes, </w:t>
      </w:r>
    </w:p>
    <w:p>
      <w:r>
        <w:t xml:space="preserve">presenting how different they are. Elandor has emerald, green suit with little, golden pins in the shape of faces. Syrlen, a blue costume with sharp shoulders set with rubies. Elarin and Virelle – twins – have dresses of rose petals in the same color as their mother’s hair. Draven, on the contrary, wears an armour in the darkest shade of red. Half of his face is hidden behind a golden mask. Two swords in the same color lined up his back are so huge I wonder how they didn’t out weight him. He was sentenced for the army service after an infamous slaughter in the ball room few weeks ago. It’s a shame I wasn’t there. I would love to see his downfall. Yet nobody talks about what happened that day and nobody wants to give me an explanation. I will die in lack of knowledge.  Chandeliers made of candles trapped inside the skulls of different creatures wink at me.  “Lilith L’Avenoir, step in front of your King.” Caelir’s voice resonates in the throne room. Only now I gather hundreds of courties watching me. Some seated themselves on the climbers lining the walls, some even hold onto the chandeliers – those who have wings. Others lined up against the walls in their absurdly colorful masks, dresses and costumes with patterns of every theme. I see one woman dressed in the skin of a lion. Or maybe she is half lion. They seem to distance themselves from me. I take a step forward. Shamefully, my whole body trembles, showing how nervous I am. It’s unlike me. Courties and royals have grown used to me being too detached from reality to be scared. Not today. Pale Reed lets my hands loose and I walk towards the platform. I lock my eyes with masks in the floor, burrowed under the surface of glass. My dress is crumpled yet still so shiny – I haven’t changed after the play. At least I’ll die extravagantly. I fall on one knee in front of the King. Secretly, I desperately search for my father. There he is, seated close to the throne. His face is the pure picture of life-sucking grief. If he knows what’s my destiny, he knows there’s nothing he can do to save me. And I gather the King’s prophet beside him. Eliathra – a woman with ram’s horns and skin so garnet it looks like a night sky. She doesn’t have any irises; her eye’s whites roam over me demonically. She was the one that spelled out those words. “Your court is sentenced to downfall on behalf of deranged child.” Yet I never knew for certain the deranged child will turn out to be me. I don’t find myself deranged. Sure, I used to eat my hair when I was little, and people look at me weirdly when I go to the Greenhouse for biteblossoms – flowers with human faces – to bite me for fun. Or I cut out chats with masks in the throne room floor. They understand me best. But I wouldn’t say I’m deranged. Only a little... down a well. And I distract often. King’s voice reminds me of that now. </w:t>
      </w:r>
    </w:p>
    <w:p>
      <w:r>
        <w:t xml:space="preserve">“You are accused of attempted murderer of royal heir on behalf of the curse. How do you respond for those accusations?” He says, his voice piercing my skull through. I force myself to wear a mask of deep misery and grief. I am scared. But for my life. I don’t really trouble with the life of princess. I did nothing wrong. It wasn’t my fault. I think. “Your Majesty” I start and begin to rise but his stretched-out hand forces me on my knees once again. “The murderer or harm of the princess was not in my intention. The power I am accused of possessing is out of my grasp and I am in no ability to control it. I beg for your forgiveness and accept whatever punishment you sentence me for.” Liar.  “Your explanation doesn’t speak up to me.” I hear a voice that doesn’t belong to the King. It belongs to Prince Draven. He might be a shame for the court but his love for his sisters is undeniable. He broke off with so much fury in his voice I wonder if he’ll reach for the sword and execute me myself. It seems like it when he takes a step forward, but the King stands up. “Silence!” His voice is even more carrying than before. “Lilith L’Avenoir, I’ve turned a blind eye for all the misfortunes your presence brought upon this court. However, the prophecy reminds of itself. Your being is a thread to the royal family and as for I sentence you to die by beheading.” His voice is so calm as he spells out those words they seem like a caress. A smile dances across prince Draven’s mouth. Awkward smile. I did expect this turn of events, yet I’m a bit disappointed. I tilt my head up to look at the ceiling one last time. The painting on it presents a dark blue, hooded figure on the background of the golden Sun, circled by clouds and other Gods and angels reaching their hands for the one in the middle. The Fate. I curse its name in my mind. Maybe some words slip my mouth. Lilith often says too much.  “Your Majesty!” A voice breaks through my thoughts once again. This time it’s my father. I look at him as he stands up from his chair, approaches the throne and falls onto his knees at King’s feet. As for the person so concerned about his reputation on the court it is strange for him to plead. He always created an illusion of his persona. Confident, extravagant, amusing. Maybe a little mad with ink stains all over his body and wicked look of his eyes. But still respected and adored. I look at his purple tailcoat and tall hat in the same colour. I try to remember his blindingly red shoes he always wears. “I beg for your mercy. I beg you to banish me along with my daughter to The Isle of Hopeless. Our feet will never touch the ground of your castle and we shall be gone from your sight forever.” At his words I can’t control my tongue. </w:t>
      </w:r>
    </w:p>
    <w:p>
      <w:r>
        <w:t xml:space="preserve">“Moron.” This word leaves my mouth before I can cover them with my hand. I usually say things I shouldn’t in the places I shouldn’t. I just can’t control my tongue when stupidity surrounds me. It is in no permission for a convict to speak up. He strikes me with an angry look. Something’s wrong with his eyes. They seem foggy, covered by clouds. Then, he buries his face in King’s shoes again. “Behead me if you must, just let my daughter leave!” His voice rises to a shout – so inappropriate in the presence of the royal family. I’m furious. I don’t want my father to grovel before the King to save my skin. I am the bad omen, I am the bad angel. He doesn’t have to suffer, to humiliate himself on my behalf. But I remain silent.  “Lord Aurel L’Avenoir, you are my devoted servant, adored actor of Royal Theatre and my dearest friend.” He starts with pity in his voice. They’ve been friends for so long. It must break his heart that he has to behead his daughter. Or banish him, depriving himself and his subjects of the greatest, most loved entertainment of the Kingdom. “But your authority and friendship is of a great value to me.” Kings says after a while. Then he looks at me and his people. “In that case, I sentence Lord Aurel L’Avenoir and his daughter, Lilith L’Avenoir for banishment to the Isle of Hopeless until their last day. Their feet may never meet the grounds of the Royal Court under the tread of death.” I let out a sigh of relief. But the anger in my veins rises. The Isle of Hopeless. The smallest, most forgotten part of the kingdom where savages or criminals lead their tormented lives. It’s no place for my father. For the greatest actor and poet who ever lived. “However.” The king says after the whispers rise too loudly among the crowd. “An envoy will be sent after you, two moons after your travel. If you fail to reach the isle by then, you shall be executed.” So much for a hope. After King’s words, someone wrenches me up on my feet and drags me to the door. My father is seized as well. I can feel no emotion reaching my body but hate. Hate, so, so much hate and despise. My life depended on an accident. My father’s life depended on an accident. An accident that probably wasn’t even my fault. Right before the doors close in front of me I gather Prince Draven smiling at me and waving his hand. I read his lips as he mouths his words. “Goodbye scour.” For a glimpse of an eye I see the Fate standing right beside Draven. In dark blue toga covering its eyes. And wicked grin peeking from beneath it, saying goodbye.    </w:t>
      </w:r>
    </w:p>
    <w:p>
      <w:r>
        <w:t xml:space="preserve">CHAPTER II DRAVEN The day of slaughter   Tonight is Full Sun night. Once a month, the sun rises over Somnaria for a single night. Every other day and night is drenched in moonlight. Its arch always hangs upside down, like a cruel grin. Every heir to the royal bloodline was born on a Full Sun night. Except me. Just one of many reasons why my father detests the sight of me. Even though he knows perfectly well that every Full Sun night something happens to me — something neither of us can name — he still forces me to appear at the ball. It’s held for my twin sisters’ birthday. He never called for a healer, a prophetess, or a witch to look into what’s wrong with me. He keeps it hidden. An inconvenient scandal it would be — the defective son of a god-king. And so, here I am, seated at the table alongside my siblings, pretending none of it matters. I can feel the sun watching me through windows shaped like ravens. That cursed sun terrifies me. What it does to me terrifies me. Ever since my first... episode three years ago, I've carved protective runes into my arms. They're supposed to keep whatever magic poisons me at bay. It started with minor things — wrecking my room, setting curtains on fire, stealing a butchered quail from the kitchens and smearing its blood on the walls. I remember none of it. It’s as if my mind slips away. Or gets stolen. Father knows. The queen knows. My siblings know. Yet no one’s ever done a thing. It’s worse now. I wake up in the forest, in the Red Lake. No clue how I got there. Always on Full Sun night. I loathe whatever’s wrong in me. I hate that I have no control over it. I hate that nobody cares enough to try to help me. Even when I’ve begged on my knees, my father just turned away. I crack my fingers beneath the table, bracing for whatever the sun or Fate has for me tonight. I glance around at my siblings and curse myself for putting them in danger. And curse my father for letting it happen. While I drown in my thoughts, said father approaches. His arm slung over Lord Aurel L’Avenoir’s shoulders. Both of them far too drunk, grinning like idiots. “Son, my little devil,” Father says, each word digging like a splinter under my skin. He knows I despise that nickname. He knows. And yet. “Why don’t you dance with my dearest friend’s daughter? She’s sitting alone. You should go keep her company.” </w:t>
      </w:r>
    </w:p>
    <w:p>
      <w:r>
        <w:t xml:space="preserve">He’s aware of what he’s doing. He knows I can’t stand that girl. I hate her for killing my friend Edward, for all the strange things that follow wherever she goes, making my own home feel unsafe. But a king’s word isn’t a suggestion. His look under his brow tells me clearly — disobey and the next night you’ll spend in dungeon. As it’s been before. I search for her across the ballroom. This chamber is absurd. Huge angels statues dangle from the ceiling, upside down. They shift positions every hour. The golden floor glows white wherever a person steps. Now nearly all of it is lit. Everyone’s dancing. Colors flash everywhere. There she is. Sitting alone at a table across the hall. The one meant for court ladies and gentlemen, though they’ve all taken to the dance floor. She sits there with a golden wine cup, murmuring a song to it. Completely insane. I wait for her curse to make its move. For my father to finally banish her once and for all. I hate how the light catches on her black hair, how it shines with that unnatural, purple sheen. I hate her jade green eyes that look transparent. I hate her pale skin. It’ll always be stained with Edward’s blood to me. They were lovers, so they say. He barely spoke of it, but I knew they’d sneak away together every night. I don’t know what charm he found in such a twisted thing. But that closeness cost him his life. Maybe he deserved it. Tonight, I’ll ruin it for her. I shove aside every other thought — the sun, the sickness, my fears. All I care about is making sure she leaves this hall in tears. “May I?” I ask, my smile sharp as I offer her my hand. She’s dressed in plum-colored fabric, sheer sleeves falling off her shoulders. A crown of weeds circles her head. I won’t deny it — she’s beautiful. Looks like some drowned angel dragged from the deep. It’s disturbing. Every boy here sighs for her, even some of the girls. If I do, I’ll never admit it. But beauty can’t hide madness, and the rot behind it. “I don’t know. May you, or may you not?” she says, looking up at me. Then turns back to her cup. “Should she dance with him?” she asks it. I roll my eyes. I could throttle my father for making me endure this. </w:t>
      </w:r>
    </w:p>
    <w:p>
      <w:r>
        <w:t xml:space="preserve">Then, as if she tires of her own game, she rises, takes my hand. “I’ll find out,” she says, a wicked grin playing on her lips. I can’t tell if she’s playing with me to get under my skin, or if she actually believes the damn cup answers. I drag her to the center of the ballroom, already sick of this spectacle, desperate for it to be over. Her gaze reflects my own. Disgust, irritation. I scowl as I rest my hands on her hips. She hooks her arms around my neck. Smells like lavender and blood. “Every lady dances at the ball,” I say, though it’s no surprise she’s alone. She’s never had friends here. “I’m dancing now, aren’t I?” she replies. Her voice scrapes across my mind like rough glass. Low for a girl, thick with something dark and seductive. “Only because I was forced to,” I grit out, pulling her closer. Her scent is intoxicating. “Then your will must be vulnerable, easy to break,” she says. The words slap harder than I expected. She’s right. There’s nothing I can do to make my father love me. Or at least hate me a little less. I turn her around, hiding my face so she won’t see the crack in my composure. “Your will’s gone rogue. Tell me — did your murder sate your black heart, Li? Or do you crave more souls?” I know how she hates when I call her that. Three years. And I’ll never forget. Edward was my only real friend. The only reason my father spared me locking up in the dungeons. If he did, Edward would notice and the rumors would spread. Without him, I rot in punishment. “Only yours,” she says. Then she winks and walks away. She exits the ball room. I’m left standing there, speechless. My blood boiling with more hatred than I thought possible. In that exact moment, a sunbeam cuts through the window, striking me square in the chest. It blinds me, deafens me. I can’t move. The heat sears through me. I dread looking at my hands. When I do, they’ve turned black. A tar-like darkness creeps up to my elbows, devouring the runes I carved in agony. </w:t>
      </w:r>
    </w:p>
    <w:p>
      <w:r>
        <w:t xml:space="preserve">My eyes sting. The world wraps. Everything glows red. Creatures pulse in my vision like heat signatures. I can’t stop what’s coming. A low, monstrous growl rips from my throat. I glimpse my shadow — three times too large. It climbs the wall, crawling to the chandelier. Then the light vanishes. So does my sanity. I bolt for the crowd, grabbing two kitchen knives. I throw myself into the gathering like a storm. One knife into a woman’s eye, another in a man’s throat. The ballroom erupts in screams. Panic. People scatter. There’s no escape. My shadow blocks the doors. It’s a slaughterhouse. I grab a bottle of wine, smash it. Use it on two knights, three nobles. I dive for a boy, pinning him. Black liquid drips from my mouth onto him. I’m seconds from tearing his face off with my teeth — I think — when I hear my father’s voice call my name. Then a needle pierces my neck. Poison. And the darkness swallows me whole.    </w:t>
      </w:r>
    </w:p>
    <w:p>
      <w:r>
        <w:t xml:space="preserve">CHAPTER III LILITH  Two days after the banishment  Father is not doing very well. His legs have given up on him. For the last couple of hours, I had to drag him through the Fireflies Forest. Tiny balls of white light tangle beneath our feet, too many to count, too many not to trip on. We are so close to the Isle of Hopeless, yet so far away. He won’t reach it on time in that condition. He’s coughing blue, fluorescent blood, his eyes are covered with fog so thick I can barely see their color. He’ll die. Because of me. How many people do I already have on my conscience? Too many. I rise my head up when I hear a veiling scream in the tree crowns. Porcelain figures of angels – Tearbinders – follow us, circle above us in the night. Those creatures follow misery, grief and loss. Inevitable loss I am about to experience. He slips my grasp once again and this time I am unable to lift him up. “Father, we have to go. Just a little bit longer.” I plead, I beg, I cry but it’s of no purpose. I know he won’t get up. We rest next to a huge Stranger Lake. Its surface is shimmering; white glow blinds me. He’s dangerously close to the water. The water that erases your personality once you dip yourself in it. I try to drag him away, but his body is so heavy, so helpless.  “Lili” he says. His voice is so hash. So quiet I can barely hear him. I bend over his face to hear his words. Probably his last. I don’t know what happened to him. He was in perfect health just before my trial. Maybe the banishment did that to him. I don’t know for certain. But what I do know is that one day I’ll find a way to overcome the spell, come back to the court and avenge him. I would seal my words with blood. If only I had more time. Suddenly, he reaches to his pocket and draws a golden piece of jewellery. He practically sticks it in my face. It’s a heart shaped pendant on a chain, beautifully decorated. “Take it.” He sighs out. “But swear to me that you won’t open it. Until you’ll get the sign”. I don’t know what it is he means but I don’t have time for that. “I swear. But…” just when I’m about to ask the question a figure emerges from behind the bathed in the night forest. The envoy. We’re late. We’re too late. He leas a huge scythe. It’s blade shimmering in the darkness. His face is hidden behind a mask resembling a fool. And he runs directly towards us with his weapon ready to hit. For a moment I think I’m about to give </w:t>
      </w:r>
    </w:p>
    <w:p>
      <w:r>
        <w:t xml:space="preserve">up. I’ll lay down next to my father and accept the death sentence the Fate has put on us. But then it’s rage. Then I change into the warrior I once played in my fathers theatre. I was a little orphan girl whose family was killed and she was haunting down her enemies with an axe. Right now I don’t possess any weapon. But I possess my ability to completely change the person I am. Lilith is now a blood thirsty killer who will sacrifice even her own humanity and sanity to save her loved ones. Anger floods her veins; violence covers her mind. She jumps up on her legs and squeezes her fists ready to fight. Sentenced to failure. But she won’t die helpless. Only now she realises the envoy is a young boy, probably younger than her. But this moment of hesitation, distraction costs her father his life. I wake up from trans the moment the blade sinks in my father's stomach. It goes so deep I wonder if it didn’t pierce it through. The ground is slipping from under my feet. My heart sinks. My mind shuts down. My father. My father is dead. My father has been killed in front of my eyes. I’ve known two people from my family. Two of my relatives. Now I’ve watched two of them die. And I didn’t stop it. I watch the boy struggling with a weapon too big for his hands. He tries to wrench it out from my father’s body. My father’s dead body. His eyes are almost completely white, dead. There’s not even a spark of life in their surface. Like he was never alive. Never there. I can’t help the dark feeling that fills me. Like the curse reminds itself. I’m a deranged child. I’m a deranged girl because I grab this boy by his shoulders and force his head under the water of the lake. He’s throwing about, kicking, trying to scream. But I only push him deeper. I hold him as long as I am sure he’s not moving. That he’s dead. When the darkness flows, like washed away with the water of the lake I let his body go and fall on my knees. His face is still underwater, still and stiff. I look at him with unseeing eyes. I’ve killed. Again. I’ve killed. I am a murderer. Draven asked me recently if my black heart craves more souls. I fear I have to admit it does. Tearbingers scream above me. I sit in the darkness, bathed in lake’s glow. Next to my victim’s and my father’s body. This scene is so surreal for a moment I wonder if am in my fathers play. If everything around me is a fake scenography and the audience will start applauding in a moment. But it doesn’t come. There’s just this horrific silence and veiling. I sit in a trans for so long my limbs go numb. I try to get up but suddenly, a blinding pain captivates my body. Like someone’s burning my skin alive. Carving signs on my skin with a rusty blade. I can’t stop the scream from leaving my mouth. Ravens rise from the trees accompanying my veil with their own. I fall forward supporting myself with my trembling hands. The pain resonates in my chest. I have to rip the neckline of my dress to reach its source. The view freezes my blood. When I killed Edward, a faint birthmark appeared on my chest. I assumed it was Gods marking me as a murderer. I’ve heard it’s common among them. But this. This is nothing I could have ever imagined. The </w:t>
      </w:r>
    </w:p>
    <w:p>
      <w:r>
        <w:t xml:space="preserve">birthmark, that previously looked like a vein now had split in half, like a path branching. Now, two veins obscure my body. But they are not in the color of my skin. They are golden. Pure, glowing, metallic gold. Like someone injected it under my skin. And it burns like seven hells. My mind is driven mad by terror. By loss and pain. It separates from my body. I feel like I’m watching myself, when Lilith gets up, wringing out of the pain. She wrenches the scythe from her father’s body with one, sharp move. Throws the last glance at the dead boy. Then she grabs her parent’s leg and drags him to the empty tree trunk. The hole reaches deeply into the ground. She pushes him inside, and he lands with a thud. Then she rips a piece of fabric from her dress and sticks the scythe to her back. And goes away. The Fate, in dark blue toga walks behind her, step after step.  ****  “Killer”. “Killer”. “Murderer”. “Mad”, A throat rending scream finally makes me stop my run. I don’t know if the voices I’m hearing belong to Tearbinders unstoppably circling above my head or do they belong to my remorse. But they don’t help my sanity. I lost the count of Time, I have no idea how long I’ve been running and where was I running. For the last hour I’ve struggled to put the pieces together. To remember what had happened. To realise that all that happened was real. My mind still doesn’t live up to this state – my father is dead. I killed the envoy. I was acting under the trans. The adrenaline. The paranoia. I’ve hidden father’s body. I’ve stolen the scythe that now weights, strapped on my back. Veins. I’m covered in golden, burning my skin like licking flames veins. I’m terrified to even touch them. To think about them. To think about what can they mean and what can they bring upon me. I struggle to breathe and I look around. I find myself at the edge of the forest. I see various creatures peeking at me from behind the trees. I see horses with manes made of silk. But they have an additional pair of lips on their necks to whisper dreams. I see black, foggy creatures that posses a person and makes them haunt the civilians. For a hot second I think I even see a crimson – child with skin made of blood, covered with runes and symbols. But crimsons only appear once in a hundred years. Wild faes with golden skin and thorns growing from their foreheads, dressed in night. Purple creatures with legs made of holographic, metallic constructions. Everything looks at me and my bloodied dress.  “Lost traveller.” A voice breaks through my thoughts. I look around to find its source. It’s a gnome. Short, wrinkled creature with grey skin and even greyer hair. His eyes are indigo and </w:t>
      </w:r>
    </w:p>
    <w:p>
      <w:r>
        <w:t xml:space="preserve">his mouth filled with huge fangs. He’s standing at the edge of the sea I only now noticed. Next to him, swinging on the water so dark blue it looks like night sky is a boat.  “I’m not lost.” I manage to say. “I seek passage to get to the Isle of Hopeless.”  Suddenly, he bursts into a laughter so ringing and harsh it hurts my ears.  “Who in their right mind would want to go there?” He asks mocking me. I give him the credit. Who in their right mind would want to. Unfortunately, I’m not in my right mind. I don’t think I’ve ever been.  “A banished soul.” I say. His face turns serious.  “If you crave to get through the sea, you ought to pay.” He says revealing the boat. Of course, there’s nothing for free in Somnaria. Favours, dreams, wishes. Even life. I approach him slowly. I see him flinch at the sight of the huge scythe on my back. But I’m not planning on murdering. Not again. Not tonight. Not if I don’t have to.  “What’s the cost of your service?” I ask. The water shimmers at me mischievously. “Your remorse.” He says. Gnomes are know for collecting people’s traits to form their own personality. To become a whole. They do not possess anything when they’re born. Sometimes I wonder if I’m this kind of creature. Deprived of some traits. “How will I live without remorse?” I ask.  “However you like.” He says and smiles at me with poison. Now I should quit and look for the other way to get to the island. But first, I don’t know how much time do I have before they realise I’m still alive and send another killer after me. And second, my trauma with water is too fresh, too painful to swim. I simply can’t.  “Deal.” I say and reach my hand to squeeze his. He steps back. Then he climbs into the boat. So awkwardly the water slips inside. I swallow a lump in my throat and follow him. The boat is old and full of holes, I wonder if we’ll sink on our way. But he starts rowing with ease and soon we are trapped on the sea, water surrounding us. I look up a the moon’s arch turned upside down, like a sad face. Anything but looking at the water. My heart threatens to leave my chest, air  is burning in my lungs. I can’t help it and I look at the shimmering surface. Memories come floating. Lilith is just eight years old, she’s trying her best to stay above the water. A little boy next to her is already dead, his tiny body floats and swings, face buried in the waves.  </w:t>
      </w:r>
    </w:p>
    <w:p>
      <w:r>
        <w:t xml:space="preserve">“So. What is your crime angel?” Gnome asks and I’m so thankful for that. He must have already taken the charisma form some lost soul. “I am said to be cursed.” I say and lift the corner of my lips. He goes serious again. I don’t know if he had already taken my remorse or do the fear force me to be brave and outgoing.  “Like everyone on the Isle.” He sums up and then shuts his mouth again.  Water. Water and moon. It’s all that keeps me company for the whole hour we swim. Suddenly, emerging from the dark clouds I notice the isle. I’ve only heard about it from the stories but nothing could compare to this view. Bony trees climb up so hight they look like they’re scratching the sky. Far, far away I see tops of the neglected, haunted towers. White balls of lights dance between every tree, line every path. Aconitine flowers grow everywhere I look. Their purple petals seem to smile at me with poison they are filled with. Suddenly, the boat reaches the shore.  “We’ve reached our destination angel.” I hate when people call me that. And I’ve been called angel my whole life. I don’t know if it has something to do with my terrifyingly plain skin or my weirdly light eyes. Or the fact that I’ve always foreshadowed damage. But I hate this nickname.  “Fatewell.” I say in exchange and scramble out of the boat. His bony hand stops me. “What about the price?” He says with a warning in his voice. Daring me to run away without paying. So he didn’t take my remorse already.  “Take what you must.” I say not sitting back again. I just want to get as far away form the water as possible. Which is funny because now I’ll be trapped on the island. His grip tightens. Suddenly, I see a red glow evaporating from my wrist, tangling in his fingers. Red, glowing fog sinks into his skin and I feel a weird feeling of emptiness flooding my mind. It’s gone in a second.  “Take care lovely creature.” He says smiling. Soon he’s rowing back from the island.  I’m alone on the shore. The sand is black as night sky, cold against my feet. I’m left for myself. There’s not a living soul in my sight. But I know it won’t be for long. Creatures inhabiting this isle are not to be overlooked. They will creep on me and then attack when I’m most vulnerable. I have to go, I have to move from the plain sight. I fix the scythe on my back and stride forward, far from the sea. I’m not certain where I’m heading. I make the city centre my destination. On my </w:t>
      </w:r>
    </w:p>
    <w:p>
      <w:r>
        <w:t xml:space="preserve">way I collect some aconitine flowers and stuff it up my pockets. Never know if they won’t be useful. Suddenly I hear a crack behind the tree. I look around but there’s nothing to be seen. But when I want to move forward again a gleaming, blue face covers my sight. Kelpie. Her dead, grey eyes and huge, teeth less smile freezes my blood. Her long fingers play with my hair, stroke my cheeks.  “What a lovely skin.” She says with luring voice. Skin. She wants to steal my skin. Terror grips me by my throat. I don’t think much, I push her body away. My hands are whole wet after the contact. Her scream is so devilish I flinch. But I don’t have time to look back if she’s chasing me. She will drag me under the water and skin me alive to wear my body. I don’t realise when I reach the town. White fog dances on the ground. It’s so thick I can’t see my feet. Doors are decorated with every kind of relief. But it’s so dull, so dark in here. I see a couple of miserable creatures swinging through the streets. Their starved, haggard bodies give me chills. Buildings look like boxes stacked on top of each other. Cornices don’t overlap, like every story of the building is from a different perspective. Long, slim windows are dirty or cracked. Smoke emerges from the chimneys high, high above. Lanterns add up for the horror of this place. I look around in panic, trying to find somewhere to hide even though I’m already far away from the forest, far away from the kelpie. But in the exact moment I think I’m safe, someone smashes my head from the back. Lights flash and blink mischievously in front of my eyes before I faint.  ***  When I wake up all I sense is dirt in my mouth. It tastes like mold and moss. My mouth are forced open by a piece of fabric stuffed in them, tightly enveloping my head. I see nothing but dirt through my dim vision. One lantern with a candle, hanging from the rammed earth ceiling casts a creppy, warm light across the cave carved into the ground. It’s stuffy and claustrophobic in here. Hard to breathe. The air feels like wet ball of hair down my throat. When I try to move I find my hands tied behind my back. My spine pierces across the wooden column supporting the ceiling. I’m like a dog chained to the fence. I manage to look around only to find more earthy walls surrounding me. My scythe has been taken away from me. The only thing I possess now is my dress soaked in blood and terrible mess in my head. Scream raises in my throat, like a wave of tsunami. It rips my organs apart when two strangers walk from the shadows. Two old man. One is bald, one has salt and pepper, long hair. They look human, I capture not a single extraordinary feature. They are ugly, fat and neglected. Their clothes are dirty and ripped, </w:t>
      </w:r>
    </w:p>
    <w:p>
      <w:r>
        <w:t xml:space="preserve">in washed out shades of brown. The long haired one kneels in front of me. He glares his incomplete dentition at me and the odour of alcohol is unbearable.  “What a pretty angel we have here.” He says, scanning my face neatly. He looks at me like I’m a piece of meat rather than human. Terror raises in my veins, panic tenses my organs and limbs. No, no, no. Not again. I know what hides behind this evil smile. Pain. Insufferable pain in not able to endure once again. I catch a glimpse of steel in the bald man’s hand. He’s holding my scythe, examining it closely. He’s more interested in the weapon than me. Which brings not much of a comfort. Long haired attacker chuckles.  “What? Oh yes yes.” Says the bald one finally looking at me. “How much do you think we’ll get for her?” He asks.  “Let’s find out.” The one closer to me says and leans even closer to my face. I manage to pull to the side, trying to grind my teeth to ease the terror in my head, but the fabric forbids me to. “Nigel, cut her off.” He says, still fixing his eyes on me.  Said Nigel gives him asking look.  “We can’t sell a good without warranty of suitability.” He says. I close my eyes, praying for the Fate to have mercy on me. To stop the inevitable. But in the darkness beneath my eyelids, I only see a hooded creature with a wicked grin. Laughing at me. Mocking my misfortune it brought upon me. I feel the bonds loosening. I don’t dare to open my eyes one I’m dragged up. But my body seems to not let go. My legs wiggle, kicking everything they encounter. My hands, that the stranger holds behind my back reach for anything they can use to defend myself. I manage to dig my fingers in his bloated stomach. He hisses. “Little bitch.” He says through clenched teeth and smacks me across the head. Only than I finally manage to open my eyes. The bald man walks in front of me, with my scythe strapped on his back. I act faster than I think. I lean against the man’s behind my back torso and use the leverage to kick the one in front of me across the spine. The shock and force sets him on his knees. I use every second of surprise I have gained and release myself from the man’s grip. The adrenaline pulsates in my veins like a horde of horses. I hear nothing but bubbling blood. My shaking hands reach for the scythe. I rip it from the man’s back and swing, turning around. The blade slices man’s stomach, accompanied with a war scream I didn’t know my vocal cords are able to produce. Life swims out of his eyes momentarily. He catches his open stomach, trying to catch anything that’s currently spilling from him. But his guts are already on display. I </w:t>
      </w:r>
    </w:p>
    <w:p>
      <w:r>
        <w:t xml:space="preserve">swallow down a vomit and turn around. The bald man struggles to stand on his feet. My only advantage is that they’re drunk as hell. Otherwise I wouldn’t be able to pull this manoeuvre off. Before he can drag himself up, I pierce the blade through his back. Based on the sound I must have punctured the lung. He starts coughing blood, the noise is bubbly and wet. I wrench the scythe from his body, the movement setting him on the ground forever. My whole body is shaking, paralysed with terror of what I’ve just done. My steps are unbalanced as I pass the body and head to the swallowed in darkness corridor. I have no idea where I’m going. I have to find a way out. I walk backwards, stupidly ignoring anything that might wait for me in the dark. I just can’t force myself to turn from the bodies. From the man I’ve just killed.  “You. Little.” The long haired man spits his last words along with more blood. “Devil’s. Spawn.” He says and falls face first into the puddle of blood beneath his knees. Then he doesn’t move. He’s dead. As I run for my life through the darkness my chest burns like it’s being licked by fire. Golden light pierces through my dress, casting its beams across the walls. I have to stop a few times, to draw my breath and swallow down the pain of two golden veins being engraved in my skin. I feel dizzy, absent. My mind is somewhere else. I don’t feel human. I don’t feel Lilith. I don’t feel anything except the pain. When I finally manage to find a crocked ladder at the back of the tunnel I strap the scythe on my back and climb up. As I raise the trap door the moonlight blinds me. I emerge to the city once again. It hadn’t changed a bit. I don’t know how long I’ve been unconscious. Is it the same day or did one already pass. I have no idea. I look around the town that looks haunted in panic. Looking for any shelter. Any escape from this hell. One, particular building draws my attention. Is shorter than the others, at the end of the square I’m in. It’s walls are dark, dusty red, cornices and jagged pillars must have been golden hundreds of years ago. Huge doors are in the shape of a theatre mask. Above them there’s a sign enlightened by lantern with fireflies trapped inside. “Pathetic Opera” it says. I don’t know what draws me there but this place feels the most like home out of everything in there. So I break out running towards the door. I hammer against them, knock, praying for someone to open them. Suddenly, the door speaks. Its voice is high pitched and happy. “All artists welcome.” And it opens.  Although the outside was more colourful than anything on the isle, the inside is drowned in darkness. I don’t even see the seats, the walls. The only visible thing is the stage and ripped curtains at the back. Beams hang from the ceiling like they’re about to fall down. It’s all visible due to a crystal ball shining with purple light, on the middle of the stage. A silhouette creeps </w:t>
      </w:r>
    </w:p>
    <w:p>
      <w:r>
        <w:t xml:space="preserve">behind it. It’s long, thin fingers dance in the glow. I try to collect my thoughts but I can’t find any reasonable one. I should get out from here. But where should I head? I’ve just escaped death. Or something worse. My mind is still dizzy and absent. I feel pain in every joint, every cell of my body. I’m petrified. I’m alone. Alone, young girl on the isle filled to the brims with criminals. Leaving sounds like a death wish. “Do you crave to know your future?” Harsh, feminine voice reaches my ears. At least it’s a woman. And her voice sounds humanly. Me feet lead me towards her involuntarily. From the close distance I see her fully. It’s a witch, no doubt. Her grey hair looks like it’s been struck by a lightning, her silver skin shimmers. She’s old, thin and haggard. I can’t look into her purple eyes. “Sit child. I don’t bite the living.” She says with a humour in her voice. But also seemingly with a spell because my knees bend beneath me and I kneel in front of the crystal ball. I feel the exhaustion leaving my body.  “What do they call you?” She asks. Her tone leaves no place for lies. If I want to survive here I’ll have to adapt.  “Lilith m’lady.” I answer shyly, my voice distant, like it doesn’t belong to me. Her laugh is a combination of spitting and coughing.  “I’m no lady. You can call me Misha, child.” Even though she’s terrifying to the bone I don’t think I’ll meet anyone more kind then her here.  “What’s my future Misha.” I ask. She reaches her hand to me. It goes smoothly through the surface of the crystal ball, like it’s made from liquid. She grabs my hand tightly and sinks it into the ball. It’s gooey surface prickles my skin. Suddenly, my hand is eaten by purple flames. It burns. Burns so badly I’m scared it’ll eat my skin off. I wrench my hand from it. Misha jumps up to her feet. Terror in her eyes is unmistakable. “What? What did you see?” I ask standing up too. Only now I realise how small she is. At least half my size.  “Your future is filled with darkness angel. Darkness and madness.” There’s nothing left of confidence and bravery in her voice. My heart sinks in my chest. Deranged child. Deranged girl. Curse to the kingdom. I want to lay down and cry my eyes out. It was all true. The King made a good choice banishing me. I am a thread. I fall in my knees again. I’m hopeless. On the isle of hopeless. I’m a vulnerable orphan, killer and a madman with nothing more to offer but destruction wherever I set my feet.  </w:t>
      </w:r>
    </w:p>
    <w:p>
      <w:r>
        <w:t xml:space="preserve">“Don’t trouble your godly head. I fancy dark souls.” She says, resting her bony hand on my shoulder. Tears covering my eyes make it hard to distinguish the look on her face.  “What does it mean?” I ask. What does her prophecy mean, what do her words mean, what does my life mean. I have so many questions yet there’s no one to answer them. “You’re lost. Alone. I share your Fate. For a price I’ll let you stay with me, in my estate.” Price. Another price, another debt. People should know better not to make deals with me. All I bring upon those close to me is death or harm. “What price?” I ask anyway.  “My little cleaning mission.” She says. Then she forces me on my feet and leads me into the dark halls of the opera. The scent of aconitine makes it hard to breathe. I also sense blood and death. I’m few steps away. In the darkness it’s hard to follow her. I don’t hear her footsteps. But suddenly, something boozes in my head. The noise is incomprehensible, itching on my scalp. I distinguish two words. Spelled in Misha’s voice. “Fate Stealer.” I don’t know if what I heard resonated in my head or if she really said it. They seem muffed, like from under the water. But the new, golden vein on my chest starts pulsating painfully when those words are said.    </w:t>
      </w:r>
    </w:p>
    <w:p>
      <w:r>
        <w:t xml:space="preserve">CHAPTER IV DRAVEN Two days after the slaughter   “You.” My father screams “Pathetic” every word is interrupted with a melted, liquid wax meeting my back, burning it. “Fateless” another burn. “Creature”. The dungeons are damp and smell like rotten flesh. They’ve visited my nightmares almost as often as I visit them in person. There’s not much in here – just wet, cracked stone floor, low ceiling dripping with water and the stench of burned skin my father delivers me. Coward. I should fight, try to escape. But what force does a sixteen years old boy have against his King father. None. But I don’t cry. I won’t give him the satisfaction. I won’t shed a single tear. I’ll take in on the chest like a man he so desperately wants me to be. I’m on my knees, forehead resting against the dirty, wet wall. I support myself with my hands not to fold against the pain. I’ve been locked up for two days here Starved. Exhausted. I woke up after someone poisoned me in the ball room. Stripped of my celebrating suit, dressed shirt ripped on the back and pants only. They didn’t even bother to clean the blood of my victims – it had dried out on my skin and itches. I want to cry my eyes out. I just want to be understood and helped. I want him to understand that I don’t have any control over my body and mind when the Sun embraces me. I want him to understand that I’m not driven by my own wrath. I don’t know if he knows it and still punishes me for my lack of control or does he really think I would slaughter almost six people because of my own liking. Suddenly, the burning wax bath stops as I hear footsteps. They are unmistakable. Like a ghost caressing the ground. Eliathra. My father’s prophetess. I almost shed a tear of joy. He finally decided to look inside my mind to see whatever’s wrong with me. A smile of relief dances across my lips. I’m saved. Eliathra’s navy blue skin gives off unbearable heat and smell of sweet, rotten apples. Her eye whites roam over my face, like a thread. I lift my head up with struggle. Even the back of my neck has been burned so it’s hard for me to move freely. Her slender, long hand meets my covered in sweat forehead. I feel the heat from our bodies exchanging. And then there’s this cold graze against my skin as she backs her hand off. Her skin seems to wave, shimmer.. Or maybe the pain distorts my vision. “As you suspected, your Majesty.” She says with resignation and pity in her voice. But something tells me it’s a pity for my father, not me. King hangs his head in an inpatient gesture </w:t>
      </w:r>
    </w:p>
    <w:p>
      <w:r>
        <w:t xml:space="preserve">and waves it hopelessly. There’s no explanation. Just another stream of boiling, melted wax, more painful than every other.  ****  He had let me out of the dungeons in the middle of the night. He didn’t dare to let anyone see my ripped and soaked in blood shirt and skin. I’m sitting in the Dove Chapel, a small building at the back of the court. It’s abandoned, partly demolished. Its circular, narrow shape makes me claustrophobic but everything is better than the dungeon. And only here I’m certain no one will notice me. Walls are lined up in ivy, reaching hight to the top with broken, pointy roof. Paintings and reliefs on the walls picturing our every God and Goddess are faded and out of color. Like my soul sucked their life. Benches are turned over. I sit on the floor, hugging my knees and pierce the altar in front of me with my eyes. Moonlight strings through the hole in the roof and makes a circle in the middle of the altar. Golden and silver, rusty cubs covered in moss obscure every inch of it. There’s also a raven shaped relief made of gold on the back wall. It has a black rose on its chest. The emblem of my family that’s been ruling over this kingdom for centuries. I’ve had cursed the Valebran name for as long as I can remember but I’ve never been filled with more hatred towards it. Bunch of lunatics and sadists. Including me. Everyone here is vicious, mischievous and acts only for their own good. Also including me. If we don’t have something, we take it by force. If something doesn’t suit with us we crush it. It’s in our blood. It’s in my blood. Sitting here I think about my mother. She was present in my life in its early stages but once King married Velara she’s no longer here. She was King’s concubine and he could not stain his image with hers. I don’t remember a lot about her. In my memory dances a silhouette of a woman with dark, red skin, black hair and amber eyes. It’s the only thing I’ve taken after her. She was a lovely creature of unnamed species. Mystery covered her name and covers me because of it. There was a prophecy when I was born – there always is when the heir is brought upon this world. But I’ve never heard it. King sealed the scroll with it and it never saw the daylight. I imagine he wanted to get rid of my mother earlier but she was the only one to tam me down. I was a particularly insufferable child. I don’t even remember her name.  “What am I?” I ask to the void. Even though I’m alone I desperately wait for someone to answer. But no one speaks. No one is here to share my Fate. Suddenly, a raven flies through the roof with a wild scream. It sits on the altar and tilts its head looking at me. It’s empty, black eyes roam over me with curiosity. It makes me sick,  </w:t>
      </w:r>
    </w:p>
    <w:p>
      <w:r>
        <w:t xml:space="preserve">“Go to hell!” I shout and throw a lost candle form the floor at it. It breaks off and flies away. One piece of black feather slowly flies down onto the floor after it. My voice sounds weird. Like a mad, savage growl tries to break through it. It bubbles in my chest. Something changed after the slaughter. I feel a void in my soul consuming me from the inside. First, I thought it was grief. Now I’m not so sure. Maybe an evil magic eats me alive. But I don’t care anymore. I’m a murderer. Pathetic piece of excrement trapped in prince’s body. Hidden beneath gold and silver, marked with royal name. But I’m rotten to the core. My thoughts drift away to Lilith and her prophecy. For a second I consider if maybe it didn’t belong to her. But to me. Suddenly, someone bursts into the chapel. “Prince. Your father King seeks after you.” A creature trapped in dark red armour stands at the door. Two golden swords line his back. They seem to growl at me. He belongs to King’s guard. I know him. Half of his face is covered with golden mask. He looks at me like I’m stupid, like I don’t understand his words. Maybe that’s how I look like. Vulnerable, hopeless and pathetic like my father always reminds me. I drag myself up to my feet and approach him. But his stretched out, huge hand stops me. “First, you ought to put this on.” He says and draws something metallic from behind his back. Two iron, thick hoops. Bracelets. Iron is said to chase away dark magic. My father fears me and wants to trap me. Everything instead of caring about me. I want to break those bracelets in my hands. Smash them across the wall or pierce them through my skull. Fury bubbles in my veins. So hot it might as well spill out of my pores. The guard might have noticed it because he steps closer towards me. He pushes the iron into my trembling, bloodied hands. Then he gives me leather wristbands as well. At least father thought about my injured and freshly cut in runes skin. Although I doubt it was his idea to prevent the infection. As we walk towards the castle I tie the bands on my wrists and slip the bracelets on. Passing the fountains where blood flows I consider throwing them there. But I don’t fancy another punishment. We pass the Hanging Garden. Figures covered in icicles, still and paused in time hang from the trees. They are our ancestors. Instead of burying them underground, our witches freeze their bodies and they dangle for eternity. Their eyes are replaced with black roses. I hate this particular part of the court. Each body has snowy white hair – as mine. It only reminds me of the family I’m trapped in and can’t escape. No matter how much I want to. Next we go through Miniature Hall. A place in the castle where there are boxes attached to the wall. They lack one wall and you can look inside, through the little curtains lining the vault. Inside, there are little plays, going on over and over again. Miniature creatures play different roles in different plays, like little theatres. When I was a kid I thought the tiny actors were real. I slow </w:t>
      </w:r>
    </w:p>
    <w:p>
      <w:r>
        <w:t xml:space="preserve">down when we pass my favourite one, where a prince rides a huge dragon and burns down a castle. Maybe it has something to do with my desire to destroy this God forsaken place. But the guard catches my hand and pulls me forward. Such a bold behaviour towards the prince. But he must know that even if he slapped me, my father wouldn’t draw any consequences. It’s just how it is. We finally reach his chambers. I can feel all the colors drained from my face. My heart wants to jump out through my mouth. My lungs are heavy  and every inch of my body trembles, like I’m freezing, despite the sweat flowing down my neck. I swallow a lump in my throat and enter my father’s chambers. I hate this place for its horrible whiteness. Walls carved in reliefs are blindingly white. So is the flow, ceiling, walls. Along with the canopy bed, its duvet. Everything is white. Not a single different color in sight. Huge window overlooks the mountains far away. Now, the moon is exactly in the middle of the sky, peeking out from behind them. I try to focus my senses on the view, not the person in front of me. My father looks me up and down with despise. But I run away with my eyes just not to lock them with his. I shake inside but I stand still, confidently. I can’t let him realise I’m scared. And I already know what he’ll do. My father nods to the guard with approval he never gives me and starts talking. I focus on his white tailcoat and pants. And on his dark red gloves and tie. I avoid his white hair resting on his shoulders.  “You are a disgrace to Velbran name.” He starts. His voice is calm, serious. Yet I hear a shimmer of rage beneath it. His hands are clentched into fists.  “I know.” I say holding my hands behind my back, standing straight like a string, with eyes locked far away. Like a knight.  “You’ve slaughtered six of my subjects.” He continues, anger rising in him every second I don’t break my defence. He starts pacing around me.  “I did.” I answer again. V oice dead.  “Your punishment wasn’t enough for what you have done.” It’s hard for me to stand still against those words. But I do. I do, I have to be strong.  “It wasn’t.” I don’t know if I believe my words. Maybe I really did deserve this kind of punishment for what I did. But isn’t the consuming guilt enough? Suddenly father growls, inpatient and furious. He pushes me but I only stumble a little and go back to my previous position. Eyes dead, hands behind, back straightened. Everywhere but to look at him. To show him I’m scared.  </w:t>
      </w:r>
    </w:p>
    <w:p>
      <w:r>
        <w:t xml:space="preserve">“Enough!” He screams after a while even though I didn’t say anything. He squeezes the bridge of his nose in irritation and lets out some other incomprehensible words. But then he leans in, puts his face inches from mine. His bright smile burns holes in my skin. But I somehow still manage to avoid his gaze. “From now on, you belong to the Knights of the land of Somnaria. You’re no longer a prince. You’re a prince-knight, on your service. You’ll serve until the day you die.” He says smiling so venomously I really start to feel numb and unrealistic. Army. Knights. Prince-knight. Until the day I die. It wasn’t supposed to look like that. Of course, I never dared to believe I would be an heir to the throne because if my two older brothers. I wouldn’t even want to, I would turn this kingdom into ashes. But he had pushed me to the most dusty, forgotten and unworthy place. He had sentenced me for it only to have a proper excuse when I’ll die on the mission, not from his hand. He’ll probably announce that I’ve joined the army from my own will, to atone for my sins made under the spell of dark magic. Everything to keep his bloodied hands clean. For the hundredth of times he didn’t offer me help – he just avoided it. Avoided me. But now he got rid of me. Now, as a knight, most of my days I would have to spend in the military wing. Training, learning, preparing. He got me out of his sight in a very refined way. I forget about playing though – I don’t move because of the shock. I don’t see because of the terror that has flooded me. Knight. Knight. Knight. Dead. Suddenly, I’m pushed with so much force it sets me down on my knees. My father drops down too and grabs my face. Then he pushes it against the floor like he wants to pierce it through. He turns it up and this time I do not dare to take my eyes of him. He leans so close to my ear I can hear how words form in his throat. “You should be rejoicing your death is delayed.” He whispers. Then I hear a cling of metal. It shimmers in the corner of my eye. Then the cold and rusty tip of the blade sinks into my skin, on my neck. I swallow down pain, screams, tears and curses as he carves a rune on the side of my neck, covering the whole of it, even hooking up on the jaw. Different, bloody swirls and dots are painfully drawn on my skin. Before, all runes I had, all of those I’ve given myself and those he had given me were covered. Unable for people to see. Now he’s marking me once more, disfiguring me for hopelessness. The pain is horrible. Burning, blinding, filled with hatred and no love. Only wrath.   CHAPTER V LILITH </w:t>
      </w:r>
    </w:p>
    <w:p>
      <w:r>
        <w:t xml:space="preserve">A month after the banishment  Misha’s thought me few necessary things to survive on the Isle of Hopeless. One, never make any deals with the residents. They always want amends. Like your traits or parts of the body. Your dreams or voice. Two, most of the creatures are not what they seem to be. It’s swarming with skinwalkers, kelpies wearing stolen skin, werewolves, huldras and every creature you can find in the history book. Some of them I never even saw before. Three, every day here is a fight. For your life, wellbeing, status. People are starving here, fighting to death for the last scrap of food or fabric to wear. For money they want to use to escape. For wax to make candles. For weapon to survive the night and attacks of wild animals or creatures. Four, she’s taken me under her arms like the orphaned child I am. For the last month she barely let me leave the opera. I’ve started wondering if she’s keeping me captive. But she never took my scythe. I could escape at any moment. But I didn’t. I wouldn’t have anywhere to go. She feeds me, gives me clothes. Even books. I read theatre plays and then play the roles in front of the mirror in my tiny room. It’s an opera’s performers’ wardrobe, in the basement. No windows, dark walls. I sleep on the floor, on a piece of fabric. I have a huge, golden mirror. So old it looks like it can fall apart at any moment. I have a table covered in books. And I have dozens of bottles with decoction of aconitine flower. It’s purple and smells like honey and dirt. She forces me to drink a sip every morning and night. It’s a common weapon here, on the Isle. Poison. She says if I drink it every day, in small portions, I’ll become immune if someone tries to use it on me. For the first couple of days I’ve been throwing up blood and purple liquid. Now I dare to say I came to liking this taste. Taste of poison. Of power against those who will eventually want to poison me. It’s the only thing I have here. I don’t possess anything more. And the scythe I can’t even use. I used to train a lot with a sword or knives in the castle. I was an amazing archer. But this monstrous weapon wasn’t meant for a fifteen year old, haggard and starving child. I’m scared, lost and completely alone. She visits me every evening but except that, I’m left for myself for whole days. I’m not expecting her to take care of me. She didn’t have to adopt me in the first place. But I could use a little explanation. Little advice and a chance to explore and experience every wonder of the Isle. Or thread. Now my lack of knowledge is my biggest enemy. I’m trapped underground and I can barely tell how long have I been there. I’ve taken my time understanding what happened since I’ve been banished. My father was murdered. I’ve murdered a king’s envoy. I’ve been adopted by a suspicious witch who refuses to tell me anything about my prophecy. And ever since I’ve murdered the boy I experience confusing </w:t>
      </w:r>
    </w:p>
    <w:p>
      <w:r>
        <w:t xml:space="preserve">auditory hallucinations. Every time Misha approaches my door I seem to hear her thoughts. I hear questions she asks before she even enters the room. When I rarely go out for the fresh air I hear fears and dreams of passersby. I don’t know what kind of creature my victim was. I don’t know if what I hear are just wicked girl’s voices in the head or are they really someone else’s thoughts. What I do know for sure is that every time I hear them, golden vein starts pulsating and the pain is unbearable. Hideous and blinding. One day I’ve tried to carve it out of my chest. But it seems to have tangled its roots around my bones. I can’t cut them out. Right now, I’m laying on my floor. I pluck aconitine flower petals and place them on my tongue. When I swallow them I hear thoughts approaching. The veins pulsate once again, wrenching me up on my feet. I realised, every time I sting myself with something prickly the pain fades. So I got used to sticking a huge needle I found in the drawer in my tight. I’m doing so right now when the floor cracks on the other side of the door. I hear words spelled in Misha’s voice. Muffed and watery, as always. “Baptism.” I hear the word over and over again, like a spell. They press and crush against my skull. After so many similar accidents I should have got used to it. But the feeling is as uncomfortable and crowding as always. The doors open and Misha’s standing there with smile so big and bright I didn’t know it’s possible with so little teeth. She’s holding a towel in her right hand and a knife in the other. I instinctively back off, get ready to fight. But she reaches her unarmed hand to me. My head twitches. Images from the past flood through my mind, distorted and twisted. How my father squeezed my hand before every theatre play.  “Don’t worry child. I have something special prepared for you for today.” She says with voice so calm. So at odds with a sharp knife in her hand. But my ability to read her thoughts tell me she doesn’t come here with bad intentions. I sense something resembling… pride? It’s incomprehensible.  “What do you mean?” I ask. “Baptism.” I recall the words I’ve heard before she entered.  “Incredible.” She says and thinks for a moment. Her eyes look dreamy. “Yes, baptism. I have a theory about your… ability.” She says pointing at my head which feels like it’s about to explode from the excess of information. “But to check it, we have to do a painless ritual.”  “Painless including a knife?” I ask, uncertain about her intention. I’m paranoid. My mind tells me she wants to sacrifice me to whatever Gods she believes in. But I can’t deny that I want to know what’s happening with me. And she’s the only person I trust here. If she wanted to hurt me before, she would. Or maybe I was just ripening like a fruit for her occultisms. However, little do I have to say when she’s the one holding a knife and my life in her hands. I don’t have </w:t>
      </w:r>
    </w:p>
    <w:p>
      <w:r>
        <w:t xml:space="preserve">anywhere else to go. I can as well let her cut me into pieces in a sacrifice. My life doesn’t have much more to offer. So I give her my hand and she leads me through the dark halls of the opera.  “You never told me, why were you covered in blood when you appeared in my opera.” Misha says in the darkness. My heart is beating so fast I can barely hear her voice. It was a very bad idea. I should turn around and run in the opposite direction. She herself told me not to trust anyone on the Isle. And here I am following her somewhere, God knows where and for what purpose. Unarmed and hopeless. However, I sold my remorse to the gremlin at the sea. It really helps when my mind advices me to regret my decisions. When she opens the door, brightness burns my eyes. I didn’t realise how many time has passed. But it turns out, today is a Full Sun night. The world is bright and shiny. Everything seems more predatory and dangerous than ever before. In the darkness you can’t see everything. In the darkness I can live in denial that nothing’s lurking on me. But now, I can see every detail. Every corner of the buildings, curve of the trees. Consciousness is terrifying. The Isle of Hopeless is a peculiar wonder. The town is surrounded by a forest. Eyeballs grow from the trees. I see them blinking even from this distance. They are even more terrifying during the “day”. Ruins of theatres, operas, open-air stages scatter everywhere. Aconitine flowers pierce the ground everywhere. Here and there lay bodies of residents. Purple petals grow from their decaying insides. Cobble stone paths are broken and damp. Lightballs tangle on the ground, lost during the day. I see tearbinders circling above like hawks waiting for their prey. I stop to a halt when I see a child squatting next to one of the ruins. The boy is drawing some signs in the sand with a stick. He lacks skin. He’s covered in blood and runes. Crimson. Crimson who appears only once in one hundred years. Or so they say. This child reaches out a hand and pints at me with his little finger. Misha sees the expression of my face and laughs. “Some of them live here.” She says like she’s reading my mind. Then she grabs my hand once again and pulls me forward. There is the smell of musk and poverty in the air. It’s either anvery thick fog or the clouds hang so low above the town. I feel suffocated in here. Trapped. There’s no one else but the Crimson we passed. People scare the Full Sun night like iron. They say that the sun is tearing out the worst qualities out of people. Dark magic or curses. I shouldn’t be out today. But Misha refuses to take those myths under consideration. She just pulls me further and further. The clock on the Time Tower strikes twelve. It’s a huge, wooden construction without stairs. It reaches high above the low clouds, so the ringing is muffed and sounds like veiling. My mind drifts away, is flooded with images and ecstasy from all the stimuli surrounding me. A low, melodic hum reaches my ears, filling the air. Everywhere are broken and damaged by </w:t>
      </w:r>
    </w:p>
    <w:p>
      <w:r>
        <w:t xml:space="preserve">time statues of angels or gods. This town looks like a carton maquette. It fills me with an uncanny feeling. Misha leads me through an iron, low fence onto the field. It’s at the end of the town, I didn’t even realise when we reached it. There’s a huge, willow tree in the middle. Its leaves are navy blue, trunk white as bones. The tree reaches its long branches towards the lake below. Tingling its white, shimmering surface. It looks magical but artificial in the Sun light. Surrounding the lake and the willow tree there are gravestones. Some modest, plain. Some extravagant and decorated with various sculptures. But all of them neglected and haggard. This place is long forgotten. Aconitine flowers grow from under the grave plates. I stare at the view surrounding me. I try to distinguish if what I see is real or am I dreaming. The world here looks so different than what I’m used to. It’s the first time in a month I got a chance to really look into the city. And now I wish I could hide again. It looks like an incomprehensible, partly forgotten, fever dream. So unreal. Alone. Shiver goes through my whole body. Misha feels it and squeezes my hand tighter.  “Everything is scarier when you look into it.” She says and smiles fondly. “Now, follow me, angel.” I can feel her pulling me towards the lake. I freeze on the spot. Paralysis strikes my body and immobilises me in place. My feet grow into the cobble stone at my feet.  “No.” My voice is harsh. “Not water.” When she said baptism I thought about… I don’t know. Splashing my head with water. Marking my forehead with it. But not getting into the water of the lake. Not water. Not the source of my biggest trauma and every fear. I can’t do this. Even though Misha is abnormally strong for her age she can’t overcome my stubbornness. I won’t move.  “Angel.” She says loosening her grip but still holding both of my clenched firsts in hers. In case I would want to run. Her voice is soft and mysterious. “I have a theory according to your ability. Your marks.” She says placing her wrinkled, cold hand on my beating chest. “I’ve checked it in the stars. Now, during the Full Sun night we have a chance to find out. Don’t you crave to know where does your lost soul head? Don’t you want to know why was your life covered in failures?” She says and I hear the spell entering her voice. She used magic against me. My feet seem weightless. My lips glued together so I can’t say a word. My every organ, every cell screams in agony as she’s dragging my hopeless body towards the lake. I feel the cold surface meeting my feet. Soaking my white gown Misha borrowed me. Reaching my ankles and tights. She leads me deeper and deeper. And my heart screams in pain and agony. But I can’t do anything. She’s holding my body under the spell. And doesn’t let me break it. </w:t>
      </w:r>
    </w:p>
    <w:p>
      <w:r>
        <w:t xml:space="preserve">I’m at her mercy. All I can do now is pray that she will let me go. But she doesn’t. She just leads me deeper and deeper. Then, when the water reaches my chest and the hideous vein I start to panic. I hyperventilate. I shake. But I can’t run away or even scream. She puts her hand at my back and forces me to lay down. Forces me to let the demonic water lift me up and hold me in its claws. Sink them in my skin and drown me like it drowned him. I stick my gaze into the willow leaves above my head and the sun blinking at me through them. I will soon die of terror. I would like to have a magical, memorable last view. During my last journey, through numbness, pain and misery I feel Misha grabbing my hand. I feel how she presses the knife to the inside part of my palm. She cuts it. I force my heavy head to the side to look at it. The blood is red, dark and smells like death. I can feel the way my life flows out with the stream. She lowers my hand and forces it under the water. And suddenly, in the exact moment my blood connects with the water it changes color. From vivid, dark red to a shining gold. My blood turned gold. I feel like my soul starts shining from the inside. Warm feeling enveloped my organs. Floods my mind. For a moment it even floods my vision. She drops my hand like she’s burned herself. I can feel my mind and body slipping away from the spell. On her face I see a mixture of terror and wicked excitement. But just then the spell is gone and I’m in control of my body. And I start drowning. I don’t know how to swim. In the tree crown I see a hooded creature. It’s like a wind, like an echo of laugh. Intangible, but still present. ***  I wake up on the shore of the same lake I almost drowned in. I’m soaking wet, coughing water from my lungs. My palm stings. I’m on my knees, head hanging from my neck, fighting for a breath. Misha’s sitting in front of me. When I tilt my head to look at her she is illuminating with delight.  “What happened?” I ask. I can feel my vocal cords drowned in water. I can barely talk. “My prophecy was accurate.” She says glaring her few teeth at me. “Golden veins, golden blood. Now it’s all clear. You’re a Fate Stealer.”  “I’m what?” I manage to ask. “A Fate Stealer. By killing you appropriate your victim’s fate, personality, powers. You can change your Fate by stealing it from others. There are just a few of them across our land…” She’s talking something more but my mind is stuck on her previous sentence. Chewing it, tasting. Ecstasy pushes me towards madness and oblivion. My mind slips away from my grip. </w:t>
      </w:r>
    </w:p>
    <w:p>
      <w:r>
        <w:t xml:space="preserve">I can change my Fate by stealing it from others. I can change my fate. I can go back home. I can have my father back. If Lilith will kill someone whose power will allow me. I can change my life. Lilith can be free.   </w:t>
      </w:r>
    </w:p>
    <w:p>
      <w:r>
        <w:t xml:space="preserve">       3 YEARS LATER AFTER THE BANISHMENT   </w:t>
      </w:r>
    </w:p>
    <w:p>
      <w:r>
        <w:t xml:space="preserve">CHAPTER VI LILITH  I sit in the crown of willow tree. This is the exact place where Misha learned about my abilities. When my new life started. Moon is casting a red sheen across the lake below. It looks so different when covered by night. And among the scent of graveyard we are in I hear cries. I’ve hung three men over the branches. In the way it hurts but doesn’t kill them. I caught them trying to use a young girl for their pleasures. Disgusting, filthy creatures. I stroked them across the head one by one and dragged them here. When they woke up, they were already hanging with hands tied up behind their backs and holes in their memories. Right now, they are desperately searching for someone, trying to break free, scream for help. But there’s no point in their efforts. No one is coming to help. Because I deliver justice here. I see a face next to me. Or it’s just a hallucination. It’s one of my friends, from my head. She looks at me. Judging me. “What?” I ask offended. “They deserve that!” I hate when my hallucinations get in the way of my work. Trying to force my remorse and pity. But did they have pity over this little girl? I doubt it. When I drop the lit-up match I laugh. I laugh while the fire catches in the leaves. When it reaches for their bodies and forces a throat rending screams. I laugh long after the flames silence them forever. I laugh because while the Fate fails to deliver justice it’s praised. When I do, I’m cursed. It’s a bitter laugh. But also laugh of satisfaction. Because no matter how mad the Fate is at me from stealing its properties, I always run away. I always find another Fate to escape the punishment. We’re playing cat and mouse. But sometimes I don’t which of the two am I. I became so cruel I might be the cat. Then, unscratched, not affected by fire I jump down from the pile of burning wood and leaves. I hear my own laugh bouncing from the gravestones scattered around. It sounds psychopathic, maniac. Makes even me feel watched and endangered. I leave their bodies behind the lake and the place my new life started in ruins. I’m so, so tired. “Those are for you!” I scream to the sky. I didn’t directly kill those men. So, their Fates will go where they belong. To the Upside down castle. Sometimes I like to calm the Fate down with a little gift. “Choke on it!” I add. There’s not a single thing I hate more than the Fate. The Fate that stole my father from me, made me endure every possible pain, made me the person I am. I hate it for writing this story for me. And even though with every kill my story, my Fate changes, the pain lingers. I see its Face in the dark sky as I walk away.    </w:t>
      </w:r>
    </w:p>
    <w:p>
      <w:r>
        <w:t xml:space="preserve">CHAPTER VII DRAVEN Two days before the mission  “Why is your silence louder than your screams?” I ask striking the hostage across the face for the dozenth time. My knuckles already bleed. His jaw must be broken because the words he forms are unclear. I fight the sick joy in my heart. Military service really worked wonders on me. Just like my father expected. I got expelled from the court and occupy a place in the Battle Tower. I chain myself to the wall every Full Sun night. I’m one of the best knight in my division. I mastered sword fight, knives, archery, crossbow, hand to hand. I’m no longer a prisoner of the dungeons. Now my prisoners suffer here. Maybe I wouldn’t be so cruel towards them if I didn’t want to pay back the Fate for every blood drop I spilled in such a place. It fills me with excitement every time I get down there for interrogation. Maybe I am very much the monster my father said I am. But it’s no time for guesswork. Something big is coming to the kingdom. And even though I don’t see my father often and he doesn’t trust me I know that the war is approaching. It’s right at our door. The dungeon is bigger than the one my father used to lock me in. It fills me with even more fury. “What is your King planning?” I let go of the next hit and lean against the prisoner. I rest my hands on his laps. He’s tied to the chair. With his hands behind his back. His dark hair sticked to his sweaty, elf skin. We’ve been in unfriendly relations with the Kingdom of Morvain for centuries. Mutual threats and individual attacks were commonplace. But recently, more and more envoys, knights or spies have invaded our lands. Searching for our weak points. For the most valuable goods to overtake. All of them suffered from my hand. And I shamefully enjoyed it. The war is coming. My King father isn’t a forgiving person. Especially when someone dares to put their hands on his possessions. And Somnaria is his possession. He knows how cruel I’ve become. So he assigned me to interrogate the mercenaries. I don’t complain. At least he finds me usable. That’s all I’ve ever wanted. To matter something. Anything, even if it means I’m rotten to the core. I have nothing to lose. I don’t have the throne, I don’t have the inheritance, I don’t have the family. I’m forbidden to see my sisters. All I have left is to show the world that I’m the best of the worst people on this land. And I intend to show it as long as I can. As long as my father finds me valuable.  “He just.” He starts with a harsh voice but has to stop to spit out blood. I roll my eyes, impatient. We’ve been sitting there for over an hour and all I have gathered are bruised knuckles. “He sends us here to counteract the war that your father the king wants to declare.” He spills out at one breath. Then he gulps down on air like he didn’t breathe in ages. I’m stunned. Of course I don’t believe him. I’m not so gullible. My father would never make such a bold, stupid move to declare a war against Morvain. They have dragons. We stand no chance against dragons. Yet we are the homeland for the God of Fate. If my father finds a way to get him on our sides for this war… things can get messy.  </w:t>
      </w:r>
    </w:p>
    <w:p>
      <w:r>
        <w:t xml:space="preserve">“Nonsense.” I spit out and let go of his legs. I start pacing around the room. Two knights in bloody-red armours and golden half masks watch me. I try to think. To figure out what to do next. To figure out how to check if he’s indeed talking nonsense.  “I have a scroll!” He bursts out when I’m suspiciously not violent. “A secret letter from the King to the independent settlements!” He twitches on the chair, trying to break free and draw the letter from his pocket. To stop his misery. I nod to one of the knights to help him. Once the letter is given to me I unroll the paper. It’s dry and rough with burned edges. Dirty with dragon ash. I shiver at the thought of those tedious creatures. I decide to read it out loud.  “Honorable Lord Bernad of Rowen. I come to plead for peace and a truce. King Cealir desires war, and all the moves he has made so far indicate that a declaration of war is inevitable. Two  of the five royal dragon caves have been exploded, and the dragons have been buried alive. A village on the sea border has been burned. We beg you to intercede for us in the event of armed conflict. We implore you to testify to the goodness of your hearts. Sincerely, King Marren of Morvain.”  My voice sounds strange when I finish reading. Dry from terror and fury. I’ve been forced to study Morvain language when back in the castle. Most of the fae don’t use dignified language. Even if the letter is not from the King it comes from a royal being. And even if it’s not, if it’s all a bait, the accusations seem too familiar with my father to ignore them. I’m so furious I don’t even think when I stab the prisoner in the leg with a knife. I burst out of the dungeon like a lightning. I hear muffed cry of my hostage as I leave. When the knights drag him back to his cell. Blood is boiling in my veins. So hot I’m scared it will evaporate. What if he really wants a war? What if he’s been lying about it like he’s lied about everything before. Haven’t I spilled enough blood already to clean up his mess once again? I don’t want to be his puppet in the war he starts. I am not permitted to enter the court except on official occasions. But now they would have to cut my head of to prevent me from seeing my father. If the letter is indeed nonsense, I have to consult it with him. To prevent the abusive accusations from spreading. But if it’s not, which I fear it is, I have to knock this idea out of his head before he sends all his subjects to certain death. Battle Tower is not so far away from the castle. Just a few minutes long walk through the forest. I make my way through the vines of trees growing upside down. Lightballs tangle in the tree crowns. I hear owls and ravens’ screams. When I get out of the forest, relieved that nothing attacked me I enter the court. I haven’t been here in a while and the view is astonishing. The castle is a U shaped building. Two wings enclose the ginormous square in the middle. There’s a huge fountain with Raven sculpture on top of it. Marble pads the ground. Lanterns line the path to the main gates at the back of the square. Everything here is icy white, except for the red gleam of the sky behind the building. The castle’s thousands towers are thin and pointy, look like icicles trying to scratch the vault of the world. There’s a huge Sun clock in the middle. Windows are placed irregularly. Long, thin and arched. And above it all, there’s an exact same castle, but upside down. It’s distanced from us by a fog of reddish clouds, but </w:t>
      </w:r>
    </w:p>
    <w:p>
      <w:r>
        <w:t xml:space="preserve">still perfectly visible. Gleaming waterfall emerging from the highest tower of our castle connects with the same one of this above. I always wondered how do the fundaments of this strange building look like. But it’s so huge and covered with clouds my eyes don’t reach there. A shiver goes down my spine. The Upside down castle is covered in mystery, enveloped by secrets and threads. And its master even more. I wish I could meet the Fate for once and spit it in the face. For everything it has done to me. But now it’s no time for vengeful thoughts. I stride through the square. Some passersby whisper when I walk past them. They walk me to the door with their eyes. The main gates are golden, covered in swirls and reliefs of many kinds and meanings. When I was living there, they would open for me on an instant. Now I’m forced to knock. The doors open and I’m met by the same guard that started my military journey. His face is still half covered with golden mask. His dark red armour blinks in the candle light.  “Prince Draven, you are forbidden from entering…” he starts with a pity in his voice. At least he feels sorry for my Fate. I draw a letter from my pocket and wave it in front of his eyes. When he notices the seal – dark green wax with dragon head on it – his face goes completely white. He steps aside to let me in. Then, without any further explanation, we walk past the hallways. I didn’t even realise how much I missed the soft, red carpet under my feet. Detailed, ivory walls. Chandeliers with candles. Busts in wall recesses. It’s not my home anymore. It hasn’t been for a long time – I try to remind myself. Yet, I don’t feel so right in any other place. We climb up the stairs to one of the highest towers. We only exit at the thirtieth floor, on a balcony. The whole kingdom is visible from here. Lights lost in the woods dance at our feet, smoke emerging from the chimneys reach the dark sky. My father’s there, supporting himself on a swirling barrier. He’s dressed strangely informal, in brown tailcoat and pants. I haven’t seen him in so long I almost forget to feel scared. Iron bracelets on my forearms clang. I can’t control my shaking hands behind my back. He turns around, slowly. His face is haggard, old and run over by the Time. Dark circles under his eyes betray him. He’s stressed. He doesn’t sleep well.  “Do speak.” He says waving his hand. Approving me. I take the note from behind my back and hand it to him. My precious fury is all gone. Now it’s replaced with fear. He opens the envelope and reads the letter slowly. Then, without celebration, he rips into pieces and throws it over the rails. Scraps  of papers dance in the air before they fly away for good.  “So?” I manage to ask. “Are those accusations true?” My heart stops beating when I wait for an answer. It can change the course of my entire story. I might be send to the front line tomorrow and die on the field. As a fool and disappointment.  “I would assume you know me enough to know the truth.” He says turning away from me once more. It means yes. He had started a war. He will declare it at any moment. He will lead us all into the mouth of death.  “Are you mad?!” I burst out. The guard behind me flinches. I might as well be thrown from the balcony for what I’ve said. But the fury is back, circulating in my veins. My runes burn. I step towards him. Then he turns around and slaps me across the face. If I was smaller, more haggard and hopeless I would shut my mouth after that. But he made sure they would temper me well in an army. I push his chest with all my strength. His spine connects with the rails, bends in half. Now upper part of his body is dangerously leaned out, dangling in the void. My hand is </w:t>
      </w:r>
    </w:p>
    <w:p>
      <w:r>
        <w:t xml:space="preserve">still on his chest, immobilising him. “You’ll get us all killed! What is that for? Your greed? Your pride?” I say with my face so close to his. My sweat and saliva land on his skin as I shout. The whole court might hear me now. He doesn’t speak, just looks at me with eyes full of void. My hand squeezes on his throat. Only now the guard tries to pull me away. I fight with him for a moment but then I give up. I’ve attacked the king. I wonder what another punishment will he deliver me. But I’m not scared anymore. Of anything. He delivered me pain in every possible form. Nothing can break me. The guard holds my hands behind my back. I feel the leather bands biting into my skin.  “King of Morvain had sworn with the God of Death.” He starts massaging his throat. He looks unbothered even though I threatened to throw him from the balcony just seconds ago. “If the pact comes to fruition our kingdom is in danger. As a King I have to and I will do everything in my power to protect it.” I beg the Fate for his words to be honest. While the Fate inhabits our land, the God of Death lives on Morvain. If they cooperate to take over our land we are sentenced to annihilation. Legends say Death and Fate have been fighting for hundreds of years. It wouldn’t be just a war for the land. It would be a war for the power over the world. But not ours. Gods’ war. And this kind of war is a doom for humanity.  “So you declare war to terminate their agreements?” I ask. My voice is distant. He doesn’t react. I want to turn around and get the hell out of here. Far from him, this castle and the inevitable death that awaits me. But his hand on my ironed wrist stops me.  “I have a mission for you knight.” I forgot how strange it is when he calls me that. How I miss him calling me son. I turn around once again.  “We can’t win this war.” He says and my heart drops to my stomach. I should have known better that we don’t stand a chance against dragons, Morvain soldiers and the Death. I should burry myself alive just now. “However, there’s a light at the horizon.” Only now I gather an emotion in his voice. A hope mixed with wicked enthusiasm. “Eliathra had read the stars. Our only chance are Fate Stealers. You have to hunt them down and bring them back here. One in particular. In exchange, your banishment will be withdrawn.” I’ve read about Fate Stealers when I was a child. I never wanted anything more than to be one. To steal someone else’s Fate and get rid of the body I’m trapped in. But I was always too frightened to test it. To kill anyone. Then I killed six people in vain. I’m not a Fate Stealer. I’m just a failure. An error. I leave the balcony with a stone on my chest and feeling even worse than before. Once again I’m nothing more but an envoy for the uncomfortable job. I squeeze the paper with the destination of my journey written on it. The sealed massage in the other. I’ll hunt down every single one of those creatures and drag them to the castle. Maybe like that I will save this kingdom. I’ll save myself and mean something. Maybe I’ll pay off for every horrible thing I’ve done. Maybe I’ll be able to come back home. Until I return to the Battle Tower I’m already burning with rage, like a human torch. My steps bounce of the bricked walls of the narrow, spiral staircase. Candles light up as I walk past them. When I enter my room, that fits nothing more than a bed, falling apart wardrobe and a table scattered with weapons I notice a paper on my bed. Along with clothes prepared for my journey. I was equipped with bloody-red shirt with laces, bust of the same </w:t>
      </w:r>
    </w:p>
    <w:p>
      <w:r>
        <w:t xml:space="preserve">bloody-red armour, black pants. High boots stand on the floor. I snatch the paper and unfold it. The handwriting is royal and red, like blood. Written by my father. “If you manage to get the Fate Stealers to the castle, you will be redeemed for the crimes you’ve committed. Your banishment will come to an end. However, if you fail to bring them here, or if their loyalty will prove to be false, you will be sent to the front line.” My hands shake and trample. I can feel my runes glowing, stinging. In the place they connect with iron bracelets on my wrists they burn like licking flames. But my whole body is on fire. My blood is evaporating. He will use me as cannon fodder. He will throw his son to the jaws of dragons. I mean less than a common knight to him. I’m usable. Replaceable. Or he only thinks that way. I will prove him that I’m better. I’ll prove him that no matter how much he blunts me, I can still manage to make him proud. I can still do something right, no matter how many bad things I’ve done. I burst out of the room like a lightning. In a moment I’m back in the dungeons. I have to out my fury. I have to get rid of it because I can already feel the darkness hidden in my soul crawling on the surface. My curse reminds of itself not only on the Full Sun Night. Then, it takes its truest form. But on a daily basis it forces the soul-sucking anger out of me. Or maybe I just tell myself that, to justify my horrible, sociopathic actions. I practically run through the hall of iron cells making guards confused. I wrench open the nearest one. The prisoner crouching on the floor is one of Morvain spies. He drowned one of the knight’s son in the river when he didn’t want to betray the coordinates of our base. I catch him by his splashed with blood shirt. He’s too starved, to bruised and beaten to fight back. I throw him out of the cell, onto the floor. In the matter of seconds I sit across his chest and hit him in the face with my fists. Soon my knuckles become white and his face red. Teeth fly, bones break, skin bleeds. I hear muffed by blood pleads for help. But I’m to blinded by anger, fury, betrayal, desperation and at the same time complete resignation to listen to it. I just hit him over and over again hoping for my anger to flood away. But it only fades a little. “Sir Valebran, I don’t think this is neces-“ starts one of the guards but he backs of the moment I look at him. I don’t know if my eyes already turned red but for sure he sees death thread in them.  “Don’t you dare call me that ever again. It’s Prince Valebran. And don’t you dare interrupt me.” I say and strike the prisoner once again. This time he doesn’t move. I don’t know if I’m hurting myself or others more. I just know that when I stop my violence – I feel dead. My anger consumes me. I can’t stop it from escaping or else it will destroy me. But it destroys others and in exchange I may not be dead – but wounded forever. Because I don’t want to be a bad person. I just don’t know how to be good. My runes sting like they are fed with the life my hands just stole.   </w:t>
      </w:r>
    </w:p>
    <w:p>
      <w:r>
        <w:t xml:space="preserve">CHAPTER VIII LILITH The day of the mission    The Isle of Hopeless is a big area. Only one third of it is occupied by the town. The rest is a never-ending forest. Full of night creatures, demons, magical lakes and portals. I love running across them. Especially when I’m drawing power from skinwalkers’ Fates. Over these three years I’ve captured a large collection of Fates and powers. I’m working for Misha and her cult of “cleaners”. Or whatever she calls us. We trouble ourselves with hunting down social nits, threads to the Isle’s society, demons and banes. We keep an eye on order across the land. This place governs itself by its own rules. We establish them. And punish those who break them. I’ve gained so many more personalities and powers sometimes it’s hard to dig into my real one. I don’t think there’s much left of Lilith. She’s covered by a mass. I get lost in my brain often. I switch between people that live in my head. It’s exhausting. But at least I’m safe. There’s no one else like me on the isle. When the news spread, even when fifteen, I’ve become the most feared person in our little world. No one wanted to have their Fate taken. Their identity. But over those years I’ve gained too much knowledge, too much experience for them to avoid me. If I cross their path, it’s over. It’s an intoxicating feeling. To have power. To hold someone's destiny in my hands. But I’ve got lost in it too. Sometimes when I look into the mirror or across a man’s shoulder I get confused who am I. Golden veins now cover my whole chest. I’ve got used to the pain. Even the tips of my fingers start to turn golden shade. I’m slowly fading in my own mind. It’s like I’m getting sucked into the theatre play I once so adored and get lost in it. Addicted and mad. But now it’s not a play. It’s the real life and real people’s identity I’m wearing. When the burden of the most feared and praised creature of the isle is too heavy I like to get a little fresh air. I have seven skinwalkers Fates in my arsenal so now I’m running in the form of a white wolf across the forest. The night is damp and smells like cinnamon. Next to me, racing with me is my personal, real wolf. She’s black like a night sky. If I didn’t posses animal vision I would most likely loose her. But she’s here, running neck to neck with me. Her tongue out and yellow eyes full of wild joy. I’ve found her not so long after I’ve realised what I am. She was just a puppy, in the ruins of old clock shop. Now Sunny is my best and only friend. Misha is too mysterious and dangerous to call her a friend. Each of my subordinates and lovers are just there to keep me occupied and entertained. I’m all alone with my wolf. I don’t complain. At least I feel loved. When I got there I never thought I would become the greatest power on the isle. The greatest thread. The King was right after all. If I found out about my ability in the castle, now I would sit on the throne. But no matter how powerful I am here, the spell keeps me on a leash from the court. I am trapped here, in this prison full of savages. I’m slowly becoming one. My whole day combines of stealing Fates, playing with whatever man I fancy, training with my scythe that I’ve mastered. My life is boring. No matter how many faces I have. I am still trapped. Even through this whole chaos in my head I see clearly the goal that guides me. Find a way to overcome the spell, come back to the court and steal the Fate of Eliathra. King’s prophetess has an ability to revive the dead. I’ve paid the gremlin a solid price </w:t>
      </w:r>
    </w:p>
    <w:p>
      <w:r>
        <w:t xml:space="preserve">to drag my father’s body to the isle. I’ve hung it on the rope, at the top of the clock tower. Now he’s hanging there and waiting. I was scared his body will start to rot, even though common creatures like us don’t decay. Yet, his body is fresh just like it was before. His skin is just a little more plain and cold like ice. I talk to him. Give him promises that I hope I will be able to fulfils one day. Yet, every morning I start to loose hope. I’ll never leave this island. I’ll be there forever, collecting Fates I’m unable to use for any greater matter than my own wellbeing. I’m wasting the gift I was given. Those thoughts make me drift away and my head meets the tree trunk. I immediately shake of my wolf form and find myself sitting on the damp grass, as me. As Lilith. Sometimes it’s hard to catch on who am I at given moment. Sunny stares at me confused for a second with tilted head. But then she seems to remember the repetitive change of my form and walks away. The forest is bathed in moonlight. Eyes growing from the trees blink at me. I drag myself up on my feet and grab the scythe. I always carry it, no matter what. Even in my wolf form it’s attached to my – at the time – covered in fur back. Once again memories from my past flood my mind, wrench me from the present and drag me back in time. They are incomprehensible. Most of the time I don’t know if they belong to me or to the souls I’ve taken. I press my hand to my temples when I hear a crack somewhere near me. I switch once again through my powers. Now I’m an Umbrith. Nothing more but a shadow. Capable of venting wherever and whenever it wants. I remember the day I killed one. It was hell. Those creatures are almost impossible to capture. Yet I managed to do that. As a shadow, I crawl on the forest floor. Silent and invisible for the intruder to see. I gather a figure, hiding behind the tree. She holds a crossbow in her hands, aimed at the place I was just seconds ago. I come back to my form right behind her back. Her figure is curled up and haggard. She has black, hair with a purple gleam. Her skin is pale and tight. When she turns around her jade eyes meet mine. But her eye-whites are black, unlike mine. A doppelgänger. My exact reflection. Except, her chest isn’t obscured by golden veins. Beside that, everything I have she has. Moves, looks. It’s terrifying. To see myself from the distance. I see the wicked grin on my face, wildness in my eyes. I never realised I’d changed so much. My – her - cheeks are sunken and cheekbones more visible. Dark circles under my – her – eyes stand out on light skin. My – her – lips have a purplish shade. Misha forced me to read dozens of books about every creature inhabiting the land. Some are legendary and so rare, most of the people won’t encounter even one during their whole lives. I’m one of them. But her. I’ve read at least three books about doppelgängers. They hunt down their hosts and kill them, taking their place. The Fate I have I share with her. But as long as I’m alive she can’t fulfill it. Doppelgängers are just empty shells of bodies – until they manage to steal the insides of their reflection. It’s terrifying to see what I’ve become. Even though I know it’s just a creature, demonic monstrous creature I can’t put my pieces back together. It’s me, haggard, dressed in long white gown splashed with blood. It’s me curling in the woods, hunting people and killing them. I’m struck across the face with how terrible person I’ve become. She came here to steal my rotten soul. I doubt she would want it if she knew just how miserable I am. I breathe on her neck, fix the scythe in my hands. She lifts her head up like on a command. Irises blend with the black eye-whites. I don’t know how do I manage to tell that she’s looking me in the eyes. Wicked smile curves her lips when she looks at me from the ground. I wonder if I smile the same, demonic way. She doesn’t even lift her crossbow to fight. She knows she doesn’t stand a chance. </w:t>
      </w:r>
    </w:p>
    <w:p>
      <w:r>
        <w:t xml:space="preserve">“You’re stubborn. And selfish. You should share your Fate with others.” She says. Her voice resembles clock gear rubbing. I wonder if mine sounds like that too. I look at her from the top. She looks innocent, even worthy of pity. But I’ve sold my pity, remorse, along with many other traits to survive on the Isle. “Do you work for someone?” I ask. I know there are hundreds of people who would want me dead. Maybe she’s just another envoy.  Sometimes I regret loosing my courtly accent after being tempered and sharpened here. After I lost myself in all the different people that live in my head. I miss sophisticated way of speaking.  “I think the question is who do YOU work for? Do you kill for Misha and justice? Or because you enjoy the sight of blood on your hands. The power in your veins?” The barely smouldering spark of remorse left at the bottom of my heart stings. I don’t know the answer to that question. I don’t know if what I’m doing is fuelled by grief, justice. Or just greed. But when she, unnoticed, reaches for the crossbow I swing the scythe. It cuts her stomach in half. Black fog emerges from it. Envelopes my feet, dances with them. Then it swims away towards the night. And for the first time in a long while I start to consider if I’m not the bad one here. I can feel another golden vein growing under my skin, burning the pattern that reminds me of the horrible creature I am. The pain tastes like metal in my mouth. This Fate is a circle. I fear I won’t be able to erase her – my – demonic face from my memory for a long time. I wonder if I killed her in defence. Or because I just really want myself to be dead. I leave her cold, bloodied body in the forest. Her dead eyes walk me all the way home.  ***  “She looked so mean you know?” I say to the body of my father dangling high above my head. I play with the golden, heart shaped pendant on a chain he gave me. It’s the only thing that keeps my mind of things. Usually. But it doesn’t work well now. I moved out from Misha a year ago and now I live in the clock tower. There’s not much in here. Walls are wooden and bare, floor is a mixture of cracked marble, sand and dirt. I have a mattress filled with straw. Huge, golden candlestick. Stolen mirror and makeshift table scattered with books, papers, bottles with poison and weapons. And my father’s body dangling from the roof, just under the doom of the bell. When the clock hits twelve the bell rings and my father dances with it. He swings from side to side like a ragdoll. It’s such an amusing ritual. “I never knew I looked so… wild.” I throw a stone I found on the ground up. It falls down and hits me in the stomach. I let out a groan.  “I know!” I scream sitting rapidly. “I know she just looks like that to scare me. But God, I’m not that neglected!” I’m outraged by the encounter with the doppelgänger. I won’t admit to him that it doesn’t concern only my looks. What’s most important is how well she portrayed my rotten insides. So well I started wondering on which side was the real me. I look around when I hear a crack. A ghost sits on a beam keeping a hole in the wall covered. I remember him. He is one of my newest victims. A young Whisperer. Those creatures can break into your dreams. They mess around, destroy your mind and sense of reality until you can’t tell if your asleep or </w:t>
      </w:r>
    </w:p>
    <w:p>
      <w:r>
        <w:t xml:space="preserve">already awake. They can make you believe you’re dreaming when you’re not and vice versa. I killed him when he sneaked into my tower and whispered spells to my ear. He tried to make me believe I drowned in the sea. Trying to mess with my head, make me insane. To bad for him I already am insane. He died with a scythe blade in his side. Now his ghost is sitting here, waving his legs. His smile is sad. He looks so real. The ghosts of my victims haunt my mind so often I get lost in it. Sometimes I doubt if I’m even alive. Maybe they are real and come here to avenge their own death. He looks at me and doesn’t say a word. Whisperers don’t talk unless they cast spells.  “Not now, please.” I say to him. But he just keeps staring. After a while, when I seem to hear cries of another one of my victims I break. “You all leave me alone!” I scream and jump up to my feet. “I’ll be back. Or not.” I say to my father and burst out of the tower. I’m fed up with all the hallucinations and lunacy. I have to gulp a fresh air. And a couple of ragweeds – honey and cinnamon, alcohol nectar. I have to muff the voices. They are deafening me. I don’t know how much longer I can keep going. Every kill changes me. Every kill gives me new power but buries my soul even deeper replacing it with gaping void. I stride through the town, now almost completely empty. I practically run though the forest. Night creatures get out of my way. When I approach the inn I’m fuming with anger and impatience. I just want to drink and forget. About my doppelgänger’s face, about the voices and ghosts, about my father and my horrible life I’m sentenced to lead. I can’t even unalive myself. I tried multiple times. But it turns out that if the Fate Stealer steals their own Fate. They just reborn the way they died. Even the death doesn’t spare me. The inn is a collapsing building made of a pile of stones stolen from the depths of the sea. I push the green doors open and enter, the ring above announces my arrival. The walls, floor, furniture are dark.  I am perfectly aware of the way I look. My ivory, sleeveless dress is half covered in blood. My hair must be tangled, my eyes fuming with rage. But my companions who gathered here are used to this version of me. They sit by the tables, play cards, drink or wrestle. So little thoughts in those big heads and big bodies. However, I like them because they respect and fear me. Some of them are even pleasing to look at, as for the Isle’s standards, so sometimes they are useful. I approach a long bar at the back. The wall behind it is made with green, glass tiles. Suddenly my vision is covered by a huge, bear-like body of Mark – the inn keeper. He’s a human, common, not interesting. But he gives me ragweed for free and he’s nice – despite his looks. He smiles at me. His bald head looks funny with a long, black beard.  “The same as always angel?” He asks and I smile back. Moments later I gulp down one, two, three cups of ragweed. I sit alone. Mark tried to talk to me, some people tried too, they sat next to me or wanted to drag me to dance or play with them. I sticked a knife in one man’s hand. I’m in no mood for partying. My mind is too troubled, too of the leash. I can’t stop thinking about her – my - face. I’ve been sitting here for so long my limbs go numb and I lose the count of time. In my drunk dreams I see Fate sitting beside me. It’s hooded in dark blue toga body seems to swim in the air. It leans over the countertop. Pale fingers play with aconitine flower petals. When I look at its face, the Fate grins in a wicked smile.  </w:t>
      </w:r>
    </w:p>
    <w:p>
      <w:r>
        <w:t xml:space="preserve">“Thank you Mark.” I say and toss a copper coin to him. He doesn’t expect payment but I like to support my people. Especially when all of my money is stolen. I find it difficult to approach the exit. Some man pick on me but I push them away. I’m exhausted; my mind is dizzy. When I fall out of the door I support the wall with my back. My body was too tired to take all the alcohol. I decide to wait here until my vision calms down. No matter how hard I try my mind drifts away to the past. To dreams. I’m in the forest drowning the envoy. I’m on the top of the Clock Tower throwing a Jumper from it. I’m in the mountains shooting a reindeer with an arrow. I can swear this memory doesn’t belong to me. It’s calming in my brain. Even in the chaos. But someone has greater plans for me. I’m suddenly wrenched forward and turned around. An arm envelopes around my neck, squeezes it tight. I didn’t even get my scythe. But my mind and body are calm. Whoever that is, once they realise who am I will run away screaming. I don’t even bother to draw a knife. It’s boring. And I’m furious someone’s stealing my precious time.  “Don’t scream.” I hear a whisper against my ear. The voice is low, male. With hoarseness but something warm in it. The note seems familiar.  “Me?” I mock the intruder. He seems to realise what’s standing in front of us. Sunny is peeking out from behind the trees, glaring her teeth and shining her yellow eyes. She looks terrifying. Like she’s about to jump straight at him and rip his trachea out. I’ve seen her do this before. Astonishing. I feel his grip loosening. Taking advantage of this moment of inattention I free myself from his grip and toss him against the wall. In a matter of seconds I press the knife’s tip to his heart. And when our eyes meet I feel like someone has hit me in my stomach. “Draven?” I ask so shocked my voice cracks.  “Li? Oh Gods…” he says closing his eyes with resignation. Like he is disappointed the person he attacked turned out to be me. What is he doing on the isle in the first place? How did he find me? And why did he bother to venture there? He’s changed so much throughout these three years. He’s much taller, muscular. His tanned skin is covered in bruises. His facial features became sharper, more mature and dangerous. Yet his white as ivory hair and amber eyes haven’t changed a bit. They are still messy, wild and shrouded in mystery. Dark eyebrows still contrast with them. I can’t believe how did he turn from a long-forgotten, royal scour to a warrior. His armour says it all. He’s in king’s army. Such a downfall. I can’t quite explain the feeling in my insides when I look at him. It’s a mixture of terror, shock, sorry and fury. But at the same time… hope? Home? “What are you doing here?” I whisper letting him go. He straightens up and it turns out he’s even taller than he was. I’m very tall for a woman but he overgrows me two or three heads. Now he’s looking down at me, smiling with the most poisonous smile, yet I’m the one in charge. I gather his forearms are completely covered in runes engraved in his skin. Leather bands and iron rings decorate his wrists.  “My father sent me here for a mission. I had to find a… person.” He says hesitating if to say everything. But he seems to let go. “Out of everyone it had to be you.” He says covering his face with his hands. He is very unpleased. I can’t say I am. Yet, seeing him, a little scrap from </w:t>
      </w:r>
    </w:p>
    <w:p>
      <w:r>
        <w:t xml:space="preserve">my previous life is the best feeling I’ve experienced in a long time. Maybe not everything is lost. Maybe I can still go home if a piece of it came here.  “What mission?” I insist and take a step forward. His back collides with the wall once again. He lifts his hands up when I threaten him with a knife. Too close to his eye. Inches.  “I think we should find a more convenient place to talk.” He says and his eyes drift away where Sunny is still standing guard. I let out a bitter laugh. Then I turn around and walk straight into the forest. I hear him following me.    </w:t>
      </w:r>
    </w:p>
    <w:p>
      <w:r>
        <w:t xml:space="preserve">CHAPTER IX DRAVEN  The day of the mission  I want to rip every single hair off my father’s head, one by one. Through this whole journey to the Isle I had a feeling I’m not going to like this adventure. But I would never expect the purpose of it would be her. I was told she’s dead. Everybody knew she’s dead. Yet there she is, walking right in front of me, through the forest. Her long gown seems to swim, like she’s a ghost, not touching the ground. Red stains on it make me feel uneasy. Her hair with purple sheen is longer. She looks a little starved and plowed with life. But she still is the most terrifying and confusing creature I’ve ever met. I hate to admit that when the news came, about her death, I was devastated. For a whole ten minutes but I was. She was part of my life, back in home, back when I had family. No matter how much she hurt me she was always present. Her death was like a seal for my banishment. But now she’s very much alive. Mad grimace dances across her face. Her gaze looks absent and chaotic at the same time. Even in almost complete darkness her Jade eyes seem to shine. She even walks weirdly, her hands draw swirls in the air like she’s casting a spell. I can’t be sure if she isn’t. A sudden fear paralyses me. I managed to forget about Edward and his murder. But now, when his murderer walks in front of me the wound opens up again. I squeeze my hand on the hilt of my knife. I consider my options. Stick it in her back and tell my father she’s gone. Or complete the mission and possibly save the kingdom. But the pity towards her eats me from the inside. Fortunately, her insane mind reminds about itself and I abandon my daring plan. Her head twitches to she side like someone pulled her by the hair. She turns around and looks somewhere into the woods. As far as I can tell there’s no one here. But the shiver goes down my spine anyway. I look around confused, ready to fight. I draw a knife.  “Draven, don’t be scared. It’s just Diana.” She says looking at me with the most precious and innocent smile. I can’t tell if she’s talking to me, her eyes are like covered with clouds. She nods to the side like she’s expecting me to do something. “I’m sorry, he’s a little spoiled.” She says and it feels like a slap across the face. Spoiled? She’s talking to the air. If anyone’s standing here I sure as hell don’t see them.  “Who are you talking to?” I ask because nothing smarter comes to my mind. She’s talking with the voices in her head. What have I gotten myself into. Complete madness. She shoots me an offended look, so dangerous I involuntarily step back.  “Don’t take it personally.” She says and leans over to the imaginary friend. She kissed the air like she’s kissing this ghost’s cheeks. I can’t believe my eyes. “We’ll meet soon Diana, I promise.” She says and then walks away, waving her hand goodbye. I’m just standing there, stunned. How is she going to be useful on the war when she can’t even function in her own head. This is madness.  </w:t>
      </w:r>
    </w:p>
    <w:p>
      <w:r>
        <w:t xml:space="preserve">“Go.” I hear a whisper from the place where said Diana should be standing. It probably was just wind but it makes me let out a quiet scream. I run after her just to be sure no ghost is going to possess me.  “Where are we going?” I ask her back. She seems offended.  “That was rude.” She says, completely dismissing my question. I roll my eyes.  “There was no one there. You know that, do you?” I ask and she suddenly stops. She turns her head to the side, not fully looking at me. Her profile saddens, like I just crushed her favourite toy or told her that something she really wanted to believe was real, wasn’t. She closes her eyes for a moment and starts walking again. We exit the forest to the town that looks like an abandoned cemetery. Angel sculptures, some reaching three stories high are uncanny. Rubble scatters everywhere. Here and there purple flowers pierce the ground. Li doesn’t stop, she’s just pacing across the town. Fog tangles in my feet, making me loose the sense of reality. We stop at the door signed as “Pathetic Opera”. The building is even more neglected than the other ones. She pushes open the door like it’s her home. I can’t see much in the darkness. Just creppy theatre masks on the walls watching me. Darkness is suffocating. I trip multiple times. Her hand catches mine and she leads me through. Her skin is strangely soft for a murderer and cold like ice. Suddenly, she lets me go and I can no longer feel her presence. I turn around, trying to see something in the darkness. All I can gather are the contours of the seats and those horrendous masks.  “I would like you to meet Misha.” I hear Li’s voice somewhere behind me. I cover the stress with an awkward laugh. “Let me guess, another dead friend?” Sudden flash of purple light blinds me. I have to cover my eyes. I see Li standing in front of me, arm in arm with a lady so old she looks like she’s about to turn into ash. Her purple eyes peek at me from above the purple, crystal ball she’s holding. Li looks offended once again, like we are a married couple and I’m doing a bad, first impression on her family.  “Not yet dead, prince.” Misha says and smiles at me pretending to be nice. The word “prince” pierces through my mind, bounces across my skull.  “What are we doing here?” I turn to Li confused. She was with me all the way here. I don’t know when did she manage to tell this woman who I am.  “You said you came here with a purpose. Misha will confirm or deny your confessions.” I let my arms loose with resignation. I didn’t want any witnesses. It’s a secret mission. I only miss a witch here. I just wanted to take her back to the castle and end it. Seems like my journey will extend. Before I can say anything, Misha passes the crystal ball do Li and catches my hands. Hers are all wrinkles and long bones. I fight the urge to back off with disgust. I see her eyes travelling across my runes. I look at Lilith standing behind. I notice her staring at my scars. The grimace on her face is inscrutable. A mixture of curiosity and worry. When she meets my eyes she looks away.  </w:t>
      </w:r>
    </w:p>
    <w:p>
      <w:r>
        <w:t xml:space="preserve">“Tell me, Prince, why did you venture here and trouble our peace?” Misha says and her voice is enveloped with spell. Li dragged me here so I can not lie. Even though my body and mind resists, my tongue lives its own life.  “I was sent with a mission to bring a warrior back to the court.” The words spill from my mouth and I can’t even bite my tongue to stop them. Li’s brows lift. “A warrior?” She asks. “A Fate Stealer.” I say enchanted. Her face muscles tense. “King is declaring war against the Morvain Kingdom. His desire is to have a Fate Stealer, you, by his side.” Suddenly Li bursts into the loudest, most insane laughter I’ve ever heard in my whole life. It’s itching my brain. I want to wrench my hands from Misha’s grip but both she and her spell hold me immobilised.  “I was banished. I can’t enter the court under the thread of death.” She says through the tears. But I also gather something else on her face. Something resembling hope. I know she wants to go home.  “There’s a note from the King.” I say.  “Where?”  “Under my shirt.” Shame fills my whole body. It must fill hers too because she flinches when she approaches me. Then she pulls the armour bust from my chest. The metal clings as it lands on the floor with a thud. Then her hand sinks under my shirt, trying so hard not to touch my skin. Yet, one single graze of her cold as dead’s skin makes me want to twist from discomfort. When she finally brings the letter out I can breathe normally. I would have never dared to think about anything of a sort. It was nothing, yet the intimacy of this gesture makes me want to vomit. She breaks the seal – golden raven with black rose. She unrolls the stroll and starts reading out loud. I’m curious what does my father have to offer. What is valuable enough for her to risk her own life.  “Lilith L’Avenoir, your banishment has come to an end. You are pardoned from the exile. In exchange for your service, your father will be revived on behalf of prophetess’, Eliathra’s power.” I can’t believe what she just read. Revived. This ritual is highly dangerous. It can put the whole world out of balance. Bring God’s wrath upon us. Eliathra revived my father’s first wife after she was torn to pieces by wolves. The next day half of the court died of disease that flooded the castle. This war isn’t worth the risk. We can bring something even worse than a military conflict upon us. Li’s looking at the paper with absent eyes. Her fingers squeeze the edges tightly, like she’s about to tear them. She must be wondering the same thing. If it’s even possible. If it’s a lie. “Is it true?” She asks waving the letter in front of my face. I don’t know the answer to that question. I never saw the content of the letter. I didn’t even know who I was after. Eliathra just told me when I’ll be close to my target the Pole Star will blink. And it unfortunately did. But </w:t>
      </w:r>
    </w:p>
    <w:p>
      <w:r>
        <w:t xml:space="preserve">the words break out of my throat spontaneously. Which means they are in accordance with truth. I wouldn’t be able to say them if they weren’t, under the spell.  “It is.”  “When is the war starting?” She asks. Her voice is so serious it freezes the blood in my veins. When she’s not day-dreaming she is terrifying.  “I don’t know. I have to bring you back to the castle. And look for the others like you.” My voice changes from enchanted to tired as Misha’s hands back off. The spell leaves me. I shake my hands and my head to get away from the remnants of it. I hate being under the influence of magic. I hate not having control. Li’s eyes widen. “Others?” She asks, her voice is shallow. “Do you know where to find them?” I can’t answer that question. I got a very few guidelines for my mission. I guess my father hoped I’ll get lost in the wildness.  “The Land of Masks.” Misha interrupts our intense exchange of confused looks. Our heads turn to her. She smiles mysteriously at our reaction. Like we are just two gullible, stupid children. “It’s two moons journey west through the sea. Close to the Morvain border.” I’ve been studying Somnaria’s maps my whole life. I’ve never heard about the Land of the Masks. “Are you sure it exists?” I ask.  “Do you doubt my wisdom, fool prince?” Misha retorts like nobody ever insulted her more. Li giggles. The noise is like thousands ringing bells. “To get there you have to make a sacrifice from the face.” No doubt I’ve never heard about it. King would never allow their subjects to know about such mad rituals.   “What does it mean?” I insist. “Did he live under the rock?” Misha asks Li like I’m not even there. She shudders. Those words sting. “You have to either sell your face or sell someone else’s. I recommend the second option.” She explains like she’s bored. “So, kill?”  “Angel, I can’t bare his lack of knowledge.” The witch says. What a nerve.  “You’re talking to a prince!” I’m outraged. I might have been disinherited and exiled from the court but royal blood still runs through my veins. “Here no one is anyone. You have to get used to it.” Misha retorts like a mean grandma. Then she turns around and leaves. She kisses Li’s cheek goodbye.  We are left alone in the darkness. Purple crystal ball laying on the floor casts a disturbing light at us.  “So?” I ask impatiently. I’m sick of feeling like an outcast here. I never knew those people differ from us so much. The Isle of Hopeless is like an other, distant universe.  </w:t>
      </w:r>
    </w:p>
    <w:p>
      <w:r>
        <w:t xml:space="preserve">“If we want to get to the Land, we’ll have to offer the face, any face.” She explains the same thing I’ve heard before like I’m stupid. I roll my eyes. “Which means, yes, we’ll have to kill.” She seems to think for a moment. Then her face brightens. “Or...” Suddenly her silhouette starts shifting, distorting. It looks like her body is sucked into another, blurs. Her body grows, her hair changes color. In a matter of seconds, there’s my exact reflection staring at me. She – me – he – I have no idea, looks exactly like me, like a mirror projection.  “What the...” I start but the words tangle in my throat. I’ve never seen something of a sort. I feel like my bones froze and my heart stopped. If I was terrified of her before, now all I want to do is run. Amber eyes stare at me blindly. Then she – or me – smiles mischeviously. A blink after she’s back to her original form. I can finally draw a full breath. I’ll never erase this view from my head. “My newest possession.” She says proudly. Lunatic grin dances across her face. She looks like she can either start running around with a knife or sing a song. “A doppelgänger.”  “Yeah, I came to this conclusion.” I manage to say through the tightened throat.  “I have a large collection of faces. We’ll be able to choose freely.” She says. Than she smiles and winks at me. This moment is so familiar. It brings back memories from the castle when I dragged her by the hair though the halls and she was jumping at me from the corners. It feels like home, like past and childhood. Even though it was filled with rage, mutual hatred and despise - it was home. And I loathe it. I loathe reliving bitter-sweet moments that will never come back. Memories of home and family I’ll never be the part of. If I fail. Rage flows into my veins. I pass her, nudging her shoulder and head to the door. But she stops me. “You’ll stay here for the night.” She says. I see her pointing towards the darkened hall. Great. I’ll be left alone in the land of lunatics that would love to bite my head off. In this demonic place where walls watch my every move. But at least I’ll be away from her. I don’t waste a second, I stride to the hall at the back. “Left door at the end of the corridor. I’ll meet you at dawn.”  I scoff. I don’t bother to look at her. I just stride, away from her.. I can barely see the door in almost complete darkness. I see a mask right in front of me, on the wall. It mocks me with its smile. I punch it with my fist. It brakes into thousand pieces and scatters across the floor. I wrench open the door and close them immediately. I block the handle with a chair, in case someone would want to break in and cut my hands off. The room is dark but quaint. The air smells like lavender, like Lilith. It must have been her room. But long forgotten. Haggard blanket works as bed. Clothes, papers and weapons of every kind scatter the floor. There’s a huge mirror, broken into pieces. A knife sticks from the exact centre, where veins of broken glass disperse. She must have thrown it in fury. I walk around the room, go through drawers and damaged wardrobe. I look for anything that would be useful. But there’s not much. I drag a huge, fur coat and use it as a pillow. When I finally lay down on the worst bed I’ve ever had a chance to sleep on something sticking form under the blanket pierces my side. I growl in frustration. I just want to fall asleep and forget about this horrendous day. But it doesn’t let me. I reach under the blanket and draw a notebook trimmed with black, thin leather. My curiosity takes better of me and I open it. Suddenly I’m flooded with drawings, seemingly made with black ink and blood. They depict horrendous scenes of murderers, slaughters. Self- portraits of </w:t>
      </w:r>
    </w:p>
    <w:p>
      <w:r>
        <w:t xml:space="preserve">Lilith with holes or red balls instead of eyes. Metallic and chemical scent fills my nose. Scribbles not presenting anything in particular and everything at the same time fill every single space to the brims. Like she poured every hallucination, every vision and sorrow on the pages. There are also some words engraved in the paper. She must have written them with fury, paper is ripped. “Murderer”, “Devil”, “God”, “I’m sorry”, “Come back”, “Please”, “Shut up”. Silent prayers and confessions. I’m horrified with how her mind looks like. From the inside. How dark it is. Tangled.  Like eternal void that sucks me inside. Sticks its claws in my eyes. I close the notebook and snatch it in my bag. It may be useful in the future. To blackmail her. Or made her mad if she’ll become insufferable.  ***  She is late. She was supposed to pick me up at dawn, which in land of eternal night means moment when sky wears red sheen. When she comes she doesn’t even knock. She just wrenches open the door. The chair shatters into pieces like she shot it with a lightning. I don’t know if she used any power or is she just inhumanly strong. Without a word she looks at me and forces me on my feet, than outside. She leads me through the town in silence. We haven’t exchanged a word since we left the opera. Her presence makes me anxious and angry. I try to keep my distance. Her face looks absent, lost in dreams. When we reach the falling apart, clock tower she suddenly stops. “I want to warn you.” She starts, strangely serious. “My place is… controversial.” I nod impatient. She closes her eyes for a moment and pushes open the door. Darkness is overwhelming. Sweet scent fills the place. I try not to trip walking in. She lits up a candle and the light pierces through the darkness. It’s a peculiar place. Looks abandoned. When I hear a rope grinding above my head I look up. I can’t stop the scream. I trip and fall onto the table. There’s a body hanging from the ceiling. In the darkness it’s hard to distinguish the face. But the fact that she keeps a dead body hanging above her head is mad enough already.  “Who the hell is that?” I ask trying to slow down my panicked breath. I am a knight, I’ve seen many horrible things. But this girl is terrifying in her unpredictability. She giggles and waves her hand at me like it’s nothing.  “Father, do you remember Draven?” She says to the body. I can’t believe my ears. This is madness. She keeps her father’s dead body. For three years. It haven’t rotten. Then she looks at me and when she sees my eyes almost leaving their sockets she laughs again. “Oh come on. I know he’s dead. I’m playing with you.” She says and starts packing her stuff for the voyage.  “Yeah.” I say with a shallow voice. At least she knows he’s dead. Doesn’t mean keeping his body is normal. But I’ve never seen her do anything normal. I try to help her, to look for the usable things. Trying not to pay attention to the body swinging above me. It’s amusing in a way. I’ve spend my whole life hiding my strangeness. She’s out here living her life by exposing it. I come across bottles with purple liquid. I try to sniff it before packing it. “Don’t!” She says and snatches the bottle from my hand. </w:t>
      </w:r>
    </w:p>
    <w:p>
      <w:r>
        <w:t xml:space="preserve">“What is that?” I ask as she shoves it down her huge, leather bag.  “Poison.” She explains. I decide not to ask any more questions. The paths of her mind are too tangled for me.  She gave me another one of her bags and offered me some man shirts and pants. I don’t even dare to guess where she got them from. I believe the residents of the Isle do not spare themselves debauchery. She also hands me some knives. In the meantime she offered me a stale bread and a piece of dry meat. We chew in silence. But I’m grateful she didn’t let us leave with empty stomachs. At least that’s what she can do well. Once the bags are packed we are ready to go. But she doesn’t move from her place. She’s standing in the middle with her head tilted up. Her eyes are locked on her father’s body. I shiver. I’m scared what she’s about to do. I completely forgot she hasn’t left the island for three years. She hasn’t left her father. Now she has to leave her whole life behind. Again. I can only imagine how hard it is. No. I don’t. I did leave my life behind too. I look at her mesmerised, how the purple sheen of her hair catches the moonlight. I catch a glimpse of something gold crawling up her chest. Golden veins scatter her breasts, even reach for the neck. I don’t dare to ask about it. It looks terrifying, like a disease. But there’s also something enchanting about it. I try to read the look of her face. She looks like she’s not even there. Like some memories took her away. Suddenly, her body distorts, blurs and she disappears. I look around in panic. She was just standing there, in front of me. Now there’s nothing more but an empty room. I should have known better that she won’t come with me. That she won’t trust me and she’ll run away as soon as she can. I stand here stunned, thinking about my options. What will I tell my father? How will we win the war without her? Cling of metal shoves me back to reality. I tilt my head up and I see her. She crouched on the beam at the height of the bell. She’s staring at her father dangling from it. Her eyes seem watery, even from this distance. She leans over the void to him. My breath stops, I’m scared she’ll fall to the death. But she just kisses his cheek, long and full of longing. Then she steps from the beam like she’s throwing herself from it. She disappears once again. She materialises in front of me before I can even blink. She’s standing so close I can see every single tear in her eyes. We stare at each other too long.  “We can go now.” She says, passes me and leaves the tower. I can’t shake off the pressing feeling on my chest. I see a giant scythe laced to her back. It’s much taller than her. The hilt is made of black wood, the blade of a material so noble it looks like ice. Elaborate decorations crown the top. It’s a beautiful weapon. I doubt she uses it the same, beautiful way.  I run after her. She doesn’t stop, her pace is fast, almost like she’s running.  “I left my horse in the abandoned stable at the edge of the forest, we could…” I’m not privileged to finish. She turns around, storms me with a look. Then she grabs the bridge of her nose in resignation. “Idiot.” She says and I’m stunned. She always talks with her weird manner. I must have really done something idiotic if she retorts to such words. “There’s no point coming back there. It’s gone.” I curse myself silently for my ignorance. I should have studied the Isle of Hopeless better before I ventured there. In the other parts of the Kingdom, thievery is rare. But this place </w:t>
      </w:r>
    </w:p>
    <w:p>
      <w:r>
        <w:t xml:space="preserve">is a different world. I have to understand this if I want to survive here. At least I took my sword with me. It’s shorter then the one I left, but better this than nothing. We walk and walk across the town. We head north because, as she says, a dock is there.  “We will sneak in and steal a boat do you understand?” She asks me as we crouch behind a tree. We had an hour long walk through the woods where trees grow eyes and I dream about nothing but leaving this place. I can see the shore from there. The sand is black, it reflects the red sheen of the sky. The long bridge seems to lead to infinity. There are dozens of boats, sails, even huge, pirates ships moored to it. They wave on the water. I love sailing, I’ve missed it through my service in the army. So I’m excited to finally do it. But when I look at Li I see that all colours drained from her face. She’s looking at the water with eyes wide like the whole universe. I see raw terror in them. “What’s wrong?” I ask and place my hand on her shoulder. She looks at it like it’s a monster and jumps away from me. So much for a pity. I tried pretending nice, caring, to make her trust me. Because this is the only way we can survive this. But she’s very hard to cooperate. Very hard to like.  “Nothing.” She says and drags herself up. She supports herself with a scythe like she’s thousand years old. I repeat in my head that I don’t care how she feels. I repeat in my head that she killed my best friend. And no matter how much I see my own pain in her I will never, ever forgive her. I’ll hate her to the last drop of my blood. I try to anchor those thoughts in my head when she stands in front of me, eye to eye. I fight the urge to push her away.  “I’ll sneak to the boat the same way as I did in the tower.” She says, serious. Finally.  “Why didn’t you escape the Isle the same way before?” I ask. If she had the possibility to run away, why didn’t she?. “Exile. Thread of death.” She says. Right. I forgot. After a while she speaks again. “You’ll have to talk to the guard when I’ll unmoor. Are we clear?” Only now I see a guard at the bridge. This creature has two pairs of arms, legs long like trees and a bald head. Everything except his bony white face is black. He looks hideous. As far as I can tell it’s a Eidolon. This creatures can cause emotions so intense in another person, that they loose their minds, go insane, panic. Perfect ability for sailors to drown. Maybe that’s how they control refugees. Four, black eyes on his face look like spider’s. I nod to Lilith. She snaps her fingers and disappears. I wonder if she killed an Eidolon too and she manipulates my emotions. I have no time to loose, so without thinking I start playing my show. I run out of the forest, waving my hands and screaming like crazy. He notices me and watches me carefully. I scream and drop to my knees in front of him.  “Murrain. In. The. Woods.” I spit out every word like I’m out of breath. Murrains are one of the creatures we fear the most. They poison the soul, make it rot and decay inside of the body so there’s nothing left inside. The person is just an empty shell, without Fate, without mind, without soul. I pray to the Gods that they also live here. Or at least the residents know about them. But, to my relief, his black spider eyes widen and he seems even paler than before if it’s even possible.  </w:t>
      </w:r>
    </w:p>
    <w:p>
      <w:r>
        <w:t xml:space="preserve">“W-where?” He says stuttering. His voice is amusingly high-pitched. It’s his duty to protect the shore. But he’s a coward. I doubt he can even use a weapon. I see a long dagger laced to his belt. When he’s peeking into the woods, begging for nothing to be there I draw my sword and swing it at him. I’m exactly at the hight of his knees to I cut them easily. He drips down onto the ground. The blood spills. I stand up and jump across him. Then I stride down the bridge to Lilith that has just untied the ropes. I barely manage  to stop before colliding with her. Her face is still full of fear. But my lips are curved in boyish smile. I adore spontaneous missions. When I don’t know if I’ll end in the dirt or not. It’s always the most fun when I don’t know my chances at all.  “Are you insane?” She says and looks at the Eidolon crawling towards us. He’s not doing well. And, if anyone, she has no right to accuse me of insanity.  “Hypocrite.” I say masking it with a cough. Easy for her to hear. My smile is poison.  “We have to go. Look.” She says and points at the guard. He reaches his hand towards us, blue strings of light emerge from it. He wants to use his power on us. Eidolons have to touch their victims in order to hurt them. But it looks dangerous enough for me to speed up. I jump into the boat. The momentum almost makes it turn. Lilith stands at the edge of the bridge and looks at the water like it’s about to eat her alive.  “Come on. It doesn’t bite.” I say and move aside. I see her struggle with words. But she finally moves and steps into the boat. It shakes and she grabs the edges tightly. She flinches like someone who’s never touched water before. I roll my eyes and laugh quietly. Who could have thought that the most wanted murderer in the kingdom is afraid of water.  “Don’t. Say. A. Word.” She says through clenched teeth and crouches on the floor. She seems to blend into the darkness. “Just sail. Please.”  I pretend to zip my mouth and shut up. I hoped she would help me rake. Tough luck. Just as I want to sail away this nightmare of a wolf jumps into the boat. I have no idea how she found us. Maybe she’s interlinked with Lilith. The boat almost turns over due to her weight. I swallow down a growl. The wolf curls up next to Li and falls asleep. Before the Eidolon reaches the bridge we are already far away, sailing through the ocean.    </w:t>
      </w:r>
    </w:p>
    <w:p>
      <w:r>
        <w:t xml:space="preserve">CHAPTER X LILITH  First day on the sea   I often dream of the Fate. It doesn’t seem like a creation of my mind. More like it breaking into my dreams on purpose. Because it can. And it likes to torment me. I sit in the boat. There’s no sight of Draven. It’s just me and the Fate sitting across me. Dressed in his toga, as always. It seems to look at me even though I can’t see any eyes. Its long, icy fingers point to the water. I swallow down fear that fills my body and look at the surface. There’s a body floating in the water. Back to the world, with face swallowed by waves. At first glance it looks like Lev. Black hair, shirt soaked in blood, pale skin. But as the red moonlight bounces of his body it changes. It flickers between the body of Lev and Draven. Black hair changes to white, ivory shirt changes to red. It switches so often my eyes start to hurt. When I direct my panicked eyes on the Fate it’s gone. And it fills me with terror. Because every time the Fate enters my dreams, what it shows me forecasts the future. Every single time.  ***  My own scream wakes me up. For a delightful moment I have a feeling that I’m laying  in my bed, in the castle. Me and Lev lay tucked together and my father reads us night story. About a Fool who tricked the whole kingdom and became a king. As in the old times. But it’s just a hallucination. Neither Lev or my father are here. I’m all alone. Sunny nuzzles my hand. I sink my hand into her soft fur and she snuggles into me. Sometimes I have a feeling that she is the only creature in this world that accepts me. Understands me and doesn’t judge me. Probably because she’s an animal. But maybe because she had to kill to make a living too. But I doubt remorse troubles her. Even though I’ve sold my remorse I stole parts of it from my victims. When it comes to the surface it’s hard to look in the mirror. Hard to look at myself. I tilt my head up to see my father’s body dangling above me. I see him but the ceiling looks odd. It’s a sky. Splash of water reminds me where I am. I abandon the role I’ve played and come back to reality. I shoved Draven and this voyage to the back of my mind. So deeply I’ve tricked myself I’m safe, in my home, or at least on the land. But reality hits me in the guts. The boat is waving on the water making me nauseous. Moon reflects on its surface. Red sky casts a bloody sheen across us. Draven sits in front of me, his eyes seem to look through me. He’s not even blinking, just staring like a wax statue. He’s holding the rakes but doesn’t move them. My head twitches when I hear a siren wailing from the distance. I don’t know if it’s in my head or in reality.  “How far are we?” I ask. My voice is harsh, like I’ve been screaming whole  night long. “We’ve been sailing for like… two hours.” He says, still looking oddly still. I drop my head with resignation. I hoped I would sleep through at least half this trip. “You mumble through your sleep.” He notices. “I mumble often.” I correct him. He’ll get used to the conversations I have in my head.  </w:t>
      </w:r>
    </w:p>
    <w:p>
      <w:r>
        <w:t xml:space="preserve">“Maybe.” He answers. The silence between us is uncomfortable. Like a hair down a throat. The only thing that interrupts it is water splashing. I’d fancy his cooing more.  “What were you doing? For this three years?” I ask to muffle those sounds. And those screams and whispers in my head I hear all the time. He twitches like I pinched him. His lips curve in an anxious grimace.  “I was banished. I was - I am in an army.” He says and his tone is balancing between sad and furious. I have no idea how to keep going with this conversation. I’ve never been good at it. I get along with myself better. Or with creatures and objects that don’t speak. So I sink my face in Sunny’s fur. Just not to look at the water.  “I was wondering.” His voice resonates. I lift my head slightly. Even in this darkness I can see his frowned brows and rage consuming his face. “Do you still think about Edward? After so many kills?” He says it like he’s been waiting to ask this question his whole life. I erased the story with Edward from my memory. Not to scratch the wound. The wound that was so infected and hard to heal it took me ages to recover. Now he opened it up again.  “I don’t.” I answer truthfully. He bursts into bitter laughter. “That’s funny. Because I do.” He says and he looks amused and furious. It’s interesting to me how can he fit two extreme emotions in one face. “It would be hard to forget. When he was alive my father didn’t beat me. When you killed him, he didn’t spare me a night.” I always knew prince’s live wasn’t full of roses. It didn’t occur to me it could be a lifelong misery and punishment. But his words sting me to the bone. Bite through my marrow. I can’t help but pour my sorrows out.  “I don’t think about him. But about what he’s done to me!” My voice is louder that I intended. Sunny wakes up. Draven shoots me confused look. I involuntarily scoff.  “What do you mean? What did he do?” He asks. His voice is calmer now. But the blood  rises in my veins. I feel powers flicking through my temples. I’m afraid if I let them out I’ll hurt him. If he keeps pushing.  “He used me! He used my body! The way he died was a mercy!” I smack my hand across my lips after those words. I never meant to say them out loud. I was ashamed, sacred that no one would believe me. So I kept my mouth locked in the castle. Then the wound closed up but didn’t heal and I wasn’t brave enough to open it up again. Even if it meant healing it. Now, my resistance gave way. But, strangely, I feel like a huge stone fell from my chest. Saying it out loud, even to him feels… realising? Draven’s eyes grow bigger then the moon above us.  “When?” He manages to ask. I let out a short, furious growl. I can’t believe he dared to ask. After I poured my heart out onto this decayed, boat floor.  “The night I locked myself for three days.” I don’t even know why I’m still answering.  “So you were… twelve?” He asks. From the look of his face he seems embarrassed. But I’m not good at reading people. I act oddly in most situations. I don’t know what is the proper way to react.  </w:t>
      </w:r>
    </w:p>
    <w:p>
      <w:r>
        <w:t xml:space="preserve">“I was twelve.” I answer and this time I lock my mouth for good. I try to occupy my mind hugging Sunny. But my mind is flooded by memories. Edward drags Lilith my her braid into the bushes. They are in the forest behind the chapel. He said he wanted to show her Talking Roses. They’ve been close for so long she didn’t have a clue. That he would want to hurt her. Use her. When he started ripping off her dress she was screaming. But nobody came to help.  Hopeless. Little lamb. Whispers grow louder in my head. They crawl behind my eyes like wet moths. Voices strange yet so familiar. I catch my hair and pull it. I have to silence them. I have to do something or I’ll go mad. Again. My vision is dizzy and blurry. It distorts, the water disappears. I’m in the woods, standing in the puddle of my own blood. With my hair bow in my little hand. I try to reach through this vision to reality. I’m furious. I’m furious it happened, I’m furious the world is so cruel. I’m furious it happens to so many woman. I want to set this world on fire. My hand catches a blade. I stick it into my tight. It sinks deeply. I’m wrenched back to reality, fuelled by pain. I can’t tell if the boat is creaking or someone’s laughing under the planks. My breathing slows down. My mind calms. I’m here. You’re here Lilith, nothing can harm you. I breathe in a cold, minty air. When I lift my head up I see Draven. He’s standing, colours drained from his face. He has a piece of fabric in his hand. I see that the edge of his shirt is ripped. How long was I hallucinating? I drop my eyes to the knife that’s still sticking out of my leg. I grab the hilt and wrench it out. “No!” Draven screams and drops down in front of me to stop the bleeding. But my skin heals in a blink on an eye. The flesh connects back together like the branches of thick forest. His eyes travel to mine. Shock on his face is amusing. It calms me down.  “Healer ability.” I say and wink at him. I don’t know if it’s a nervous tick or did I grow familiar with mocking him this way. He scoffs and sits back. He looks offended, like I did that only to scare him. Yet this is the only way to calm me down. And it’s the reason why my legs are all covered in scars. It’s not a healthy way of coping. But I haven’t realised another yet. I promise myself I will. I hate my mind enough to destroy even my body. My ivory dress is soaking in blood. When Draven rakes furiously I reach for my bag. I haven’t packed too many clothes but I can’t stay in this one. It’s becoming stiff from all the life juice. I draw a dark red dress. I unlock huge belt enveloping my waist. I have knives, pockets, chains attacked to it. It lands with a cling on the floor. Then I take the dress off through my head. At least I try to. “What are you doing?” Draven asks like I’ve just did the most unexpected thing in the world. I look at him confused. “Getting changed.”  “But… in front of me? Just like that?” He says. I don’t understand his words. But I see a blush on his cheeks.  “What’s wrong with that?” I ask. “Aren’t you… ashamed?” He asks. Now I feel stupid, like I am  saying something odd.. </w:t>
      </w:r>
    </w:p>
    <w:p>
      <w:r>
        <w:t xml:space="preserve">“I don’t posses shame. And we do this on the Isle constantly.” I explain. I’ve eradicated shame from my mind many kills ago. So I don’t understand why is he so deranged. I decide not to think about it and proceed to change my clothes. His head turns around and I see him mumbling some words. Even though I don’t understand it’s nice to know that he respects my privacy. We don’t have it on the isle. There, your have to hunt your respect like a prey. He looks so much like a spoiled, arrogant prince I remembered him. When I’m finally changed he dares to look at me again.  “You are strange.” He says.  “Thank you.” I smile at him warmly. I don’t know if it’s a compliment or an insult. But it most definitely is a true statement. He scoffs again and waves his head. He seems fed up with me. I know I’m hard to endure. But I didn’t know he would get bored of me so quickly. The little spark of settlement between us escaped through my fingers. It wasn’t my wish to get along with him. I want to have the job done and get as far away from him as possible. I just hoped we could make through this voyage without fights. Now it seems impossible.  We sail and sail for hours. I empty my stomach across the side of the boat two times. The sky turned purple. It means it’s a night. As long as we can distinguish a night in a land drowned in darkness. I curled up on the floor and hidden my face in Sunny’s fur. She sleeps like dead. I wish I could too. But the whispers in my head are rustling and squeezing. I feel them in my teeth.  “There’s a land.” Draven says piercing though the voices, silencing them. I lift my head up to see. It’s hard to distinguish through the darkness but it seems like we’re approaching a small island. “Maybe we could stop there for a night and…” suddenly, the voice tangles in his throat. It’s interrupted by a noise coming from the water. It’s low but sweet. Dangerous and magical. Makes a soul crumble and urge it to escape the body. Sirens. I would recognise this voice everywhere. Blood freezes in my veins. The voice swims toward us, grows louder and louder. Sunny hides her head in her paws and whines quietly.  “No. No, no, no.” I mumble as I sit up. A hand, dripping wet with long claws grabs the edge of our boat. Soon after, follows a light blue face of this creature dragged from hell. Her eyes are completely black. Dark, wet hair stick to her body. Her face is beautiful, but her fangs in open mouth aren’t. She sings her enchanted song and my mind twirls. I dare to look into the water. Her tail swirls under the surface, eager to drag some hopeless sailor with her, and eat him. This sailor is Draven. I see him on his knees, leaning towards the creature. His amber eyes look dreamy, absent. Insane, dreamy smile decorates his lips. His moves are like under the water already, slow and smooth. For a second I consider letting her drag him away. Capture him, release me from his grip. Take this burden of my chest. I would get rid of my enemy without drawing blood. But then I realise I’d be alone in the middle of the sea. And the chance to bring my father back would be gone forever. I escape my lunatic thoughts too late. Her bony hands reach for his face. In the blink of an eye he’s on the other side. In the water. Panic attacks me. Sunny cries. Draven is in the water. Water. And I have to help him. I have to drag him back. I shove my fear to the very bottom of my mind and dress up in features I’ve stolen. Lilith is fearless, cruel and bloodthirsty. She stands up and jumps straight into the black water. The </w:t>
      </w:r>
    </w:p>
    <w:p>
      <w:r>
        <w:t xml:space="preserve">moment the surface closes above my head I’m back in my body. I’m eight again and soon Lev will be dragged down. But this time I can help. This time I will. Water pushes at us from every side, caging us in this prison. I reach to my mind and harness a power. A year ago I decapitated an Undine – a creature capable of stealing voices. I can feel my heart ripping apart, like every time I put in different form, different personality. I grab the siren by her arm. Her mouth has bitten into Draven’s. I can see colours draining from his open eyes. I have a knife strapped to my side. I draw it and stab it into her limb. She lets out a scream and pushed Draven aside. Bubbles of air surround us when his body slows in suspension. He looks frozen. The siren throws herself on me. She tries to crawl my eyes out. Bite me. But I defend myself from every blow. I hit her in the jaw with my elbow. When she recovers from the shock it’s too late. I already have her neck squeezed in my hands. Power flushers through my fingers. Strings of white light seem to sparkle under her scaly skin. She screams, the noise is breaking my eardrums. But then, she suddenly stops. Her voice brakes out like a string cut by the blade. I feel my lips curving in a mischievous smile. This feeling feeds my rotten, black heart every time I kill someone. And I hate it later. But not now. I push her away. She swims down the sea and disappears in the darkness. Followed by misery  and a string of crimson blood. Pain straight from hell burns on my chest. Golden light fills the depths. Another vein crawls up my chest like an insect. It forms under my skin. The feeling is so overwhelming I almost forget about Draven. He’s fighting for his breath. Hands clasped around his throat. I swim towards him and lift him up. When our heads pop out through the surface he can finally draw a full breath. But his eyes still look dreamy. It’s going to take time for him to come back to his senses. And despite the strength of my muscles I won’t be able to drag him back into the drifting boat. Especially because my truest form seems to crawl back to the surface and soon panic will suffocate me. I consider my options, fear grabbing me by the hair when I hear his voice. It sounds harsh and sleepy. Almost magical.  “I’ve missed you.” He says. When I look at him he’s just inches from my face. His eyes glow with spell. “I was so alone without you.” His hand caresses my skin when he puts my dripping wet hair behind my ear. I flinch at the sudden contact. I want to push him away or throw his numb body over the boat. But he suddenly moves closer to me. His lips practically bite into mine. I fight to keep mine closed. I can feel a metallic tase of blood.. Despite the spell enveloping his mind I feel odd. A knot tangles at the bottom of my stomach. His hand reaches for my waist and he pulls me even closer. I’m pressed against his chest. I freeze in shock for a couple of seconds. He kisses me harder. This finally sobers me up. I know it’s not him. I know it’s a spell. He would never touch me like that if he was himself. No matter what horrible things I can say about him, I know he would never harass me like that. I’ve seen him strike a boy across the  head when he was forcing himself on a girl in our court school. He dragged him by the hair to the middle of the class and gave him a black eye. I was laughing all along. And this time I’m in control. I’m strong, I’m in charge. I push his body away as hard as I can. He starts laughing. His voice is ringing, enchanting like the spell he’s under. He tilts his head up and looks at the moon. “You’re so beautiful.” He says and I don’t know if he’s talking to the moon or to me. It will be a long bath until he finally comes to his senses. I have to try to fish him out. I drag my body up </w:t>
      </w:r>
    </w:p>
    <w:p>
      <w:r>
        <w:t xml:space="preserve">to the boat. I can’t endure the water anymore. Not when I’m Lilith again, when I’m full of fear. Even though his mind is fogged he seems to still have his arrogance. He leans against the edge with his arms and rests his head on them.  “Come here.” He says welcoming. His voice sounds so seductive like he’s a siren himself. I burst  into bitter laughter. An idea comes to my mind. “No. You should come to me. It’s wonderfully comfortable here.” I say and lean towards him, at a kissing distance. His eyes look even more dreamy than before. And more eager. I catch the silver chain hanging from his neck and pull him closer. Fire burns in his irises. He climbs up into the boat again. Strangely deftly as for in a daze. We stand in the boat, we’ll soon loose balance. His height is overwhelming but I’ve fought ten feet tall ogres. I’ll deal with a pathetic boy. “I hate you so much I would to die with your name on my lips.” He says. His voice is harsh from lust. For a moment I really believe he says that honestly. But it’s just a spell. I know it is. Maybe part of him means it. Maybe part of me wants to believe he means it. When his hands reach for me once again I hit him in the trample with the hilt of the knife. I have to catch him before he falls overboard. I lay him on the ground. Sunny shoots me a look so human it seems like she mocks me. I roll my eyes. It’s going to be a long night.    </w:t>
      </w:r>
    </w:p>
    <w:p>
      <w:r>
        <w:t xml:space="preserve">CHAPTER XI DRAVEN Second day on the sea  I wake up not even knowing I’ve been sleeping. My mouth is dry, my throat like desert. Something itches in my lungs. The air’s minty scent is even more intense. I realise I’m laying on the boat floor. My head hurts like I’ve been hit with a hammer. Lifting my eyelids turns out to be the most difficult thing. I see the arch of the moon peeking at me and sky dyed red. It’s another day. I’ve slept through all night. I put my hand to my forehead and try to sit up. My bones ache. The first thing my eyes meet are yellow eyes of the horrendous wolf inches from my face. I freeze. Lilith’s giggle fills the air around me. My head darts to her. She’s sitting in the bench. She sharpens her knives. Huge scythe winks at me mischievously. I wonder if she was the one to knock me out. Or maybe I was so exhausted I didn’t remember falling asleep.  “What happened?” I ask dragging myself onto the second bench. She looks me deep in the eyes. It makes me anxious.  “A siren dragged you into the water and tried to kill you.” She’s so straightforward with her explanation for a second I think she’s joking. But her serious face doesn’t change a bit.  “Oh. That’s bad.” I manage to say. I massage my neck. It’s swollen, probably from being choked. And my temple hurts like hell. “How did I survive?” I ask. I noticed how terrified she is of water. How the fear takes away what’s left of her senses. It’s hard for me to believe she jumped after me. “I killed her.” She explains. It shocks me. How desperate and determinate she is to fulfil the mission. I shouldn’t be surprised. Her father is the only thing she cares about. I shut up but she starts talking again. “Then you thew yourself on me and kissed me.” She says not taking her eyes of her weapons. Shock takes away my voice. I kissed her? It’s impossible. I would never do that. Never in a million years. Disgust so intense fills my body I want to scream. This spell form nightmares. I can’t believe it forced me to do… this. Then I realise something. Just before that she told me about her assault. About the thing I hated her the most my whole life. That turned out to be the exact opposite. I thought she killed him in wrath, greed for blood. It would have never occurred to me what could be the reason. And I threw myself on her. What a pathetic being I am. “I’m…” this word burns when I try to let it out. “I’m sorry.” “Don’t be. I pushed you away. And knocked you out.” She says finally looking at me and sends me a mocking smile. A burden falls from my chest. I might be a horrible, pathetic person but I would never do something like this in my right mind. Not to her, not to anyone. I feel like this short conversation healed something between us. This tension that was created yesterday. Now </w:t>
      </w:r>
    </w:p>
    <w:p>
      <w:r>
        <w:t xml:space="preserve">we can go back to reminding ourselves about the reasons we hate each other. Without awkward silence. “You pushed me away?” I say smiling, putting my hand to my heart like I’m hurt. “How could you break my heart like this?”  “Don’t act so innocent.” She says rolling her eyes. But a slight smile dances across her lips too.  “But I am.” I say resting my arms on my knees. I’m exhausted, even though I must have been sleeping for hours.  “I would dare to argue.” She says. This destroys the delicate string of understanding again. I’m not innocent. I know that. I hate myself for it. It hurts to have it thrown in my face. She sees me sadden. Awkward silence tenses between us. “Why are your arms painted with symbols?” She asks. It’s the weirdest way to put it. To describe my scars, my runes I’ve craved in my skin. But there’s something beautiful in her words. Making those scars seem like something else than a shame.  “Protection.” I answer shortly. It’s the most sensitive topic. I don’t want to talk about it. She opened up to me yesterday. I don’t think I’m ready to open up yet. I don’t think I’ll ever be. I never shared my feelings and troubles with anyone. I will not share them with her. She notices my reluctance so she gives up. I’m thankful for it.  “We’ve been stuck here for six hours.” She says. Six hours? And she didn’t take to the island? She’s just been sitting there? Watching me sleep? “Why didn’t you rake? She land is so close.” I ask. I can’t untangle the paths of her mind. If he the most curious mystery. I’m afraid I would go insane if I tried.  “I just couldn’t.” She answers dismissing me. “And what would I do with your unconscious body?” Fair point. I don’t ask any more questions. I get the rakes and direct us to the land. Even though my muscles are screaming I want to get of this boat. Before another siren comes after me. And because I see her face turning green form fear and nausea. We swim in silence, for a whole hour. When we reach the shore and the boat digs into the sand she jumps out of the boat like she’s burned. Wolf follows her. I drag myself out too. Slowly. My whole body begs for rest. The spell sucked life essence from me. I don’t remember being so tired in ages. We stand on the shore and look around the island. There’s not much here. Few trees scatter around us. Fog covers our feet. But there’s also a huge mountain. It reminds me of a extinguished volcano. Its walls are covered in congealed strings of black liquid. Like a spider web hugging it. It looks like thousand serpents fall asleep on it. This view makes me feel uneasy. There’s also a gaping hole of a cave in front of us.  “We can hide there.” Lilith says. She grabs her bag, grips her scythe tightly. I follow in silence. The cave turns out to be further than I imagined. We step on tiny pixies when we walk. Their high pitched, short screams fill the silence. When we reach the gate she stops me. Her hand lands on my chest. I back of at she touch. “Be careful.” She says like I’m a stupid child that didn’t fight many, bloody battles in an army.  </w:t>
      </w:r>
    </w:p>
    <w:p>
      <w:r>
        <w:t xml:space="preserve">“I know how to protect myself.” I scoff. She shoots me a ambiguous look reminding me of a spell that almost got me killed. I ignore her allusion and pass her. If someone or something is waiting for us in there I’ll manage it. We step through the vault slowly. The cage is ginormous . Columns, black as oil and strangely similar to tangled, serpents’ bodies hold up the ceiling. Everything seems to be covered in this strange matter. It gives me shivers. I have a bad feeling about this place. There’s a shallow lake taking over most of the cave, disappearing in the darkness of many corridors in the walls. Its water glows with a holographic sheen. It enlightens whole place with a dark blue light. Water drops meeting the ground are the only sounds here. And distant screams of bats. I hear Lilith swallow loudly. As far as we can tell we are alone. But an uneasy feeling crawls up my spine. Li walks towards the nearest wall and slides down it. Sunny curls up on the floor beside her and rests her muzzle on tight. Only now I realise how exhausted she is. Her eyes look sleepy, her limbs numb. She had to fight a siren, under water and then look after me for so many hours. All in deadly fear. She deserves to rest. I lay on the floor back to one of the strange columns. As far away from her as I can. I need privacy and she does too. We have to rest from each other. I grab my sword tightly to my chest. I can already feel my head falling down. Sleep captures me. On the edge of consciousness I hear her voice bouncing with echo from the walls.  “Sleep well.” She says. Her voice is so deep, warm and mystical. Like a lullaby. “You too.” ***  I have a feeling that every time I wake up something weirder happens to me. Last night I was attacked by a siren. Now, in the drowned in darkness and scent of smoke cave a face framed with red hair is looking at me. I try to jump back, but there’s a collum behind me so all I do is hitting my head against it. Head tilts to the side and watches me closely. It’s so close I can’t distinguish the gender or kind of this creature. All I can see are freckles and moss green eyes.  “Hi?” I manage to choke out. I force a smile as kind and innocent as I can. The creature looks young enough to be harmless. Or I’m just a fool and too sleepy to react. Although Lilith seems to be all woken up. Her arm wraps around the neck of the stranger and drags them away from me. She tosses her – now I can see it’s a she – on the ground and aims the blade of the scythe to her chest. She’s young as I guessed. Her body looks starved, with reddish tint. She looks like she’s made from flames. Her face drains from any colour and fear consumes her as she lifts her hands up in surrender. Lilith presses the blade harder to her chest. Her face looks terrifying. Twisted in grimace so dangerous and deadly even I feel shivers. I don’t know if one of her many personalities she stole took charge or is it how she really is. She is a mystery I can’t seem to solve. I’m not even close to scratching the surface of her dome. I drag myself up and wipe my hands on my pants. Every bone aches in my body. It seems like the more I rest the worse I feel. Like my body is collapsing, decaying. Sunny circles the two of them and glares her teeth. They shine in the darkness.  “Fine, enough of this circus.” I say approaching Lilith. She shoots me a look so confused and shocked like I said the most unexpected thing ever. Like I insulted her in the worst way. Her </w:t>
      </w:r>
    </w:p>
    <w:p>
      <w:r>
        <w:t xml:space="preserve">reactions are sometimes ridiculous. “She’s a child.” I say pointing at her. Her whole body is shivering with fear, eyes are glossy. Lilith lets go and takes the scythe away. Then she leans towards the girl and offers her, her hand. Her face seems to have changed. From bloodthirsty and evil to dreamy and a little bit crazy again. It’s astonishing to me how fast she can change who she is. And if it is hard for her to do that. I don’t think a human body can fit in so many other minds. She must get lost in them all the time. I shouldn’t be surprised she’s crazy. The girl reaches for her hand. Lilith lifts her up and places her hand on her shoulder. The stranger flinches.  “I apologise for that.” Lilith says with a voice so sweet and innocent yet laces with something dark. “Sometimes my head tells me to fight when it feels scared. It likes forcing me to do things I don’t want to.” So weird... Lilith kneels in front of the girl and looks at her closely. Then she smiles. I haven’t seen her smile honestly in a long time. It’s a mesmerizing view. Terrifying in a way. Like it must forecast something horrible. Silence before the storm.  “What’s your name?” She asks. “Kora.” Girl’s voice is trembling but calmer than before. Her face too. Lilith smiles again.  “How old are you Kora? And how did you get there?”  “I am sixteen.” I didn’t expect that answer. She looks much younger. “I live here.” Lilith’s grimace changes curious. “You live here?” She repeats. Kora nods. “How come?” “I was sent here after my brother got lost in the woods and never returned. They said it’s my fault and banished me.” She says and her eyes become glossy. Suddenly Lilith gaze changes. Like her words punched her in the guts and sobered her up. Like it forced her to relive something horrible from her memories. I know this look too well. She doesn’t say a word. She just leans closer to Kora and hugs her. Tightly. She buries her face in her shoulder. The girl does the same. They look like lost sisters. I stand there in an awkward silence. Once at a time I hear a muffed cry. I don’t know witch one of them does it belong to. This situation seems so unreal. Sheens of water’s reflections dance across their bodies in the darkness. Sunny sits next to me and watches this spectacle as curiously as I do. I look at the wolf and shudder. I don’t know what’s going on too. When they finally untangle, they stand up. I see Kora’s eyes are swollen from cry. Lilith looks dreamy again.  “What are you Kora?” I ask. She looks different than most of the creatures I’ve seen. We rarely have colourful hair. We humans.  “What do you mean?” She asks confused.  “What kind of a creature are you? You don’t look Somnarian.” I say. I become more and more suspicious. There’s something wrong. I can feel it in my bones. </w:t>
      </w:r>
    </w:p>
    <w:p>
      <w:r>
        <w:t xml:space="preserve">“I’m Morvainian.” She says and pins her eyes to the ground. “I know our folk don’t get along with each other but...” “It’s okey, you are not responsible for it.” Lilith calms her down and places her hand on her shoulder again. “You’re safe. We’ll take you with us.” She looks at me but my look doesn’t show much of an approval. She shoots me a pretentious look. I roll my eyes and start packing up my things. “We are setting off soon. If you want to come with us, grab your things.” I say not paying much attention to them. I hear a quiet giggle and then the sound of footsteps receding. When I’m sure she can’t hear us anymore I turn to Lilith. “Are you sure we should take her?” I ask. Her grimace looks so offended I’m sure she would take her if only to piss me off. “She’s here all alone.” She says. Something sad shimmers in her voice. “We can’t leave her here. Maybe we could smuggle her back home.” “She was banished, remember?” I ask more impatient. Her faces changes again. Banished. Like she was. No wonder she wants to take her with us. She doesn’t want her to end up like she did. She doesn’t say anything anymore and packs her things as well. Soon the four of us are standing at the gate to the cave, looking into reddish, morning-night sky. Kora seems taller than she did in the cave, like hope filled her with life and new energy. In the brighter light she looks more like sixteen years old she is. My face is still as stone. We are so close and we have another burden with us. She’s only going to slow us down. Lilith doesn’t seem to be bothered by that. She smiles widely and peace I’ve never seen in her fills her face. Standing next to Kora, even though they are so different, makes them look like sisters. Maybe she won’t fight with me at least. She’ll be occupied by babysitting this girl and she’ll leave me alone. Maybe it will turn out well for me after all. Although I didn’t want any company.  “Light a bonfire. I will try to hunt us breakfast.” I say as I place my bag on the ground. I draw three daggers from it. I hope it’ll be sufficient. Li’s eyes open widely.  “I’m going with you.” She sounds almost offended. I don’t have time nor energy to fight with her. I just stare at her for a moment and then, without a word, walk towards the forest. I feel her grip on my wrist. Anger already bubbles in my veins and my stomach screams for food. I turn around like struck by lightning.  “It was your decision to adopt her. Now take care of her.” I say and wrench my hand from her grip. I don’t know what is it on her face. Looks almost like concern. Although I doubt she’d capable of caring for my safety. It’s rather like she’s scared to be with her alone. I glance behind my back one more time to see her encourage Kora to pick some dry wood for the fire. I scoff as purple sheen reflects of her black hair.    </w:t>
      </w:r>
    </w:p>
    <w:p>
      <w:r>
        <w:t xml:space="preserve">CHAPTER XII LILITH  I always eat my meals alone. However, my feasts are usually full of talking. I talk, the ghosts respond. But it’s better that than nothing. Now, the four of us sit around the bonfire and devour roasted squirrels. None of us says a word. Kora must have been starving for months. She even tries to eat bones. I have to stop her from doing so. I pity this girl. I find so much of myself in her. Banished, cursed, alone, wild. Sentenced for alienation and madness. Constant fear. It terrifies me to see myself in her. To see that more souls suffer the same Fate. But I promised myself, the moment she told her story, that I will protect her. No matter what cost. I won’t let her end up like me. If I can’t save myself I might be able to save her. Draven hunted a squirrel even for Sunny. She’s sitting closer to him, he pets her head. Not so long ago he was terrified of her. Now they seem to get along. It annoys me. He took everything away from me back in the castle. My dignity, my childhood, my joy. He even wanted to execute me. Now he has taken my only friend. Or maybe Sunny thinks we are friends. Over my dead body. Every time a spark of alliance strikes between us we are painfully reminded by the memories why we hate each other. Why it is only a duty to fulfil this mission. Nothing more. I killed his best friend. He gave me the scar on my back and almost killed me along with it. We are even. But never forgiven. I look into the bonfire so intensively the flames start to form a face. The face of a common islander that tried to kidnap me two years ago. I locked him in the shed and set it on fire. I remember the look on his face, through the tiny window to this day. I blink rapidly to get rid of the sight but his melting face doesn’t seem to vanish from the flames. He smiles. I pin my eyes on my feet instead. But his muffed scream still rings in my mind. I can’t get rid of it.  “So...” I hear a chuckle and a shy voice of Kora. It soothes me. Talking. With a real person. I didn’t get much of that on the island. “Can you tell me something about your kingdom? I’ve never been anywhere in Somnaria except the cave.” She says innocently, almost embarrassed. She’s in an alien world, completely alone. I can only imagine how scared she must be. No. I was that scared before. When I got to the island where everything is upside down. Draven shoots me a warning look from across the fire.  “Well.” I start, hesitating. This world is a chaos. And I don’t know if I remember it well. But I decide to play along. Play the part. I get into the character. A girl from the palace I once was. “In Somnaria there is King Crealir, his wife and five children.” Kora’s eyes are bright when she watches me intrigued. I smile involuntarily. “But the real ruler is the Fate that lives in the Upside Down castle, above us. Have you heard about the Fate in Morvain?” I ask. I only now realise how little do I know about the neighbouring lands. How my knowledge has fainted through these years. I know we share mountain border with Kheria and ocean border with Morvain. What lays further is out of my reach.  “Yes. We did. But we praise the God of Death the most.” Kora explains. The God of Death is just a puppet in Fate’s hands. It’s Fate who decides when, where and how will human life end. </w:t>
      </w:r>
    </w:p>
    <w:p>
      <w:r>
        <w:t xml:space="preserve">Death is just a finishing dot at the end of the sentence that is life. The content of this sentence matters more than its end mark. As this thought enters my mind I sadden. My sentence is too meaningless to read. To be written down. It doesn’t belong to me. I stole it. And many others. It’s a plagiarism. I’m copying them. Maybe, in my case is the dot that matters. But it seems like I can’t reach the end of my sentence, no matter how hard I try. I nod to Kora and continue.  “We are mostly the land of human, but many magical creatures live among us. Sirens, werewolves, tearbinders, elfs. Some are more human, some less. Yet everyone is under the hand of the King. Under the hand of the Fate.” I give her as little details as possible. I avoid mentioning convictions, beheadings, banishments that are common among our folk. That violence and injustice is what our people fancy the most.  “And what creature are you?” Kora asks looking at both me and Draven. Cold sweat flows down my back. The kind of creature I am is so rare, so feared the less people know the better. I have to hide if I want to keep my head. I always had to.  So I say. “We are humans.” I purposely avoid mentioning Draven’s status. He nods to me with gratitude. At least that’s what I did right. Kora looks like I’m just telling her the most beautiful fairytale.  “Our folk value art very much.” I say. I hate my land and I hate everyone living in it. I don’t belong here and this earth won’t accept me. However, I have few reasons to be grateful. Very few. “We adore theatres. We have hundreds of coveys travelling across the land, entertaining the residents. We love dancing, singing. Everything. Art is like a beating heart of this kingdom.” At the reminder my heart fills with warmth. Memories of countless rehearsals, plays flood my mind. How me, my father and Lev were sitting on the floor next to the fire and singing songs until our throats ached. How music and laughter filled my every day. Now it’s gone. Now my life is different. I am different. Kora’s smile is almost as bright as the moon.  “Really? Sing me a song!” She says clapping her hands. Her words sting. When I was smaller, I was singing all the time. Now, I don’t know if my vocal cords are still capable of it. I haven’t been singing since my father died. Since his voice was taken away from him.  “No. No I can’t. I’m a horrible singer.” I say smiling awkwardly. Trying to hide the tears gathering in my eyes. The mourning of the life I’ve abandoned.  “Liar.” Draven’s voice breaks in. I shoot him with an angry look. He smiles at me mischievously. “She’s singing like an angel.” He explains to Kora. Then her eyes drift back to mine, even more shiny and intense. I don’t want to. I can’t do it. Yet my body is aching, trying to break free. To put itself in the hands of something I love the most. Of something I buried deeply inside me. I fight the urge with my whole strength but the words leave my mouth by themselves.  “Fine.” I say. “But just one song.” I clear my throat and try to gather my thoughts. I thought every lyrics evaporated from my mind throughout those years. But they are vivid, colourful and alive in my memory. When I sing I feel my father’s hand on my shoulder. I hear him </w:t>
      </w:r>
    </w:p>
    <w:p>
      <w:r>
        <w:t xml:space="preserve">whispering the words to my ear, like we are singing together. Like it’s our last, little performance, even if only I can hear him.  “Little child with golden hair, Come closer, here, where the skies blare. Where moon winks at a lost soul,  Until your heart becomes a coal. Your little life and little dreams, Will shine along, with the sun beams. But as long as night guests in the sky,  To the paths of Fate you must comply.” I can’t manage to squeeze out any more words. This song my father sang me to sleep when I was little. It opens up a wound that was never healed. The one in my heart. I can feel hot tears flowing down my cheeks. I’m too consumed by memories to even wipe them away. I just hug my knees tighter to my chest. My father’s touch is gone, when I need it the most. It reminds me that he’s gone. It reminds me why I have to complete this mad mission. The silence among them is deafening. “Wow.” I hear a voice. It’s not Kora. It’s Draven. I lock eyes with him through the fire. Golden flames dance in their amber surface. He looks almost enchanted. “I forgot how beautiful it was. To hear you sing.” He says. For a moment I wonder if he’s playing with me. To mock me. To make me feel even worse. But the look in his eyes is sincere. Pure. We stare at each other too long. Sudden clapping echoes in my mind. Kora applauses and even gets up from the ground. Draven smiles at me. It’s not a mischievous smile anymore. It’s warm. Tastes like roses in my mouth. Like it’s never been before.  “Okey. Enough of that.” I laugh awkwardly and get up on my feet. “We have a long voyage ahead of us.”   ***  Nudity never concerned me. On the isle of hopeless there’s no such a thing as privacy. However, now, as Draven took off his shirt and shamelessly rakes half naked annoys me. Moonlight reflects from the surface of his skin like it’s made from mirrors. Every muscle of his arms and chest is tensing, moving. I don’t like the sight of that. However, Kora seems to really enjoy the view.  “So, Kora.” I say to get her attention. She snaps from the trans and looks at me. “I’ve told you about Somnaria. Can you tell me something about your country?” Draven sends me an encouraging look. I don’t want to use her for my advantage but every information about our opponent is valuable. The revelations from last days almost made me forget what we’re fighting </w:t>
      </w:r>
    </w:p>
    <w:p>
      <w:r>
        <w:t xml:space="preserve">for. The life of our kingdom. And my father’s. Kora seems to sadden. It must not be easy to remember the home that banished her.  “In Morvain we don’t have magical creatures like you do.” she starts of. “But we have dragons.” At her words my eyes widen. I thought dragons got extinct ages ago. That’s what we were told. King must have hidden the truth from us not to scare his people. But blood freezes in my veins. How are we supposed to fight against dragons? It’s impossible. Even for me. And most importantly, did Draven know about this? And why didn’t he warn me? I look at him pretentiously. He looks away. Coward. “And the God of Death supports us.” At this her eyes darken. It’s hard for me to distinguish that look. It balances between fascination and something more dangerous.  “What do you mean supports you?” I push. Once me and Draven will be alone, I’ll smash his head across the wall for hiding details from me. Important details. Details that can affect my life or death. Unless that was what he was aiming for. My death. Maybe all he wanted was to fulfil his mission and let the Fate get rid of me. Another spark between us faints. How can I have any trust in him when he hides everything from me. Kora’s eyes widen and her body tenses. Like she just said something she was forbidden to. I narrow my eyes at her, pushing her to talk but she just smiles awkwardly. “I mean that he’s gracious to us. Every month we offer him sacrifices from prisoners from our dungeons. They burn on stakes. The more painful the death the more satisfied Death is. So, we keep him satisfied and he rewards us with long and healthy lives.” She says it with a smile and face so calm I wonder if she’s joking. But she’s not. I know she’s not. I experienced first handed how cruel my world is. Every world is the same. I can see it in her eyes. Madness. Sick satisfaction. She enjoys that. She finds nothing wrong with this ritual. For my whole life I though Somnarians were corrupted and rotten. Maybe, no matter the land, the kingdom, the kind, we are all the same. All selfish and violent. I have nothing more to say and nor does she. So we just swim through the ocean in silence. Not a single land in sight. We sit and the water splashing makes me anxious. Kora’s staring at Draven’s working muscles and I boil inside. How could he not tell me? I know he knew. He must have. I clench my fists so hard my nails break the skin. I can feel stinging blood. Sunny rests her head on my lap to calm me down. But it doesn’t work. I have to talk to him. Now. “Go to sleep Kora.” I say to her but keep burning a hole in Draven’s face with my eyes. She looks at me confused.  “What, why would I…” she says but the words catch in her throat.  “Sleep.” I whisper the word into her mind, weaving it between her thoughts like silk. Soon she falls unconscious. One of the veins pulsates painfully on my chest. Using spells never sits right with me. Probably because I stole this ability from a witch. The same kind as Misha. Every time I remember I feel like I betrayed her. Despite the fact that the witch I killed tried to force me into stabbing myself in the heart. I hear her harsh, mad laugh in my head as the power fades. I’ll never be free of those voices. I wish I could reconcile with them by now. Yet, they are always itching my brain, scratching it to the blood, staining my soul.  </w:t>
      </w:r>
    </w:p>
    <w:p>
      <w:r>
        <w:t xml:space="preserve">“Why didn’t you tell me?” I ask Draven when Kora is enveloped by spell-sleep. I stroke her hair even though she can’t feel a thing. She won’t remember that afterwards. Draven doesn’t stop raking for a moment, he just has his eyes pinned to the water. The moon reflects from its surface and shines across us. I can see his jaw is tense. His muscles flicker. “Why?” I shout this time. My voice carries over the water like a siren wail. It’s lower, more harsh. Like something dark, deadly tries to break outside of my body.  “I didn’t have time.” He says finally looking at me. “And I didn’t want to scare you away.” From the look of his eyes I can tell he’s honest. One of my many abilities is being able to distinguish lies. Although, it doesn’t always work well. Sometimes I’m blinded by hope that some’s words are true. Because I deny the real truth that lies beneath.  “You just want to use me!” My scream is loud and full of hate. Even I’m surprised how furious it sounds. Like some  demonic part of me is taking charge. “Wouldn’t you go if you knew? Would you deny saving your father because you’re scared?” He asks and looks me in the eyes so deeply I feel it in my bones. He’s not doing this to mock me. He’s asking to make me realise the answer. He’s forcing me to answer before myself. Trying to find out if I’m really the person he’s looking for. If I’m the hope.  “I wouldn’t.” I answer truthfully and the darkness leaves my body. It slowly faints, like a whisper. The veins stop burning. I hang my head down. I hate not having control over my powers, over my mind. I get tangled up in my thoughts and emotions. The strings hug me so tight sometimes I loose the sense of reality. Mostly the pain helps. Somehow, he is able to wrench me from this state just by his words. By his presence. Maybe because his presence is so painful for me to bare. Suddenly I feel so tired. So exhausted.  “I should have told you. But believe me, we can’t do this without you.” For a moment he remains silent. Like he’s debating whether to say more or hide it from me. But there’s no place for lies. Not when we’re too far gone. “The King of Morvain has set a pact with the God of Death. That’s what I was told and I hope it was a lie. Either way, you are my only hope.”  Emotions of all colours and tastes bite my skin form the inside. Terror threats to swallow my heart. Pact with a God of Death. Allies with Death. The only way to win this war would be to have the Fate on our side. Or someone who can manipulate the Fate. Like me. But will it be enough? I feel betrayed. Used. I feel sad and heartbroken that he didn’t tell me. He didn’t want to scare me and had hidden it from me. To force me into this. But he’s right. Would I quit if I knew? Over my dead body. It doesn’t matter now who I’m going to be fighting with. I could fight with the Fate itself. As long as the hope of bringing my father back is vivid, nothing really matters. I would sell my soul to have him back. For the first time in a long while I don’t erupt with emotions. I don’t scream, I don’t destroy things around me, I don’t kill. I just think. I’m his only hope. No matter how ridiculous and dangerous does it sound. To face an enemy that has Death itself on their side. It’s good to hear I’m important. That I mean something. My life has meaning and I’m not just a piece of dust thrown around by the wind until it’s gone. Like I always thought I was. My existence can change things. Can save people. And even though I should rip the hair of his head I remain calm. Because something new forms in my heart. I </w:t>
      </w:r>
    </w:p>
    <w:p>
      <w:r>
        <w:t xml:space="preserve">won’t fight only for my father. I will fight for every person, too vulnerable to survive. Because they count on me. He does. Maybe this way I’ll be forgiven my sins. Maybe I’ll deserve my redemption. Maybe I’ll be a person my father would want me to be. Good. I say nothing more. Draven doesn’t either. But for the rest of our voyage we stare at each other in silence. Exchanging our hatred, fears and sorrows. The space between us seems to shrink even though we don’t move. Every fight we have we drift away from each other more. But somehow it brings us closer at the same time. Every conversation reveals that no matter the wounds we have delivered each other, we are fighting for the same cause. And that we may not be as different as we thought. It would be easier to accept this state, this forced alliance, this inexplicable connection if he covered his muscles. They blind me. I swear he puffs his chest and smiles mockingly when he sees me glancing at it.  ***  “How much longer?” Kora says. For half an hour her head was hanging across the edge of the boat. This trip made her realise she is seasick. Turns out I am too because I join her from time to time.   “We should see the island now.” Draven says concerned. The sky starts changing it colour to dark blue. We’ve been sailing two days, except for our stay in the cave and we still didn’t approach any other land. I wonder if Misha lied to us. Or if we got lost. From her advice we had to sail South. We did. Maybe we’ve committed a mistake. The thought of getting lost on the sea, so close to the border, and yet so far away from any civilisation makes me feel sick. Fear scratches my back with its claws. Incomprehensible whispers tangle in my head. But then, Draven speaks again, and they run away. Like he’s scaring them. “Maybe it’s covered. Misha said it’s enchanted.”  Exactly as his sentence ends the boat suddenly stops. Like we’ve encountered a rock or a shoal. I turn around. My heart skips a beat when I realise what immobilised us. It’s a land. We reached the shore. Island was nowhere to be found when we were on the sea. Now, it materialised like a spell in front of our eyes. It must have been guarded by a curse. Keeping away intruders. Or trapping the residents inside. Only those who know how to reach it, can. The island looks not much bigger than the Isle of Hopeless. Disappointingly small. Even from this distance, through the thick forest taking every space I can see the shore across. Not a single soul in sight. Just wildness.  “Is it the Land of Masks?” Draven says putting the rakes aside. “It looks like it.” I answer but anxiety squeezes my throat. It doesn’t look like it at all. “Yeah.” He says dismissing me. He jumps out of the boat with one, deft move. His feet land in the water with a splash. Kora follows him. He starts collecting our things, weapons. He hangs his shirt across his shoulder. But I stay in the boat, looking blindingly at the forest. At the land that was supposed to help me bring my father back. All it has offered me is disappointment. If other Fate Stealers live there, I doubt they can use common language. They are savages. If they even exist. I curse Misha in my mind. For crossing us up. Maybe she only wanted to get rid of me. I became a serious infection on the body of our island. Maybe she got tired of my self-will.  </w:t>
      </w:r>
    </w:p>
    <w:p>
      <w:r>
        <w:t xml:space="preserve">“Lilith?” Draven says bringing me back from my trans. His face is close to mine. He looks concerned. Maybe he has the same feeling about this place too. Maybe we’ll be trapped here forever. “Come on, we have to go.” He says offering me his hand. I don’t accept it, just scramble out of the boat by myself. I feel nauseous from the lack of knowledge. Claustrophobia catches my throat.  “Maybe we should go back?” I ask dragging my scythe out of the boat. Only now I notice he’s taken my bag too and strapped it across his chest. I’m too scared to get disappointed. To watch how the only chance to help my father flows right through my fingers.  “We have to try. We will look around at least.” He says. Cold water splashes my ankles, soaks the edge of my dress. Draven’s standing in front of me, his bare chest shines from sweat. Despite the never ending night on our land, the moon seems to play the part of the Sun just right. It’s warm in here, hard to breathe. He stares at me, his eyes look weird. Like he’s analysing me. It creeps me out. That someone can pay closer attention to me. Trying to look into me. I don’t want people to know me. Because I don’t even know myself. I don’t know who I am. If I am no one or everyone.  “Hey!” Kora sounds from the edge of the forest. She already carries a huge stick. I doubt she can use it for self defence. “Come on!” She says laughing. Then she runs into the forest.  “This girl is a pain in the ass.” He says with disgust on his face, looking after her. I let out a quiet giggle, despite my will.  “It’s inappropriate thing to say as a prince.” I say as I pass him and head to the woods. From the corner of my eye I se e his mocking smile as he reaches me. He walks closely, right behind my back. I feel the warmth of his body. It makes me feel dizzy.  “I’m not a prince.” He says from my right “And even if I was, it allows me to speak however I want.” He changes sides to speak to my left ear. I wave at him like he’s an annoying fly. He laughs. The spark between us flashes again, faintly shining at the bottom of my soul. For a moment it feels like we’re just old friends.  The forest is so thick I can barely see anything on the ground and up in the sky. Just black silhouettes of the trees and bushes. And not a sight of Kora around. Draven keeps close to me. He has his sword belted to his side, but his hand lays ready on its hilt. I have my scythe up, steady in my hands.  “Kora?” I shout to the void. Raves take off from the trees. Their growl is blood freezing in never ending silence. Even our footsteps are muffed. We’re tangled deeply in the forest, I can’t see a way out from any side. Like we’re trapped. I can almost feel the trees pushing at us from the sides. My breath becomes shallow every time I draw it. My lungs shrink. I despise narrow spaces.  “It’s fine. She’ll find us soon.” Draven tries to calm me down but it isn’t effective.  Suddenly, a light flickers at the side of my view. It’s fainted beams reach us.  </w:t>
      </w:r>
    </w:p>
    <w:p>
      <w:r>
        <w:t xml:space="preserve">“There, look.” I say, stopping suddenly. He collides with my back and jumps away like he’s burned. I point at the source of light. “I think we should go there.” The slightest spark of hope lights up in my heart. Maybe not everything is sentenced to failure. Maybe there’s still a chance. The look on Draven’s face is pure concern. My must be too. But we have no choice. We are lost either way. Every tree, every rock looks the same. Almost like the forest lures us deeper, confuses to trap us here forever. Ground crunches under our feet in the silence. When we finally manage to break through the chaos of trees the source of light meets us. It’s a little lantern with a candle. Hung on a metal fence. Fence so high I can barely see it. The fog behind it makes the top impossible to see. It’s thick, almost white. It fills up the space behind the fence but doesn’t flow outside of its borders. Like it’s trapped in here. Rusty, copper bars bend in every shape, forming swirls, hearts, even faces. And it goes on and on, disappearing in the darkness. If this is the Land of Masks, we are hopeless. I catch the bars with trembling hands. Trying to look through the fog, trying to see something. Anything. But it seems like the field behind it hides nothing but an endless, free space. “What the...” Draven says but his words are cut by a cling of blade. Many blades. We turn around at the same time. During my life I’ve seen dozens of odd, scary creatures. Some had four arms, some had none. Some had two heads, some lacked one. They were of various colours and shapes. But this. I’ve never encountered something as gross and terrifying. At least ten figures emerged from the forest and surrounded us. They are dressed in ripped clothes soaked in blood and covered by dirt. And their faces... They don’t have faces. Instead, there is a black, gaping void. Blurry and cursed. When my eyes meet with them, I feel like my soul is being sucked from my body. Each of them carries a sword, axe, small scythe or even wooden spears. And each of them is ready to fight. To kill. Like on a command, every creature lets out a growl. Like slaughtered animals, ringing in my head, squeezing my brain. It’s deafening. Painful. I have to cover my ears not to let my eardrums break. Each of them starts charging at us at the same time. Like something connects their brains. I allow myself to throw a quick glance at Draven. He already has his sword in both of his hands, low on his knees, ready to fight. His eyes are black from terror. And he’s looking at me too. He frowns and this grimace makes him look so frightening I would back off. Only if I had time. One of the faceless creatures attacks me from the back. It grabs me by my neck and wrenches me backwards. I swing my scythe above my head. The blade meets with the flesh, sinks deeply in it. The scream it causes is the worst sound I’ve ever heard. Squeal combined with bubbling growl, from the deepest depths of hell. The creature backs off and I have a chance to face it. If it’s an appropriate thing to say in relation to someone without a face. I swear it smiles at me. Even though it doesn’t have lips. My blade stroke it’s head. I’m sure it did. Yet, the only damage it made was slightly cutting the head in half. Now, both parts of it are separated by a gap. But nothing more. It’s not dead. Another creature throws itself on my arm. I swing my scythe again and again at two opponents attacking me. But they just don’t seem to die. They weaken, their moves are slower and more clumsy. But they’re still standing, like I didn’t just pierced their stomach through. Two more jump on me. I can’t defeat them. I need more weapons. Sunny run out from the woods and starts biting into the leg of one of them. But it barely slows it down.  </w:t>
      </w:r>
    </w:p>
    <w:p>
      <w:r>
        <w:t xml:space="preserve">“Draven!” I manage to scream through the chaos. I see him fighting with two of those creatures. His bare back is scratched, blood flows like steams. His head darts to me, raw fear consuming it. “Throw me the bag!” I know he doesn’t have time to do this favour. I know he’s fighting for his life. But if I don’t get my knives I’ll die. And I can’t die. Not then my father’s still dead. He doesn’t do anything. He swings his sword at the creature’s arm but still looks at me. The next second I’m thrown onto the ground by another monster. All five of them attack me. I try to swing my scythe but it’s too long. Their “faces” are close to mine. In their voids I gather a glimpse of teeth emerging from the darkness. They want to eat my face off. They want to steal my face. I try to cover it with my arms. They scratch my skin to the flesh, blood floods my eyes. I kick them because there’s nothing more I can do. I’m dying. I can feel my powers leaving my body, the strength, the stamina. My live flows through my fingers and the only thing I see under my closed eyelids are father and Lev. They stand in white void. There’s no floor, no ceiling or walls. Just never ending whiteness. They hold hands. Father’s skin is pale. His lips splashed with the same, fluorescent, blue blood. He’s dressed in the same clothes he was wearing the day he died. Blood flows from the hole in his stomach. It forms a puddle on the ground. Lev is dressed in a shirt too big for him, soaking in water. It drips from his black hair and his clothes. His skin is swollen and almost purple. His lips too. Like he looked the day he died. Tentacles climb up his shoulders. They both smile at me. It’s a sad, miserable smile. Behind them stands a hooded figure, in dark blue toga. “I’m sorry.” I whisper. I don’t know if my words really escape my mouth or I say them just in my head. But they close their eyes in understanding. I can feel tears filling my eyes. I couldn’t save them. No matter how hard I tried. I always fail. In everything. The Fate gave me a chance to fix it. But it was taken away from me. “I tried.” Tears flood my vision, their image blurs and distorts. It darkens, live escapes my body. The weight of the creatures is crushing me. I can feel them pierce the ground with my back. Like they want to bury me alive. Suddenly, it stops. The weight is gone and so is the scratching, beating and snapping of imaginary teeth. I manage to open my eyes even though they weight a ton. Through blurry eyes I see Draven. His body is red from blood, his white hair too. I see a huge cut slicing his cheek, reaching for the corner of his lips. He’s out of breath, almost falling on his knees. He’s exhausted and on the verge of death. “Run Li!” He screams hitting the creature in its stomach with his fist. “Jump through the gate!” He saved me. He sacrificed himself to save me. I drag myself up on my feet, the pain is blinding. I almost loose balance one I stand up. I look at the fence, then at Draven. At his eyes extinguishing, at his blood covering his whole body. I do everything I can to gather every spark of strength I have. I couldn’t reach for my powers before. My body was too exhausted, the blows were too fast. Now they all focused on him and left me alone. I just hope my body will be able to produce at least a little bit more power. Just enough to save him. I close my eyes, so tightly it burns. I summon all my strength, blood, thoughts. Even through my closed eyelids I see a golden glow filling the space. My golden veins shine, sting. The pain throws me on my knees. But I still place my hands on the ground. And with the last spark of energy I stop time. I’ve never been more grateful for a murder I’ve committed. Killing a Clock wasn’t easy. Those creatures look like normal people. Though a giant clock is attached to their chests, in the place </w:t>
      </w:r>
    </w:p>
    <w:p>
      <w:r>
        <w:t xml:space="preserve">of their hearts. They stop time however they want, use the void however they want. Killing one was almost impossible. But I’ve never been more grateful for my cunning. It will save his life. It must. His head turns to mine in slow motion. His eyes are big as the whole world. Blood flows from his hair and into his mouth. He falls onto the ground. He looks dead. I waste no second. Energy is already escaping my body. I run to him as fast as I can. I catch him under the arms. I have to drag him across the fence. Across the fence that towers above me. It’s impossible. I can use my Umbrith power to get to the other side. But I can’t channel it to him. The dark part of my soul whispers to me.  “Leave him.” My own voice rings in my head. I could go back to castle alone. I could save my father and be free from Draven. But he saved my life. He sacrificed his life for me. I have to pay the debt. And, surprisingly, I realize I don’t want him to die. I don’t want him to leave me.  “Never!” I scream at myself, my voice echoes. I drag him as close to the fence as possible and lean against it. I place his head on my laps. His eyes are already closed, but his chest rises rapidly. His fighting. I take his hair from his eyes, try to wipe some blood. I have no idea what those creatures are. I can’t use any power on them. I have no certainty it will work. And I’m already on a verge of burning out. There’s nothing I can do. We’ll die here. Silhouettes of those hideous monsters start to move, slowly, escaping my spell. In few seconds I won’t be able to hold it anymore. We’ll be eaten alive. I close my eyes and rest my head on the fence. I don’t even have enough power to move my own body to the other side. And I already faced the death of two people close to my heart. I didn’t save them, just run away. This time, if he dies, I’ll die with him. The last, faint spark of my power floods away, my veins shimmer and extinguish. The growl of the creatures is back, I can hear them running towards us. But suddenly, there’s silence. I open my eyes only to see an abnormally tall man standing in front of us. He’s dressed in a red suit embroidered with red roses. His face is covered by a mask. A white one, with red lips and red cheeks, blue triangles over the eyes. The mask is happy, euphoric. Black hair stick out from under it. Green eyes scan our faces. I can see the pointy ears of the stranger.  “We’re happy to host you newcomers.” The man says. His voice is melodic, almost like he’s singing. Only now I see a sheen of light his presence brings. The creatures behind him don’t dare to come closer to the light. They back off and soon they’re gone in the woods. “I’m sorry for the trouble.” He says pointing at the monsters. “Face-eaters lurk here to steal some faces, to get into the city. Poor things.” Poor? They tried to slaughter us. The man reaches his hand to me. But I’m immobilised by Draven’s body.  “To get you two in, you must pay two faces.” He says and shows two fingers, like I’m stupid. His moves are theatrical, exaggerated and smooth. Like he’s dancing. He stretches out his arms, like he’s getting ready to bow after the performance. “Can you pay the price?” He asks and bends in half, leaning towards me. He puts his finger to his chin, like he’s considering.  “Will the doppelgänger ability work?” I ask. Every word is painful in my sore throat. He jumps back and places his hands on his chest, on his heart. I wonder if I look as odd when I’m too swept away by my artistic dreams.  </w:t>
      </w:r>
    </w:p>
    <w:p>
      <w:r>
        <w:t xml:space="preserve">“A Fate Stealer we got there!” He says. His voice is too enthusiastic. I sense a trap. But at the same time, he seems like he’s no human at all. Just a projection, filled only with happiness and excitement. “But, of course.” He adds. I waste no time. My body is drained, I don’t know if I’ll survive another usage of power. But I bring two, randomly picked personalities from the depths of my soul. First, I change into the siren that almost killed Draven. He leans towards me again, closer than before.  “Mesmerizing.” He says with a dreamy voice. Then, suddenly, he kisses my mouth. For a faint second, but he does. I feel like he inhales my soul. In a moment he draws back, I take my original form. Horrible pain, like thousands licking flames eat my body. One of the veins disappear. I feel like a part of me has been amputated, cut off. Wrenched from my body. Only now, when I’m being robbed from it I feel how tangled with my own are the stolen souls. They are the part of me. They form me. He doesn’t straighten fully.  “Now, the second one and you two are very welcome.” He says with the same, mad enthusiasm. I search my mind to find the least usable power. I decide to change for the human girl I’ve thrown from the stairs a couple of months ago. She found me with a man in the bed. It turns out she was in love with him. In jealousy she wanted to fight. But I killed her instead. I didn’t always do good things. My soul is stained. Her presence in my mind is one of the most heightening one. It reminds me of the remorse I sold. Of the darkness of my heart. “I’m sorry Diana.” I whisper to her part that hosts in my body. Then I change to her. The man repeats his kissing ritual, bringing the pain of fainting vein with it.  “Welcome to the Land of Masks!” He shouts. Ravens fly off the trees. “In this place. personality is a currency. For your face you can buy, trade, live. But remember to sell yourself reasonably. Once you run out of personalities, this is what awaits you.” He says pointing at the forest again. A shiver goes down my spine. At least I have many personalities for sale. Suddenly, one part of the fence right behind my back creaks, rings and opens. By itself. I almost loose balance. The man passes me and walks straight into the fog. I’m left alone again, with barely alive Draven on my laps. Then, the man’s head pops out from the fog one last time his mask is slightly moved aside.  “Come, come, before the time runs out!” Then he’s gone again. I drag myself up and pull Draven’s body to the fog. I just hope it’s not a trap and they won’t kill us inside. But I doubt it’ll be worse than the death we faced before. Sunny suddenly appears. I didn’t even notice her running away to the woods. She follows us to the mysterious city. As I drag Draven’s body, fighting my own not to give up I see the Fate following us. It’s always there, always breathing at my neck. Reminding me that no matter how much I believe my choices are mine, it’s it who forms my path.    </w:t>
      </w:r>
    </w:p>
    <w:p>
      <w:r>
        <w:t xml:space="preserve">CHAPTER XIII DRAVEN First day on the Land of Masks  The breath I draw is the biggest one in my life. I bend in half, start coughing blood, I choke on it. A hand smashes my back. I'm sitting on something rough, probably floor. My chest is bare. I feel sticky from all the blood and sweat covering my body. My eyes need a minute to accommodate to the surrounding. I’m in a huge, stuffy space with a low, arched ceiling. Walls are bricked. Few lamps hang from the ceiling. Colorful, embroiled, oriental rugs hang from the ceiling too, decorate the walls and the floor. The hall goes on and on and gets lost in the darkness. Whole floor is scattered in wooden barrels. They are stacked on top of each other or pushed into the recesses in the walls. Intoxicating smell of wine and rum fills the space. It’s hard to breathe in here, the air feels sticky, like me. I find it hard to distinguish where does my body end and where the space starts. I seem to melt in the air. This horrible feeling of lack of control paralyzes me.  “You’re alive prince.” A voice resonates next to me. I was so unprepared I jump to the side and hit the opposite wall with my head. Only now I realize the hideous pain my whole body is in. Every joint, every bone and cell hurts. I don’t remember feeling so much pain ever in my life. Jade eyes stare at me and my heartbeat steadies. At least I don’t have to fight with anyone anymore. It’s just Li, here, next to me. She looks very much alive. Just horribly bruised and scratched. But alive. The last thing I remember is dying. How I stood up for her when those monsters tried to rip her body apart. I didn’t think much when I threw myself on them. I didn’t think about the mission or what my father offered me if I would bring her to the castle. The only thing that occupied my mind was that she’ll die without my help. And my heart couldn't bare that idea. I don’t know if I was aware that I’ll die. It didn’t matter at the time. All that mattered was that she was dying. Hot shame fills my body to the top. I can’t believe I sacrificed myself. For her. I have no idea what made me do this. Or I’m lying to myself and I know exactly what was the reason. I put my hand to my head. It’s wrapped with a fabric.  “What happened?” I ask. My voice sounds harsh and dry. Like I haven’t used it for ages.  “Don’t you find it funny? It’s the second time you wake up and don’t remember what happened.” She says smiling but her smile is sad. I involuntarily smile too. If she can joke now it means it’s not too bad. I hope so. “Yeah.” I say. My voice is laced with fake laugh. “But really, what happened? The last thing I remember was dying.”  “You will probably think that I’m mad but...” I raise a brow mocking her. She jabs me in the side. It causes more pain than she intended. I think. “A man in a mask just appeared. The monsters run away. He let us in.”  </w:t>
      </w:r>
    </w:p>
    <w:p>
      <w:r>
        <w:t xml:space="preserve">“Mhm.” I answer. I’ve been through so much odd incidents lately I’ll believe anything. “Where are we?” “In the Land of Masks. On the other side of the fence.” My mind clears after her words. I straighten up but she places her hand on my chest and pushes me back, to sit. Her touch leaves a warm feeling on my skin, even though her hand is cold. “So there really was something behind the fence.” She nods. “Did you sell the faces to get in?” I ask. She nods again. Only now I fully see dozens of barely healed bruises, cuts and scratches on her arms. She looks like she’s been attacked by a horde of wild dogs.  “Are you hurt?” I ask straightening up again. Only so much she won’t chastise me for it.  “Compared to you? I have never felt better.” She smiles again. Even through so much pain, exhaustion and disorientation her smile brightens my thoughts. I don’t know when I crossed the line of hatred towards her. When I started caring for her safety and being happy when she smiles. Before, she was just a crazy, lunatic girl to me. Not much to offer, just wandering through the castle making me angry. But those few days changed everything. I saw her flaws, her fears and her advantages. I saw the pain that crawls beneath her skin and doesn’t let her sleep at night. Even though I still don’t know much of her story, I feel like we understand each other. Like we are lost in this world in the same way. I still didn’t decide if this state is something I want to acknowledge. But it’s good to see her smile. She has such an adorable smile. It brightens her sharp, dark features. Makes her look real, not like a dream.  “Is it bad?” I ask. I still didn’t examine my body, and I don’t know if I want to.  “You have your cheek cut. Many cuts on the chest, back, arms. Bruises. I think your ankle might be sprained. And your wounds are festering. I was waiting for you to wake up to go find some medication. But since you’re awake…” she says and starts standing up. My moves are faster than my thoughts. I catch her hand and don’t allow her to stand up. Words tangle in my throat. We just look at each other for an awkward second.  “No, stay.” Her eyes are big with confusion. So are mine. “Please.” I see her gaze softening. She sits back again, this time closer to me. Her presence is vibrant, it mixes my thoughts. Or maybe it’s just the pain. I don’t know why did I force her to stay. Now my scars burn and we don’t exchange a single word. But I’m glad she’s beside me. Her presence is so overwhelming it doesn’t leave any space in my mind for bad thoughts. It’s just her. Her body radiates with heat beside me.  “I think we should bury the hatchet.” She says after a while, like she’s embarrassed she said it out loud. I fire out with an answer too fast.  “That would be great.” Awkwardness is horrible. Tense in the air.  “So, since I think you told me everything you hate me for. Let me pour out my own sorrows.” She says like she’s been waiting for that her whole life. I can’t fight a smile. “Well, throughout my whole childhood you’ve been mean to me, bullying me, insulting. You’ve been doing horrible stuff to me, pulling my hair, laughing at me…” </w:t>
      </w:r>
    </w:p>
    <w:p>
      <w:r>
        <w:t xml:space="preserve">“Vice versa.” I say interrupting her. She looks irritated but not mad. “Let me finish. Yes, I did that to you too. I don’t know where did our hate start but I know when it took the culminating point. One day, on the Full Sun night. I was alone in the garden. I thought I was alone. I remember it clearly, like it was yesterday. It is carved in my soul.. I’ve been singing to the fishes in the pond. And you just jumped out of the bushes and attacked me with a knife. You cut my back, along the spine.” Suddenly she turns back to me and takes off her dress from her shoulders. My body tenses as I see her naked neck and a huge scar going down from between the shoulder blades. I reach my hand to touch it. Like something forced me to. I’ve never seen that scar before. I never knew I did something like this. The Full Sun night. I was haunted. She flinches at my touch. She puts her dress back on and turns to me again. “If the guards didn’t appear and took you away I’d be dead. The wound was deep.” She says. She looks sad. Not angry. Just sad and hurt that someone could do this to her. I can’t find my words. I could tell her about my curse. About the things it does to my body and that I would never, ever hurt her like that in my right mind. Not like that. Not even then. But I’ve never told anyone about it. It’s the darkest part of my soul and I’m not ready to share it with anyone. Not when I’ve just gained a slightest trust towards her. Not now.  “I’m sorry.” It’s the only thing I can say. Then there’s the silence. I swallow the lump in my throat. “I promise I’ll explain this. Someday. But I didn’t intend to hurt you.” She doesn’t push me, doesn’t scream. Just closes her eyes. I think something changed in her too since we reunited. Like the hope for saving her father filled her with life again. Or maybe it was my merit. She’s silent for so long I feel anxious.  “Can you tell me something about yourself? What happened that you’re… like you are?” I scold myself mentally for how stupid I am. How could I ask such an inappropriate question. To the girl I, for some reason, feel attached to. Who I unexpectedly care about. “Never mind.”  “No, it’s fine.” She says and drops her gaze at her hands. “What would you like to know?” She asks. I’m surprised by her reaction. By her willingness for sharing her story. With me.  “Who’s Lev? I’ve heard you mumbling his name through your sleep.” I recall her screams from the boat when we were alone. She was calling his name. It was filled with agony.  “He was my brother.” She says not looking at me. “He drowned in the ocean when I was eight and he was five. A hydra pulled him down to the depths. We barely managed to regain his body. I was there. And I didn’t help him.” Her voice cracks. I can’t see her face but I know she’s fighting tears.  “I’m sorry.” I don’t want to ensure her that it wasn’t her fault, that I understand, that everything will be all right. These are empty words. They don’t mean a thing. I am just truly sorry for what happened to her. Nothing can change her past. “That’s why I started playing in theatre. I couldn’t bear with the fact that I didn’t save him. So, I wanted to be someone else. Someone who doesn’t carry this burden. Ironic, isn’t it? Now I carry at least fifty souls in my own. Sometimes I don’t even know if my thoughts are mine. I </w:t>
      </w:r>
    </w:p>
    <w:p>
      <w:r>
        <w:t xml:space="preserve">hear their voices all the time. I can be everyone. But at the same time, I’m no one.” She says laughing bitterly. “I wouldn’t agree with that.” I say. She looks at me confused. Her eyes are watery. “You’re dreamy, creepy in a way. You’re terrifyingly intelligent and bright. You like nice things and you love your family. I doubt it belongs to anyone else but you.” I’m surprised with honesty of my words. They come from the depths of my heart. “And what about you? What made you the way you are?” She asks. Her face, though consumed by painful memories seems calm.  “As you know I wasn’t an easy child.” She nods. “I always caused trouble, even if I didn’t want to. And I am illegitimate. I was a mistake. My father was embarrassed of me, of the fact that he fathered a child with a random woman. So, he would beat me up for it. And lock me up in the dungeons when I miss behaved. I learned to hate the person I am. I think that’s what made me such a horrible person.” Reliving those memories, saying those things out loud is like a knife to the heart. But I’ve never said it to anyone. I was scared it’ll break me. Although I feel… lighter.  “I wouldn’t say you’re a horrible person. Just… annoying.” She says and she smiles. It makes me smile too. I wish I could stay here forever. Exhausted but calm. In a safe place, with a person I can rely on. After all she saved my life. She could have run away. Leave me to death and be free of my bonds. But she stayed.  “Why did you save me?” I ask after a while. “I don’t know. I didn’t want you to die. Especially after you saved me. I think this trip made me realize I don’t hate you that much.” She says and winks at me.  “I love when you do that.” I say. Shame. Again. What’s going on with me? I can’t control the words that spill from my mouth. Warmth radiates in my chest. “Do what?” She asks. “This wink. I like it when you mock me.” I want to bury myself alive.  “That’s a good thing. Because I won’t change it.” We exchange smiles. “Is it hard for you? To be a Fate Stealer?” Another stupid question. “It is sometimes. When I remember that the things I do are not justified. I tell myself that it’s all in self defense. That I am working for a greater good, to get rid of the criminals from the isle. But is it really? I find myself enjoying the power I have. I’m not hopeless.” She says. “Understandable. Power is blinding.” Nothing else comes to my mind. I know exactly how good does it feel to torture the prisoners. To have control. No matter how horrible and immortal this is. It gives the feeling of being in charge. Something I lacked my whole life. “What are those golden veins about?” I ask after a while. I’ve gathered the scars peeking out from her neckline a long while ago. I have a feeling that with this conversation we try to make </w:t>
      </w:r>
    </w:p>
    <w:p>
      <w:r>
        <w:t xml:space="preserve">up for years of neglect. She traces them with her fingers as she speaks. It makes my body react in an odd way. “They are marks of every soul I steal. They grow on my body after every kill. Every power I gain.” I should have a notebook to write down every fact about this girl. She’s like a never-ending story. Everything she says reveals something new, something more and more intriguing. “You should get some sleep.” She says but she doesn’t move. “You too.” I answer shortly. “I have to find your medicine. And find Sunny. She’s looking for Kora. Poor girl must be somewhere in the woods or lost in the city. I pray to the Fate she’s still alive. Although, after we’ve seen those creatures…”  “She’ll be fine.” I answer, not believing a single word I say. I am almost sure she’s already torn to pieces. I can’t say I’m not sad about it. I’m just too exhausted to be emotional. “Stay here and get some sleep too. You look dead.”  “Oh. That’s not a thing you should say to a woman.” She acts outraged, through her smile says differently. “Don’t take me for a gentleman I’m not.”  “I don’t know, you saved my life. That’s a gentlemen thing to do.”  “Consider it a friendly favor.” She smiles at me one last time. Then she rests her head on my shoulder. I freeze under the touch. It’s so intimate I want to run away. I’ve had my time with woman. Some would say I was dissolute. But it never involved emotions. This touch is more than a connection of bodies. I feel our minds connecting. And it’s much more intimate than anything else. I wrap my arm around her waist and pull her closer. She’s cold like ice, shivering from low temperature. My body is too heated from the fever to acknowledge it. I reach for my shirt, drying out on the floor and cover her legs with it. She’s already fast asleep. I touch the golden pendant resting on her chest. Then I fix my iron bracelets. We even both have talismans. I try to keep my head as far away from hers as possible. We are already too close. But as my mind drifts away into oblivion I realize my head rests on hers.   ***  I often have this dream. And it always leaves me with a biting remorse. Because I enjoy it. I enjoy it when my father is tied to the chair in the dungeons he would lock me in for days. How he tries to scream but he can’t, because I cut his tongue out. In this dream I laugh at him. The blood drips from his lips to the floor. I approach him with a knife. And carve the same runes I have, carved in my forearms on his face. I cover his mouth so he chokes with his blood. I laugh and laugh unstoppably. Because it gives me so much joy. That he suffers. He’s in pain and agony and there’s no one to save him. How he made me feel for so many years.  </w:t>
      </w:r>
    </w:p>
    <w:p>
      <w:r>
        <w:t xml:space="preserve">I feel remorse now, as I wake up. The images still vivid in my head. And I can’t distinguish joy from terror. Satisfaction from awareness that I’m a horrible person. It’s always a hard guess. So I just leave it be, heavy on my chest. Like always. I feel the weight on my shoulder. Li’s head is still lying on it. I spend a few moments admiring her. Wondering how did we end up like that. And if the feeling I feel in my heart is fear and aversion or something else. Not so long ago we hated each other. Now she’s sleeping on my shoulder, after she saved my life. And I don’t know if I deserve it. After everything I’ve done. To her and to others. I always through her the bad person in our duo. For killing Edward, for being a curse. But she acted in desperation to survive. All I’ve done was to impress my father who never even looked at me. I should have given up. To try to make him love me. It’s an endless circle of failure. But I still do. I wander like a blind kid through the forest trying to find a way home. But a home is not there. I hate myself for being a bad person. I hate myself for being bad to her. I hate myself for my curse and I hate myself for being so bad to myself. I just hate myself so much I can’t breathe. I can almost hear how I cried and screamed in the dungeons from my memories. And I convince myself I deserve that. But Lilith’s shivering brings me down on the ground. My lips involuntarily curve into a soft smile. “Good morning.” I say. She looks at me with sleepy eyes “Or night. I have no idea.” “Good morning.” She answers. Then she seems to realise her head is still on my shoulder and our faces are far too close. She jumps back. She stands up and fixes her clothes. I try to drag myself up on my feet too. But the pain in every joint and bone makes it impossible. I hiss through my teeth, squeeze my eyes and try to focus. I have to swallow the pain and move. Li’s arm wraps around my back and she helps me stand up. I feel so ashamed I almost burn alive. My throat tightens, and I can’t look her in the eyes. I’m a knight for Fate’s sake. And now I’m so vulnerable I feel like nothing more but a child in the dungeons. I hate feeling like him. I left this child behind. I tried to. When she finally manages to put me on my feet I have to support myself agains the wall.  “Would I go find you some medicine now?” She asks and crosses her arms on her chest. I look at her from under my eyebrows. I’m too tired to lift my head up.  “Sure. But I’m going with you.” I straighten my back. My bones snap like breaking wood. I see white in front of my eyes for a split second.  “No, you’re not.” She answers and just like that, she walks away. I got accustomed to the pain enough to go after her. I stand on her way to the door.  “You’re not going alone to the strange city. Who knows what’s there? It’s the land of freaks.” I say. I may sound a little bit too desperate. But I would never forgive myself if something happened to her. She gives me a mocking smile. Then she looks me up and down and I’ve never felt more naked. “Maybe you’d like to dress up first?” She asks. It’s a good thing the light is dim. Because my cheeks burn red from shame. She doesn’t leave me the time to react. She grabs my shirt from the floor and hands it to me. The black cloth is stiff from blood. I put it on with one move. My muscles burn. Then, when she’s finally satisfied, she opens the door. I’ve never been blinded </w:t>
      </w:r>
    </w:p>
    <w:p>
      <w:r>
        <w:t xml:space="preserve">so much in my whole life. The entrance to the cellar is below the line of pavement, we have to climb up some stairs. But I can already see the lights of the city. Every single wall of the buildings is lined with a row of lanterns shining in every color possible. The buildings are high, in various colors, shapes, patterns. There’s a house that’s painted in black and white stripes. The building next to it is whole covered in huge, colorful mushrooms. When we get out onto the street I see it’s made from black and white tiles, like a chess board. Trees here are dark red, the moon that I’ve seen every night, here shines bloody red as well. Carriages rush through the streets. People are dressed even more oddly than in the castle. The scent of cinnamon and roses brings back bitter, childhood memories. But it’s laced with a smell of smoke. Stalls with huge bottles, oriental fabrics, weapons, masks and every weird kind of things scatter everywhere. This place feels like a fever dream. I rub my eyes to make sure I’m not imagining things. When a man on the stilts passes me I almost trip.  “Do you see what I see?” The amount of colors makes me feel sick. It looks like a poisonous hallucination. I’ve never been to such a place in my whole life. But even though everything here is colorful and full of life, the frosty, dim air around us makes it look menacingly.  “I dragged you here through the city so yes, I do. But it’s seraphic, enchanting like a spell.” Enchanting is the last word I would use to describe this place. I would say it’s disturbing. But as long as she feels good.  Without a second word, she turns right and strides through the street. I see she didn’t take her scythe. But bulges of the fabric of her dress on her tights say that she’s hidden some knives. That’s good because I’m absolutely barehanded. When we stride through this curious city I gather every single passersby face is covered by a mask. Every kind, color, shape and size. Some have only their eyes covered. Some the whole head, hiding even their hair. Some have feathers, horns. Some just plain colors. I hope we will find the Fate Stealers before I go completely insane.  “I feel like I was brought up from this world!” Lilith says with so much enthusiasm in her voice I feel scared. It’s amusing in a way. How different we react. But indeed, she looks like she belongs here. Weird, creepy, like a hallucination and something sacred. She looks and behaves like she’s been dragged from here. When we pass one stall – a hut-like, wooden construction – with walls laced with cards I slow down. A woman behind the desk is selling a whole, human arm to a customer. Although he has all his limbs in the right places. She has more human organs here. I see a heart in a jar, floating in a blue liquid. I don’t want to guess what is it. She has eyeballs hanging from the ceiling like chandeliers. Shiver goes through my whole body. But the most confusing thing happens, when the man takes of his mask and the woman gives him a mirror. It’s golden frame is old and rusty. Although I stand just a step behind him I can’t see his reflection in the mirror. The surface distorts, shimmers. Twirls like a whirlpool. It gleams with a white light. Then the man hands her the mirror, puts the mask back on. He grabs the bought arm, nods to the seller and walks away. I can’t move. I can’t believe what just happened was real. Lilith realizes I’ve stopped and walks to me. “Are you feeling fine?” She asks.  </w:t>
      </w:r>
    </w:p>
    <w:p>
      <w:r>
        <w:t xml:space="preserve">“What just happened? Did you see that?” I ask with a shallow voice. I’m not scared of many things. Just darkness and small spaces. And loneliness. And rejection. But I’ve just discovered a new fear. Fear of whatever I just saw. “Oh.” She says amused, like it’s completely normal. “It escaped my head, to mention. In this city, the personality is a currency. You can buy something in exchange for something you posses. It can be either physical or mental trait. Bewitching, isn’t it?.” She explains. Her voice is so calm when she says that. I hope she’s joking. But the soft, dreamy smile on her face tells me she’s not.  “Yeah. Makes sense.” I say because I don’t have any reasonable answer. Nothing here makes any sense at all.  She starts walking again so I go after her. As far away from this creepy seller without eyes as possible. We approach a huge market square. To get there, we go down some stairs. The tiles they are made of move. I trip a couple of times. This place is even weirder than the rest. It’s circled with buildings that all have the front wall in a shape of a mask. With no eyes and open mouth. Around the area stand huge, monstrous even, sculptures of our gods, made of marble. It wouldn’t be anything new, we have dozens of them in the court, if they didn’t move. Those sculptures gesticulate, move their mouth and limbs. They seem to chatter with each other. When one of the sculptures bends in half, laughing, without a sound I jump to the side. Lilith looks mesmerized. The amount of stalls here make it hard to walk around. I try not to focus on the things they sell. Like heads or bottled up dreams. I almost loose Li in the mayhem. She stops in front of one of the stalls. It’s a dome made from giant bones. The man standing behind the table looks like a skeleton himself. He has hundreds of bottles in his offer. Some gleam with light, smoke emerges from the others. I chase the horrible smell of rotten flesh away.  “What do you crave today, angel?” The man asks Lilith. I’ve gathered people calling her angel through our whole childhood. But now it makes me feel uneasy and tensed.  “I’m looking for a medication for his wounds.” She says and points at me standing behind her back. I shoot the man with the deadliest stare I can force.  “Your friend seems unhappy. Maybe he’d like some Joy instead?” He says and lifts up a bottle with green liquid.  “You want to see how unhappy I am?” I say stepping forward. He flinches and hides the bottle. Only now I realize I clenched my fists. This place feels like a deadly danger to me. My body wants to fight.  “Let go.” Li whispers to me. She looks mad I’m acting so childish. I’m mad she’s acting so carelessly.  “What’s your price for my favor?” She asks him. He smiles mischievously at her.  “Your lung. Mine are not so efficient these days.” He says and my jaw almost drops to the ground. What an audacity. Lilith seems to think for a moment.  “You’re mad.” I spit my words to him.  </w:t>
      </w:r>
    </w:p>
    <w:p>
      <w:r>
        <w:t xml:space="preserve">“I’m guessing you’re a stranger here. However, this is the biggest compliment you can give us here, boy.” He explains with mischievous grimace dancing across his face. I can almost see the darkness crawling from his rotten insides. How dare he call me a boy? I’m ready to burst out but Li stops me.  “What would you say about a healer ability instead.” She says. My head darts to her. The man’s eyes shine with greed. “You need that. You can’t give it away. I won’t allow it.” I whisper leaning towards her, not for this hideous creature to hear.  “First of all, I don’t care what you allow and what you don’t.” She says. Her tongue is more harsh. She looks seriously angry at my behavior. “Second of all, stop acting like you want to slaughter everyone here, it won’t help us. And third of all, I have at least three healers’ Fates in my arsenal.” I’m silenced, with no arguments so I step back. I may be acting like a child. But at least I’m careful.  “A Fate stealer we’ve got here?” His words seem more like a statement. Excitement pours out from his body. “Healer will do.” He says and hands her the mirror. However, Lilith seems more reasonable than I thought she would.  “What’s the catch? You’ll say you’ll take just the Healer ability and you’ll steal something more will you not?” She asks deadly serious. I feel her putting the knife in my hand. Unable for him to see. His pale face seems even paler. He poses confident but his body gives him away.  “There’s no catch. I’m an honest person.” He says with a voice a little bit too shallow.  “Good.” Li says grabbing the mirror. “Because if something else happens, my friend will take your eye out. Or both, it depends on him.” His eyes dart to mine and I drag my finger across the blade. Now it’s my turn for a mischievous smile. He swallows loudly, panic enters his eyes and voice. “Wait!” He says, snatching the mirror from her hand. He wipes it with the cloth of his sleeve. The surface mixes, like it’s made from liquid. Ashamed and nervous grin on his face. “Now, my lady.” Lilith’s smile drips with venom. She’s too cunning, too intelligent to be tricked like that. She puts the mirror close to her face. The surface swirls like it did before, seems like it’s luring her inside. I see colors draining from her face. For a second I’m ready to throw myself on this man and take his organs out, one by one. But she just places the mirror on the table and takes the bottle with a black liquid.  “Thank you for your honesty.” She says. “But if this mixture is not what you said it is, I’ll find you. You’ll need more than one lung.” Her words makes the man even more terrified. He can’t form a sentence, he just nods and swallows. Then Li gives him the most precious smile, hides the bottle in her bag and walks away. I follow. “You’re terrifying.” I say with undisguised admiration.  “I know.” She says. But then, she suddenly stops. She puts her hand on her chest. I don’t know what to do when she drops down on her knees. I circle her to see her face and kneel down in </w:t>
      </w:r>
    </w:p>
    <w:p>
      <w:r>
        <w:t xml:space="preserve">front of her. She’s breathing harshly. Golden light pulsates though the fabric of her dress. Raw fury consumes my whole body. I’ll tear this man apart. I’ll do it right now. Whole pain evaporated from my body. I’m ready to turn this whole place upside down but she reaches her spare hand to me.  “It’s fine.” She tries to calm me down. But I’m not a bit calm. “It happens when I get or give away the Fate. The vein has to vanish.” She looks up at me. She offers me a mocking smile. “But it’s funny to see you care like that.” She says and winks at me. Funny?  We kneel like that, in the middle of the square. I try to gather my thoughts and mend my shattered ego when the music reaches us. It’s hallucinogenic, like everything here. Enchanted and dark, but lively. It comes from across the market. I try to find the source. “Please welcome on the stage, our marvelous, irreplaceable - covey!” A voice announcing a performance echoes though the space. When I look back at Li, she’s already running towards the stage.    </w:t>
      </w:r>
    </w:p>
    <w:p>
      <w:r>
        <w:t xml:space="preserve">CHAPTER XIV LILITH  I feel tears of joy prickling my eyes. It feels like fireplace during a cold winter. Smells like my favorite lavender perfume. Tastes like honey and milk. I didn’t misheard. It’s a covey. It’s a theatre performance. It’s impossible to count how many dreams I had about attending at least one more play. How many times I woke up with emptiness in my heart that it was all a lie. Theatre was my whole childhood. Made me believe I can be whoever I want, no matter how cruel Fate is. Made me believe I am the one who rules my Fate. Even if it was all a lie I believed it. And it was the only time I felt truly happy. Not under the control. Adored. And there was always my father beside me. This memory fills me up with another flood of hope. Seals my promise to bring him back. If this part of him found me, I’m sure the rest will too. I’ll do everything to make that happen. Everything it takes. I pierce through the thick, colorful crowd to get as close to the stage as possible. It’s tucked into the corner of the square, high, enveloped by crimson curtains. It doesn’t look as splendorous as I expected but it’s still there. The marvel is yet to be presented on its very planks. I hear Draven shouting my name through the crowd. I got so swept up by the desire I forgot he’s there, with me. He reaches me and stands directly behind my back, cutting a way for anyone who would want to touch me. The crowd starts chanting. The noise rises above the square to the moon above us. He leans over my shoulder to speak to my hear. “Don’t run away from me like that.” He says. His voice seems concerned, although there’s something seductive beneath its surface. I turn my face a little towards him. “You’ll run after me anyways.” I say mocking him. He straightens up so I can no longer see his face. But with the corner of my eye I saw a playful grin. “Fair enough.” I hear him saying behind me. I involuntarily smile. I hate to admit that, for some reason, his presence makes me feel the most alive since my father died. Maybe because to me he personifies home, hope. When I’m with him all my troubles silence. The voices in my head are muffed. When I’m with him it feels like I’m not sentenced to surrender to the Fate. There’s no more time for elaborating. The performers walk on stage. The first person I see is a girl with chocolate brown skin. Her hair are long and blue, like an ocean. But her adorable smile, brightening the world around doesn’t allow any bad associations to enter my mind. She looks like a beam of sunshine. Her eyes are the same color, they seem to gleam in the dark. She’s dressed in a tight dark blue costume that reminds me of spies. Next follows a guy, shorter than her but seemingly older. With sandy hair. In his peasant clothes he looks like a farmer. His face is splashed with freckles and enthusiasm pour from his skin. There’s also another guy, tall and skinny like a tree, with pale skin, black hair and clothes. He looks gloomily but something flickers in his covered by hair eyes when he sees the crowd. After them all a young girl runs onto the stage. She reminds me of Kora, although she’s much younger. At that reminder my heart stings. I hope as soon as we get back to our shelter she </w:t>
      </w:r>
    </w:p>
    <w:p>
      <w:r>
        <w:t xml:space="preserve">and Sunny will be waiting for us, safe and sound. But fear creeps at the bottom of my heart. I better stay delusional. It’s easier that way. I’ve been fooling myself into thinking everything will be alright my whole life. Now I won’t change my habit. I’m scared that if I will, I’ll go insane. The young performer has hair in the color of roses, tanned skin and the most innocent, brightening smile in the world. Her brown eyes laugh. Warmth I thought I lost ages ago spills in my insides. I’s so good to be home, even imaginary. All four of them grab their hands and stand in a line. They bow to the crowd and applauses are so loud they ring in my hand long after they’re gone. It’s the most intoxicating feeling. I pity myself for being on the other side. Not on the stage. But this is more I’ve ever hoped for. Suddenly, without any further introduction they move forward to the play. They switch into characters immediately, like professional actors. The little girl runs away somewhere while the rest of them sit on the planks in the circle. Black haired guy raises a hand. I think my eyes are fooling me when a little flame enlightens on his stretched-out palm. A Flicker. I’ve seen them only in the castle. They are rare, feared creatures. They can start a fire with their minds, wherever they fancy, wherever their eyes can lay on. Another spark of hope, of home burns in my heart. The flame he produced enlightens the darkness on the stage, casting a disturbing light on their faces. I watch mesmerized. Only now I see an ivory plate laying on the floor in the middle of their circle. Or maybe someone conjured it up. It’s a Ouija. Blue-haired girl places her hand on the planchette. They all close their eyes in silent prayer. “Ghosts of the Time, tell us, if you can, if our sister is among us.” The girl asks. Then they all look at the plate. Their expectancy look so real I feel like I attend an occultism myself. Maybe I do. The planchette moves to the word “Yes.” They all jump in enthusiasm; tears of joy splatter their faces. They’re so good. They ask more questions, fight with each other, joke or cry. It’s mesmerizing spectacle. So real it seems like it lurks me inside. Then the farmer boy asks another question. “Sister, can you visit us?” The pointer moves to the word “Yes” once again. Suddenly, the little girl with rose hair jumps out from behind the curtains. She’s covered with a white veil, in a white dress, her face painted white. She looks entirely like a ghost, almost transparent. I swear I can see the wall behind her. She’s holding a knife and the maddest grin on her face. The rest of the actors jump up in panic. Panic so real something knots in my stomach. The girl throws herself on them with a knife. But they don’t run away from the stage. They just run around like scared animals. Blue haired girl jumps to the ground and catches my hands. Fear in her eyes is so real I almost believe it. I don’t know if I shouldn’t.  “Please, please help me!” But before I can answer, before I can digest if she’s really pleading for help a scream rips black haired guy’s throat apart. When I look on the stage again he’s laying stiff in a puddle of blood. The blood is very real. No matter if the performance is real, the wound in his stomach is. My body backs off, I collide with Draven behind me. He catches my in the waist. His touch leaves flames on my skin when he takes his hands off me. I look around the crowd, panicked. Looking for any sort of reaction. Anything. But they just stare. Is this all a play? Or are their selling so much of themselves on this Land they are indifferent to this? Then the girl slits farmer’s boy throat. His body drops with a thud across the previous one. It’s a murder. I’ve witnessed a double homicide. But no one, not a single soul in the </w:t>
      </w:r>
    </w:p>
    <w:p>
      <w:r>
        <w:t xml:space="preserve">crowd raises a voice. No one says even one word. They look petrified, mesmerized. Completely devoted to the play. Is this how it works on the Land of Masks? People kill themselves for entertainment? It would be odd even on the isle of hopeless. Blue haired girl jumps back on the stage and tries to knock the knife of little girl’s hand. But the attacker stabs her in the heart instead. She adds her body to the pile of dead. I have no time to react. I just feel Draven pushing a knife I borrowed him inside my palm. The little girl stands in the middle and shudder. Then she smiles with the most innocent smile. “They shouldn’t have played with the God of Death.” In the same moment she finishes her sentence, three dead bodies start to shift, change forms. In a blink of an eye they change into three serpents. Blue, black and yellow. They rush to the girl, climbing up her limbs. She screams madly, drops to her knees, tries to shake the snakes off her face. But then she drops dead too. I feel colors draining from my face. My heart stops beating. And yet, still, no one reacts. No one moves.  “They’re so good.” I hear a whisper next to me, among the folk. I wonder if I misheard that. If my brain is fooling me.  “I think we should go.” I hear Draven’s words directly next to my ear. He grabs my wrist and tries to pull me away, but my feet rooted in the ground. I can’t believe what I just saw happened. I drift away in my mind to the past, to the plays I’ve played in. I curse my mind for tricking me. Because nothing here can be real. Suddenly, three serpents along with the girl shift again. Their bodies seem to melt and splash across the planks of the stage. Colorful masses rise and form. And after a moment, al four of them, in the same clothes, in the same shapes stand on the stage, arm in arm again. Their smiles are consuming, satisfied. They bow and the crowd finally reacts. Scream and applauses erupt everywhere around me, devouring my mind. It was all a play. It wasn’t real, they didn’t die. It’s only my mind fooling me.They are skinwalkers. It’s the only reasonable explanation that enters my mind. But skinwalkers are not immortal. There’s no way the murder I’ve witnessed weren’t real. I saw the blade sinking into the bodies. The blood was real. It still is as it sinks into the wooden panels. Applauses don’t stop, screams and cheers only rise as they bow once again. “Pawn” The blue-haired screams with the most enthusiastic way and points at the rose haired girl who bows even lower than before. “Bishop” She points at the farmer boy. “Rook” At the black haired one who smiles shyly. “And, of course, King!” She points at herself, grinning her teeth. They are named after chess pawns?... Applauses are never ending. “The Stolen Threads covey love you! We are grateful for your support! Tonight, at the Purple Banquette you will be able to shower us with donations! We count on you!” She winks at the crowd. Then she snaps her fingers and all of them disappear. Clapping of hands, stomping of boots devour my mind. It resonates in my head as the truth occurs to me. It forms in my head like a pieces of puzzle. I can feel the gears in my brain connecting. I turn to Draven like I’m struck by a lightning. The widest smile I didn’t know I’m able to force decorates my face. “They are Fate Stealers!” Draven scans my face. He’s not blinking, just staring like a wax statue. Like he did on the boat.  </w:t>
      </w:r>
    </w:p>
    <w:p>
      <w:r>
        <w:t xml:space="preserve">“Are you positive?” He asks. The crowd starts to disperse, pushing us from every side.  “I am!” I feel like a little girl. I’ve never felt so much hope in my whole life. It evaporates from my pores. Tastes like melted moonlight in my mouth. Smells like the castle and the promise of better tomorrow. I’ve finally found my place on earth. I found my kin. I’m not alone. Grin lifts one of the corners of his lips. I haven’t realized he has dimples. “Then we better find something purple for the banquette.” He winks at me. My heart threatens to leave my chest. Hot tears of indescribable joy flow down my cheeks. They burn in the most beautiful way. I throw myself on him, hugging him. I burrow my face in his chest. He stumbles backwards, we almost trip. I feel his chin resting on my head. He envelopes me with his arms and pulls me closer. Like his body is starved, hungry for affection. Only then, when I feel his rushed heartbeat, like a horde of horses I realize what I’ve done. I dart away from his chest. Hot shame floods my whole body. He looks stunned, day-dreaming.  “I’m sorry. I don’t know what’s gotten into me. I’m just so happy.” I scratch my head and the laugh I let out is the most pathetic in the world. But he doesn’t mock me, doesn’t flinch. He just smiles in the warmest of ways. “You don’t have to apologize for being happy. I like it when you’re like this. And I wouldn’t complain if you did that more often.” He says. ***  We stride down the shopping street, looking for something we could wear to the Purple Banquette. We’ve overheard passersby conversations – to get into the banquette, that will take place in local, abandoned amphiteatre we have to wear something purple. And pay an entrance fee. Unfortunately, we didn’t gather what the price will be. I just hope it won’t require for me to sell my heart. We really have to get inside. Find the other Fate Stealers. And hopefully get them on our side. I have to. For my Father. I wonder what king has to offer for the rest of them. In exchange for their lives they might loose. Windows of the shops we pass shine with every color of rainbow. Air smells like honey and roses, too sweet in my mouth. The lanterns have been dimmed and now, whole city is drowned in night. When the light isn’t so intense, the oddness of this place sends a shiver down my spine. White fog envelopes every corner, luring us into dreams. People flow through the streets like an ocean wave, bringing every color, shape and patter to the surface. I try so hard not to look at the building that is entirely covered by masks. It seems like it’s watching me. The other building is covered in thick branches. They move, creating new windows and destroying previous ones. Here and there grow flowers only to disappear and grow out somewhere else. Those veiny plants crawl and squeeze the building like vipers. It’s uncanny. But in the window of this peculiar shop, I spot a glimpse of purple. I pull Draven by the hand, almost sending us under the wheels of the passing carriage. It’s entirely white, looks like it’s knitted. The bloody-red horse pulling it has two heads. Draven catches me by my hips and pulls me away before I can die crushed under the hooves. He pulls me so close I can feel his chest colliding with my back. Even when the carriage drives away, he doesn’t let go of me. He's holding me tightly, steadily. </w:t>
      </w:r>
    </w:p>
    <w:p>
      <w:r>
        <w:t xml:space="preserve">“Where’s your head at angel? He asks leaning towards me. Biting at the last word. I don’t have to see his face to know that a mocking grin stretches out his lips. Hot shame shivers my body. His breath collides with my skin and makes me dizzy. He smells like musk and cinnamon. I don’t recall him ever calling me angel. He must have liked the way I flinched when the man on the market called me that. But, surprisingly, when this word leaves his mouth it doesn’t bother me like it used to. It sounds like a compliment, lake a caress from his lips. I let out an awkward laugh. I’m a murderer, a Fate Stealer and spy and I almost got tore apart by a horse.  “I’m sorry. And thank you.” I say pulling away from him because the heat of his body is unbearable. It makes my senses tangle like those branches of the shop. “Look.” I say pointing to the window. As we approach it I can clearly see what caught my eye. The mannequin with black eyes and widely open mouth stares at us through the glass. The dress it’s wearing is the most bewitching creation I’ve ever seen. It’s made of pure silk, shining like water surface in the moonlight. It’s embroidered in the patter of acanthus leaves from the top to the bottom with a thin, golden thread. Thick, wide belt made of the same pattern, also golden envelopes the waist. Two pieces of fabric cover breasts and tangle behind the neck leaving shoulders bare. A choker necklace, the same as the belt completes the whole marvel of this dress. It’s flowy like  fog, long back lays on the floor. I watch mesmerized until I gather my reflection in the mirror. My eyes shine with delight. But Draven’s are stuck on me. I turn towards him.  “What do you think?” I ask trying to mask the enchantment I’m under. This is truly the most beautiful piece of clothing I’ve ever seen. “I think it’s beautiful.” He says, but he doesn’t even look at the dress. He still stares at me. With his hands behind his back and dreamy smile on his face I find it hard to control my mind. It makes me feel the way I’ve never felt before. Like someone sees me. Like a person, not a thread, curse, object. Person. From flesh and bones.  “Shall we go inside?” I ask but without waiting for his response I open the door. The bell rings above our heads as we enter. The moment I step my foot inside, the whole place enlightens with a jade greenlight, coming from the sconces on the walls. They surround the place. Various creations occupy every inch of the store. It looks like a colorful, fabric maze. I see colors I didn’t even know existed. The air is stuffy and smells like mint. When the door closes behind us, a tiny gnome jumps from behind the dresses, like on a command.  “Welcome gorgeous creatures. Welcome at Frank’s.” He says bowing. He looks amusing in a tall top hat to pair with a tailcoat. He looks like a child who stole his parent’s clothes. If not for his devilish grin and completely black eyes I would burst out laughing. But I know this grin too well. It pictures greed that lays beneath his skin.  “I’m interested in the dress from the window. The purple one.” I explain quickly. His presence feels uneasy. His eyes widen and he runs towards the display.  “Marvelous choice angel.” He says and scraps up the small ladder to take the dress from the mannequin. I feel Draven’s presence behind me. </w:t>
      </w:r>
    </w:p>
    <w:p>
      <w:r>
        <w:t xml:space="preserve">“Would you be so kind to find something purple for my friend?” I say and point at the boy beside me. In the dim light it’s hard to distinguish the look of his face. But I see his eyes travelling across the clothes with the same spark as mine did. He must have missed the splendor too. After all, he is a prince, banished or not.  “Naturally!” The gnome says with too much enthusiasm and throws the dress at me. He disappears in the maze of clothes. We wait, not exchanging a word. We just admire the view of everything we lost, accompanied with a quiet humming of hallucinogenic music coming from the streets.  “This way please.” Gnome’s head pops out from under one of the dresses and than disappears again. I exchange confusing looks with Draven but we decide to follow him. Piles of clothes seem to reach the ceiling and close above us like a dome as we travel through the maze. Frank takes few unexpected turns forcing us to crawl under the flowy fabrics. I hear muffed wailing through the walls of dresses. Like someone’s crying for help. When I’m almost certain he dragged us here to kill us we emerge at the back of the shop, in the changing rooms. He hands Draven a costume on a rack.  “When you’re ready, find me on the other side. Don’t try to run away or the maze will stop you and you’ll get trapped forever.” So that’s the source of the cries. Lost thieves. Then he winks at us and disappears in the maze once again. We stand in front of the two, huge mirrors, divided by a moss green curtain. When I take my current dress of I feel like I’m released from chains. The belt holding my weapons was heavy, the fabric stiff from blood. Almost naked, just in my underwear I can finally feel my body. And see how it changed. I trace my fingers across the forest of golden veins scattered across my chest. It’s so many of them. Crawling up my neck, reaching for ribs. Each one of them weighting me with a burden. Marking me as a killer. Not allowing me to forget who I am. A monster. My skin looks like porcelain; my lips are dry and almost purple. My hair cast down my shoulders in black waves. I rarely looked in the mirror. I despised the person I am too much to look her in the eyes. But now, as I see my reflection, I see just a miserable, lost, mad girl. No muscles shaped by years of training can cover my haggard body. No lunatic grin can hide the void in my heart. I indeed look like an angel. Fallen one. Trampled and hopeless. My hallucinations suck me in again. In the mirror, every single face I’ve stolen appears and laughs at me. They flow around my naked body, mocking me. I hear their whispers. It sounds like scratching a wood with sharp claws. I look around in panic, close my eyes, pull my hair. But no matter where I try to escape, their faces follow me.  ‘Ready?” I hear Draven’s voice through the curtain. It finally wakes me up from the trans. V oices and faces are gone. It’s just Draven, nothing more in the world.  “Give me a minute!” I answer and throw the dress over my head rapidly. Only now I see it’s completely backless, revealing the scar marking my spine. The scar that he gave me. I swallow down a lump in my throat and walk from behind the curtain. I am just fastening the golden belt when Draven walks out too. My breath stops and heart skips a beat when I see him in this form. His true form. He got rid of the bloody-red shirt with laces he’s been wearing this whole time and replaced it with fresh, white one. Vest in the same color and </w:t>
      </w:r>
    </w:p>
    <w:p>
      <w:r>
        <w:t xml:space="preserve">pattern as my dress hugs his upper body, lacing every muscle, every curve. He has perfectly fitted, black pants with the same golden pattern and a golden bow tie. His iron bracelets and leather bands peek out from the sleeves. He looks flawless. Very much like the prince I remembered. And feared. But now I don’t feel fear. Not anymore. I just feel stunned. I’ve seen many beautiful man before. With symmetrical faces and well sculpted bodies. But all of them compared to him would look like stray animals. Even with chaos of hair, bruises, cuts and scars he is the most beautiful man I’ve ever seen. And I hate myself to the core for thinking about him that way. He’s barely a friend. Less even. An ally. That’s all. His amber eyes burn like fire when he looks me up and down. I can’t quite distinguish the look of his face. He looks frozen. Like he’s just encountered a medusa and turned into stone. His mouth are slightly open and if we weren’t alone I would think he’s under the spell. For a moment I’m not sure if he isn’t. I look around searching for someone crouching up in the corner, casting a spell on him. But we are alone. When I look back at him he seems more alive. He cocks a brow and smiles.  “Give me a twirl.” He says with a tone so mocking yet seductive I can’t possibly object. I smile too and lift my dress up to turn around. I turn and turn and in the meantime I’m back in the ball room, dancing with him while we hated each other, while my father was still alive. It fills me up with warm, burning hope. Step by step, I’m coming back home. Maybe Fate doesn’t hate me so much after all. When I stop the world feels dizzy and I stumble. Draven reaches for me but I manage to catch balance. But now his face looks different. Sad. Hurt to the marrow. Suddenly it strikes me. My back. My scar. It’s fully visible. I’ve never been ashamed of my scars. They are the part of my story, reminding me that no matter how many times I’ve fallen, I’ve always stood up. Stronger. But this time is different. Because this time the scar brings pain, not power. And now, being aware that he didn’t hurt me on purpose it stings both mine and his heart. If he was telling the truth. But the look in his eyes says he was. And he’s in pain. He tries to say something but words seem to tangle in his throat. “It’s in the past.” I lie. “But don’t you dare do it again or I’ll kill you.” I say giving him a fake yet encouraging smile. “You look deadly.”  He brightens up a bit. But the sorrow is still dancing in the corners of his eyes. He tries to mask it desperately. He takes a step closer and my body freezes. I don’t move even one inch as he comes so close to me I can feel his breath on my face. He smells intoxicatingly good. Like home. Like lust and desire. A knot tangles down my stomach as he reaches his hand behind my back. His fingers gently trace the scar on my spine. From the bottom of my neck to the lower back. I shiver under his skin. I’ve been touched in every way during my whole life. Both in a good and a bad way. But this touch is different. This touch feels like he didn’t just caress my body. But also my soul.  “I’m sorry.” He says forcing me to look up at him. He smiles at me mischievously. “But for what is worth, I think this scar is really attractive.” Then his face turns more serious, more hungry. “I think you’re the most beautiful creature I’ve ever seen.” My tongue tricks me because I can’t force any answer. I feel like sunlight exploded in my stomach and consumed every organ. I just look at him with widely open eyes. He looks at me the same way. </w:t>
      </w:r>
    </w:p>
    <w:p>
      <w:r>
        <w:t xml:space="preserve">“I would hate to interrupt.” The gnome suddenly appears next to us. We jump away from each other on an instant. Frank laughs. “Did you make your decision?”  “What will it cost us?” I ask. “For you? Beautiful, delicious, mesmerizing creature-“ he says walking towards me. With every word his voice grows lower, laced with animal growl. He licks his lips when I step back. He doesn’t see me grabbing a knife from the floor.  “Hey!” Draven says stepping towards him. He shoots bolts at him with his eyes.  “My apologies.” Frank says withdrawing his mischievous intensions. I flinch with disgust. He didn’t have to protect me, I can manage myself just fine. But it’s nice to have someone have my back. Not being sentenced to loneliness till the end. “For you it will be just two memories. One for each.” Confusion flows my body. Memories? Most gnomes collect more usable features. Like remorse I once sold. Or love. But memories? Warning bells ring in my head, threatening me to not go along with this bargain. But we’re almost out of time. Banquette will start in thirty minutes. And we have to get there on time. We have no choice. “Deal.” I say and crouch up in front of him. He smiles from ear to ear and stretches his long, grey fingers.  “Place your hand on mine angel.” He says. I look at Draven knowingly, giving him permission to strike if anything unexpected happens. He nods. I place my hand on Frank’s. It’s cold and wet. I barely restrain nausea. “Now speak up. One memory you want to get rid of.” Greed seems to flow out of his black eyes. I try to think. About any memory I want gone. About any piece of my live I want erased from my head and heart. But, to my surprise, I can’t find any. Every memory forms the person I am, creates my personality and every other personality I’ve stolen. Giving it away would feel like betrayal. Like trampling the memory of my victims. I’ve sold two faces already. I don’t want to splash their honor once more. But I don’t have a choice. I hear cries of every person I silenced forever in my head. They scream so loudly I have to cover my ear with my spare hand. But the voices don’t go away. They grow louder and louder. My face twists in pain and regret. Just as I want to speak up Draven interrupts me.  “Maybe I’ll pay this time.” He says crouching next to me. I mutter silent thank you. Once again he’s here to wrench me back to reality when my mind fails me. Frank looks furious but takes his hand instead. “Go on.” he says with the most bored tone. Then he looks at me once again. I frown my brows and draw my knife daring him to make any more moves. He backs of and finally decides to listen to Draven squeezing his hand in impatience. “The day I sliced Lilith’s back.” he says. His eyes never meet mine. Red strings of light tangle between their fingers. “And the day of slaughter.”    </w:t>
      </w:r>
    </w:p>
    <w:p>
      <w:r>
        <w:t xml:space="preserve">CHAPTER XV DRAVEN We walk in silence through the creepy city, and I can’t take my eyes of Li. It’s embarrassing, stains my pride but I physically can’t look away. I always thought her the most beautiful person I’ve ever laid my eyes on. But now, changed and well-rested she looks like she’s sent down from heaven. No wonder everyone across the kingdom calls her angel. She really looks like one. Even though just minutes ago, in the dress shop she looked at me with enchantment, now she seems distant. I am perfectly aware that her composure had fallen when I sold my memory. I know she became distant and quiet when I said it out loud. But even if I wanted to tell her what that was, I can’t. It’s erased from my brain. I feel like a piece of my mind has been removed and replaced with burning coal. I know something should be there, it caused a chain reaction for the development of my life. But I can’t possibly find the source. It turns out, after all, traumas are not subjects to the power of time and memory. They can be long forgotten or old. But they still have an impact. Li knows that she can’t ask. Because I wouldn’t have any answer. But based on the dreadful and still look on her face I conclude that it wasn’t very good. Horrible even. Unfortunately, I can’t console her. I’m restrained by magic. I start to doubt my decision was good when we reach the purple crowd. Everyone took the dress code very seriously. I had no idea purple has so many shades. But at least two hundred people flow the entrance to the amphitheater. It’s at the suburbs of the city, surrounded by black forest from the back. It’s front wall is demolished, like stroke across by a lightning, creating a narrow path to the very center of the arena. The building is bricked, though enlightened by strings of candles stretched out across every wall it looks like it’s made of pure gold. Purple flower garlands decorate windows; huge masks are painted on the walls. It’s at least six stories high, tingling the clouds. We just arrived at the gates but we are already squeezed by people from every side. Everyone wants to get inside as soon as possible. However, the line moves slowly. I abandoned admiring the building to admire Li looking over it. Her jade eyes shine, reflecting golden lights. Even though she’s clearly upset with me, a light, dreamy smile stretches her lips. I see how she loves it here. I just hope this place won’t get her too swept away. After a long while of fighting with pushing crowd we finally approach the gates. The entrance is covered with dark purple, velvet curtain. At both sides of it stand identical twins. They have hair in the same color as the curtain, dressed in the same, purple tailcoat. Their faces are covered with black, half-masks. Two gray eyes scan every guest. When they move, they are like mirror reflection. When they speak, they do at the exact, same time, with the same, high-pitched voice. “Welcome on the Purple Banquette!” They say with too much enthusiasm. I wonder if people here talk that way, because they want to hide how miserable they are or are they really so abnormally happy they have to pour their joy over everybody else. “To get inside, you’ll have to chose.” They say and wave their hands at the same time. Suddenly, out of nowhere, two, little, circular tables materialize in front of us. On each of them stand two crystal cups with golden stands. To the left – filled with black liquid that looks like oil. To the right – white and pure. “The black one makes you see truth.” Says the twin on the left waving his hand above </w:t>
      </w:r>
    </w:p>
    <w:p>
      <w:r>
        <w:t xml:space="preserve">the cups like spilling magical dust. “The white one, what you want to see. A lie, but beautiful.” Follows the one from the right doing the same gesture.  I exchange looks with Li. No matter how bad we would want to live in delusion, at least for one night forget about our sorrows we have only one path we can choose. At the same time, we reach for the cups with black liquid.  “Curious.” Says the twin of white cups. “People mostly prefer lies. They hurt less than the truth.”  “Until you find out it’s a lie.” Li says. We take just little sips and place the cups back at the tables. The moment liquid lies in my stomach the curtain opens. It reveals the huge arena. Lunatic music of flutes, organs, piano and every kind of other instruments harmonize, thickening the air. Rows of stairs-like seats climb up to the sky. Tables are placed around the walls, covered with dark purple tablecloths and piles of food. In the very middle there is a ginormous, white statue of Fate. Hooded creature with hands spread like a welcoming, like a blessing. But it spares no one. It just plays with our lives. I despise the look of it. I despise everything that reminds me of it. Of the story it writes for me. Of the pain it delivers me for its own pleasure. To toy with me. I take my eyes of it. Flowers, also purple, scatter the floor.  At the back there is a fountain flowing with lavender water. Purple cushions are placed around it. It’s domed with a ceiling of ivy making this place a not-so-secret room for lovers. There’s one lantern inside, casting purple light over already devoted to love activities pairs. Incense floods them with fog. It smells like lavender here. Smells like Lilith. It messes with my senses. Above us all hang diamond chandeliers attacked go a non existent ceiling.  “Is it working?” I ask Li leaning closer to her. Despite drinking the elixir of truth, nothing seems off. Maybe we drunk to little. I’m almost sure about that until I see someone who climbed up the Fate statue and throw themself from it. The man flies like a fallen angel before colliding with the flowery floor. Blood puddles around him. However, only few people react the same way as us. The rest admire him with dreamy eyes, kneel next to him, stroke his soaked in blood hair. They look like lunatics. They see things differently. For them he must be an angel who just got down on earth. Little do they know this angel will never escape this place. Will never fly again.  “I think so.” Li answers.  “Some people got too swept away they never escape the lie. It’s addicting.” Some man sticks his face between us and whispers. I flinch and pull Lilith away from this freak with mad grin. We walk around the statue dozens of times, passing hallucinating guests. Some of them bother us, asking unconventional questions without an answer. “What comes after death?” Asks one woman. She looks drunk, though she’s only dazed with her own imagination.  “I don’t know. Probably nothing. Eternal void.” Li answers when I’ve already abandoned struggling with those people. </w:t>
      </w:r>
    </w:p>
    <w:p>
      <w:r>
        <w:t xml:space="preserve">“Wrong.” Says the woman and leans so close to Lilith’s face for a moment I freeze in terror that she might hurt her. But she just smiles madly. “After death you reborn with a chance for better life. And then, again and again. Because your life is never as good as you wish. You always crave for more.” Then, without another word she walks away leaving us stunned. For a moment I wonder if she really drunk the white elixir. Then, when I look after her she walks completely straight, her eyes look suddenly sober. So it might be the truth. At the thought of reliving the nightmare of life over and over again I shiver. Li looks like she’d frozen too. Her eyes look absent, her body tensed. Like those words left her with the same feeling as they left me. She seems to mumble something silently. Suddenly, under one of the many arched, tunnel gates I glimpse a sliver of blue hair and dark skin. “Li!” I say. shaking her off trans. She blinks rapidly, like she’s been sleeping. “Isn’t that King? From the covey?” I point at the tunnel when the girl disappears. But the elixir of truth works wonders. I still know that the whole covey is there. That they walk across the tunnels, towards the halls above the arena. Li breaks off running after them so I follow. Even though the halls are completely dark, without even a spark of light we know exactly where to go. We run through wet corridors. The smell of dirt and mold scratch my nose. Then, we descend, lower and lower, like on a spiral staircase, but without stairs. Just wet, packed ground. When we are finally close to our targets the world brightens up. Blue fire lights up on torches lining the walls. The space looks like a cave, too high to seem real as we are just above the arena floor. Stalagmites and stalagmites are entirely white. Their shapes remind me of sculptures in the castle. Blue light floods every inch, bounces of the walls and columns. Water quietly drips from the dome. All four of them stand in the exact middle. The black haired guy holds out a hand on which a white fire burns. They look like they’re waiting. For us. Li steps forward first. As we approach them I see their faces fully. Twisted in mischievous, mad grins. The same that guests on Li’s face. They are so much alike, when I look at her in front of them, they seem like the same kin. Made from the same clay. Even though they differ visually, the same power emanates from their bodies. “You’re one of us.” Says King stepping forward towards Lilith. She’s the same height as her. Their presences seem to fight each other. Like fighting for dominance. But no matter how hard King tries, Lilith’s silhouette consumes every light, every thought in this place. She’s in charge, even though she’s alone. I can’t quite explain this feeling under my skin. I just know that she holds the power to crush as all in her palm. I’ve never realized before how powerful she actually is. The elixir made my blind mind able to see it. She’s above us. Above each one of us. She’s not like me, like them. She’s more. She’s a deity - this through invades my mind like it’s whispered by someone else. By a voice I can’t acknowledge with any face. For a moment I regret drinking just a sip of the elixir. If I drunk whole cup maybe I would be able to see through all of her facades. I would see every wall she’s built around herself, every lie and fear. Maybe it would finally allow me to stop hating her. For every wound she gave me. But at the same time, I want to discover it all by myself. Because she would want to uncover in front of me. I want to forgive her or keep hating her because she allows me to.  </w:t>
      </w:r>
    </w:p>
    <w:p>
      <w:r>
        <w:t xml:space="preserve">“And he?” The guy I remember is named Bishop emerges from behind King. Her eyes are still glued to Lilith’s. They stare at each other so intensively I become unexplainably, stupidly  jealous.  “He’s my companion. My ally.” Lilith says introducing me. “And we have an offer for you.” She adds. “An offer?” King says raising a brow. Then, she smiles widely. “Excellent!” She screams. Her cheerful voice bounces off the walls. They all look like ghosts in this peculiar cave. Mysterious, deadly, goodly. Li most of them all. “Do speak angel.” She says to Lilith. Although King definitely seems in charge of the group she respects the undeniable authority of Lilith.  “King Caelir declared a war against Morvain kingdom.” I say not waiting for permission. I feel left behind. While all of them are closer to gods, I’m pathetically low, in hell. I’m a devil’s spawn, staining their sanctity. I’ve never felt so worse than others in my whole life. It bites through my bones. All of them raise brows in shock. But they urge me to continue with their looks. I frown my brows, put on a menacing expression. That’s all I have left to mark my place. The dominance I don’t possess. I might be a prince and a killing machine. Sociopath and murderer. Demon. But not for them. “He offered any wish you desire in exchange for help of Fate Stealers during the fight.” I add. I can’t spare any more information because I don’t possess any. This is all I’ve been sent with. Pathetic. King watches me carefully for a moment, like she’s looking for a lie beneath my words. But when she can’t find any, her gaze travels back to Li.  “Did you agree for this bargain?” They exchange so little words, yet they communicate flawlessly. Like most of the conversation is between their minds.  “I did.” Lilith says. Then she looks at me. “I trust him with my life.” Those words flood my insides with warmth. Because I know they are no lie.  King seems to chew on this information for a moment. Then, her face cheers up again. She smiles at each one of us in the most odd, sincere way. Suddenly, she snaps her fingers and we’re back above the surface. Even Li seems shocked. King managed to teleport each one of us with her power. We stand next to one of the tables. It’s scattered with goblets filled with glittery, purple liquid. Every member of the covey takes one. King offers each for the two of us. Both me and Li reach for it hesitantly.  “It’s no time and place for those conversations.” Says King, strangely serious. “We’ll meet tomorrow, in the library, exactly at midnight.” She whispers rapidly, like she’s rushing, not allowing anyone to eavesdrop. I’m thankful for that. If Morvain has any spies on the Land they are definitely hunting us down. We both nod to her. Then she straightens up and puts on the most charming smile. She truly is happy. Satisfied we found them.  “And now, let’s drink a toast for our new sister!” She says enveloping an arm around Li’s shoulders. Although I know in my core that her intensions are as pure as ours, I tense.  </w:t>
      </w:r>
    </w:p>
    <w:p>
      <w:r>
        <w:t xml:space="preserve">“What’s in those cups?” Li asks. Her voice is calm and even laced with enthusiasm. But she’s still careful.  “Oh, don’t worry, we don’t poison our allies.” King says. As for a prove, each of them gulps down on their goblets. I sense no lie in her words, so we drink too. It feels like our pact is sealed. Our cooperation set even though we didn’t discuss any details. It’s still uncanny to be around them. They seem mad, detached from reality. But when I see Li among them, she blends with them. I just got used to her oddness. I began to like it. When she exchanges some rudimentary words with the covey, about the location of the library I begin to feel dizzy. Like some stings in my brain break and it’s now of the leash. “King.” I say. I can hear my voice is distant, slowly drifting away. When I look at Li, I see her eyes shining unnaturally. “What was in those cups?” I ask, though I can barely hear my voice. “Not poison.” She says and winks at me. “It just takes of your boundaries. You two are tense. You deserve to have a little fun.” And then, they leave us.  ***  I have no idea how much time have passed. The only thing I know is that King’s liquor works wonders. I feel free like wind and happy like a fool. I don’t even know why I was so miserable my whole life. The world is perfect. I don’t know why this whole time I didn't hold Li so close as I do now. We are dancing in the crowd, flowing to the music that seems to lead us in the dance towards sweet madness. Her Jade eyes are shining like gemstones; her beautiful lips are curved in the most adorable and seductive smile. She has her arms wrapped around my neck, mine rest on her waist. She doesn’t step back when I pull her even closer. I want to drag her underneath my skin. I wanted to do that many years ago and I want to do that now. Right now. The urge is irresistible. Aching. Our faces are so close I can see nothing but her. But even if she was miles away, I would see only her. I grab her waist tightly, mad that she’s not melting into me. Suddenly someone places a hand on my shoulder. I look around, my eyes not following the moves of my head. It seems like flooding under water. Everything except Lilith is distorted and blurry. The face I see seems familiar, yet I don’t recall it from my memory. I don’t recall anything in particular. “You two really got off the rails.” Says a girl with blue hair. It makes me furious that she’s depriving me of the time I could spent staring at Lilith. I want to punch this stranger in the face. “But maybe you’d like to move aside before they kick you out.” She says. I don’t know what she means until she points to the domed with ivy fountain at the back. It’s occupied with some lovers clinging to each other, incense fog floods from the inside and crawls on the floor. There’s still a lot of place there. Without any response I drag Lilith aside. She walks backwards, not taking her eyes of me. She pulls me by my untangled tie, and I lean towards her, to be as close to her face as I can. Not waisting any precious second. I feel like a violent dog but under her command. She smiles in the most seductive, blood-boiling way. It messes with my head. Makes me insanely head over heels for her. When we reach the fountain she trips and falls to the cushions, pulling me with her. I support myself with my hands in the last moment. I cage her body, and she giggles. I would die to hear this sound once again. It’s like thousand ringing </w:t>
      </w:r>
    </w:p>
    <w:p>
      <w:r>
        <w:t xml:space="preserve">bells. Other couples complain and scream but all I see is her face, all I hear is her ragged breath, all I smell is her skin. Her face is in every inch perfect, sharp and dangerous. It seduces me, sets fire in my bones. We exchange breaths, thoughts, looks and souls. I can’t control my body when it forces me to kiss her bare neck. Her skin is flaming hot. She melts under my touch. “Draven?” She asks, her voice shallow from desire.  “Yes?” I breathe into her skin, not wasting any minute of kissing her. “Do you hate me?” She asks. I do. I do hate her. I do hate her for reasons I don’t recall. For reasons that left a scar in my heart and caused a chain reaction for disasters that followed. I do hate her for what she’s doing with my mind and body. For making me crazy over her. I do hate her and it’s the sweetest feeling. Coating my tongue and throat like honey. “You make me burn in ways I can’t control. You’ve cursed me, and I loathe you for it.” Words leave my mouth when I lower my lips to her collarbone. My tongue meets curves of golden veins on her chest. They pulse under my touch, betraying her body. She tilts her head back. Silent moan escapes her mouth. New tsunami of fire goes through me. “And you? Do you hate me angel?” I ask tracing my lips to the other side of her chest. I’m impatient. I’m hungry, starving. I want to rip her skin apart. I want her to be sawn into me. I want each and every of our body cells connected.  “To the moon and back, prince.” She says. Pleasure bubbles in my throat. Suddenly she grabs my face in her hands. She holds me like I’m a memory, a hallucination. She’s becoming less dreamy, my vision sharpens. I feel like something is letting loose of my brain. She looks at me with equally deadly lust and fear. I mirror her expression. But before this enchantment leaves our bodies, before our boundaries close our path to each other once again our lips collide. Stars explode behind my eyes as the heaths of our bodies exchange. Curves of her lips engrave in mine, mine in hers. She slides her hands down my neck, across my Adam’s apple, burns my chest. I don’t even know when I unbuttoned my shirt. But her hands leave fire prints on my skin. My clothes seem too tight, too hot, unnecessary. Hers as well. My runes burn in the most beautiful way of painful pleasure. My tongue opens her mouth, hers slides into mine. This is the deadliest dance, most horrendous fight for dominance. I growl; she moans. My hand travels to her tight, desperately searching for the way under the fabric. But before I can make something that will bury me in shame forever when I wake up, the liquor's side effects knock both of us out. I see nothing but darkness when my body gives up.    </w:t>
      </w:r>
    </w:p>
    <w:p>
      <w:r>
        <w:t xml:space="preserve">CHAPTER XVI  LILITH  Second day on the Land of Masks   We don’t exchange a single word or look as we walk through drowned in night, empty city, towards our cellar shelter. My lips are still swollen from his kisses. My skin burns in the places he touched me. Even when I accidentally glimpse at him my body is set on fire. I’ve seen him shirtless, he’s seen me changing. But I’ve never felt so exposed in front of him before. Now that he got to know my body, trace my curves, caress my skin. I’ve let him through my façade, I’ve welcomed him in my heart and now all I want to do is die from shame.  I’ll rip King’s hair off her scalp for that. He doesn’t spare me a look. He looks almost angry. But redness of his cheeks gives him away. He still didn’t button up his shirt, didn’t fix his tie. It hangs over his neck. I can’t even look at his perfect chest peeking up at me without feeling week on my knees. What in seven hells have we done? And how will we come back from that? I feel like we’ve crossed a bridge that burned behind us. But the land we found ourselves on is strange and poisonous. There’s no turning back. But the path ahead feels just as treacherous. We still carry wounds that haven’t healed. Sorrows we gifted each other — unspoken, unforgiven. I can’t look at him without feeling the scar burning on my back. He can’t look at me without seeing Edward’s blood on my hands. We got close. And we got burned. I was foolish enough to allow my body to betray me like that. To desire him. This tough bit into me like a reminder why I have to stay away. And what petrifies me the most is that we did this because our walls have fallen apart. Due to magic or not, this was what our souls truly desired. Raw, real, tangible. This is what our bodies and minds craved when no one was watching. And I didn’t want to acknowledge that. I want to erase this awareness from my brain. That this knot down my stomach and tensing of my muscles around him wasn’t disgust. Like through the fog I also remember what happened before this feral incident. I remember meeting with Fate Stealers. And I remember that elixir of truth made me see Draven differently than before. Darkness seemed to crawl out his heart. Curse crouched up on his shoulder, scratching his covered with scars, runes arms. I can’t explain the uneasy feeling I’ve experienced back then. Like a devil was holding him by the hand. But maybe it’s just my mind fooling me. Trying to find whatever reason to keep away from him. When I know it’ll be impossible. We don’t talk as we wander through the city and we don’t talk as we approach our shelter. He holds the door for me. I can’t even look him in the eyes. He looks away too. I’ve never felt more ashamed, more exposed. I feel my cheeks burning like fire. When we enter everything is covered in complete darkness. We’ve blown out the candles before we left. I try to reach the lantern and fire it up. But Draven seems to have similar idea. Not being able to see each other he bumps into me. I almost trip and fall. I can almost hear the Fate laughing at us as it puts this story together. Mocking both of us. It really loves the drama. When I thankfully reach the lantern the place lights up dimly. And I can see Sunny curled up on the floor, behind the barrels. I drop to my knees in front of her. One of her ears is torn but except that, I can see no other injuries. She lifts her sleepy eyes </w:t>
      </w:r>
    </w:p>
    <w:p>
      <w:r>
        <w:t xml:space="preserve">at me. Our Fates are connected, it’s the only thing that Fate has given me. Except pain. That somehow what she feels, I feel. I can always sense her presence, know where she is. If she’s alive. I knew she’s doing well. But it’s a huge relief to see her alive and healthy. However, lack of Kora sends cold, biting shiver down my spine.  “Sunny, did you find Kora? Is she alive?” I ask grabbing her snout in my hands. I force her to look at me, desperately trying to find an answer in her yellow eyes. But she just blinks at me and lays down to sleep again. I’m ready to break when silent whisper resonates in my mind.  “Yes.” I can’t acknowledge this voice with Sunny, for obvious reasons. But I know it’s her. I know she means Kora is fine. And I have to cling to the hope I’ll find her soon. I’ve left her. I didn’t go after her. I didn’t save her. Except, I’ve been dressing up, drinking suspicious liquids and kissing with the last person I should. Only Fate would be worse. I push those thoughts aside. Now, as the city is asleep I wouldn’t be able to find Kora. This place seems to stop in time during the night. Nothing moves, not even clouds on the sky or leaves on trees. And as the influence of elixirs finally flood away I feel the draining exhaustion my body suffers. I sit down on the floor by Sunny. I rest my head against the barrel and hug into her. Her soft body makes for a pillow tonight. Thankfully, Draven must be as ashamed as I am because he located himself across the room, far away from me. Even though I’m grateful he doesn’t want to make things more embarrassing between us something saddens inside me as he doesn’t spare me a single look. He just falls asleep. Soon I do too.  ***  My dream is weird tonight. I’m trapped in the same cave as the one we’ve met Fate Stealers. But there’s no sight of them. It’s just me. And Draven. He kneels in the exact centre, with no shirt on. His arms are stretched and immobilised by handcuffs. The chains spread across the entire space of the cave, pinning to the columns. His whole chest and face is covered in blood. Sticky and glossy. His head hangs on his neck like he’s unconscious. My body doesn’t cooperate with my mind as I start running towards him. But a hand on my shoulder stops me. I look around in terror, trying to glimpse the face of the stranger. But it’s covered in dark blue hood. It’s the Fate. It’s whole body is covered in its dark blue toga, icy cold fingers bite into my shoulder.  “You won’t help him.” It says but the voice seems to resonate only in my head. But it also bounces of the walls with echo. It’s low and booming, I can’t associate it with any gender. It’s like distortion of noise waves.  “What happened to him?” I ask desperately trying to find Fate’s eyes. But there are nowhere to be found. As my question resonates in the cave I glimpse a sight of wicked, white teethed smile under the hood. It freezes my body to the core. Fills me with indescribable terror. Suddenly, the Fate covers my eyes with its other hand and drags me away. Far from Draven and his suffering.  ***  </w:t>
      </w:r>
    </w:p>
    <w:p>
      <w:r>
        <w:t xml:space="preserve">I wake up with my heart pounding. I search the place in panic, looking for Draven. I’m prepared to see him drenched in blood, unconscious. But he’s just laying there, where he fell asleep. Clothed and unscathed. I sigh in relief. I know that Fate’s tales it whispers to me in my dreams have various meanings. Some terribly accurate. Some metaphorical. But it doesn’t make me less scared. On the contrary, it makes me even more paranoid. Because I’m left floating in lack of awareness. Not prepared for it’s next move. And the Fate always makes a move that dooms me. Every time. I can see it’s hooded face glaring at me from behind the barrels. We have no time to waste, we have to find Kora before midnight. Before our meeting with the Fate Stealers. The idea of reuniting with them, reuniting with the family I’ve found fills me with sick enthusiasm. It pours out my body. Which fills me with shame, because we have so much problems we have to solve. We have to find Kora, we have to escape the Fate. I have to revive my father. But I’ve never felt so much hope in my whole life. I cling to it like an anchor. I drag myself to my feet. Sunny growls through her sleep. I approach Draven but in the same moment a knock to the door fills the space. My body tenses, I snatch my scythe in a blink of an eye. I knew it’s too easy. I knew someone will soon find us. I stand still on my feet. I nudge Draven with the blunt edge of the scythe waking him up. He lifts his sleepy eyes on me. He looks so dreamy, so innocent and luring my stomach tangles. As he sees me prepared to fight he jumps up, already woken up. He draws his sword and stands beside me. I have a feeling that blood will shred soon. But as the door opens my scythe lands on the floor with a cling. My knees go weak as I spot Kora in the doorway. He’s drenched in rain, barefoot. The look on her face is shallow and miserable. I break of running towards her, drop to my knees. I hug her like my life depends on it. Hers sure do as she pierces her fingers through my back, like she’s trying to melt in me, looking for safety. She’s sobbing violently, her whole body is shaking.  “I’m sorry. I’m so so sorry honey.” I say with my face in her hair. Tears prickle my eyes but I’ve shred to many of them in the last to let them flow. But my heart threatens to leave my chest, my lungs to give up. Deeply in my soul I knew I’d find her. I knew I’ll protect her. But I couldn’t protect her from what happened while I was gone. As I pull back to look into her face I see her previously green eyes completely grey. No pupils, no shine. Just eternal fog. She’s blind.  “What happened?” I ask grabbing her tender face in my hands. Her mouth twist in painful grimace. “How did you get in?” Another sob precedes her words. “I couldn’t sell my face. But the man in flowers told me I can sell my sight.” She says, her voice breaking with tears.  “Oh honey.” I say pulling her in my embrace again. “We’ll get your eyes back. I promise.” I swear, although I have no certainty we will. Nothing is predictable on this wicked land. I’ve learned it yesterday.  “It’s good to see you alive Kora.” Draven says behind my back. His voice is so dull and emotionless. I knew he doesn’t like her. He doesn’t seem to like anyone in particular. But his stinging words make Kora shake even more. I shoot him with an accusing look. He raises his brow. I’ve never met anyone so antisocial. He seems to be allergic to human interactions.  </w:t>
      </w:r>
    </w:p>
    <w:p>
      <w:r>
        <w:t xml:space="preserve">“Come on honey, we’ll go out and buy your eyes back.” I say standing to my feet. She hugs herself tightly, like she’s afraid she’ll fall apart in any moment. My heart burns at the sight of her misery. I can’t look at her without seeing my own face in hers. Lost, deranged, broken child. That doesn’t seem to be possible to fix. I grab my scythe from the floor. I envelope my arm around her, tugging her closely as we emerge from the cellar. Both Sunny and Draven follow us reluctantly. We go out to the brightened up streets. As uncanny and hallucinating as before. The lanterns shine so brightly like it’s the Full Sun Night. But the bloody red moon shines it is mischievously, not letting us to forget its presence. We stride down our street towards the shopping alley. It’s filled with stalls to the brims. Colourful and oriental, like drawn from every corner of the world. Each one of them offers something different, from poisons to human parts. I run my eyes through every table, still tugging Kora closely. She seems calmer now, but her body is still cold from fear. My eyes stop on the stall embroidered in eyeballs. I scoff at the peculiar pattern. The seller offers eyeballs, in every size and color. From animal ones to human.  It seems to be no one behind the table at all before a tiny, wrinkled woman pops out from behind the curtain. Her shin is in the palest shade of pink.  “What do you crave today angel?” She asks me like she knows me, though I’ve never seen this woman before. I push Kora in front of me, revealing her state. The woman backs off with disgust at the sight of her eyes. Like if she wasn’t the one looking like a drowned pig.  “I see.” She says and fixes a monocle on her eye. “I have a pair perfect for you little girl.” She says and disappears again. Fabrics and steel gear fly in the air as she goes about her assortment. Suddenly, she pops out again with a transparent sachet. Inside, I notice two eyeballs. One with green irises, as Kora once had, second is completely black.  “Can’t we have two green ones?” I ask rushing her. The sight of so many imputed human pats make me nauseous.  “Oh you won’t regret this bargain.” She says with a mysterious voice.  “What do they do?” I ask.  “The green one is ordinary.” She says. Than she leans over the table, like she’s about to whisper a secret. “The black one allows you to see others greatest fears and desires.” I flinch at her words. I have nothing to hide before Kora. Despite the real reason of our mission. But Kora seems to happy to be able to see again before consulting it with me. She snatches the sachet from the piggish woman and breaks of running. I look after her and sigh. She’s too young to understand the consequences of such behaviour in this peculiar city. The seller shoots me with an accusation.  “I’ll pay.” I say with resignation.  “That will be one fear for you.” She says. I’m always curious what is it with those people who want to torment their souls so badly. If I was her, I would ask for something pleasant. But I believe they trade negative traits for bigger reasons. Like blackmailing their customers. If I knew others’ fears manipulation would come easier. That’s what they do. It’s an endless </w:t>
      </w:r>
    </w:p>
    <w:p>
      <w:r>
        <w:t xml:space="preserve">circle of manipulation and mind games. I grab the mirror laying on the floor and stare at its distorting surface.  “My biggest fear is the Fate.” I say truthfully. The golden frame seems to shake at the sound of its name. Even the mirror fears it.  “Reasonable fear.” Says the pig woman and snatches the mirror from me. I imagined the fear leaving mu body, depriving me of this suffocating feeling whenever I feel Fate’s presence. But it only grows bigger, more intense. I feel the cold hand of Fate on my shoulder. So that’s her bargain. Intensifying my fear. Tempting me to sell something more to get rid of it. I don’t say any other word. The witch walks me away with her mischievous eyes. Draven catches up with me. “Sunny went after Kora.” He informs me though I know perfectly where they are. He must know that too. He’s just looking for an excuse to talk. It’s the first thing he’s said to me since the feral accident that drove us apart once again. I can’t swallow the lump in my throat choking the response within me. I am willing to go back to the wine cellar and prepare for the meeting in the library. But a midnight sky tent draws my attention. It’s so dark it seems like it swallows every light around. It’s high with piked top, reaching high above other tents. A young creature sits beside the low table. Her skin is pale blue, glowing like fireflies. Her hair is in the same color, so are her clothes. She looks like a ghost or an angel. Luring passersby with her image. Her eyes are completely white, with no irises of pupils. Silver chains envelope her angelic face, like a cage. On her black table I see a deck of cards. In the same color as her skin, with holographic, swirling edges. They seem to gleam with seductive, dangerous light. I can’t help but stop in front of her tent. I’ve always been fascinated by cards and the message they deliver. The prophecy. Whether it’s good or bad.  “Are you sure?” Draven asks right next to me. He knows that I consider her service. As I wasn’t sure before, now I know I have to buy something from her. Even if only to do against his will. I look at him meaningfully and kneel in front of the low table. The prophetess seems like she’s just woken up from a dream. Like she’s just a statue coming to life as soon as someone interacts with her. It’s scary in a way. But also so magical I can’t take my eyes of her.  “Do you wish to know your future?” The angel says waving her fingers across the cards. Without even touching them, they flow over the table. It’s the Major Arcana Cards. They are so bright, so shiny they blind me. But also lure me in the future, dreams and hallucinations.  “I do.” I say mesmerized. My voice seems distant, like it’s already enchanted. “What will be the price?” I ask in advance, in case I would have to sell my soul for her prophecy. Draven crouches up next to me, like he’s ready to throw me over his shoulder in any moment.  “I see you have aconitine flower poison in your bag.” He says and I freeze. The poison is stuffed up my bag indeed. But the fact that she can see it fills me up with unease. She must have noticed the look on my face. “The Land of Masks is a dangerous place for a creature like me. I would like to have some protection. Against demons.” She says. Even though her eyes are completely white I can tell she glimpses at Draven when she says her last word. I see </w:t>
      </w:r>
    </w:p>
    <w:p>
      <w:r>
        <w:t xml:space="preserve">how his face muscles tense. I draw the phial from my bag. Fluorescent, purple light glows on its edges. I place it on the table. She snatches it to her pocket in a glimpse of an eye. But she’s an honest creature because she proceeds to prophecy right away. She sways her hand over the cards with a spell, forcing them to move. The cards move back together, than switch places, shushing. As they collide, they make a noise of a clinging metal. They raise up, twirl, turn. This mesmerising dance is hypnotic. White strings of light envelops the place, bounce of my face. Suddenly, the cards still, like frozen in time. Three of them land in front of me. The others pile up in a perfect deck. My heart skips a beat as the angelic woman reaches for the three ones chosen for me. She turns the first one slowly, like feasting on my anxiety and terror. The first one pictures a colorfully clothed man with a bag on a stick over his shoulder. He walks straight into the void, but he’s looking in the sky. A dog by his side. The dog looks strangely similar to Sunny. The Fool.  “Your past, my dear, was a great entrance. A walk into the unknown.” She says. As I look closely at the Fool he tilts his head and winks at me. I back off instantly. “It means irresponsibility. Naivety.The path you followed before, believing that your life will turn out to be great, that you’d decisions will be yours. The Fool is pure potential — a soul before corruption. He walks forward, unaware of the abyss before his feet. Your past was naïve, but fearless. Unprotected, and yet willing to leap. You carried huge  baggage. Yet the Fate waited with more, hidden in the fall.” She says stinging me in the heart with her words. Then she reaches for the second card. It pictures a wheel with astrological signs. Four figures decorate the corners: angel, Taurus, lion and an eagle. The Wheel of Fortune.  “Your present is luring you into the path of the Fate. Into bad decisions and risk.  The wheel always spins — up or down. Now, you are caught in its motion. Not the master of your story, but a piece on the board. Fate pushes you. But your choices—your rebellion—bend the spokes. Risk is your currency. And the stakes are everything.” She says. I always believed in prophecy. But those cards seem to perfectly picture  my life. My past and present. I’m petrified what will the third card show. My future. The wheel starts spinning. Slowly at first. Than so fast the signs blur together. Forming a grin of the Fate that invades my dreams so often. I take my eyes of it. When she reaches for the last card I’m already dead. It’s the moon. Completely red. Blood drips from its arch. Two, black wolves stand at the bottom.  The prophetess takes her hand of it, like it burned her. My heart skips a beat again. But he smile is sincere and bright.  “Your future my love…” she says, her voice is dreamy. “It’s bright. It’s bright as the Sun. Your true form will be released.” She says but I find no sense in her words. True form? Does it mean I’ll get rid of my hallucinations? Of my split personalities? I recall Misha’s words from three years prior. That my future is dark and doomed. Does it mean I’ve tricked the Fate? Or is it playing with me just now?  “What does it mean?” I ask. Only now I realize I’ve leaned over the table, so close to her like I wanted to punch her in the face. My clenched fist lays on the card of the Moon.  </w:t>
      </w:r>
    </w:p>
    <w:p>
      <w:r>
        <w:t xml:space="preserve">“I can’t tell.” She says thinking for a moment, like she’s never had such a mystery to solve before. “But your destiny is in the castle. That’s where you’ll find your answer. That’s where you’ll be released from the grip of Fate.” As she says its name, I gather a figure in the crowd on the street. It’s a hooded creature, in dark blue toga. It stands there, as passersby rush in every direction, penetrating its ghostly body. It stares at me, from far away. Like it’s forbidden to come closer. Like I’ve already escaped it.   ***  I can’t fight a smile as we return to our shelter and all the time, we spend there. I can’t fight the wicked satisfaction the prophecy gave me. I know it can all be a lie. That I might be foolish for falling for such a trick. But it fills me with hope. So much hope it tears my body from the inside. I've never been closer to saving my father. He will be alive again. I feel it in my bones. As I suspected, both Kora and Sunny were politely waiting for us in the cellar. Now, both of them are sleeping. Kora clenches the sachet with eyes in her fist. I found an old piece of paper somewhere on the floor. Now, laying on the floor I scribble thoughts out of my mind. My brain is filled with the hooded face of Fate. I draw it with every angle, every expression. I imagine how its eyes would look like. I pour it out on the paper, like getting rid of my sorrows, my fury and hatred. I want to capture it between the pages and get it out of my head. I would fancy some music but all that fills the space is Sunny’s snoring. And cling of metal as Draven furiously hits the barrel of wine with his golden sword. He’s been taking out on this pitiful piece of wood for hours now. Sweat runs down his neck and bare back. Deranged grin twists his face. I don’t know what the reason of his intense emotions is. But they must be unbearable because he hits the barrel like his life depended on it. We’ve bought some food on the shopping street. I stuff myself with berry cookies that look disturbingly similar to human heart. Once at a time I sense a metallic taste in my mouth. I convince myself it’s not blood. But Draven didn’t even touch his portion.    </w:t>
      </w:r>
    </w:p>
    <w:p>
      <w:r>
        <w:t xml:space="preserve">CHAPTER XVII DRAVEN  The Land of Masks during the night is an uncomfortable place. The darkness interrupted by dim, red lights make me feel trapped, choked. Like I don’t have any control. And it fills me with fury. Lilith, however, seems like she’s glowing from enthusiasm. She didn’t stop grinning since this Fate forsaken prophecy. I think she’s a fool for believing it. No one can escape Fate. Not even her. I would sell my stained soul to be out of its grip. But it’s impossible. She must know that. She can’t be so gullible. She leads us through the city, takes unexpected turns towards narrow alleys. I don’t know if I’m already insane but I see dozens eyes staring at us from the dark corners. We finally approach our destination, after an uneasy walk. The library is a peculiar building. Narrow, but so high its top vanishes in the clouds. It’s made of glass enveloped by silver strings. They squeeze the construction so tightly it looks like a spiderweb. And it’s moving. Slowly spinning, like a carrousel. Huge, black doors pass us multiple times before we can finally get in. I was prepared to lose my balance once we step inside, but here, the building seems to be completely still. And dark. Narrow, long corridor, too long to seem real as it couldn’t possibly fit in the narrow building stretches for miles. At the end, jade light peeks at us. I try to find Lilith’s eyes but it’s impossible in the darkness. But as I hear her footsteps ahead of me I follow her. The walk through the corridor seems endless. Like we’re travelling in a circle. But as soon as we approach the end I’m flashed with the majesty of the library. It’s so huge it looks like a temple. Silver, spiderweb shelves occupy every wall of this circular room. Millions of books rest on them. I imagine if I set this place on fire it would burn down in a minute. The floor is black wood, so are the tables that scatter in the middle. Around one of them, bathed in a jade light that shine from candles placed all around the library Fate Stealers sit. They look like wax figures, leaning over the table. Like they’ve frozen in waiting. We stride towards them but suddenly something hits me across the face. I already draw my sword, ready to fight for life. But when Lilith’s giggle resonates, I realize what my attacker was. It was a book. Only now I notice that dozens of books fly across the place, like they have wings. Opened, with waving pages, they drift smoothly through the stuffy air. It smells like old church and incense in here. I hate this Land with my whole heart. I hope we can get out from here as soon as possible. I want to come back home. Even if it means dying on a war. We manage to approach their table without any more incidents. But I have to dodge a couple of times from book-bird.  “You’ve managed on time.” King says and wakes up from her trans. We sit in empty chairs prepared for us.  “So? What will we get in exchange for being a feast for dragons?” A guy I remember is named Rook asks. He seems upset, like any contact with a human being physically pained him. I think I could get along with this guy. King jabs him with her elbow. </w:t>
      </w:r>
    </w:p>
    <w:p>
      <w:r>
        <w:t xml:space="preserve">“Don’t be so impolite.” She scolds him. Then she turns to us with the brightest of smiles. “I think we should get to know each other first. You know our names. Now we ask for yours.” “I’m Lilith L’Avenoir. This is my companion, Draven Valebran.” I’m grateful that Lilith is the one speaking for us. I’m not very fond of group conversations. Any conversations to be precise. But I would be grateful if she didn’t mention my regrettable last name. All the Fate Stealers raise their brows. But their confusion is from different reason than I expected. “L’Avenoir?” A little girl named Pawn asks. Her eyes look intrigued. “Are you a daughter of Aurel L’Avenoir?” I look at Lilith as the question resonates. At her reaction. I see her fighting but a miserable grin laces her calm face. “Yes. Did you know my father?” She asks. Her voice is shallow. “He’s our favorite actor! He inspired us to form a covey in the first place.” She says and claps her hands with enthusiasm. This reaction is so exaggerated I wonder if it isn’t forced. But I guess those weirdos just act that way. “Were you in the court?” I ask to say something at all. “We were. Before we got exiled for our abilities.” King explains, though there’s no pity in her voice. Almost like she is grateful she didn’t have to stay there. I understand. The court is a soul-sucking place. “So, we travelled here because it’s the most suitable place for folks like us. You have no idea how many desperate souls live there. Perfect to steal.” “Yeah, I can tell.” I mutter. “So? Did you think about our offer?” Lilith asks trying to get to the point of this meeting. We have no time for chatter. King looks at all of them searching for an approval to speak for the group. “We did. But we have one condition.” King says lifting her finger. “Only one?” I scoff. If I was them I would ask for the whole world and even more. “Yes.” She shoots me a look from under her brows. I dare a statement that she isn’t really fond of me. But she’s definitely fond of Li. She looks at her with dreamy eyes. “We want our Fate Stealer fates to be gone, after it's over.” I involuntarily scoff. She shoots me with a look once again.  “Why would you want to turn down such treasure?” I ask. I have a feeling the conversation is mainly between us. I don’t trust her even a bit.  “If your mind would be unstoppably teared apart, tangled and driving you to insanity you would too.” She says. I give her the credit. I know how destroyed Li’s mind has gotten because of it. Because of a burden that is impossible for one person to handle.  “How many Fates do you possess?” Li asks. King brightens up again. “I have a whole hundred.” She says with the proudest, snootiest smile on her face. She doesn’t seem bothered with this ability at all. But I imagine how much pain she hides beneath it. </w:t>
      </w:r>
    </w:p>
    <w:p>
      <w:r>
        <w:t xml:space="preserve">“I and Rook have twenty seven each.” Bishop says. So King is a very powerful weapon. She’ll be very valuable.  “I have five.” Says Pawn and hides her face. She’s so young. I can’t imagine how hard it must be for her. To kill for a living in such young age. It must be a curse for her. I don’t question her choice of getting rid of it.  “However, we can choose between only a small group of creatures. Other Fates are out of our reach.” King says after a while. “You on the other hand. You can choose between anything you want.” She says looking at Lilith closely. She seems confused, backs off.  “I didn’t know we have limits.” She says. She doesn’t even question the source of her knowledge. King seems to know everything. Our every move and thought. I try to suck my soul in, hiding what’s hidden inside me even deeper. If they all knew what I am, would they follow us? Would they trust me? Because I wouldn’t trust myself.  “We do. You don’t” King says and supports her chin with her hands, staring at Lilith. I don’t like the look she gives her.  “How is that possible?” Li asks.  “Your blood just must be thicker.” She says with indifference. Both of us frown our eyebrows in question. “Wait. You don’t know?” King looks almost amused. “Don’t know what? Speak with sense.” I burst out. I’m done with her word games and understatements. “Golden blood runs in Fate Stealers veins. We are descendants of the Gods.” My heart seems to drown in a void. Descendants of Gods? There’s no wonder I never got along with Lilith. I’m a demon. She’s a God. An angel. We can’t get along. We don’t go down the same path. Mine leads to hell. Hers to heaven. Every color drained from her face, she’s completely white, still as a stone. I feel dizzy.  “But... That’s impossible.” Li says. Her voice is barely audible.  “But it’s true.” King says smiling mischievously, like untangling this secret to her and Li’s terror filled her with euphoric satisfaction. “Wasn’t it odd to you? That you can trick the Fate while others can’t?”  “I had too much to think about.” Li says dismissing her. She seems furious. Barely holding back. So many revelations knocked even me of my feet. I can’t believe it was all hidden from us. From her. We had no idea Gods can reproduce with humans. That they can interact in a physical way. Any way. That explains the fear of Fate Stealers clearly. Bringing God’s wrath upon the kingdom would be catastrophic in consequences. But this information makes my insides tremble. How can I ever compare to her? How can I even stand beside her without burning alive? Gods destroy demons. I look at her face. She doesn’t scream, cry or burst out with anger. But something in her stillness screams. Something too quiet for me to hear.  “Look at your veins. And ours.” King says revealing her chest. The others do the same. Their veins are barely visible, rather beige than gold, gently tracing over their bodies. Lilith’s veins </w:t>
      </w:r>
    </w:p>
    <w:p>
      <w:r>
        <w:t xml:space="preserve">are pure, raw gold, practically emerging from her skin. Crawling outside towards the light. “You’re stronger than us. You’re closer to God than a human.” Those words closes both mine and Li’s mouth shut. I can’t find any reasonable response for her words. Because she’s telling the truth. I know she is. Then follows a long, unbearable silence. While we try to gather our thoughts, our emotions. Think our lives through. Because everything changes. I feel like there’s thunder in my head. And looking at Lilith I see there’s one in hers too.  “What’s it about your bracelets?” Pawn says suddenly, creeping at me from across the table. I tense at her tender voice. I was considering telling Lilith the truth. About my curse. About my body. About my sins. But now, I’m not sure if she wouldn’t exorcise me. I’m a threat. A danger to her being. There’s nothing I can do but keep distance. “I’m a knight.” I say which is the stupidest excuse. I don’t know in which world knights wear such jewellery. King must think the same because she narrows me with her eyes. But just when I’m sure she’ll expose the truth, expose me in front of everyone she smiles brightly.  “So we have last two missing members in our covey. Knight and Queen.” She says pointing at me and Lilith. But her cunning eyes fix on me. I know she knows. And she knows she has me in her grip. When I fail to comply the terms of our understanding, she’ll destroy me. She likes to have power. And I’m, once again, vulnerable. Under control. Rage raises in my veins. I threatens to rip my heart apart. It blurs my vision. Everything is distorted., foggy. Bells ring in my ears. I don’t have control over my body as I stand up from the chair. It trips and falls on the floor with a horrendous thud. It echoes across the room. Everybody looks at me, concerned and scared.  “I’ll meet you later in the cellar. Enjoy yourself.” I say to Li and Li only. I don’t bother saying goodbye to the rest of them. I don’t owe them anything. Before she can say a word, before she can stop me I storm out of the library. I don’t even know where I’m going, I’m fueled by rage. I spot a forest nearby. I drown in it. I don’t care if I’ll get lost or attacked. I just have to run away from my thoughts. From this horrible lack of control over my body. My runes pulsate, my head aches. I draw my sword and hit the nearest tree with it. And again. And again. I hit it over and over and rage only raises in my body. I feel my skin burning. Burgundy traces of runes on my arms glow. Even the newest one on my neck bites me. As I cut this sad tree memories flood my brain. My father who trapped me in handcuffs drags me by a kind chain across the courts courtyard. Everybody’s staring at me, at my sunken face, as I sway on my legs, just to keep walking, not to fall. It was exactly two days after the incident that I sold. I know I did because  in the place where the memory should be is just a gaping, painful void. But it doesn’t help me forget. Doesn’t help me forgetting how he dragged me like an animal to the slaughterhouse. To the Battle Tower. My runes shine so intensively it enlightens the forest. I let out a scream, that sounds like an animal growl. I’m nothing more than an animal. An object. A cannon fodder and a mistake. I’m unfixable. Blinding pain forces me on my knees. And for the first time in years I let the tear flow. Just one, lost tear. But it’s there, reminding me that my misery is eternal. That the Fate hates me. And just then I see it. Sunbeams piercing through the tree crowns. Crawling towards me. The Sun rises. It’s the Full Sun Night.    </w:t>
      </w:r>
    </w:p>
    <w:p>
      <w:r>
        <w:t xml:space="preserve">CHAPTER XVIII LILITH  Everything changes after King’s words. After the truth. Images flow in front of my eyes, how the temples trampled when I walked in, how the marble statues in garden turned to look at me as I walked by. Because I’m not a human. My whole life I’ve been called angel without knowing I am one. In my memories, in the pictures and scenarios that my mind projects there always Fate. Creeping in the shadows with its dark blue toga, grinning at my gullible self. But I’m no longer gullible. I’m furious at myself for living in ignorance. For missing the fact that I’m more. For wasting my potential. Now I know that nothing can stop me. No matter how desperately Fate wants to control me I won’t give in. I’m the one who writes my own story. No one else. And just then I set a new purpose. Just when I revive my father I’ll destroy the Fate. I can die trying. But I will. Maybe that’s what the prophecy was trying to tell me. I’ll never be scared again. I’ll never give my life away to anybody. It belongs to me. I’m swallowed by trans, I don’t even see my companions around me. But the bubble of hallucination pops as Draven’s chair meets the ground. “I’ll meet you later in the cellar. Enjoy yourself.” He says and storms out of the library. I don’t know what possessed him. What made him so furious. It was all about me. Maybe he felt threatened. But I don’t feel better than him. I don’t feel better than anyone. I just have a power to make a difference. And I’ll use it to the last drop of my blood. I jump up ready to run after him. But suddenly, Pawn materialises in front of me, cutting my way. She looks at King behind my back, waiting for a praise with a shy smile. “Leave him be. That’s a lot to digest.” She says and approaches me. It’s a lot to digest for me. Nothing occurs to him. It was my world that fell apart. It was my life that changed its destination. I’m mad at him, at his outburst, at his childless behavior. I want to run after him and scream at him. For leaving me now. In this moment that seems to be a start of something bigger than any of us. I feel it in my bones, deep in my marrow. King’s gentle hand on my shoulder brings me back to reality.  “Maybe we should go out. Catch some fresh air. I know you’re shocked.” She says with bright smile. “It’s a Full Sun Night tonight. The Land of Masks is beautiful at this time of month. You’ll adore it.” At her words Pawn jumps in enthusiasm, claps her hands. Before, I thought I’m out of place, weird with my theatrical, exaggerated behavior. But among them I feel safe. I feel understood. I force a smile and decide to forget bout Draven. This delightful yet terrifying moment belongs to me.  “Fine.” I answer. When me and the covey travel through the city I don’t know if I’m dreaming or am I already awake. The world is enveloped in lightness, like the Sun swallowed us greedily. The city looks like bathed in gold. Every single building, plant, even streets are covered in golden, shiny </w:t>
      </w:r>
    </w:p>
    <w:p>
      <w:r>
        <w:t xml:space="preserve">liquid. Everything is still. Even few passersby froze in delirium, covered in gold, like statures. We travel through the city, our group the only colorful thing in sight. I feel like I’ve entered someone’s dream, like an intruder. It’s so odd to be awake when everything stopped in time. King looks at my enchanted face with undistinguished satisfaction. I feel like I’ve been just taken out from the womb, experiencing the world for the first time. With new eyes. Because I am in a way like a newborn. I’m new, reborn. I’m more. I’m not just a pawn in Fate’s games. Bishop stops in front of one of the now golden stalls. Everything is under the cost of metal, but as he reaches for an object on the table, the liquid drains from it. It drips onto the ground and melts into it. He’s taken a bottle of blue wine. And then another one. He uncorks it as he approaches us. He smiles from ear to ear.  “If we’re finally alone.” He says but stops to take a huge sip from the bottle. “We can have fun! Unbothered by fans!” And then he drinks again. Laughs fill the silent, still space. The bottle is passed form hand to hand as we wander through the streets. I’ve always been fond of wine. So this time I don’t reject the offer. To drink a wicked liquid in a wicked place with wicked friends. Maybe I shouldn’t trust them so much. I should be more careful, cunning. But something inside my body, in my soul is certain their intentions are pure. I posses power to detect lies. I just wonder if they’re not messing with my head. But once half of the bottle is empty I’m sure all they want to do is have fun. Escape from hallucinations that bother both them and me.  We end up stretched on the shore of a lake. Its surface is also covered in gold, still and safe. My smile is the most sincere in ages. I finally feel like I belong somewhere. I’m not alone. I mean something. My head rests on King’s laps, she’s grinning to the moon like a child.  “Are you sure it won’t make me throw myself in Draven again?” Words leave my drunk throat before I can stop them. I feel blush spilling on my cheeks. “It won’t force you but it will give you confidence if you’re shy.” She says winking at me and gives me the bottle. I gulp down on it once again, citrus taste coating my throat. I hiccup a couple of times.  “I’m not shy. We’re just…” I can’t find my words. Because what are we? After everything that happened between us. After he saved my life and I saved his.  After we poured our sorrows on each other. After we kissed. “We’ve hated each other for most of our lives.” “But you don’t hate each other now, do you?” She asks with a mischievous smile. Because she knows the truth. She knows how my body tenses around him and my heart threatens to jump out of my chest into his embrace. How I crave to be near him.  “It’s complicated.”  Bishop and Rook start to chase the only one sober Pawn across the golden surface of the lake. Their laughs resonate in my head. The world seems blurry and so, so beautiful. But something’s missing. Someone’s missing.  “I think you have to know something.” King says after a while. She’s suddenly serious, straightens up. I sit up, momentarily tensed. “Draven has a… condition.” My heart skips a beat </w:t>
      </w:r>
    </w:p>
    <w:p>
      <w:r>
        <w:t xml:space="preserve">at her words. Is he sick? Is he dying? I’ve gathered a long time ago that she can see through everybody’s soul. Wrench deepest secrets from it.  “What condition?” I ask, my voice is shallow from terror. “He has a curse within him. That’s why he has his runes carved across his body. To protect him. It occurs only in the Full Sun Night.” She says looking deeply into my eyes. I shiver under her gaze, under her words. “What do you mean by curse?”  “I think you should ask him himself.” She responds. Then she stands up, clearly giving me a sign. I have to find him. I have to talk to him. Now. I don’t waste a second. I drag myself up, ready to throw the whole world on the left side to know the truth. To know what he’s been hiding from me. I knew deeply in my bones that there’s a secret he’s buried deeply from anyone’s view. But now I feel even more eager to dig this secret out. I will, no matter what cost. “Thank you.” I say to King and embrace her with a sloppy hug. After a moment I’m gone, running across the streets like my life depended on it. I stumble, cursing myself for drinking so much. But now it’s only him that possesses my mind. I can’t shake away the feeling that something horrible happened to him. I don’t know how many hours I’ve been away. He’s been alone. But I know it was too many. I collide with the door to our cellar, almost loosing my balance. When I wrench open the door, everything is covered in gold. Even Sunny and sleeping Kora, crunching in the corner. But there’s no sight of Draven. Not even a print. Maybe he’s frozen in gold somewhere in the city. Far away from me.  “Draven!” I scream and run through the cellar, looking behind every barrel, every corner. But he doesn’t respond. It’s just this horrible, deafening silence. I venture deeper into the corridor, darkness enveloping me until I can see nothing at all. It’s a dead end. I’ve approached the back wall. I’m ready to return when suddenly I hear a cling of metal. I’m not sure if I didn’t misheard until it resonates again, louder than before, cold against my teeth. Groping, I run across every wall, trying desperately to search for an entrance to wherever the sound is coming from. Suddenly my hand finds a door knob. I twist it, panic rising in my veins with every second. But nothing could have prepared me for what I’m about to see. The room is tiny, grey and bricked. Gold licks the doorway but melts, leaving the rest raw. Like it’s scared of the person inside. Draven kneels in the middle, shirtless and splashed with blood. His hands are cuffed behind his back. Two thick, long chains pin him to the wall behind him. They are attacked to his iron bracelets. His head is hanged, like he’s unconscious. The runes I adored before now shine with red light so intense, it casts a sheen across the floor. A black shadow seems to crawl up his forearms, swallowing them. I’ve witnessed many peculiar incidents during my story. Many life threads, many falls. But I’ve never been more scared. I think my heart got frightened as well and run away because I can’t feel my heartbeat. I just stand there, looking around the place in terror. Every single wall, even parts of the ceiling and the floor are covered with letters L. Written in blood. It drips and flows, like it’s freshly drawn, squeezed from the body. I don’t waste any more seconds. I drop to my knees before him. His hair is wet from sweat and blood. </w:t>
      </w:r>
    </w:p>
    <w:p>
      <w:r>
        <w:t xml:space="preserve">I catch his face in my hands and lift it up. Blood is smeared across his cheek as well. Protection rune on his neck, reaching for his jaw shines at me. I feel my golden veins pulsating painfully. I didn’t kill anyone. What could possibly cause that reaction? It’s not the first time I feel my runes burning during the Full Sun night. But never so intense. A scar runs down his lower lip. But his eyes are widely open. And they are not amber anymore. They are completely red. No irises, no whites or pupils, just petrifying, bloody red. I swallow my tongue. No words from King could have prepared me for this. I’ve never seen anything so petrifying in my whole life. And he’s in pain. In so, so much pain. His body is hot like depths of hell, shivering against my touch. His face is twisted in agony. But suddenly, as if he felt my touch just now, his face lowers and he looks at me from under his brows. His lips twist in the most devilish of smiles. I back off, sit on my heels. But I won’t leave him. Not now. Not ever. His moment of madness passes as quickly as it appeared. His head hangs on the neck once again. Chains clinging fill the silence. And his quiet, low sob. Suddenly he growls, like a wild animal. The room seem to shake with his booming, devilish voice.  “I hate her.” He whispers. His real voice tries to pierce through the curse, swallowed by it. “Who?” I ask. My voice is shallow from terror.  “Lilith.” He says and I feel like I’m stroked across the face. Stabbed in the heart.  “Why?” My voice is barely a whisper. A plead. A plead for him to say it’s not true.  “I hate that she’s better than me. I hate that she’s always been better. That she’s an angel and I’m a curse.” He says, his voice growing more aggressive, darker with every word. “I hate that when she’s out there tricking the Fate, it tortures me.” He silences for a moment. He’s unconscious again, drifting between delirium and present. When he speaks again his voice is like a sob. Like a scream for help.  “I hate her madness. How she talks and moves. I hate her beautiful hair and eyes.” It feels like he slapped me and than caressed my cheek gently. “I hate that she’s good in everything she does, I hate that she’s so strong when I’m broken. I hate that I’ve been so horrible to her and that I’ve hurt her but I’m a bad person. And she’s good. She’s so good I loathe her for it.”  He doesn’t know he’s speaking to me. Otherwise he would never, ever admit to that. And he’s lying. I’m not a good person. I’m the farthest away from good.  “Look what she’s done to me.” He says and laughs bitterly, running his possessed eyes across every single L letter on the wall. I see a piece of jagged steel at his feet, his bleeding fingers. He used his own blood. He’s drenched in it.  “I hate her so much I think I can’t live without her.” It overflows the spell of bitterness. My heart starts beating again, this time so intensively it rips my chest apart. Maybe King was right. Maybe I needed some confidence. Because if I wasn’t drunk I wouldn’t be able to do this. I move closer to him, lift his heavy head up. For a mesmerizing second his beautiful eyes flicker from under the surface. His perfect face calms, his runes fade. His brows frown in the most regretful, miserable grimace. It’s not the magic elixir, it’s not the spell or any threats that make me kiss him. It’s my heart that’s been longing for him that makes me press my lips against his </w:t>
      </w:r>
    </w:p>
    <w:p>
      <w:r>
        <w:t xml:space="preserve">flaming hot ones. It’s barely a touch, I can’t force myself to do anything more. My body is frozen, drained. He moves his hands, tries to break free from the chains he’s trapped himself in. Not to hurt others. But then, with a thunderous growl he wrenches the chains from the wall. Bricks scatter across the floor, chain links shatter like a broken mirror. His arms are still swallowed by shadows and licks of red light as he envelopes them around me. He grabs me so tightly it forces  the air of my lungs. It’s the most painful of pleasures. He pulls me so close to his bloodied chest, we almost trip. Like he’s trying to swallow me. But then he kisses me. With desire, longing, pain and agony. Letting go of every sorrow, curse. There’s no Fate in the room with us. It’s only our duo, tangled in embraces. He kisses me greedily, hungrily. He kisses me like it’s his dying wish.   CHAPTER XIV DRAVEN   Almost my whole body is in agony. Pain screams, scratches my skin from the inside, burns. My bones tremble, my throat feels like it’s filled with acid. But in the places my skin meets with hers there’s oblivion. Like I’m kissed by the blessing. Her skin is so soft, cold like ice. It cools down my swallowed by fever body. Even though liquid seem to evaporate through my pores due to the temperature of my blood, cold shiver shakes through me. Goosebumps rise on my neck, my whole body shivers. She’s there, in my embrace. I have my face tangled in her hair, her lavender scent fills my lungs. I sob. I whip. For the first time since I can recall I allow myself to cry. I allow myself to be vulnerable. To be human. Even though I feel my runes burning, desperately trying to let the curse outside I’m fighting it. I can’t hurt her. I would rather kill myself than hurt her. I have to stay close to her, in her embrace that feels like the safest place in the world. Where I’m not judged or punished for what I am. I’m not despised. I’m taken care of. I’m accepted. Her body shakes too. With terror I consider the source of her reaction. Is she scared of me? Or does she pity me? Is she crying over my Fate? I shove the thought of her fearing me deeply inside. I can’t handle the possibility. I couldn’t handle it if even she rejected me for what I am. She pulls back and the places where our skin touched now are left cold, raw. Her eyes are swollen, tears splashed across her beautiful face. I reach my hand slowly to touch her cheek. She flinches but doesn’t move. I run my fingers across her skin. It’s like the most intense liquor. Messes with my head.  “What are you?” She asks. Her voice cracks as she forces out those words. My heart cracks too. I can’t answer at first. The curse seems to choke me. “I…” I can’t find my words. Because, what am I? “I don’t know.” “Why didn’t you tell me?…” she asks. The pain in her voice drains my soul, forces the air from my lungs and crashes my brain.  </w:t>
      </w:r>
    </w:p>
    <w:p>
      <w:r>
        <w:t xml:space="preserve">“I’ve never told anyone.”  “But why didn’t you tell me?” She says the last word fiercer and she sits straighter. Her painted with sorrow face now looks tenser. I can practically hear my heart shattering like a broken glass.  “I was scared.” Before her I don’t have to pretend. I don’t have to dress up in courage and indifference. I know she will understand. She has to. Because if she doesn’t there’s no hope left for me.  “When did it start?” She asks. Now, that she’s moved further away from me I feel like ice spikes pierce through my body. Unbearable cold resonates from her presence.  “I don’t recall. But a long time ago.” I admit. I feel like during a confession, praying for my sins to be redeemed. Praying for her to give me her mercy. “This… curse.” I practically spit this poisonous word. “It changes me. Only during a Full Sun Night. And I hurt people. I hurt myself.” I feel like I’m stabbing myself in every organ while spilling those words out. But I have to. I can’t keep running away from what I am. Her face is tangled in thoughts, like she’s putting the pieces together, merging the facts with memories, understanding. Or maybe I just want her to do that. I can’t keep fighting. My body gives up. My head once again hangs from my neck, its weight is unbearable for me to handle. I’ve never felt so weak. But then, her fingers meet my cheek. She lifts my chin up, only so much that I can stare into her beautiful, gorgeous eyes. For the first time in my life I feel loved. Even if she doesn’t love me. I feel loved.  “When the war is over” she says with fierce, her brows frowning. “I’ll do everything to break your curse. Do you understand? Everything.” I might as well faint right on the spot. Because someone finally found me valuable enough not to let me suffer. To help me. I can only mutter silent thank you.  “But I don’t know how I’ll forgive you for not telling me.” This feels like an arrow in the heart. But I understand. I can’t complain. Now, with this swear she gave me more I’ve ever received in my whole life. But it still hurts. Hurts so, so badly. Hurts to the point my runes start glowing again, my vision becomes blurry and distorted. Soon it will change again, cutting me from reality. Forcing me to do things too horrible to spell.  “Can you do something for me?” I ask, barely controlling my voice. The demonic growl already creeps out my throat. She nods slowly, hesitantly. “Chain me up and leave.”  “What?…” her confusion is barely piercing through the shadow that swallows my vision.  “It won’t stop until the Sun sets. I don’t want to hurt anyone. I don’t want to hurt you. So please, please angel…” I beg, I pray, my voice is shallow. She doesn’t torture me anymore. She stands up and grabs the chains from the floor. I don’t know when I’ve wrenched them from the wall, my memories are gone. I don’t remember anything what happened between chaining myself to the wall and her kiss. She drags the chains and envelopes my body with them, with my hands still behind my back, with my exhausted, wretched body on my knees. She squeezes me with them so tightly, the runes burn at the contact with iron. The animalistic growl that escapes my throat is nothing I can control. I don’t see her already, but I can still hear her jump away. Right </w:t>
      </w:r>
    </w:p>
    <w:p>
      <w:r>
        <w:t xml:space="preserve">before my vision is completely flooded by curse, she kneels in front of me one last time. She cups my cheek and looks me deeply in the eyes, searching for my true self beneath.  “Stay strong for me.” She says. And then she’s gone. And madness is back. ***  I dream about the Fate once my body is taken away from me. Both me and Lilith are chained to the walls of the exact room my physical body is now in. We are across each other, desperately crawling to reach ourselves. But the Fate’s split form, pulls me away from her, and her away from me. Not only the chains separate us from each other. Fate doesn’t let us too. It pulls Lilith by the hair, pulls my body so I can’t reach her. But we fight, we scream, we crawl to each other in agony. In this world she’s my destination and I’m hers.  ***  When I wake up the chains are loose and I lay flat on the floor. My body is so drained I can barely lift myself on my hands. It’s over. The pain, the agony, the fear is over. For a month, but I still have myself. I can still cling onto it. I stumble and bounce off the wall as I try to stand still. My skin connects with something wet. When I look around I see dozens of letter L smeared with blood all around the room. Even my curse is obsessive over her. Even my curse doesn’t let her go. This petrifies me. Because my body craves to be near her so much I’m afraid I’ll hurt her. Not only mentally. I’m afraid of what I’m capable of doing, of what my curse is capable of doing only to keep her close. The air is thick with metallic scent. I have to get out because I can already feel vomit gathering in my throat. The door is heavy, hard to push open. The corridor is now enlightened by lanterns, I can see everything clearly. And I can see Li, sitting against the wall, next to the door. She stayed. To look after me. To be close. It fills me with so many unnamed emotions. From joy to fear. Because I’m afraid she’ll get burned trying to save me. She’s sleeping, exhaustion painted on her face. I gather every ounce of strength left in my body to lift her up. Through sleep, she mumbles something, rests her head on my chest covered in dried out blood. I carry her to the main room, slowly, gently. I don’t want to wake her up. Kora and Sunny have gone somewhere. I lay her down on the floor. I pity that I don’t have anything more comfortable to offer her. I cover her up with my shirt. As much as I hate to leave her, I have to get cleaned. The blood is a reminder of the pain and it burns my skin. I want to be normal as she wakes up. I want to talk to her as me, not a monster she just saw. I draw a spare shirt from my back. Before I leave I check on her hundreds of times. It’s already night as I walk out. The lanterns are dimmed, casting creepy, colorful shadows over the streets. I’ve noticed a bathhouse once we were outside before. I make it my destination. I don’t concern myself with curious and shady looks of passersby as they notice my bloodied face. I just want to have it done and come back to Li as soon as possible. The place is suffocating. Filled with hot, water vapor, thick in my lungs. Dim, yellow light marks the contours of baths engraved in the floor. I scrap my stiff from blood clothes off my body and dive in. The water is burning hot yet gives pleasant relief. I tilt my head back to rest it on the floor behind me. I close my eyes and try allow for the water to wash my sorrows away. But once I open them again, a face is staring at me from above. I almost spit out my heart as I jump in terror. King is staring at me, with stone eyes. Her face conceals no emotions at all. </w:t>
      </w:r>
    </w:p>
    <w:p>
      <w:r>
        <w:t xml:space="preserve">“How is she?” She asks. I have no doubt she was the one who told Lilith. Who stole this opportunity from me. Fury rises in my veins. “I don’t want to be mean, but if you haven’t noticed, I’m taking a bath.” I think for a moment. “Actually, no. I want to be mean. Get out of here.”  “It’s still not an answer to my question.” She insists. She’s still standing above me and it makes me anxious. And even more angry. “She’s exhausted. She’s sleeping and safe.” I say. “Who gave you the right to spill my secrets like that? You shouldn’t venture inside my head in the first place.” I say lifting up a bit. Her eyes don’t dare to travel to my bare chest. “Draven.” She says crouching so she can look me in the eyes. Her gaze softens. For a split second I think I see pity in her eyes. “Would you tell her?” She asks. It feels like a slap across the face. I don’t answer. Because I’m too ashamed to tell the truth.  “That’s what I thought.” She says sighing. “But, no matter what I think about you, I’m glad you’re fine. And I’m truly sorry for what you have to endure.” I’m so shocked by her words I don’t answer at all. I thought King a heartless maniac, who isn’t capable of pity. Who lives for quarrelling people and causing the drama.  “You know. My girl was cursed too.” She says and sits next to me, dripping her feet in the water. I move aside. “She killed herself during one of her attacks.” Her eyes seem to focus on nothing as she ventures into her sorrows. My whole life I thought I was the only one marked with this curse. Sentenced for agony. And I feel sorry for her. I wouldn’t wish that Fate to anyone.  “Do you know where this curse comes from?” I ask with my heart in my throat. If she knows everything, maybe she’ll finally enlighten the darkness in my mind. Uncover what’s been hidden.  “Unfortunately, she died before I possessed mind reading abilities. So I can’t answer that question.” She says sadly. “And for some reason, when I try to read you, this information is blocked. Like the curse keeps it hidden. I’m sorry I can’t help you.” I feel stupid for judging her like that before. She really might be a sincere person underneath her façade. I don’t answer anything because I have nothing to say. It’s an endless circle. How can I stop something that I don’t know its source?  King seems to drift away somewhere in her head, her eyes look absent.  “I swear I’ll keep my promise.” I say after a while. She looks at me with eyes covered by fog. “You won’t be a Fate Stealer anymore once we end this war. You have my word.”  “Thank you. I would say you have no idea how it feels to live in constant pain and fear. But that would be a lie.” She says and gives me a sad smile. Then she stands up and walks away. Maybe that journey wasn’t a wicked idea at all. Even if it’ll lead me to death, the palette of emotions I’ve discovered during it is worth every price. I finally feel like maybe there’s more in life but fury. Maybe there’s hope. Or at least a place for me in this world.  ***  </w:t>
      </w:r>
    </w:p>
    <w:p>
      <w:r>
        <w:t xml:space="preserve">Next few days are suffocating with their boredom. Every morning, we meet with the Fate Stealers, exchange information, our stories, practicing. It’s hallucinating to see Lilith swing her scythe in gentle, yet deadly way. Every move is well-thought-out, neat. It seems like she was born to wield a weapon. We come back to our shelter at night, exhausted and more frightened about the future. We rarely talk once we are alone. It hurts. Badly. She became distant, careful around me. But in her soft glimpses, slight smiles I see that she doesn’t fully despise me. She just needs time to proceed... me. A little spark of hope still burns inside me. That one day we will be able to move forward together. But now she needs time, and I have to respect it. No matter how it hurts. I become more and more suspicious that Kora never joins our practices. She hadn’t meet eye to with any member of the covey. She avoids them like fire. Li says it’s because she’s frightened of people, wild. But in her eyes I see that she’s becoming more concerned. Because King can read minds., And maybe Kora knows something she doesn’t want to share with us. She’s Morvanian after all. But I doubt such a weak, frightened creature would pose as any danger toward us. I strongly hold onto that idea. Now, as we’re having a break in our exhausting fight practice, we sit on the forest floor, devouring tarts with strangely tasting kind of meat. Pawn stole them for us. She has an ability to become invisible. I see her opening up to us day by day, trusting us more. Associating us with hope to get away from her Fate. The God seems to get bored with us, because it doesn’t interfere with our training. It keeps its distance. But deeply in my bones I know it will strike again. Soon. We eat, Bishop throws unfunny jokes around yet we still laugh our lungs out. Each one of us craves a bit of normality after everything we’ve been through. We deserve it. Even me.  “What will you do after the war is over?” Lilith says between one bite and the other. She’s not sitting next to me which makes me mad. But our eyes meet often so I don’t case a scene. Yet. “If we come out from it alive you mean?” Rook says with his bored voice of his. His words are laced with bitter irony. “I’ll probably move to Kheria. Find myself a gorgeous woman to live with. And try to be happy.” King says with a bright smile but her confession is sad. “I’ll stay in the castle with Pawn.” Bishop says enveloping his arm around the little girl. Only now I realize they have similar face features. Maybe they are distant family members. “I’ll go travelling around the world. I’d hate to be trapped in one place.” Rook says quietly. It’s surprising for such a grey, shy person to have such ambitions.  “What about you angel?” King says resting her head against Li’s shoulder. I hope by a gorgeous woman she didn’t mean Lilith. I know I don’t possess her, I can’t keep her by my side against her will. But the thought of never seeing her again is hard to bear. And I see that she isn’t bothered with King’s approach towards her.  “My future is waiting for me. I think I’ll let it fulfil. But I don’t know what’s waiting for me.” She says, referring to the Arcana cards. It sends a cold shiver down my spine. Whatever awaits her can’t be good and safe. Not when it includes Fate. Then King looks at me, waiting for my response. </w:t>
      </w:r>
    </w:p>
    <w:p>
      <w:r>
        <w:t xml:space="preserve">“I just hope I’ll survive this. But I doubt my father will let me.” I say truthfully, those words clenching my throat. Rook, Bishop and Pawn look around each other in confusion. And I know I’ll be exposed soon.  “He’s a prince.” King says with a mischievous smile. I want to punch her. "I knew this name sounded familiar!” Bishop screams, finally putting the pieces together. Then he stands up and soon after, throws himself on his knees in front of me. He puts his hands together, over his head, like he’s praying. “Oh, gracious prince, please forgive me!” He says, fake wailing, mocking me with a smile. Anger rises in my veins, but his spectacle is too pathetically funny not to laugh. Lilith laughs too and this sound is enough to tame me down. “Get up or I’ll kick you in the head.” I say, swaying my boot at his face, not touching him, but close enough to make him flinch. He returns to his place. “What a boor. Is he a good kisser at least?” He says looking at Lilith, with the same, mocking smile. Her whole face turns red, and she hides it. I desperately look for any answer on her face.  “I can show you.” I say to Bishop and wink at him. He sticks his tongue out. I don’t recall any normal conversation between people I had in ages. My attempt to make friends ended when Edward died. Ever since, all my conversations were strictly business or political. Sometimes threads and insults. But then came Lilith and them. And flashes of normality brighten up my soul. I feel worth of not being despised. Even if I’m slightly annoying and antisocial. We exchange few more meaningless sentences before King gets up. “Fine, enough of that. We have a war to prepare for.” She says but joy never leaves her face. She seems to be eternally happy. I wish I could pretend so easily too. All of us get up, but before we can grab our weapons we hear noises from above the red trees. It sounds like dishes clinging against each other. Soon, agonistic welling follows. Tearbinders. Porcelain angels that appear when they sense a misery and loss. My heart stops.  Suddenly, someone runs through the trees towards us. Horrible scream ripping their throat apart. Sunny, that’s been hunting flies all around us darts away into the woods. When I turn around, I see Kora, waving her hands and crying. Her beige, baggy dress is soaked in blood. She trips and falls face first in front of me. I stay stunned, my boots rooted in the ground. Lilith pushes me aside and drops to her knees in front of her. Her shaking heads fear to touch her, not to cause any damage. But I feel danger, creeping at us through the trees, warning us before it attacks. And I’m not wrong. The same moment Lilith lifts Kora’s face up, King screams. “Get away from her! She’s a spy!” But it’s already too late. When I notice Kora’s face, so close to Lilith’s, the most devilish, dark smile twists her face. She laughs when Li backs off immediately. The sound bubbling with threat. She laughs as we reach for our weapons and when at least ten knights emerge from the woods behind her. They are dressed in costumes entirely made of black, dragon scales. They shimmer holographically in red moonlight. Their faces are half covered by black masks, with spiky, bony horns stretching forward. Like made to stab opponents' eyes. Not even a second </w:t>
      </w:r>
    </w:p>
    <w:p>
      <w:r>
        <w:t xml:space="preserve">passes before they draw their swords and charge at us. Every fear I’ve sold, every memory I’ve gotten rid of on the land torments me. We revealed for them. We trusted Kora, and all this time she was spying on us. Planning our death. She’s been placed in the cave to hunt us down. To corner all of us and deliver to the Death she praises. I doubt there was any banishment at all. She tricked us. She betrayed us. After all Lilith’s done for her. When I look at Li my body involuntarily backs off. Her face is completely still, like carved in stone. Absent eyes look at Kora, still on her hands and knees laughing at her, coughing blood in the process. And she just stands there, stunned and numb. Broken that even she betrayed her. Kora’s black eye shimmers mischievously in the darkness. Right before one of the knights throws himself on me I gather Lilith’s veins. They shine like the sun, piercing through the sky-blue dress she’s wearing. Each of them burns like fire. Like the fury that consumes her. And my runes start glowing too. More painful, brighter than ever. The light pierces through the fabric of my shirt, mixing with her golden one, casting the forest with hues. It burns. Like hell. Our signs pulsate aligned. Like one heartbeat, one soul. In the last possible moment I shake of and put my sword in the way of the one intending to slice me in half. Dark eyes of my attacker shine through the mask. Smile full of teeth, sharpened to look like fangs displays. My body momentarily turns to the survival mode. I don’t have my armor. But it doesn’t make me any less dangerous target. I push his sword away with my own. I swing at him, the blade doing so much as scratch his bust. Dragon scales. They are impossible to pierce through. Terror floods my mind but I don’t stop. I fight to keep pushing both him and another knight charging at me away. But I can’t do it for eternity. Either me or they die. But how am I supposed to kill them, if I can’t reach their body. I see Pawn appearing and disappearing, clenching a small dagger in her trembling hands. She’s too small to face them. All she can do is run. But she doesn’t give up. I gather King hidden in the tree crown, shooting intruders with an arch. One arrow hits the knight directly in the eye. Rook tries his best to cut their throats with two, long knives. Bishop is swaying a huge axe at everything crossing his side, madness covering his features. And Lilith’s is standing in the middle of this chaos, with her hand stretched forward. She clenches her fist and the knight kneeling in front of her is grabbing his throat, fighting for air. She’s strangling him. Without nothing more but her power. Her face is still and emotionless. Drowned in void. When he drops dead, she walks towards another one, that hesitantly approaches her. With one, swift move of her hand the armor shatters and scatters across the ground. When he’s vulnerable, she pierces his chest with the scythe through. Blood splashes across her face.  “Come here!” Rook screams his throat out as he manages to cut open the cheek of one knight. He reaches his hands to us, rushing us. I have no idea what his intentions are but I don’t wait. I swing my sword at the angle, that manages to cut the neck of my attacker. His head hangs for a moment, then rolls down his body and ends on the ground. This battle, this fight for life and death fills me with so much insane excitement I'm ashamed to admit it. That I enjoy it in a way. Everybody runs towards Rook but I see Li crouching next to Kora. She’s turned back to me, I can’t see her face or what she’s doing with her hands. But when she finally pulls back to reach us, I see Kora laying dead on the forest floor. Blood spills from her mouth and puddles around her face. But devilish grin stayed on her face. If I only had time, I would hit her with my sword too. For what she’s done. For betraying us. Two more knights sway on their feet as we manage to grab each other by the hands, forming a circle. I feel as if a lightning goes through my body. </w:t>
      </w:r>
    </w:p>
    <w:p>
      <w:r>
        <w:t xml:space="preserve">As is sparks flicker where our skins connect causing a fire. And then, I feel like I’m falling. Even though as I look at my feet I see I’m still on the ground. But my organs are crushed with gravity, squeezed from pressure. Before we disappear, one of the knights manages to reach us. I hear a scream and crunch muffed by a cling of steel.   CHAPTER XV LILITH  First day back in Somnaria  I land face first on the rocky ground. Stones cut my cheek and pierce my ribs. Soon after, a weight of a body crushes me. But what crushes me the most, in both physical and mental way is Kora’s betrayal. I trusted her. I loved her like my sister even though we’ve known each other for couple of days. I saw myself in her eyes. I wanted to help her. And she betrayed me. Betrayed my trust, my support, my love. As I try to drag myself up, when someone mercifully gets off me I look at my hands. I was so consumed by rage, by madness I didn’t control my actions. But even if I did I doubt I would act otherwise. I deeply hope no one saw what I’ve done to her. Because I will never forget. Suddenly, dozens of voices start screaming in my head. They shout over each other, fight. They’re debating whether what I’ve done was right or terribly, unforgivingly wrong. I’m on my knees,  I push my head to the ground and pull my hair. My eyes are shut but terrible whiteness blinds me. The voices sound like thousand ringing bells under my skull. It makes my teeth shake like glasses. A scream rips my throat too, trying to silence them. But their greedy for my sanity voices aren’t muffed by it.  “Shut up!” I scream and smash my head against the ground a couple of times. Their volume only rises. Rises to the level until I hear only a high pitched, squeaking noise that makes my eardrums bleed when someone puts their hand on my shoulder. I manage to lift my head up, pain twisting my features. Draven’s crouching up beside me. His face is bruised again, splashed with blood like my own. He’s looking at me with agony. But with care. I don’t chastise my body for forcing me to throw myself on him. It’s what I need and I won’t deny it again. I push myself in his embrace, hugging him so tightly I hear him gasp. He’s still for a moment of shock. But then he envelopes his hands around my body and the voices stop. I hear just a quiet humming of a lullaby my father sang me. I still feel dizzy and absent, even when he strokes my hair and reassures me everything will be alright. His words are like from under the water. I’m not sad. I’m broken and so furious if I could, I would teleport to Morvain right now and set their whole kingdom on fire. I’m so mad my vision is blurred by bloodlust. I’m crazy and I want to use this craziness in the most horrible way. Lilith is gone once again, buried under the pile of rubble and smoking remnants of her heart. She’s like a spark of fire, covered by a vessel, and once it’s lifted and the oxygen gets inside, it will erupt in flames consuming everything around. She’s like a ticking bomb… A cry of agony brings me back to my body. I lift my head up and look over Draven’s shoulder to see where exactly </w:t>
      </w:r>
    </w:p>
    <w:p>
      <w:r>
        <w:t xml:space="preserve">are we. We teleported to the ginormous, abandoned temple. The ceiling is so high even if I was a bird I would hardly be able to reach it. The vault is arched, supported by dozens of columns scattered thickly, like grass. Ancient paintings of old Gods decorate the scratched walls. Ivy pierced through the cracked stained glass windows that once must have been colorful. Roses bloom in the corners. Benches are turned over on a cracked, marble floor. Moonlight enlightens the place unevenly with strings of distorted light. Everything is so white and damaged it burns my eyes. But in front of me, on the way to the altar that looks bombed, red puddle of blood contrasts with the bony environment. Rook is laying on King’s knees, his body in a position like he’s been just taken of the cross. Pawn kneels beside, with her face hidden in her hands, crying. Bishop is hitting the bench with his axe in fury. I drag myself up form Draven to approach them. He tries to stop me but I shake his hands away. I have to know what happened. But the reality strikes me across the face as I get closer. Rook’s arm, downward the elbow is cut. Cut so deeply all I can see is a bone, that desperately tries to hold the rest together. Someone tried to cut off his arm. He was the one who took us here. Wherever we are. They knew that. Kora must have spied it for them. Another flood of fury blinds me as I sit beside him. His face is swallowed by agony so intense I’ve never seen. He’s fighting not to faint, but the blood is running out of his body like a wave of tsunami.  “We have to cut it.” King says. For the first time since I’ve met her I see something else than joy. I see sorrow. I see pain. Hot tears run down her cheeks, mixing with blood on her hands. At her words, Bishop hits the bench even harder and screams. Rook cries in pain and inevitable, more pain. No one seems to volunteer. And every second passes his body is in greater agony. I drag myself up and find my scythe, that fortunately traveled here with us.  “I’ll do it.” I say standing above them. I don’t know how I look but King’s gaze is so terrified like I’m at least a Fate itself.  “Are you sure?” King asks, her voice cracking from tears. I frown my brows alarming her, that I’m on the edge. Of destroying this whole temple into ash.  “Have you tried healer ability?” Draven asks as he stands beside me. He’s entirely covered with blood. From head to the tips of his boots.  “I did. But it’s if no use. His arm is dead” She says and hiccups with tears.  “Move aside.” I order, my voice resembling a growl. She gently places Rook’s head on the floor and takes Pawn as far away as possible. She covers her eyes with one hand and her own with the other.  I see nothing but red bloodlust in front of my eyes when I swing the weapon. I hear the crack of cutting bone and cling of metal as the blade collides with the floor.  ***  Rook’s been asleep for hours now, but he’s alive. King’s wrapped his wound  in a piece of fabric. Even though he’s alive he looks nothing like. His pale skin is bluish, his lips dry like desert. Sweat runs down his forehead and he shakes in spasms from time to time, followed by a quiet cry. I see everything around perfectly as I’ve seated myself on the high balcony. </w:t>
      </w:r>
    </w:p>
    <w:p>
      <w:r>
        <w:t xml:space="preserve">Behind me, organs in the color of pure onyx with golden corners and swirls play a lunatic music by itself. I don’t feel any emotion. I’m absolutely, entirely, soul-suckingly empty. The anger has evaporated and now is replaced by void without the bottom. I wonder if I’ll ever shake off this feeling, or will I be stuck in numbness forever. But it’s soon explained as Draven stumbles on the balcony too. His tanned skin looks paler than it should, sweat shines on his face.  “Hi.” He says approaching me slowly. Like he’s scared I’ll jump from the sculpted, marble rail I’ve crouched up on if he comes too closely. “Are you all right?” He asks. “This is the stupidest question you could possibly ask.” I say without an ounce of emotion in my voice. He smiles bitterly.  “Right. Stupid me.” He says and sits on the ground. Slowly, like he’s hurt. He leans against  the rail I’m sitting on and looks up at me. “I know you have a lot on your mind, but could you please find something to wrap this up?” He says lifting the hem of his shirt. I hadn’t noticed it before, as his shirt is bloody red, but his side is practically cut in half. Blood flows slowly, like it’s not rushing anywhere, just crawling under the skin like vermin. But the wound is still open and burning. “I don’t think I’m able to stand up again.” He says and lets out a laugh, that resembles bubbly, bloody cough more. I jump off the rail in a second.  “Why didn’t you tell me! It needs stitches!” I scream with accusation so out of place, kneeling beside him. The wound is not deep enough to harm any organs, but it sill must hurt like seven hells. “Rook was in a far worse condition.” He answers. He was bleeding and hurting. And still didn’t think about himself but others. He didn’t spare a word.  “You’re stupid!” I say, angry at him for his ignorance.  “Yeah?” He says mockingly, but pain twists his face. I don’t bother to go down now, I just draw a knife from my belt and cut a long strip of the hem of my dress. He helps me as I wrap his waist around with it, knotting it so tightly, bringing all the wandering pieces of his body together, he hisses. Once we’ll find any civilization, I’ll stitch him up. I’m mad it’s all I can offer him. King explained Rook took us to Somnaria. We are in the mountains, close to the border of Kheria. It’s the last place in the kingdom Rook has visited and remembered, so it was the only destination he could take us. But the thought of being here, in my homeland, stepping on the ground that once was mine fills me with shivers. It feels like wet tentacles grabbing my throat strangling me. But at the same time, taste of milk and honey in my mouth. Painful pleasure. I’ve been waiting so long to come back. But not in such circumstances. It’s not how it was supposed to be. The journey to the castle will take us five days at best, only if we find horses. If we don’t, I don’t think we’ll reach it on time, before the war fully begins. And I don’t know when we’ll be able to travel in the first place. But we have to. I have to. I will crawl on my knees if necessary. In this whole madness I still didn’t forget about the real reason I’m doing this. About my father that’s waiting for me in the Bell Tower. Dangling in mantra, like a falling star, heading to the void. I’m going through this hell for him and him </w:t>
      </w:r>
    </w:p>
    <w:p>
      <w:r>
        <w:t xml:space="preserve">only. I drag myself up to go down and discuss details with King. But Draven reaches his hand for me.  “Where are you going?” He asks. I’m surprised he survived the encounter with the knights. We, Fate Stealers barely managed to come out alive, despite all our powers. He had nothing but his anger to hold onto. But he survived. I don’t think he has any idea how strong and powerful he is. How what he’s done was impossible. He’s been fighting two of them at the same time. And they were practically undefeated because of their armors. I’ve never underestimated his skills, I knew he’s excellent at his job. But I would have never dared to think he wields so much power. He’s like a bottomless chest of wonders. Everything I draw from it makes me greedier and more obsessed about digging deeper. I doubt he has any idea what affect he has on me. It’s like he’s covering my eyes, luring me into the void with his voice only. And I blindly obey. “I have to talk to King.” I say. I try so much to bring any emotion on the surface, to relieve him, but it comes out forced.  “Can you give me a kiss at least? Before you leave me forever?” He asks, mockery piercing through the façade of pain. I don’t know if he’s joking or sincerely asking for me to kiss him. But it doesn’t matter as long as I crave for it the same. I kneel down again and touch his lips with mine for a swift moment. I pull back to see his reaction, waiting for him to laugh or throw an insult. I’m still not used to us being close. Being… something. But he’s not mocking me, he looks at me with hunger. He grabs my face in his palms and drags me closer. Our lips meet once again. He kisses me with starvation and misery mixed together, tasting like bitterness and ash. It doesn’t last long but he gives me everything he can. Every strength left in his body. I abandon my previous plan. We both need sleep more than anything. I don’t want to interrupt the rest. We deserve to put our pieces back together. If it’s possible while they’re scattered all around the world. I look at him with widely open eyes, he looks at me with longing. I give up and rest my head on his stretched out laps, carefully avoiding touching his wound. “I really must kiss good if it made you stay.” He says laughing. I hit him in the other leg, but not strong enough to cause any pain.  “You won’t admit it? Fine. But I know I’m a good kisser.” He says scoffing. Flash of jealousy goes through my body when I imagine him practicing it many times with many women. It scratches my skin from the inside, like nettles. But who am I to judge him?  “You are. But don’t flatter yourself.” I answer because I’m too exhausted to lie. He leans over me, his white hair brushing my cheek.  “I knew it.” He says with satisfaction and kisses my forehead before leaning against the rail once again. This gesture, this swift touch of his lips was more intimate than any kiss we’ve shared before. For me, forehead kisses are proof of attachment. Of love and protection. Even if it’s not love that bounds us. But forced proximity that made us develop feeling towards each other due to the lack of others. Or maybe it’s because I really do feel something for him. For him not for the idea that I have someone to care about me. I’ve had many men and no one </w:t>
      </w:r>
    </w:p>
    <w:p>
      <w:r>
        <w:t xml:space="preserve">made me feel this way. Maybe I’m a masochist. But I really wouldn’t want anyone else to be in his place. Only him. He feels like the brush of feathers. ***  “But what other choice do we have?!” King screams at Bishop that for a hundreth time dismissed her suggestion to go on foot. We’ve been debating our way back ever since Rook regained conciousness. What happened at least two long hours ago. We’re sitting in the circle, on the stairs, beneath the altar. Draven’s condition is better as well. He’s laying on the steps, his head resting on my laps. While they try their best to shout over each other my mind drifts away, through the sea of sorrows. I’m like a tiny, cracked boat, water pouring inside, dragging me to the bottom. I don’t know where Sunny is. She didn’t travel here with us. In my soul, I feel only a light spark of her presence. Like she’s dying, drying. I can’t stop thinking about her, about only creature that never betrayed me, that’s always been by my side. I can’t bare another loss. I hope when everything ends she’ll find her way back to me. Like she always did. Memories of playing with her, chasing each other through the woods, sharing food flash in my mind. One picture after another, digging the whole in my heart deeper. My trans is cut by dissappearence of weight on my thights. Draven dragged himself up, and supporting his still injured body joins the conversation.  “I have an idea.” He says. Every set of eyes dart towards him. “From the military records from the castle, supposedly, Morvanian knights are set along the borders of Kheria. If we manage to reach them and surrender, they will take us to the capital of Morvain.” Indignation and scoffs resonate in our little crowd. Screams rise even higher. Even I’m surprised by his sudden outbust. Does he want to give in? “Once we’ll pass our castle, Rook will take us outside. From there, my soldiers will take care of us.” I sight with relief. “How do you know they won’t kill us once they spot us?” Bishop asks, indignation still decorating his face. “We’ll send a bait.” The bait turns out to be me.   </w:t>
      </w:r>
    </w:p>
    <w:p>
      <w:r>
        <w:t xml:space="preserve">CHAPTER XVI DRAVEN Second day back in Somnaria  I can’t shake of the terror that fills my whole body as we travel through the mountains. The church we stayed in turned out to be rose up in the middle of absolute, stony nowhere. Mountains grow in front of us everywhere we look. Their peaks are dusted with snow, hidden in the clouds. It’s odd to see the moon in original color after what feels like an eternity spend on the Land of Masks. Colors are duller but calmer. Somnaria is swallowed by darker shades, pierced from time to time by white. This is home. This is peace. For now. Until the war my idiot father started swipes us from the surface of the universe. The night is starry and clear. Polar Star shines the brightest of them all. Based on what I remembered about the coordinates, and fortunately I have a quite good field research, we only have to travel couple of hours east to reach Morvain post. But it turns out to be incredibly difficult with cut side and Rook having to take a break every thirty minutes. After a long, irritating walk during which I rarely speak, we see torch lights from few miles away. We crouch behind a bony, white tree. Everybody looks at me with widely open eyes, waiting for my words, my orders. I finally feel in control, in charge. I have people under my command. I feel powerful. Myself. I just hope it won’t mess with my head to the point I become violent. As it usually happens. I’m fierce, determinate, cruel. But as I meet Lilith’s anticipating gaze my eyes seem to soften. My hotheadedness extinguishes.  “Li, it’s your turn. You have to approach them, convince you’re one of them.” I explain what we agreed on during our countless discussions. She’ll take a form of the Morvain knight she’s killed. “When they take you in, we’ll wait a couple of hours. And then it’s the hardest part.” I swallow a lump in my throat. If anything goes wrong, they will kill us on sight.  “Convince them to take you as hostages.” She finishes. I nod with silent agreement. It’s this or nothing. This or death. Or few days long walk that will get us killed too. We have no choice. Lilith nods with agreement and gives me an encouraging but shy smile. I know she’s tense. If she fails, we’ll die. And she’ll be in danger too.  “Set up camp, we have a few hours of inaction ahead of us.” I inform the rest. They all nod, subordinate to me. When they walk away, to hide deeper into the sparse forest surrounding us I stay with Li. I want to spend at least few more minutes with her. Until we risk everything. If this is our last meeting, I want to make it memorable. She’s standing behind the tree, peeking out from it at the camp in front of us. Makeshift, wooden tower glares at us from afar. Spiked roof is topped with huge, burning torch. Beneath it, at least ten knights wander around, with their hideous armors and deadly swords, surrounded by even more torches as tall as people. Everything is raw, scattered, dangerous, not sophisticated. Morvain culture is far less elegant than ours. At least she’ll have their armor too, as the knight she killed died in it. I hope it will be enough to protect her if something goes off plan. But she won’t be able to take her scythe, </w:t>
      </w:r>
    </w:p>
    <w:p>
      <w:r>
        <w:t xml:space="preserve">not to draw too much suspicion. She will be sentenced to a dagger only. I travel across the curves of her body, her satin skin, velvet hair. She looks like every man downfall and madness in every inch. Fatality aimed at me evaporates through her pores, making me feral. Lavender scent reaching my nose is so intense it mixes my thoughts. I lean against the tree, placing my hand right next to her head. When she turns around and see my face just inches from her, a blush crawls up her face. I can’t fight a mocking smile. “What are you doing?” She says laughing awkwardly. I place my other hand on the tree too, caging her.  “Saying goodbye.” I answer. “It’s not a goodbye, it’s a see you later.” She answers and leans against the tree. She’s so beautiful, so mesmerizing. Even tensed and nervous she’s a treasure.  “I hope you’re right.” I answer, fear scratching my throat. I don’t want to leave her. I don’t want to risk it all.  “I’ll do everything I can.” She says and grabs my face with her icy hands. I freeze on spot, smile leaving my face, replaced by desire burning my body from the inside. No one has that effect on me. No one ever did and no one will. Only her. She looks into my eyes like she sees value in me. Like she sees a whole world. Maybe I just tell myself that because I really want to believe it, but I see longing in her eyes. I can’t keep fighting my body. I kiss her. Hungrily, with greed, with impatience, with everything I have. I would give up everything for her. Only she saw a person in me. Only she accepted who I am unconditionally. Only she was able to touch my soul I sealed up so carefully. She saw a monster I am and didn’t push me away, didn’t punish me. She took care of me. What I’ve been longing for my whole life. I pull back when she doesn’t kiss me back. Awkwardness flooding my body. I want to kiss her for eternity but if she doesn’t, I won’t force her. No matter how bad it hurts. But when I look into her eyes once again, they burn like fire. She grabs my shirt and pulls me back, crushing our lips together. I don’t hold back anymore. I kiss her like I’m dying, like it’s the last thing I’ll do in life. My legs become numb, my hands travel to her neck and waist by themselves. She envelopes her arms around my neck, pulling me even closer. Melting into me. Ecstasy fires up in every corner of my body. It burns in the most beautiful, draining way. I lean lower towards her, grabbing the back of her neck so tightly she hisses with pleasure. It’s good we are not alone, because if we were sealed from danger and peeking eyes, I wouldn’t be able to hold back anymore. Not when every organ screams at me with orders to act. She puts her hands under my shirt, leaving burning skin where she touches me. I feel so lightheaded I could fly away. When she pulls back to draw a breath I fight for mine too. I rest my forehead against hers, not able to fight a smile.  “I have no idea what you see in me.” Words spill from my mouth involuntarily. “I have no idea what you see in me too.” She responds, looking me in the eyes. We’re so close our eyelashes brush each other.  </w:t>
      </w:r>
    </w:p>
    <w:p>
      <w:r>
        <w:t xml:space="preserve">“When it’s all over...” I start hesitantly, bringing up the courage to ask this question. “Will you stay in the castle with me?” There’s a long, too long silence. She looks at me like I’m a ghost. I pull back, still holding her waist tightly, not letting her run away.  “I will...” She starts, like she’s tasting the answer. And its bitter. “I will think about it.” I try so hard to conceal my disappointment, but I can’t hide it under the sad smile. But I’ll respect whatever decision she makes. Even if it will be living far away from me. Even if I’ll dry to the ashes without her. I banished her. I gave father the idea of a death sentence. Just to scare her, I knew it wouldn’t be possible. But still. This memory haunts me every day. Paralyzes me that she’ll find out. She can’t. If she will, I’ll be doomed.  “I have to go.” She say, looking at me with a playful smile. But her arms are still wrapped around my neck. It cheers me up, as much as it’s possible. “Yeah?” I ask mockingly, pierce my hands through her sides. She bends, laughing, pulls me closer. Our lips crush again, she arches against me. We exchange kiss after kiss. Touch after touch. The moon is our only witness.    </w:t>
      </w:r>
    </w:p>
    <w:p>
      <w:r>
        <w:t xml:space="preserve">I CHAPTER XVII LILITH Second day back in Somnaria  I feel dirty and cold in the Morvain knight body. His skin clenched to mine like leeches, drinking my soul and blood, leaving me dry. I have to focus, to keep my mind on the target I’m approaching, but all I can think about is this itching feeling of stickiness. It grosses me out, stings. I try to stagger, like I’m fresh out of battlefield. Previously, Draven cut his palm and with his own blood he smeared across my changed face made me look wounded. I keep this feeling shoved down my stomach. The intimacy, the devotion of this gesture. We’ve become so close it fears me. Everybody I’ve ever loved died. If he does too, I’ll never forgive myself for that. There wouldn’t be enough punishments to redeem it. He can’t die. And I’ll let myself be skinned alive if only it would guarantee he’ll be safe. But, pitifully, there’s no guarantee in this world. Not until Fate watches over me every step I take. But it may change. It will change, only if I sacrifice enough. Morvain knights’ attention snaps towards me as I drop to one knee in front of their line. This post looks like it’s been brought up in fifteen minutes at best. Wooden building is crooked, neglected and smells rotten. Stiffness is in the air. I remember I can be anyone I want. I’ve always pretended someone else. My whole life. Lilith can be anyone. So now, she’s a wounded knight of enemy kingdom, begging for shelter. I drown so deeply in my imagination I almost believe it. Morvain speech seems to be engraved in my mind, when I speak with harsh, tired voice. “Friends…” I say reaching my hand towards them, with begging eyes. “I was… attacked.” First, they look between each other, exchanging curious and suspicious looks beneath horned helmets. But then, a massive woman stretches her hand towards me. Her voice is lover then my current one. The one I stole. “Get up brother.” She says and wrenches me up. I hiss in imaginary pain convincingly. I play my role with every cell of my body, with my guts, heart and soul. I focus so hard I feel the pain. I feel the exhaustion and fear. She helps me walking. All of them escort me to the common room of the post base. It’s underground, walls and floor  are made of dirt, supported by wooden scaffolding. They must have dig this cellar in a hurry. During our walk, they flooded me with countless questions about Morvain kingdom, about army structure. About the post I previously belonged to. Thanks to all the information I stole, along with this knights soul uand Draven, I drew no suspicions. As for now. They let me rest on one of few wooden beds. The frame creaks when I sit. Dust raises all around me, choking me with rotten smell of wet fabric.  ***  Those few hours on the post alone are torture. Even though I don’t escape my role for a second, using my power for so many hours is draining my soul. Makes me loose contact with reality, hallucinate, even faint from time to time. I don’t remember drawing power for such a long </w:t>
      </w:r>
    </w:p>
    <w:p>
      <w:r>
        <w:t xml:space="preserve">period of time, ever. And now, I’m sure it’s been at least twelve hours since I was in my original form. Fear tries to pierce through the walls I’ve set in my head not to be Lilith, that maybe I’ll stay in this body forever. Forget who I am. Just drown in my imagination and pretending. But every time I close my eyes I see Draven, who didn’t take his eyes of me until I disappeared in the base. I felt watched, protected, taken care of. The idea of coming back to him is the only thing that keeps me sane. After they let me sleep, even though I haven’t closed my eyes for longer than few seconds, they drag me out of the cellar. I – he – feels better now, blood is cleansed and non existing wounds dressed. When I get out to the surface, moon is blinding and winks at me mischievously. The rest should join soon. Everything will become clear. Will we die, or will the Fate give as another chance. Is it even on our side in this war? During the last couple of days it seemed to toy with us. I’m given a new sword and stationed beside the bulked up woman. She holds her weapon tightly, with fierce. I imagine her cutting her enemies head off with a smile. I catch myself standing straight and ready to fight, despite my other purpose. I have to stay me. I can’t dive too deeply. I have to cling to reality. Like an anchor. But the waves of my lunatic mind threaten to drag me away. As I expected and hoped for, the woman gives me sign to follow her. We will now have a watch over the forest, in search of enemies of spies. We travel between white, bony trees in silence. Leaves and branches crack under my feet, ravens’ screams pierce through my eardrums. I feel like my mind is flooded by every color, taste, smell, sensation. I’m loosing my mind in my hallucinations. I see faces in the sky, behind the trees. Whispers like rustling leaves. Drowning in the person I’m pretending. I don’t know how much longer will I be able to keep going. Air smells like poison, prickles on my tongue. My vision seems to distort and change colors. It’s so sleepy and hollow in my vision. So dreamy. A branch cracks behind my back. At fist, I’m so disoriented I draw my sword, my joints tensing. I don’t recognize the faces. My power blinds me. But when a glimpse of white hair, now splashed in blood cross my view, I back off. I stand still, my heart rate slows down. It’s Draven and I’m his Li, not a Morvain knight my mind so desperately tries to shove me inside. King seems to take charge of this theatric performance of surrender, all the covey doing their best. Draven remains still and serious at the back. They emerge from behind the trees, bathed in blood and bruises, like they’ve just escaped a battlefield. The air smells metallic and raw. Ground feels soft. I feel sick. Bulk woman draws her sword in a second and strides towards them. Even a moment of my hesitation could cost my friends their lives. But fortunately, I snap out of my trans in time.  “Wait!” I manage to scream and catch her shoulder before she can cut all of their heads off in one swing. They crouch together, looking like lost lambs. Vulnerable, scared and weak. A horrible idea crosses my mind, forged by the soul I’ve dressed. If I should let her kill them and live in peace. I pinch myself to wake up. White flashes behind my eyes. I’m running out of time. “Those were the ones who attacked me. It’s prince Valebran.” I say pointing at Draven, my hand shaking. If she’s stubborn and untrusting, Draven’s and every others’ heads will roll like domino pieces..  “Then I should kill him first.” She says, growling at me, wrenching her shoulder from my fierce grip.  </w:t>
      </w:r>
    </w:p>
    <w:p>
      <w:r>
        <w:t xml:space="preserve">“Think about it. He could make a valuable hostage sister.” I say, trying to sound calm, but my true form, my true terror rips my body apart. It’s different to play a theatre role if someone’s you love life depends on it. It gives me cold goosebumps on my back. She looks at me with dull eyes. Praise the Fate she is not particularly intelligent, a very few thoughts scatter behind those eyes. Otherwise it would be tougher road to success. A steep, thorny mountain. “I’ll listen to your advice brother.” She says. Our hostages lift their hands up in surrender. Despite her not a bright mind, she’s extremally fast. Their wrists are tied all together by a rope in a blink of an eye. She has them all on a long leash, like stray dogs. My heart itches, watching.  “Get the horses. We’re going to Morvain.” She orders. I don’t disobey. I run as fast as I can, not wasting a second of my time. Every step, every word brings me closer to saving my father. Every minute consumes the distance that divides us. I’m so close. I can’t fail now. During my run through the dark forest I manage to change to my true form for a moment. It feels like someone poured sunshine in my lungs. Like a heavy stone dropped from my chest. But this blissful moment isn’t meant to be for long. Just few more days Lilith. Only a few.  ***  Bulk woman decided to take me and one more Morvain knight to escort the hostages. They are tied to horses black as night. Their faces are splashed with dried out blood. Weapons are missing, along with my scythe. Their faces are drowned in mourning. I convince myself its’s fake, it’s just an act. Not a testimony of pain. My eyes dart to Draven too often not to be suspicious but I can’t hold back. His shirt is ripped, only scraps of fabric cover spare inches of his body. Underneath, sculpted muscles are bruised, cut, dirty from blood. His ironed wrists are tied by a rope in front of him, immobilizing him in this haggard position. His head hangs down, white hair waving in the air. I can’t even look into his eyes. Even though I know he’s pretending, I can’t shake off the suffocating fear, that he’s hurt. He looks like he could fall off the horse in any minute. He resembles a captive, fallen angel with broken wings. Morvain woman rides at the front, with leash attached to her saddle, pulling the prisoners behind. I ride beside her, the other knight closes the procession. For one day straight we travel without rest. Fighting with steep mountains, narrow, rushing rivers of crimson water, white trees that bend in front of us to cut our path. Once we managed to get to the flat land, the horses were panting of exhaustion. Knights gave the prisoners nothing more but few sips of water. Every minute I see strength escaping their bodies, forcing painful grimaces on their faces. Not an act. A true testimony of agony. As we pass the lands of Somnaria memories flood my brain like poison. Lit up villages of marble, white cottages. Fountains and graveyards overgrowing with ivy and dark red roses. Paths covered with black pebbles shining in the light of huge, red-fire torches. We pass temples scratching the sky with their rooftops, theaters studded with gold and diamonds. Ginormous statues of Fate scatter everywhere. This land feels strange now, like a faded memory. Fever dream. Creeps up my neck like an insect, ready to bite into my brain and suck my life away. Now it’s not colorful and mesmerizing. It’s distorted, plain, like missing piece of a puzzle. Like my disappearance took all its magic away. Or maybe they were just my childish dreams forming this image for me. Longing for a return. But now it seems still, lifeless. Silence before the </w:t>
      </w:r>
    </w:p>
    <w:p>
      <w:r>
        <w:t xml:space="preserve">storm. Like a moth trapped in a crystal ball, pointlessly bouncing off the glass walls. I loose the count of time and reality. I don’t feel marrow in my bones, I don’t hear the rush of blood in my veins. All I can experience is suction vortex, consuming my mind. I don’t feel much emotions or stimuli. I’m like covered in glass, arrows shooting at me but they bounce of the crystal dome. One day into the journey Rook’s eyes became foggy. We ran out off fresh, mountain sources’ water and replaced it with taken from a lake. The muddy liquid tastes like amphibians and grease. Second day every color drained from King’s sun-kissed, brown face. Smile permanently vanished from Draven’s lips. Pawn shakes with spasms unstoppably. I drift away to oblivion. After three or four days of unstoppable walk, I can’t be certain, interrupted only by couple hours of sleep and bites of almost raw meat, we rest in a haggard chapel. Exactly at the height of the court. I remember this place clearly, from my lunatic, mad memories of sweet childhood. We are on the other side of the forest, keeping us away from the castle. From here, we would have to overcome just a few hours walk. We’re so close. So close it scratches my skin, pierces through the folds of my brain. Bulk woman ties the horses to the nearest tree and pulls our prisoners by the leash. Pawn trips and cries. I look away as the knight strikes her across the head. Just a few minutes longer. I have to be strong. They have to be strong. But my mind is so dizzy I start doubting if I’m not hallucinating and we didn’t even escape the post. The chapel, in the contrary to falling apart, bricked outside, inside is covered in gold entirely. It looks like the inside of the mother pearl. It’s circular and narrow, reaching to the sky. Huge, golden raven with black rose at its chest takes up all the wall behind the altar. I feel bitter taste in my mouth as I look at it. Valebran seal. My only ticket to reviving my father. I pray to the Fate the cursed King will keep his promise. When I glance at Draven, he’s staring at the raven too. His eyes burn with fury. His fists are clenched. I see blood dripping from them on the floor. Bulk woman pulls the leash so fiercely, all of them drop to their knees on the floor.  “Sleep rats. We’re headin out in an hour.” She says, spitting at them with disrespect. Then she ties the rope around one of the broken, golden columns. I hesitantly follow her and her knight companion to the benches at the front. She draws a flask dressed in leather band, with dragon head burned on it. She gulps down a huge sip. The sound resembles slurping blood from a melted body. I flinch when the water drip from her chin and she burps. I take a sip too, shivering from disgust as muddy, lake water flows down my throat.  “We’re gonna bath in gold after this.” She says, pointing at my friends like they’re nothing more but a pile of dead bodies of hunted animals. The other knight smiles and nods. Only now I realize he lacks teeth. And tongue. He resembles a bat without wings.  “Till our last day.” I say. I keep my mischievous smile hidden as I snatch the flask behind my back.    </w:t>
      </w:r>
    </w:p>
    <w:p>
      <w:r>
        <w:t xml:space="preserve">CHAPTER XVIII DRAVEN  Some painful days later in Somnaria  I wake up as I feel the rope loosening around my wrists. Gold blinds me from every side, like I’m trapped in a cage. I’m ready to throw fists. But my hand stops just inches from Lilith’s face. She smiles at me, with her real face, real eyes and real smile. She was in Morvain knights body for so long I started panicking she’s gone. That we left her behind. That she’s dead. She spoke no word to me. Exchanged none of my looks and smiles. I thought I lost her forever. But now she’s here, standing above me. Madness spills from her Jade eyes. Black circles under her eyes betray how exhausted she is. I can’t imagine how hard did she have to fight to endure this power. To keep pretending for so long. She’s tall in front of me. Moonlight bouncing from the golden walls reflect around her, like a halo. She looks like a Godess send to redeem me. I’m dehydrated, starving, exhausted and neglected. My mind is dizzy, like I’m drunk. But I doubt the glimmer of her skin is a side effect of my state. She just is entirely godly. I’m on my knees and hands, looking up at her. I don’t even feel ashamed in my position. I feel like this is where I was supposed to end up from the very start. She leans towards me and grabs my chin, lifting my head up even higher.  “You look like a stray dog prince.” She says smiling mockingly. Her image flashes in front of me. Like a dream someone wants to wake up me from. And I want to dream forever.  “You look like a miracle.” I say. My voice is shallow, cracking. And exploding from longing. Her eyes soften. Once she manages to untie all of us and we drag our haggard bodies up, I spot two corpses at the altar. Their helmets are gone and I can see their purple skin clearly. Dry, pale lips. Absent, foggy eyes. Bloody foam drips from their open mouths.  “What did you do to them?” King asks, joy piercing through her pain. She supports herself over Li’s shoulder. She doesn’t respond with words. She just draws an almost empty vial. Purple, bloomy liquid glitters at the bottom. She poisoned them. Aconitine flower. I travel around her body in search for any bruises, cuts. But all I gather are two, new, golden veins. They crawl up the side of her neck like serpents. She looks like a broken, porcelain vase, glued together by golden swirls.  “Come on, we have to go.” Bishop says, lifting Pawn up in his arms. She’s pale. Looks almost transparent. If she won’t get any medical treatment soon, we’ll lose her. We stride out of the chapel like we’re stroke by a lightning.  King helps Rook crawl onto the horse. He hisses when his cut arm tangles around the reins. Bishop cuddles Pawn tightly to his chest. I’m so starved and thirsty I feel the reality only halfway. But Li’s silhouette seems to gleam in the darkness clearly, as the arched moonlight reaches her body. I don’t let any detail from the rush through the forest to my head. All I know is that we pierced through the red trees that dripped blood and almost drowned in white waters </w:t>
      </w:r>
    </w:p>
    <w:p>
      <w:r>
        <w:t xml:space="preserve">of Lake of Forgetting. But my eyes were locked on the building rising in front of us like a monster coming alive. The court changed since I last visited it. It’s completely empty and silent. Like if  residents vanished or got extinct. White, icy towers scratch the reddish sky, tinted clouds play with their spiky tops. Arches of terraces look dusty. Rose petals swim across the marble square pavement. I almost hear a mocking whistle of Fate. Water of the Raven’s fountain drips slowly. If a knight in red armor and golden half mask didn’t appear, I would think we’re late. The war is over and there’s no scraps to pick up after.  “Prince Draven? Is that you?” He asks. He can’t conceal the relief in his voice. I remember him well from my service. He was the one that always tried to tame me down every time my violence got off the leash. Unsuccessfully. He would have to clean up after.  “In the flesh.” I say, forcing a smile. I jump from the horse, momentum making my brain explode with pain. I stagger and lean against the animal, fighting not to faint. He reaches his hands for me, but I wave him away. “Did father arranged my funeral yet?” I ask lifting my head. He laughs awkwardly.  “Let me escort you to the castle. The ball has already started.” He says, grabbing the rails. I look around my companions, my friends, my family. They look halfway to the afterlife. Pawn breathes rapidly, fever splashing all over her face. Lilith looks like she’s in trans. Even King seems absent. Rook looks like a mummy, in his bandages and ashy, tight skin.  “Please, take them in first.” I say snatching the rails from him.  “But, the King…” he starts, fear gripping his throat.  “The King will be pleased to finally meet his Fate Stealers in person.” I interrupt him quickly. “Go.” He doesn’t postpone the order. He leads all the covey straight to the medical wing. I remember to have him awarded.  Li stays at the back, frozen in dreams. Her eyes are locked on the main gates, burning with fire consuming her whole body. But she’s still like an ice sculpture.  “Hey.” I say, placing my hand on her leg. She snaps out, looking at me with terror. Like I wrenched her out of a horrible nightmare. “Go. I’ll meet you at the ball. I promise.”  “Hurry up.” She says. There’s no joy, no enthusiasm or warmth in her voice. Just agonistic, bottomless terror. “I can’t do this without you.” She says and pulls the rails.  When I’m alone, I sacrifice few more minutes of my time to look at my home. At my home that rejected, banished me. Pushed me around all my life, punishing me for who I am and who I couldn’t be. Posing as a safe heaven of wealth when in reality, it hides only sorrow and cries. But now I’m not a contempt. I’ve returned stronger than ever. I’ve returned more fierce and feral. If after everything I endured father will reject me he’ll put a death sentence over his head. Because I don’t plan on holding back anymore. I don’t plan on letting myself be mistreated, violated. If she accepted me the way I am I will too. And I will destroy everyone that dares to act otherwise. If everyone sees me a monster, a curse, I’ll give them the reason to be scared.  ***  </w:t>
      </w:r>
    </w:p>
    <w:p>
      <w:r>
        <w:t xml:space="preserve">Anxiety prickles my skin as I walk into the chamber that once belonged to me. Walls are painted black, with misterious reliefs peeking from them. Mahogany, dark floor is covered by velvet, deep red carpet, coated by years of neglect and dust. Canopy bed, sealed from the world by partly ripped, red curtains. Desk. Broken, silver-framed mirror. Open wardrobe. Everything looks the same as I left it behind, only slightly touched by Time and dust. When I walk through the soft carpet, consuming my steps, clouds of dust rise all around me. Moonlight peeking through the black curtains makes everything around me shimmer. I look around with blind eyes. I feel like a stranger in my own room. It tastes raw in my mouth. Strangles me. And I hate it. It rises in my throat, like vomit. Guard behind my back flinches as I punch the already broken surface of the mirror. Pieces of glass pierce through my knuckles, making them pale and red from blood. I pound and choke down a growl. I feel fire burning behind my eyes. Even ivy overgrowing window frame and columns of bed seem to wilt, hiding from me.  “Prince...” The knight starts hesitantly. When my eyes dart to him, across my shoulder, terror fills his. For a moment I wonder if they already turned red. “Your suit is prepared.” He says pointing at the chair. Bloody red tailcoat, intricately embroidered with silver and black thread vest and pants in the same pattern stretch over the frame, like skin taken of a body. It’s completed by high, black boots, black tie. And black half mask with silver swirls. It looks mesmerising, bewithched and uncanny at the same time. In the exact center, between the eyes, red ruby glows in the moonlight. Glass vase standing on the desk conceals a black rose. It looks swallowed by dark magic and curses.  “Everyone anticipates you at the ball.” He says and leaves me. I would rip this idiotic costume into pieces if I didn’t need it to see Li again. Only thought of her pushes me forward to get dressed. Even though my runes burn like fire under leather bands and iron bracelets.    </w:t>
      </w:r>
    </w:p>
    <w:p>
      <w:r>
        <w:t xml:space="preserve">CHAPTER XIX LILITH The Bloody Ball  Dying is a peculiar thing for a human to do. It’s curious that everybody describes it in various ways. I’ve read dozens of books about death. Some authors said it feels pickily. You enter the afterlife, where the space is covered with clouds like spilled milk. Your mind is free of sorrows, memories. Your body light as a feather. Some described it as entering never ending, black void. You can see nothing, hear just a squeaking noise ripping your eardrums apart. And, on the contrary, experience every pain your body and mind ever endured. But in this moment, I know all of them lied. Or maybe death is different for every creature. For some it’s a miracle, for some punishment. For me, however, it’s chaos. Dressed in my childhood room, left untouched. It’s itching in my throat. The feeling of experiencing every emotion and none at once. As I stare at my bed, too huge for a child I once was, with lavender curtains all around the golden sheets. At ivory walls with golden swirls. At golden chandelier with candles that fell asleep the day I left. At purple lilies dried out in the vase. It’s itching. Like countless insects are crawling up my body. I want to shake them off, but they bite into my skin. It’s odd. So odd in this place I can’t move. When I look at the bed, I see me and Lev, my father sitting beside on the chair that should be empty. When I look at the mirror, I see my younger self practicing before spectacles. When I look at the fireplace I see my child version, soaked in blood, trying to burn the past in the flames. The room is crowded in my head. Everyone here seems to be made from flesh and bones. But they’re not here. It’s only me. I’m alone. The guard that escorted us took the covey to the healers. Soon, they will be put back together like pieces of puzzle, merged only to be broken again during the war. I was dragged here, like on the leash, through corridors I passed, through the path of roses rotting above my head, on the ceiling. Every memory comes crawling up above the surface. How I sneaked out during the night to watch miniature theatre plays in the boxes. How I was running through the garden with a snake, chasing a girl that was mean to me. How in the castle classroom Draven set my desk on fire and blamed it on me. How my father was looking like a peacock in his top hats, long, colorful tailcoats and weird words. I would sell my soul to turn back Time and prevent my destiny. I would fix things. And the thought of being forbidden to do so is like a hand on my throat. The thought of the Fate laughing at me from above is like fire in my veins. I will destroy it. No matter what cost. No soul will be manipulated anymore. I chose how my life will go, and everybody else will lead their lives how they want. I’ll do it for my father. For my friends and all vulnerable creatures, too deeply drowned in sorrows to fight. And maybe, I will do it for myself. Because maybe I deserve it. Meeting Draven again awoke something boiling inside me for years. I might be odd. I might be out of place, terrifying, loathed by masses. But if he saw value in me after everything I’ve done. If he dared to trust, to love me despite my disadvantages. If he saw me powerful. Maybe it means that even if the whole world turns its back on me, I’m still worth living. Those thoughts, lunatic ideas crush </w:t>
      </w:r>
    </w:p>
    <w:p>
      <w:r>
        <w:t xml:space="preserve">against each other in my head like waves when I wander around my room. Bloody red dress laying on the bed is staining this pure picture. I always adored red, but in this moment, it stings my eyes. For some reason I read it as a warning. As a danger. As a color of blood that is inevitably going to be spilled. I know why I came back. I know what I have to do to achieve my goal. To bring my father back. But I just hoped for at least one night of normality. Tough luck. Nothing can be normal in the life of not normal girl. The dress is beautiful. I approach the bed and take it in my hands. The fabric is flowing like water, shining like stained glass. Tight corset is enveloped by a black lace, shoulders are left bare but have big, puffy sleeves. The skirt is pure satin. I got a pair of knee length, black boots on heels. Elegant but comfortable to fight if necessary. On top of the dress lays a half mask. It’s black like nightmares. Swirls frame holes for eyes and mouth. It resembles acanthus leaves. I gather a long, silver hairpin laying aside. Huge rubies dangle from both sides on silver chains. I roll my eyes. I’m more in favor to gold. But I’m satisfied I’ll be able to dress properly after so many, dirty days.  The bath I take is the longest in my life. I don’t remember when the last time was I got cleaned up properly, since I got banished. I walk out of the bathroom, drying my hair when I notice a Pale Green standing at the door. She looks petrified, her hands are shaking.  “You were sent to make me beautiful?” I ask.  “Y-yes.” She stutters. I raise a mocking brow at her. “No, no! My lady you are already beautiful I just-” She says, terror raising in her voice. I wonder what fairytales the king has spread about the Fate Stealers. That we’re monsters, uncapable of empathy. Thirsty for blood. I scoff a quiet laugh and sit in front of the vanity. My pale, exhausted reflection stares at me like a ghost. I indeed need to be made beautiful. “I’m just fooling around. Don’t be scared. I don’t bite.” I say and give her the warmest smile I can in the mirror. She relaxes a bit and approaches me. My hair is such a mess it takes her an hour to finally put it on place. She tied a braid bun at the top of my head, pierced with the hairpin, leaving half of my hair flowing on my shoulders in waves. She darkens my eyes, covers dark circles with weirdly smelling mush. My lips are painted the deepest shade of red. When I finally change to the dress and look in the mirror I can’t recognize myself. I look healthy, clean, royal. Like I did before. I envy the person I could become if only I stayed here in the castle. “What’s your name?” I ask the girl standing beside me, admiring her work. “Rika.” She says, visibly more comfortable around me. “Thank you, Rika.” I say smiling at her. I turn around, trying to get used to my new look. The long blade I strapped to my tight is cold against my skin. “I just know the prince is going to faint when he sees you.” She says giggling. My eyes go wide. “What?” How can anyone in the castle possibly know about my... relationship with him? She giggles again.  </w:t>
      </w:r>
    </w:p>
    <w:p>
      <w:r>
        <w:t xml:space="preserve">“He’s already waiting in the ball room. And smashed a bottle of wine on guard’s head when he refused to let him see you.” I feel a blush crawling up my cheeks. I can’t fight it.  ***  The blush doesn’t leave my face even as I walk down the stairs to the ball room. The decor has changed, angels’ sculptures handing upside down from the arched ceiling are covered with red roses. Liquid, resembling blood flows down the walls in streams, gathering at the floor. Candles scattered in every corner set the place in a dim, warm light. The ball room is flowing with people. Everyone dressed in bloody red, as the name of the ball suggests. It’s a tradition to host a Bloody Ball a night before a war in Somnaria. But I never attended one in person. And despite the beauty of this event, I wish I didn't have to. But I don’t get to choose my Fate. Yet. Father would hate it here. He despised violence. What an irony, with how his daughter turned out to be. As I walk down the stairs my eyes travel around every guest. Their dresses and suits dance with them to the luring music. I sigh with relief when I spot a blue haired girl at the table. King and each member of the covey look good, healthy and safe. They’re all dressed in red too, with black half masks. I make my way towards them, piercing through the crowd. Whispers flow from every side, guests look at me like I’m a ghost. After all, I was pronounced dead years ago. But I’m the nightmare that always comes back. I blow a kiss to the girl that points her finger at me. Just as I’m about to reach my friends, someone pulls me by the hand. I’m dragged to the dancefloor by a guy with red hair.  “Juri.” I say as he pulls me closer.  “Long time no see angel.” He says and smiles at me. He was a classmate of mine. Particularly annoying one. He would send me obsessive love letters back in school. I send him dead rats in response. But he never grew tired of it.  “Did you miss me?” I ask, hesitantly placing my hands on his shoulders. Etiquette demands. But nausea rises in my throat.  “How could I not?” he says, grinning at me. The music grows faster and soon we are swirling between dozens of pairs. I roll my eyes at his unfunny jokes, praying for this to end. I just want to find Draven. Go to my friends, stop this circus.  “Are you serious?” as the voice resonates behind my back my heart skips a beat. It’s low, harsh and warm, like cozy fireplace and ginger wine.  “Prince Draven, I didn’t see you.” Juri says, bowing casually. But his hands still rest lazily on my hips. I glance behind my shoulder and my heart skips another beat. I always found Draven handsome, devilishly even, but tonight he outdid himself. He seems to shine in the crowd. His amber eyes glimmer. But his brows are frowned. Even under the half mask I can see his fury. He waves his head, chasing Juri away.  “Oh, just let us finish what we started.” Juri says mockingly. As the son of the Lord, he always thought himself better than everyone. Even the prince. Huge mistake. Draven seems to burn with rage. But after a moment, he sighs.  </w:t>
      </w:r>
    </w:p>
    <w:p>
      <w:r>
        <w:t xml:space="preserve">“Sure.” He says and walks away. My heart sinks as I lose the sight of him. How dare he leave me alone like that? I start to panic. What happened? What changed? Why did he give up so easily. But it turns out I’m soon to be reminded I’m mistaken.  A blink after, Juri’s face is wrenched away from mine. Draven’s standing behind him, pulling his hair so hard his head tilts backwards. The prince leans towards his victim’s face and sends him a poisonous smile.  “Have you finished yet?” He says. “Of course.” Juri manages to say through clenched throat. Draven practically tosses him aside. “Did you have fun?” His voice is seductive as his hands meet my waist. He holds me for dear life, so tightly I feel like I’m melting into him. My arms envelope around his neck and honest smile enters my lips. I couldn’t wait to see him. Butterflies have a war in my stomach. “Not at all.” I answer truthfully. I don’t find it necessary to play with words around him anymore. He’s able to see through every mask I put on either way.  “Yeah?” He says mockingly, pulling me even closer. A knot tangles in my stomach. His eyes are starving when they drop to my lips. “Good.” He says.  When the music changes and we swirl in the dance I see, feel and want nothing but him.   ***  I’ve never seen Draven drunk before. But it’s the most amusing and adorable view. His cheeks are pink, his lips swollen. We and the covey found a peaceful corner in the roofed patio. The dome is made of crystal glass, roses stream from the top and close us in the veil of red petals. Lightballs swirl at our feet, glimmering in the dark. Light dizzing in my head is soothing. I haven’t felt so peaceful in ages. Sitting on Draven’s knees, his hand caressing my tight under the dress. I feel like normality is a part of my life. Like nothing horrible ever happened. In this moment nothing bothers my mind. But the thought of approaching war and my father dances at the back of my mind. I think Draven felt my body tensing at the idea because he rests his chin on my shoulder. When I look into his bloodshot, puppy eyes, his pupils are wide, fogged and dreamy. He smiles at me lightly.  “Ha!” King shouts when she throws a card on the table. “I won!”  “Pff.” Rook scoffs. He’s in much better condition now. Castle healers really did wonders with him. He has a new arm. It’s made of white, holographic strings resembling spiderwebs. Mended by magic and spells. They did their best to send him to the war in full strength. To me it looks uncanny. Like a disease has grown it for him. Pawn looks better too. Still exhausted but less pale and more smiling. This state feels like honey and milk in my veins. Like still water before the storm. Like dark clouds before the thunder.  “Okey. So, what now?” Bishop says taking a huge sip of bloody red wine from the bottle.  </w:t>
      </w:r>
    </w:p>
    <w:p>
      <w:r>
        <w:t xml:space="preserve">“What do you mean?” King asks, amusement dancing in her drunk eyes. “Now we’re drinking and forgetting about our sorrows.” She says snatching the bottle from his hands. “We’ll worry later.”  Light, rosy breeze caresses my bare shoulders when the guard approaches.  “Prince.” He says bowing lowly. “You are asked to join your family for the toast.” I feel the vain on his tensed neck pulsating against my skin. He drags his head up and grabs my hips tighter.  “Is that so?” He asks ironically. “He’s not embarrassed of me anymore?” The guard is seemingly uncomfortable, avoids his gaze. Draven lets out a bitter laugh. He drags himself up, forcing me on my legs too. I have to catch him when he stumbles, in drunk daze.  “Do you want me to come with you?” I ask. He waves his head. “It’s fine. Come with the rest.” He says and brushes my cheek with his knuckles. My insides turn pleasantly. Then he walks away, or at least tries to, because his steps are unstable. I watch him lean against the guard, laughing and saying something drunken.  “That’s a curious change.” King says, laying on her shoulders stretched across the table. I look at her questioningly. She waves her head in Draven’s direction. “Him. I thought he’s not capable of anything but hate.” I feel my cheeks turning red.  “I did too.” I answer truthfully.  “Okey. Enough of that.” Bishop says dragging himself up. “We can’t miss the toast.”  Every step closer to the entrance we take, my guts tangle. Every step brings me closer to the inevitable. To fighting for life and death. But also to reviving my father. I swear to myself that once the toast is over, I’ll find Eliathra. I’ll talk to her about the deal. If it’s real. And if I have to I will force her to vow. I’ve come too far to give up now. No matter how scared I am that it won’t work.  The ball room is drowning in red crowd. Everybody gathered in the middle. Between two, golden staircases, on the platform stands the royal family. King sits in the bony white, marble throne with red cushions. The queen stands next to him. His kids line back. I spot Draven stretching across his older brother’s shoulders, grinning from ear to ear, laughing. I choke down my own laugh. I’m pleased he finally allowed himself to let his guard down. To let go of his fears and sorrows. But I’m not sure this banquet is the right thing to do so. It’s too dangerously close to the war. A waiter with face while covered in black mask and long, red tailcoat hands us tall, golden glasses with champagne. Its white and glowing, like waters of Lakes of Forgetting. We pierce through the crowd to stand closer to the platform. Expecting the King to announce our arrival, to greet us as his special guests. At least that’s what the covey hopes for. I doubt he will spare us his attention. The king rises from his seat slowly, hardly. Almost like he’s centuries old. He raises his glass and the whole crowd does the same.  “My dear, assembled subjects.” He says, his voice carries across the room like a spell. “We’ve gathered here to celebrate the approaching victory of Somnaria.” He says and </w:t>
      </w:r>
    </w:p>
    <w:p>
      <w:r>
        <w:t xml:space="preserve">applauses erupt across the crowd. I’m surprised he’s so sure of himself. So convinced his plan will not fall through. When in reality, our chances of winning are terrifyingly low. “For that, I want us all to drink-“ he starts but someone interrupts him. “Yes! Let’s rise a toast for our generous, big hearted king, everyone!” Draven’s says stepping out of the line with his glass high. Half of the champagne spills out when he stumbles. The king storms him with his eyes. Terror spills in my stomach. But the crowd seems to not catch the alusion and with screams and shouts raise the glasses high. “For Somnaria!” King says once again and drinks. The room fills with noise of clinging glass and gulps. In the moment the liquid finds its way to my stomach, the floor shakes. Before I can blink I hear a horrible crack. Soon after, the gianormous statue of an angel, directly above the middle of the room explodes. And falls straight into the crowd. The ceiling shatters, hurting other innocent people with stone splinters. I’m set on my knees. I feel a terrible pain at the back of my neck. When I’m able to lift my head up, through the screams, cries and blood everything is covered by smoke. But the blood in my veins boils I feel them melting.  CHAPTER XX DRAVEN The Bloody Ball  It’s funny to me at this point. Everything falls apart no matter where I go. No matter where I set my foot, everything I ever loved and cared about is destroyed. I’m the deranged child. I’m the curse. I’m the worst thing that ever walked on earth. Cold fingers clamp over my throat in the mayhem. I can see nothing but white smoke enveloping every inch of my vision. I’m wrenched backwards, land on the floor with a thud. Panic finally pierced through drunk daze when in the white curtain I catch a glimpse of Jade eyes. “Lilith!” I scream to the top of my lungs, my voice harsh from being strangled. I catch the hand that chokes me, but the skin of my kidnapper is so cold I can’t hold onto it. It’s like death itself.  “Draven!” Her voice is the most heart-wrenching veil I’ve ever heard. I fight, I kick my legs but it’s pointless. The grip is so tight and strong it can’t belong to a human being. And the fact that my head is immobilized so that I can’t turn around is the testimony of dark magic ruling over me. My body can do so much as toss around like a fly under the glass lampshade. I’m out of control. Completely. And the final nail to my coffin comes, when the curtain of water closes above my head  ***  </w:t>
      </w:r>
    </w:p>
    <w:p>
      <w:r>
        <w:t xml:space="preserve">I’m on my hands and knees, soaking in water, coughing it from my lungs when I wake up. My head feels like it weights a tone, hurts like someone pierced it through with an arrow. My whole body shivers. There’s not slightest sign of my alcohol intoxication, only squeecking noise in my ears. I drag my head up to look around. Cold breeze makes my body freeze in place. Or maybe this is the room I’m in that holds me in paralysis. It looks exactly like the throne room. Except it’s completely different. The world behind the windows is a black void. No sign of the moon, stars or red sky. Just gaping, sucking nothing. Everything inside is covered in dark blue hue of light. It almost looks like every object is in that color. The throne, walls and floor look more cracked than usually. And the ceiling doesn’t depict the gods. It’s the sky. Navy blue, infected with starts, too many to count. When I look around toward the place where doors should be, there’s only a wall. And one odd thing catches my attention. The waterfall behind the throne flows upside down. The foam gathers at the ceiling, spreading in streams towards the stars, loosing their ends in their chaos. I feel my eyes widening, my heart turning. There’s no way in hell I’m in… “Welcome to the Upside Down castle.” Figure emerges from the water, yet not a single drop falls from its hooded, dark blue toga. I think I’m dead.  “You are…” my voice is harsh from terror. I’ve never felt more frightened in my whole life. I feel like my knees and palms rooted into the floor.  “The Fate, in flesh and bones.” Its voice is low, raw. Manlike. With a note of evil. But coated with fake hospitality. That hides the evilness beneath. It sounds like it reaches me from every direction. Like I’m clocked in the tiny box in his throat. It sounds surreal. My lungs evaporate as the Fate reaches for the hood. When he - it’s definitely a he – pulls it all the way down my eyes close themselves from the blinding lightness of his skin. It’s so white it looks transparent. Eyes with no whites, just absent, black voids seem to stare at me, even as I have mine closed. Strong jawline, angular nose, no eyebrows. Black, long hair slicked back. I’ve often imagined what the Fate looks like. Is it a man or woman or none of the previous ones. Is it made of black smoke, does it have any human features or does it look like any animal. I’ve never imagined it looking so… godly. Looking at his face he resembles celestial being everybody thinks him about. But this angelic look is laced with something so terrifying I would have never mistaken him for an angel. It’s a devil itself. He’s the reason my life is a path of failure, pain. He is responsible for Lilith’s pain. For the pain of every being that lives their miserable life in this world. Suddenly, thousands of screams rip the air apart. When I look down, I see every mask trapped under the floor with open mouth. They scream in agony so loud is mixes the marrow in my bones.  “Silence!” The Fate screams and rises his hand. At the end of the word his voice turns into animal growl. “Show a bit of hostility to my special guest.” He drawls the word “special” like it’s poison, with evil grin. He snaps his fingers and a round table appears in the middle of the throne room. He snaps again and I’m suddenly standing on my weak feet, right next to him. The coldness evaporating from his body freezes me in place. He waves his hand across the table.  </w:t>
      </w:r>
    </w:p>
    <w:p>
      <w:r>
        <w:t xml:space="preserve">“Take a look.” I don’t know if he forces me to or do I do this willingly, but my eyes drift to the table. I’m sure my vision fools me. The countertop seems to be made of stars and sky. It’s tangible, real, so close to me I can touch it. Constellations are connected by thin strings of white light. It rises above the table, like it tries to reunite with the sky above us. And inside the mess of stars I see figures. Tiny like ants, but shining with blue light, so that I can see them. Above the clusters of figures, the stars gather to form words. Ashvale. Duskport. Ivory Reach. I close my eyes shut not to let any more words stain my vision. They are the names of the provinces of Somnaria. It’s the map of the world. Or more like a board game he plays.  “This is my field.” He says with a voice filled with pride. Like a child that shows off his toy. “And these are my animals. Aren’t they beautiful from this point of view? No flaws.” He says, his voice turning dark with every word. I squeeze my eyes tighter.  “Why?” I manage to say. “Why show me all this?” I can’t comprehend why, of any people he chose me to enter his shrine. I swallow down my pride when I think about it. About being the chosen one. All I care about now is getting the hell out of here and finding Lilith. Taking her to the end of the world where she’s safe from him. Beside me. Even if I have to burn whole Somnaria in the process. “Look again little devil.” He says, his voice approachable, like he’s a nice uncle talking to his nephew. I force my eyes open. He waves his hand and the picture changes. He swipes it to the right, reviling  the left side of the map of our world. Where the Morvain land resides. This kingdom’s table sky is red, figures black. In the middle of that, swallowing the stars, a face emerges from black clouds of smoke. It’s a black skull. I don’t know how is that possible but I swear its brows are frowned and teeth curved in furious grin. Smoke dances around it, reaching for me.  “Let me explain the situation.” The Fate starts. I don’t dare to look at him. The skull’s empty eye sockets seem to lure me in. “Let’s not put all the cards out yet, shall we?.” His laugh is the most hideous, evil sound I’ve ever heard. It stops my heart. “What I can tell you is that I have a… obliteration with the God of Death.” His cold fingers find my shoulder and pull me closer. I feel like a vulnerable kid. Not able to defend, to fight. I don’t dare. I don’t know how I would fight him. He’s a God. I’m ash. “Based on the Sacred Code of Life, Fates of dead creatures are in my possession. It guarantees my immortality.” I imagine that if I make it out alive from here, my knowledge would finally cast a light at every mystery about the Fate. However, I doubt I’ll live long enough to see it.”But the souls and the bodies are aligned with the God of death.” He explains slowly. “I have enough of Fates to outlive this planet.” He laughs bitterly, sound resembling howling hyenas. “However, the God of death is greedy. He’s not pleased with the Fate Stealers wandering around the world, stealing his properties.” My blood stops flowing. I feel my bones tremble. “So, out of the goodness of my heart, I offered him a deal. One Fate Stealer in exchange for abandoning the invasion of Somnaria. Sounds like a fair deal, doesn’t it?” He says pulling me closer. I manage to turn my face to him, frozen from terror.  </w:t>
      </w:r>
    </w:p>
    <w:p>
      <w:r>
        <w:t xml:space="preserve">“What Fate Stealer did you offer?” I whisper, my voice cracking. But I already know the answer. He knows I’m not oblivious, because he smiles mischievously. “What is my part in this mess?” “I’m not asking for much. Just to borrow your body for a while. You see, I can’t get down on earth. I’m sealed in this chamber.” He says sighing, almost like he feels sorry for himself. “However, your body will do just fine. I will use it to hand Lilith L’Avenoir to the God of Death once it comes to the castle. Which will be…” he stops, looking into the stars. “Soon. Then I’ll give your body back to you.” “No!” Fury raises in my veins the moment he spells her name. How dare he even splatter it with his voice. I will let myself be skinned alive, dismembered, burned at stake. Anything but handing her over. Anything. I pull away from him but his grip is like iron. I fight, my lungs and heart screaming at me. But it doesn’t do as much as shake him slightly.  “I’m terribly sorry. I really am. I know how much you love that girl.” He says. I feel my runes burning, red light casts a hellish light across his bony face. “But it’s only you I can use. You have your mother to thank for that.” He says smiling. In the exact moment, chains chatter above my head. When I look up, huge, square cage, made of white strings resembling spiderweb descends from the stary sky. And my heart jumps out of my body once again. My mother. Inside the cage. In the prison of Fate. In the upside down castle. Her tanned skin, long black hair. Lava eyes. She’s covered in runes from head to toe. I thought I didn’t remember her. I didn’t remember what she looks like. But once her haggard silhouette is displayed above me I remember every single detail. I smell her scent of ash that brings back bitter-sweet memories of the childhood I was striped of. I’m so similar to her. Like two drops of water. Except white hair. Her lips and brows are twisted in agony. She’s kneeling on the cage floor, grabbing the bars tightly. “Mother…” I can do so much as whisper.  “My beam of sunshine.” She whispers too, although her voice resonates across the room like if she’s screaming. It’s sweet and caring. And laced with pain. “My dear son. The light of my life…” she says, tears streaming down her cheeks. Mine burn my eyes and skin too.  “Wholesome moment of family reunion.” The Fate says, wiping his fake, non existent tear in theatric gesture. Smiling like a devil. “But did I allow you to speak?” He growls like an animal. Next, I’m thrown across the wall. I feel like my spine breakers into million pieces. My mother veils like a slaughtered animal. As I lean on the floor, unable to stand up, he speaks again.  “Your foolish mother was gullible enough to make a deal. But I’ll leave it for her to explain.” He says. Then he teleports to me. But his evil grin shimmers next to the table long after he switched places. I’m to wounded, to tired and petrified to learn his words. He kneels in front of me, catches my face in his cold fingers. “Just a few minutes. Or centuries if I’ll like it down there again.” He says. Then he opens his mouth. So widely I hear joints and bones snap. Inside there’s nothing. Black void. As my eyes </w:t>
      </w:r>
    </w:p>
    <w:p>
      <w:r>
        <w:t xml:space="preserve">threaten to close, I see blue strings of lights crawling out of this hell. And they reach straight for my eyes, piercing them through. My head twitches up, my bones cracking. And in that exact moment I know I’ve lost. I know I’ve lost Lilith. And the thought that the face she will see when she’ll be betrayed will be mine is the worst pain I’ve ever endured.    EPILOGUE  As Edward drew his last breath and rested lifelessly across the table, prince Draven’s eyes met Lilith. She was waving at him. And smiling. He clenched his fists under the table, swallowed acid in his throat. He felt his runes, that he carefully carved that day – burn under the sleeves of his shirt. He was furious. Furious and planning vengeance. Bloody, painful, evil vengeance. Because he didn’t loose only his best friend that night. He lost everything. And few hours later he was about to experience that first handed. After the ball his father – the King – dragged him to the dungeons. Servants ripped his shirt, chained him to the fall. When they set a bowl on the hinges, above the little fire, on the floor he bit his tongue. He knew what was coming. He braced himself for the pain. The smell of wax stole the air from the cellar. But when his father crossed the entrance he didn’t reach for it. He kneeled down in front of his chained figure. Spread arms like on a cross, attached to the walls, knees on the floor. He grabbed him by the hair and forced him to look into his eyes. And he made him swear. He made him curse Lilith L’Avenoir for what she did. For killing his best friend but also for killing the son of the Lord. It was a huge loss for the kingdom once Edward’s father turned his back on the king. The vow must have been sealed by blood. And Draven did that without hesitation. Fueled by rage, loss, sorrow, pain. He didn’t even flinch when his father cut his palm open and squeezed it to drop blood onto the paper. Than he crushed it and threw into the fire. Purple fire erupted in the dungeon. Then the fire extinguished. And for the first time in his life Draven felt he finally had control. He cursed the girl that destroyed his life. He did that himself. It was his choice. Despite the fact that if he denied, his father would force it upon him. At the time being he felt powerful. Something he wanted the most. It was enough. But as the time passed and he forgot about the curse, the Fate remembered it. Remembered that once the king cursed Lilith, he cursed his son with her. That their fates are bound.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