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​Masks of Eternity</w:t>
      </w:r>
    </w:p>
    <w:p>
      <w:pPr>
        <w:jc w:val="center"/>
      </w:pPr>
      <w:r>
        <w:t>by</w:t>
      </w:r>
    </w:p>
    <w:p>
      <w:pPr>
        <w:jc w:val="center"/>
      </w:pPr>
      <w:r>
        <w:t>HamzaRayan</w:t>
      </w:r>
    </w:p>
    <w:p>
      <w:r>
        <w:br w:type="page"/>
      </w:r>
    </w:p>
    <w:p>
      <w:pPr>
        <w:spacing w:before="5040"/>
        <w:jc w:val="center"/>
      </w:pPr>
      <w:r>
        <w:rPr/>
        <w:t xml:space="preserve"> Front Matter</w:t>
      </w:r>
    </w:p>
    <w:p>
      <w:r>
        <w:t>To those who find wonder in the unseen currents that bind existence, to the quiet strategists who map futures in their minds, the nurturers who tend to the delicate balance of life, and the contemplatives who seek truth in the silent spaces between stars. This tale is woven for the dreamers who understand that even the most potent magic is merely a reflection of deeper, universal laws, and for the adventurers who bravely step into the unknown, guided by an inner light. May your own journeys be filled with the awe of discovery, the strength of purpose, and the profound understanding that even in the face of overwhelming entropy, the will to harmonize and protect can forge a new dawn. This book is a testament to the quiet power of individuals united by a shared responsibility, and a hope that the masks we wear, whether for protection or for insight, ultimately reveal the truest, most resilient parts of ourselves.</w:t>
      </w:r>
    </w:p>
    <w:p>
      <w:r>
        <w:br w:type="page"/>
      </w:r>
    </w:p>
    <w:p>
      <w:pPr>
        <w:spacing w:before="5040"/>
        <w:jc w:val="center"/>
      </w:pPr>
      <w:r>
        <w:rPr/>
        <w:t xml:space="preserve"> 1: The Whispers of the Aether</w:t>
      </w:r>
    </w:p>
    <w:p>
      <w:r>
        <w:t>The air in the Crypt of the Primordials was not merely still; it was a palpable presence, a vibrating hum that resonated in Seris’s very bones. It felt as though the universe itself had paused, holding its breath in this singular, obsidian-lined chamber. Here, within the Aetheric nexus, reality felt thin, malleable, a veil easily parted by the sheer concentration of power. Seris, though conscious only moments ago, felt as though she had existed in this state of suspended animation for eons, her awareness coalescing in the heart of a storm of pure energy. Her mind, a nascent visionary in its own right, grappled with concepts that should have been incomprehensible, yet here, they unfolded with a terrifying clarity. The very stones around her, carved from a rock that devoured light with an almost greedy voracity, pulsed with a faint, inner luminescence, as if the darkness itself held a captive sun. This was no tomb, but a crucible, a place where the raw materials of existence were shaped, or perhaps, unraveled.</w:t>
      </w:r>
    </w:p>
    <w:p>
      <w:r>
        <w:br/>
        <w:t>She was a mote of consciousness adrift in an ocean of latent power. The concept of "drawing" her awareness felt akin to a river learning to flow uphill, an unnatural act against the grain of the world. Yet, she felt a pull, an inexplicable magnetism drawing her deeper into the Crypt’s embrace, urging her to perceive the symphony of energies that thrummed around her. It was a terrifying invitation, a siren song whispered on currents of raw Aether. Her mind, accustomed to the structured logic of strategy and the calculated movements of armies, found itself adrift in a sea of pure potential, a realm where cause and effect seemed to warp and bend. The latent energy was not merely ambient; it was a tangible force, a river of unseen currents flowing through the bones of reality, potent and untamed.</w:t>
      </w:r>
    </w:p>
    <w:p/>
    <w:p>
      <w:r>
        <w:br/>
        <w:t xml:space="preserve">The architecture of the Crypt defied conventional understanding. It was not built, but </w:t>
      </w:r>
    </w:p>
    <w:p>
      <w:pPr>
        <w:jc w:val="left"/>
      </w:pPr>
      <w:r>
        <w:rPr>
          <w:i/>
        </w:rPr>
        <w:t>grown</w:t>
      </w:r>
      <w:r>
        <w:t xml:space="preserve">, or perhaps </w:t>
      </w:r>
      <w:r>
        <w:rPr>
          <w:i/>
        </w:rPr>
        <w:t>precipitated</w:t>
      </w:r>
      <w:r>
        <w:t xml:space="preserve"> from the raw Aether. Jagged, impossible angles met impossibly smooth curves, surfaces that seemed to absorb sound and light simultaneously, only to betray a hidden luminescence from within. It was a testament to an alien intelligence, one that perceived space and form in ways incomprehensible to mortal minds. Seris felt a strange kinship with this place, as if her own burgeoning understanding of the Aether was a pale reflection of the forces that had shaped this impossible edifice. The air was thick with the scent of ozone and something else, something ancient and elemental, like the breath of a slumbering god.</w:t>
      </w:r>
    </w:p>
    <w:p>
      <w:r>
        <w:br/>
        <w:t xml:space="preserve">She attempted to anchor her consciousness, to find a familiar point of reference in the overwhelming sensory input. But there was nothing familiar here, only the raw, unadulterated essence of the Aether. It was a dangerous place, she knew, a testament to the inherent perils of tampering with forces that underpinned existence itself. The very fabric of reality felt like a taut membrane, and the potent energy within the Crypt was a needle, poised to puncture it. Yet, the pull persisted, a silent, insistent call to explore, to understand, to </w:t>
      </w:r>
    </w:p>
    <w:p>
      <w:pPr>
        <w:jc w:val="left"/>
      </w:pPr>
      <w:r>
        <w:rPr>
          <w:i/>
        </w:rPr>
        <w:t>become</w:t>
      </w:r>
      <w:r>
        <w:t>. This was the first whisper of destiny, a subtle, undeniable current guiding her towards an unknown purpose.</w:t>
      </w:r>
    </w:p>
    <w:p>
      <w:r>
        <w:br/>
        <w:t>As her senses sharpened, Seris began to perceive fragmented images, flashes of memory that were not her own. They were not mere recollections but visceral impressions, sensory data so potent that they seemed to overwrite her own perceptions. She could taste the metallic tang of ozone, feel the subtle, resonant hum of an unknown frequency vibrating through her very core, and sense the immense weight of power, a burden that settled upon her soul. These were echoes, she realized, fragments of consciousness or experience left behind by those who had walked these hallowed, perilous grounds before her. They spoke of a history steeped in Aetheric manipulation, a legacy of both incredible advancement and devastating consequences. The air crackled with the silent testament of forgotten lives, their experiences imprinted onto the very fabric of the Crypt.</w:t>
      </w:r>
    </w:p>
    <w:p/>
    <w:p>
      <w:r>
        <w:br/>
        <w:t>The chamber where she found herself was adorned with strange glyphs, etched into the obsidian-like walls. They pulsed with a faint, intermittent energy, like dormant heartbeats. These were not mere decorations; they were symbols of a forgotten language, or perhaps a form of primordial programming, a testament to the advanced understanding of Aether that had shaped this place. The atmosphere was charged with an unsettling stillness, a profound silence that amplified the cacophony of fragmented memories within her mind. It was as if the Crypt itself was holding its breath, waiting for her to decipher its secrets. The glyphs seemed to whisper, their faint luminescence a beacon in the encroaching darkness of her own burgeoning awareness.</w:t>
      </w:r>
    </w:p>
    <w:p/>
    <w:p>
      <w:r>
        <w:br/>
        <w:t>Each echo was a jolt, a stark reminder of the power and peril that lay dormant within the Aether. She saw flashes of beings, their forms indistinct, channeling immense energies, their will shaping reality itself. She felt the intoxicating rush of that power, the sense of godhood, followed swiftly by the devastating backlash, the shattering of their forms, the warping of their very essence. These were not just memories; they were warnings, etched into the very fabric of this place by those who had dared to wield the Aether and paid the ultimate price. The glyphs pulsed in time with these visions, their steady rhythm a counterpoint to the chaotic influx of sensory data.</w:t>
      </w:r>
    </w:p>
    <w:p/>
    <w:p>
      <w:r>
        <w:br/>
        <w:t>Seris focused, attempting to bring order to the storm. Her strategic mind, honed by years of anticipating her opponents' moves, sought to categorize and understand these fragmented impressions. Were they echoes of past lives, the psychic residue of long-dead custodians of this place? Or were they a form of active communication, a deliberate transmission of knowledge from some ancient, unseen source? The answer remained elusive, buried beneath layers of temporal and energetic distortion. But one thing was clear: the Aether was not merely a force to be observed, but a conduit, a medium through which history and power could be imprinted and transmitted.</w:t>
      </w:r>
    </w:p>
    <w:p/>
    <w:p>
      <w:r>
        <w:br/>
        <w:t>Amidst the swirling energies and fragmented memories, Seris experienced her first true connection to the Aether, a moment of clarity that transcended the chaos. It was not a raw, uncontrolled surge of power, but a nascent understanding, a dawning comprehension of the Aether as a tool, a force that could be shaped and directed. Her mind, instinctively reaching out, began to coalesce this energy. It was a tentative, unpracticed gesture, yet it manifested as a nascent form, a visualization of her intent, her raw, unformed grasp of the Aether. This was her first Mask, not a physical object, but an ephemeral shimmer, a nascent shield of focused energy.</w:t>
      </w:r>
    </w:p>
    <w:p/>
    <w:p>
      <w:r>
        <w:br/>
        <w:t>The design of this nascent Mask was a direct reflection of her strategic mind: sharp, precise, and utterly focused. It was a manifestation of her inherent nature, a visualization of her intent to dissect, analyze, and control. It was a geometric pattern, clean and unwavering, a stark contrast to the wild, untamed energy that surged around her. As her mental focus solidified, the shimmering construct took on a more defined shape, a subtle aura of controlled power that seemed to push back against the ambient Aether. The surrounding energy crackled with a heightened intensity, as if acknowledging her emergent ability, the first spark of control in the vastness of the nexus.</w:t>
      </w:r>
    </w:p>
    <w:p/>
    <w:p>
      <w:r>
        <w:br/>
        <w:t>This was not an act of aggression, but of definition. By creating her Mask, she was not imposing her will upon the Aether, but defining her relationship with it. It was a declaration of intent, a statement of purpose in the face of overwhelming, formless power. The Mask was an anchor, a point of stability in the turbulent currents of the nexus, a tool that would allow her to navigate the perilous depths of Aetheric manipulation. It was an extension of her mind, a physical manifestation of her strategic acumen, a nascent shield that would, she suspected, prove invaluable in the trials to come. The air around her hummed with anticipation, the nascent Mask glowing with an inner light, mirroring the subtle luminescence of the Crypt itself.</w:t>
      </w:r>
    </w:p>
    <w:p/>
    <w:p>
      <w:r>
        <w:br/>
        <w:t>In the echoing expanse of the Crypt, Seris found herself utterly alone, yet profoundly connected. The chaotic symphony of Aetheric energies seemed to coalesce around her, no longer a disorienting deluge but a guiding force, a silent conductor orchestrating her nascent abilities. She began to understand, with a dawning certainty, that her awakening here was not a random occurrence, but a calling. It was a summons to a destiny intertwined with the fate of a world she barely knew, a world that pulsed with the same latent, potent energy that now stirred within her.</w:t>
      </w:r>
    </w:p>
    <w:p/>
    <w:p>
      <w:r>
        <w:br/>
        <w:t>Her inner monologue was a whirlwind, a tempest of strategic analysis battling with profound uncertainty. Who had summoned her? What was the source of this calling, this profound sense of purpose that had taken root in her soul? And what was the true nature of the power that now stirred within her, a power she could feel coalescing into the form of her nascent Mask? The questions swirled, each one more complex than the last, yet beneath them lay a bedrock of conviction. She was meant to be here. Her abilities, her way of thinking, her very essence, were somehow meant to engage with this ancient, powerful nexus. The silence of the Crypt, once unnerving, now seemed to amplify her thoughts, giving them weight and substance, allowing her to dissect them with the same precision she applied to a battlefield map.</w:t>
      </w:r>
    </w:p>
    <w:p/>
    <w:p>
      <w:r>
        <w:br/>
        <w:t>She felt the Aether responding to her, not with resistance, but with a subtle resonance, as if recognizing a kindred spirit. It was as if the raw, chaotic energy of the nexus was being sculpted by her intention, guided by the nascent Mask that now shimmered around her. This was not the brute force of domination, but the subtle art of alignment, of finding harmony with the fundamental forces of existence. She understood that her strategic mind, often seen as a tool of war and manipulation, could also be a force for order, for precision, for the meticulous construction of balance.</w:t>
      </w:r>
    </w:p>
    <w:p/>
    <w:p>
      <w:r>
        <w:br/>
        <w:t>The weight of this potential destiny settled upon her. It was a burden, yes, but also an exhilarating possibility. The world outside this nexus was a place of unseen currents, of subtle imbalances that she had only begun to perceive. And here, in the heart of the Aether, she was being given the tools, the understanding, to perhaps rectify those imbalances, to forge a path through the chaos. The knowledge was overwhelming, the responsibility immense, yet Seris felt a spark of resolve ignite within her. She would not shy away from this calling. She would embrace it, dissect it, and ultimately, master it. The Crypt had revealed its initial secrets, and in doing so, had irrevocably altered the course of her life.</w:t>
      </w:r>
    </w:p>
    <w:p/>
    <w:p>
      <w:r>
        <w:br/>
        <w:t>With a newfound, albeit fragile, understanding of the Aether and the nascent Mask that now felt like an extension of her own being, Seris turned her attention to the exit. The Crypt of the Primordials was not a place to linger indefinitely. The energies here, while potent, were also volatile, and her presence might be a disruption in itself. The exit was not a simple doorway carved into the stone, but a shimmering distortion in reality, a subtle tear in the fabric of the nexus, a transition point between the raw, unbridled Aether and the more grounded, predictable reality of the world beyond.</w:t>
      </w:r>
    </w:p>
    <w:p/>
    <w:p>
      <w:r>
        <w:br/>
        <w:t>Stepping through this distortion felt like plunging into cool water after being immersed in intense heat. The vibrating hum of the Crypt receded, replaced by a more diffuse, less concentrated thrum of energy. She carried with her not just the memory of the Crypt’s alien beauty and its potent energies, but the weight of her awakening, the nascent Mask a silent guardian around her consciousness, and the profound responsibility of the power she had touched. The world outside was vast, unknown, and she suspected, subtly marred by unseen currents of Aetheric imbalance. The Crypt had shown her the raw power of the Aether; now, she would have to learn to navigate its more subtle manifestations, its hidden dangers, and the forces that sought to exploit its inherent instability. Her journey had truly begun, and the whispers of destiny had already started to shape her path. The journey out of the nexus was not an escape, but a purposeful stride into a larger, more complex arena, armed with the first whispers of a power that would define her future.</w:t>
      </w:r>
    </w:p>
    <w:p/>
    <w:p>
      <w:pPr>
        <w:jc w:val="left"/>
      </w:pPr>
      <w:r>
        <w:t xml:space="preserve">The echoes weren't gentle invitations; they were tidal waves of sensation, crashing against the shores of Seris’s nascent awareness. The metallic tang of ozone, sharp and acrid, wasn’t just a smell, but a taste that coated her tongue, a phantom sensation of lightning striking too close. The hum, a low, pervasive thrumming that seemed to emanate from the very bones of the Crypt, resonated not in her ears, but deep within her marrow. It was a frequency so fundamental it felt like the universe clearing its throat, a prelude to a pronouncement of immense, terrifying significance. And the weight of power… it wasn’t a feeling of being burdened, but of being </w:t>
      </w:r>
      <w:r>
        <w:rPr>
          <w:i/>
        </w:rPr>
        <w:t>known</w:t>
      </w:r>
      <w:r>
        <w:t xml:space="preserve"> by it, as if the raw, untamed energy of the Aether had reached out, touched her, and recognized a kindred spark, however small. These weren’t simply residual impressions; they were lifeblood, the distilled experiences of souls long extinguished, imprinted onto the very fabric of this place.</w:t>
      </w:r>
    </w:p>
    <w:p>
      <w:r>
        <w:br/>
        <w:t>She saw flashes, not of events, but of raw intent. Figures, amorphous and indistinct, their forms blurred by the sheer intensity of the energies they commanded, knelt before vast, shimmering conduits of light. Their hands, elongated and graceful, or gnarled and powerful, moved with a precision that spoke of millennia of practice. They were weaving, not with thread, but with the fundamental forces of existence. She felt the exhilarating rush of their focus, the intoxicating swell of power that bloomed under their command, a god-like sensation of shaping reality with a thought. But these moments of ascension were brutally punctuated by a shattering, a violent unraveling. She felt the agonizing contortion of their very beings as the Aether, a force both servant and master, lashed back. Their forms dissolved, their consciousnesses fractured, their essence smeared across the temporal canvas of the Crypt. These were the cautionary tales written in Aetheric fire, the silent screaming of those who had reached too far, too fast, and paid the ultimate price for their hubris.</w:t>
      </w:r>
    </w:p>
    <w:p/>
    <w:p>
      <w:r>
        <w:br/>
        <w:t>The glyphs on the walls were more than mere etchings; they were conduits themselves, dormant circuits waiting for the right ignition. As Seris focused her burgeoning perception, they began to flicker, their faint luminescence pulsing with an almost imperceptible rhythm. It was as if her presence, her awakening, had provided the missing key, the vital spark. The glyphs seemed to shift and rearrange themselves in her mind’s eye, coalescing into patterns that hinted at a language far older than any spoken tongue, a language of pure concept, of fundamental truths. They spoke of ratios, of energetic frequencies, of the delicate balance required to coax the Aether into yielding its secrets without succumbing to its raw, destructive potential. She felt a primal resonance with them, a sense that these symbols held the very blueprint for manipulating the Aether, a knowledge preserved from an age when such understanding was not a forbidden art but a fundamental pillar of civilization.</w:t>
      </w:r>
    </w:p>
    <w:p/>
    <w:p>
      <w:r>
        <w:br/>
        <w:t>Each echo, each flicker of the glyphs, was a fragment of a grand, tragic narrative. She saw civilizations rise and fall, their zenith marked by an unprecedented mastery of the Aether, their nadir by the catastrophic consequences of their unchecked ambition. It was a cycle, a recurring motif of power and ruin, etched into the very stones of this forgotten sanctuary. The unsettling stillness of the chamber was a deceptive calm, a thin veneer over the tempest of history that churned within its confines. The silence wasn’t emptiness, but a vast, unvoiced chorus of forgotten voices, a testament to the ephemeral nature of even the most potent wielders of the Aether. They had commanded stars, reshaped landscapes, and woven the very fabric of space and time, only to become whispers in the dust, their legacies confined to these echoing chambers and the cryptic markings on the walls.</w:t>
      </w:r>
    </w:p>
    <w:p/>
    <w:p>
      <w:r>
        <w:br/>
        <w:t xml:space="preserve">The sheer antiquity of the impressions was staggering. She felt the slow, inexorable grind of geological ages, the rise and fall of continents, the silent blooming and wilting of alien flora, all filtered through the lens of Aetheric manipulation. There were glimpses of beings that defied any biological classification she could conceive, entities that seemed to exist in multiple states of being simultaneously, their interaction with the Aether so profound it was as if they </w:t>
      </w:r>
    </w:p>
    <w:p>
      <w:pPr>
        <w:jc w:val="left"/>
      </w:pPr>
      <w:r>
        <w:rPr>
          <w:i/>
        </w:rPr>
        <w:t>were</w:t>
      </w:r>
      <w:r>
        <w:t xml:space="preserve"> the Aether, their consciousness an emergent property of its flow. They were the Primordials, the architects of this place, and their legacy was a double-edged sword, a testament to boundless potential and ultimate extinction. Their creations were not merely structures of stone and light, but intricate Aetheric matrices, designed to harness, refine, and perhaps even weaponize the fundamental energies of the cosmos.</w:t>
      </w:r>
    </w:p>
    <w:p>
      <w:r>
        <w:br/>
        <w:t>Seris found herself instinctively trying to categorize these echoes, to impose order on the overwhelming influx of data. Her mind, a finely tuned instrument of strategy, sought patterns, sought logic in the chaos. Were these simply residual psychic imprints, the ghosts of powerful emotions and intentions left behind by their originators? Or was there a deliberate design at play, a curated archive intended for a future recipient? The latter seemed more plausible, given the organized nature of some of the impressions, the clear progression of understanding that some of the echoes seemed to represent. It was as if the creators of the Crypt had foreseen a time when their knowledge, their warnings, would be needed, and had devised a method for transmitting it across the vast chasm of time and oblivion.</w:t>
      </w:r>
    </w:p>
    <w:p/>
    <w:p>
      <w:r>
        <w:br/>
        <w:t>The glyphs, she realized, were the Rosetta Stone for these Aetheric transmissions. They weren't merely decorative; they were the key to unlocking the full depth of the echoes, the syntax of a language that bypassed spoken words and directly imprinted meaning onto the consciousness. As she studied them, correlating their subtle shifts with the torrent of sensory data, a nascent understanding began to dawn. These were not just records of past events, but instructions, schematics for manipulating the Aether, detailing specific frequencies, energetic configurations, and the precise mental discipline required to achieve them. It was a vast, intricate library of Aetheric knowledge, encoded within symbols that predated written language.</w:t>
      </w:r>
    </w:p>
    <w:p/>
    <w:p>
      <w:r>
        <w:br/>
        <w:t>She felt a profound, almost sorrowful connection to these forgotten souls. They had achieved feats that defied imagination, bending the universe to their will, only to be consumed by the very power they sought to master. Their mistakes were laid bare before her, a stark tableau of ambition unchecked by wisdom, of power wielded without sufficient understanding. She saw the allure of such mastery, the seductive whisper of absolute control, and understood why they had fallen. It was a temptation she now had to face herself, armed with their cautionary tales and the burgeoning power within her. The Aether was a siren’s call, beautiful and deadly, promising dominion but delivering oblivion to the unwary.</w:t>
      </w:r>
    </w:p>
    <w:p/>
    <w:p>
      <w:r>
        <w:br/>
        <w:t xml:space="preserve">The journey through these echoes was not passive; it was an active process of learning and adaptation. Each impression, each jolt of transferred experience, refined Seris’s own connection to the Aether. She was not just receiving information; she was </w:t>
      </w:r>
    </w:p>
    <w:p>
      <w:pPr>
        <w:jc w:val="left"/>
      </w:pPr>
      <w:r>
        <w:rPr>
          <w:i/>
        </w:rPr>
        <w:t>integrating</w:t>
      </w:r>
      <w:r>
        <w:t xml:space="preserve"> it. Her nascent Mask, that ephemeral construct of focused will, began to subtly shift and evolve, incorporating the geometric precision of the glyphs, the resonant frequencies of the hum, and the sheer, raw intensity of the power she witnessed. It was becoming a more complex, more sophisticated tool, a reflection of the accumulated wisdom and the accumulated failures of those who had come before her.</w:t>
      </w:r>
    </w:p>
    <w:p>
      <w:r>
        <w:br/>
        <w:t>She felt the weight of responsibility settle upon her shoulders, a tangible pressure that mirrored the Aether’s immense power. This was not merely a personal awakening; it was an inheritance, a legacy passed down through the ages. The knowledge contained within the Crypt was not meant for casual study; it was a tool, a weapon, a means of shaping destiny. And by her presence here, by her ability to perceive these echoes, she had implicitly accepted the mantle of responsibility that came with it. The fate of her own time, of her own world, might very well depend on her ability to understand and apply the lessons imprinted in this ancient sanctuary.</w:t>
      </w:r>
    </w:p>
    <w:p/>
    <w:p>
      <w:r>
        <w:br/>
        <w:t>The echoes intensified, becoming more coherent, more personal. She experienced moments of profound insight, flashes of understanding that went beyond mere observation. She felt the subtle interplay of forces, the invisible currents that governed the flow of Aetheric energy, the delicate balance that had to be maintained. It was like learning to see in a new spectrum of light, where previously there had only been darkness. The glyphs seemed to dance before her eyes, their forms becoming fluid, their meanings revealing themselves not as static definitions, but as dynamic processes. She understood the principles of Aetheric resonance, of harmonic convergence, of the energetic signatures that defined different forms of manipulation.</w:t>
      </w:r>
    </w:p>
    <w:p/>
    <w:p>
      <w:r>
        <w:br/>
        <w:t>One particular echo stood out, a vivid tableau of a colossal Aetheric engine, its heart a vortex of swirling, incandescent energy. Beings, their forms radiant and god-like, stood around it, their hands clasped in unison, channeling immense power into its core. Seris felt the surge of their collective will, the unified purpose that drove them. They were not merely operating a machine; they were coaxing the universe itself into a new configuration, attempting to reshape reality on a cosmic scale. The sheer audacity of their ambition was breathtaking. But then came the backlash. A tremor ran through the Aether, a discordance that ripped through the harmonic symphony. The vortex faltered, then exploded outwards, a wave of pure, unadulterated chaos that annihilated everything in its path. Seris felt the searing heat, the deafening roar, the instantaneous obliteration of consciousness. It was a visceral lesson in the catastrophic consequences of pushing the Aether beyond its limits, of attempting to impose absolute control without respecting its inherent wildness.</w:t>
      </w:r>
    </w:p>
    <w:p/>
    <w:p>
      <w:r>
        <w:br/>
        <w:t>The silence that followed that echo was profound, a vacuum that seemed to absorb all sound, all sensation. It was the silence of annihilation, of existence utterly erased. Seris shuddered, the phantom agony lingering. This was the ultimate warning, the grim conclusion to the story of those who dared to play gods. Her nascent Mask flared, a protective shimmer of pure intent, a bulwark against the residual shockwave of that ancient cataclysm. It was a testament to the power of focused will, a demonstration that even in the face of overwhelming cosmic force, a single, coherent consciousness could endure.</w:t>
      </w:r>
    </w:p>
    <w:p/>
    <w:p>
      <w:r>
        <w:br/>
        <w:t>She began to understand that the Aether wasn’t a static medium, but a dynamic, ever-shifting force, responsive to intention, to emotion, to the very vibration of existence. The glyphs provided the framework, the rules of engagement, but it was the consciousness wielding them that truly dictated the outcome. Her own strategic mind, her ability to analyze, to anticipate, to adapt, was not a hindrance to Aetheric manipulation, but its greatest asset. It was the discipline required to navigate the treacherous currents, to harness the raw power without being consumed by it.</w:t>
      </w:r>
    </w:p>
    <w:p/>
    <w:p>
      <w:r>
        <w:br/>
        <w:t>The echoes continued, a relentless barrage of fragmented histories, each one a piece of the puzzle. She saw the construction of impossible structures, cities that floated among the stars, powered by Aetheric conduits that drew energy from nascent suns. She witnessed the shaping of celestial bodies, the creation and destruction of entire worlds, all through the sheer force of will amplified by Aetheric manipulation. But woven through these tales of grandeur were threads of sorrow, of loss, of the inevitable cost of such power. She felt the grief of creators whose creations turned against them, the despair of those who witnessed their world unravel due to their own hubris.</w:t>
      </w:r>
    </w:p>
    <w:p/>
    <w:p>
      <w:r>
        <w:br/>
        <w:t>The glyphs began to form patterns that were not just symbolic, but functional. She saw diagrams of Aetheric amplifiers, schematics for cloaking fields, blueprints for weapons that could rend the fabric of reality. It was a dangerous knowledge, a temptation that would undoubtedly be presented to her in her own time. But the echoes also provided the counterpoint, the understanding of the inherent risks, the fragile balance that had to be maintained. These weren't just instructions for wielding power, but for wielding it responsibly, for understanding the interconnectedness of all things, for recognizing that true mastery lay not in domination, but in harmony.</w:t>
      </w:r>
    </w:p>
    <w:p/>
    <w:p>
      <w:r>
        <w:br/>
        <w:t>Seris felt a profound shift within herself. The raw, untamed Aether that had initially overwhelmed her was beginning to feel less alien, more familiar. It was as if her own consciousness was resonating with the Aether’s fundamental frequencies, her nascent Mask acting as a tuning fork. The fear that had initially gripped her began to recede, replaced by a sense of awe, of a profound, almost spiritual connection to the forces that shaped existence. She was no longer an intruder in this place, but a participant, a recipient of a legacy that spanned epochs.</w:t>
      </w:r>
    </w:p>
    <w:p/>
    <w:p>
      <w:r>
        <w:br/>
        <w:t>The implications of this knowledge were staggering. The world she knew was built upon foundations that were far more complex and volatile than she had ever imagined. The subtle imbalances she had begun to perceive were not accidental; they were the lingering ripples of ancient Aetheric manipulations, the scars left by civilizations that had reached for the stars and fallen into oblivion. Her awakening here, in this nexus of forgotten power, was not a coincidence. It was a calling, a summons to a destiny she was only beginning to comprehend. The echoes of the forgotten weren’t just whispers of the past; they were a roadmap for the future, a stark warning, and a profound opportunity. She had touched the Aether, and in doing so, had been irrevocably changed. The journey ahead would be fraught with peril, but she was no longer entirely alone; she carried within her the wisdom, the warnings, and the nascent power of those who had walked this path before her.</w:t>
      </w:r>
    </w:p>
    <w:p/>
    <w:p>
      <w:r>
        <w:t>The cacophony of echoes began to coalesce, the overwhelming surge of impressions resolving into a more focused stream. Seris, still reeling from the sheer volume of historical data and the visceral impact of forgotten lives, found herself at a pivotal juncture. The Aether, which had previously felt like an external force battering against her senses, now seemed to respond to her presence, to her burgeoning awareness. It was akin to a vast, untapped reservoir of energy that, upon her focused attention, began to stir, to acknowledge her. This wasn't a conscious act of command, not yet, but rather an emergent property of her awakening, a natural consequence of her mind’s engagement with the Aether-saturated environment of the Crypt.</w:t>
      </w:r>
    </w:p>
    <w:p>
      <w:r>
        <w:br/>
        <w:t>Her strategic mind, honed by years of tactical planning and intricate problem-solving, began to assert itself amidst the swirling energies. It sought to impose order, to find a semblance of control in the tempest. The Aether, in its raw, unmanifested state, was a chaotic symphony of potential. It was the uncarved marble, the unplayed melody, the unwritten code. And Seris, with her innate drive to understand and to shape, felt an irresistible urge to give it form, to give it purpose. It was a desire not born of conquest, but of a deep-seated need to comprehend the forces at play, to translate the incomprehensible into something tangible, something wielded.</w:t>
      </w:r>
    </w:p>
    <w:p/>
    <w:p>
      <w:r>
        <w:br/>
        <w:t>Slowly, tentatively, she reached out with her consciousness, not with her physical body, for that remained rooted to the spot, overwhelmed by the immensity of the Crypt. This was an internal exploration, a reaching into the very fabric of her being where the Aether’s tendrils had begun to intertwine. She envisioned a shield, not of metal or energy as she understood it, but of pure, focused intent. It was a concept born from the tactical necessities she had faced in her previous life, the need for a defensive posture, for a buffer against overwhelming odds.</w:t>
      </w:r>
    </w:p>
    <w:p/>
    <w:p>
      <w:r>
        <w:br/>
        <w:t>As she concentrated, a faint luminescence began to emanate from her. It wasn’t light in the conventional sense, but a shimmering distortion in the Aetheric field around her, a subtle manifestation of her focused will. This was the genesis of her Mask, the initial, rudimentary form of a tool that would become inextricably linked to her identity and her purpose. It was a visualization of her nascent grasp of the Aether, a conceptual construct taking shape in the energetic ether. The process was agonizingly slow, each fleeting thought, each momentary lapse in concentration causing the nascent form to flicker and waver, threatening to dissipate back into the ambient Aether.</w:t>
      </w:r>
    </w:p>
    <w:p/>
    <w:p>
      <w:r>
        <w:br/>
        <w:t>The design that began to emerge was a reflection of her mind: sharp, precise, and ruthlessly efficient. It was not ornate or decorative; it was functional, an expression of pure strategy given ephemeral form. Angles, clean and decisive, defined its boundaries. Lines, impossibly straight, intersected with geometric accuracy. It was a testament to her analytical nature, her ability to break down complex systems into their fundamental components and rebuild them according to a specific design. This initial Mask was a crystalline structure of intent, a geometric cipher etched into the very flow of the Aether.</w:t>
      </w:r>
    </w:p>
    <w:p/>
    <w:p>
      <w:r>
        <w:br/>
        <w:t>The energy crackled around her, a visible manifestation of the Aether’s interaction with her burgeoning creation. It wasn’t a destructive force, but a responsive one, like a sensitive instrument responding to the slightest touch. The Aether seemed to flow into the conceptual framework she was building, lending it substance, giving it a tangible presence, albeit one that existed on a plane beyond physical perception. The hum of the Crypt, previously a disorienting drone, now seemed to harmonize with the nascent energy radiating from her, becoming a subtle, resonant chorus to her internal creation.</w:t>
      </w:r>
    </w:p>
    <w:p/>
    <w:p>
      <w:r>
        <w:br/>
        <w:t>She felt the strain of this mental exertion. It was unlike any physical fatigue she had ever known. It was a deep, bone-weary exhaustion that settled not in her muscles, but in her very core, in the nexus of her consciousness. Yet, intertwined with this exhaustion was a growing sense of exhilaration. She was not merely observing the Aether; she was interacting with it, shaping it, bending it to her will, however rudimentary that will might be. This was the first step, the initial spark of an unimaginable potential.</w:t>
      </w:r>
    </w:p>
    <w:p/>
    <w:p>
      <w:r>
        <w:br/>
        <w:t>The echoes, which had been a torrent of historical data, now seemed to shift their focus, becoming less about the grand, cataclysmic events and more about the intimate, personal experiences of those who had wielded the Aether. She saw glimpses of individuals, their forms rendered indistinct by the swirling energy, as they too concentrated, as they too reached out to shape the Aether. They were not always building grand engines or reshaping worlds. Often, their focus was on creating these personal shields, these ephemeral extensions of their will, for defense, for focus, for a moment of clarity in the face of overwhelming power.</w:t>
      </w:r>
    </w:p>
    <w:p/>
    <w:p>
      <w:r>
        <w:br/>
        <w:t>She observed the subtle variations in their Mask-crafting. Some created fluid, almost liquid forms that rippled and flowed with an organic grace. Others favored angular, crystalline structures, mirroring her own approach. She recognized in these variations the distinct personalities, the unique mental disciplines of those who had come before. It was a silent language, a visual lexicon of intent and capability. And as she witnessed these echoes, her own Mask subtly adapted, absorbing the nuances, incorporating the subtle refinements that made each construct unique. It was an osmotic learning process, her mind instinctively absorbing and integrating the knowledge presented.</w:t>
      </w:r>
    </w:p>
    <w:p/>
    <w:p>
      <w:r>
        <w:br/>
        <w:t>The initial design, that sharp, precise construct, began to soften at the edges, to incorporate a subtle luminescence that wasn't merely a reflection of the Aether, but a part of its intrinsic nature. She understood, with a sudden clarity, that the Aether wasn't a passive medium to be molded like clay. It possessed its own inherent properties, its own energetic signature, and true mastery lay in harmonizing with those properties, not in brute-force imposition. Her Mask needed to be a conduit, not a cage.</w:t>
      </w:r>
    </w:p>
    <w:p/>
    <w:p>
      <w:r>
        <w:br/>
        <w:t>This realization spurred a new wave of creation. She focused on the conceptual understanding of resonance, the idea of matching frequencies, of creating a sympathetic vibration between her will and the Aether. The sharp angles of her initial Mask remained, but they were now imbued with a subtle fluidity, a dynamic quality that allowed them to shift and adapt. It was like tuning a musical instrument, finding the perfect pitch that would resonate with the surrounding Aether. The hum of the Crypt seemed to deepen, to respond to this subtle shift in her internal energetic state, as if acknowledging her progress.</w:t>
      </w:r>
    </w:p>
    <w:p/>
    <w:p>
      <w:r>
        <w:br/>
        <w:t>She realized that the Glyphs, which had initially seemed like static symbols, were in fact representations of these very frequencies, these harmonic relationships. They were not just a language; they were a technical manual, a guide to understanding the resonant properties of the Aether. As she mentally revisited the Glyphs, correlating their intricate patterns with the echoes of Mask creation, she began to see them not as abstract markings, but as schematics for energetic resonance. They depicted the precise configurations of intent, the specific energetic signatures required to achieve different manifestations of the Aether.</w:t>
      </w:r>
    </w:p>
    <w:p/>
    <w:p>
      <w:r>
        <w:br/>
        <w:t>The sheer complexity of it was staggering. It wasn't just about willing something into existence; it was about understanding the underlying principles, the fundamental laws that governed the Aether’s behavior. Her strategic mind, which had always thrived on understanding systems, found itself utterly engaged by this new, infinitely complex system. It was a puzzle of cosmic proportions, and she had just been given the first few pieces.</w:t>
      </w:r>
    </w:p>
    <w:p/>
    <w:p>
      <w:r>
        <w:br/>
        <w:t>The energy crackling around her intensified, no longer a chaotic display but a controlled effervescence, a visible aura of focused intent. Her Mask, though still ephemeral, felt more substantial, more real. It was a tangible extension of her consciousness, a tool forged in the crucible of her own awakening. The shimmering distortion pulsed with a steady rhythm, a visible heartbeat within the Aether.</w:t>
      </w:r>
    </w:p>
    <w:p/>
    <w:p>
      <w:r>
        <w:br/>
        <w:t>She found herself experimenting, cautiously pushing the boundaries of her nascent creation. She focused on the concept of deflection, of turning aside the overwhelming impressions that still flooded her senses. The angular facets of her Mask shifted, their surfaces seeming to subtly refract the incoming Aetheric currents, diverting them around her. It was a crude defense, but it was a defense nonetheless. It was the first instance of her actively using her Mask to influence her immediate energetic environment.</w:t>
      </w:r>
    </w:p>
    <w:p/>
    <w:p>
      <w:r>
        <w:br/>
        <w:t>The echoes of past wielders provided her with a constant stream of inspiration and guidance. She saw them not as distant, god-like beings, but as individuals wrestling with the same challenges she faced, grappling with the same temptations and limitations. Their successes were illuminated by their failures, their triumphs underscored by the catastrophic consequences of their missteps. It was a profound lesson in humility, a stark reminder that power, without wisdom, was a dangerous illusion.</w:t>
      </w:r>
    </w:p>
    <w:p/>
    <w:p>
      <w:r>
        <w:br/>
        <w:t>One particular echo stood out: a being, its form radiant with inner light, was meticulously crafting a Mask of intricate, interwoven threads of pure energy. The complexity was astonishing, each strand imbued with a specific frequency, a unique purpose. As the Mask neared completion, it pulsed with a vibrant luminescence, and the being’s entire aura seemed to expand, to become more defined, more potent. Seris felt the surge of confidence, the palpable sense of enhanced capability that radiated from the echo. This was not just a shield; it was an amplifier, a focal point that magnified the wielder’s innate connection to the Aether.</w:t>
      </w:r>
    </w:p>
    <w:p/>
    <w:p>
      <w:r>
        <w:br/>
        <w:t xml:space="preserve">Inspired, Seris returned her focus to her own Mask. She had been so focused on defense, on creating a buffer. But what if her Mask could also be a tool of perception, a means of delving deeper into the Aether’s mysteries? She began to weave in concepts of receptivity, of open channels, allowing the Aether to flow </w:t>
      </w:r>
    </w:p>
    <w:p>
      <w:pPr>
        <w:jc w:val="left"/>
      </w:pPr>
      <w:r>
        <w:rPr>
          <w:i/>
        </w:rPr>
        <w:t>through</w:t>
      </w:r>
      <w:r>
        <w:t xml:space="preserve"> her, rather than merely around her. The clean angles began to incorporate subtle curves, creating pathways, conduits for the Aetheric flow.</w:t>
      </w:r>
    </w:p>
    <w:p>
      <w:r>
        <w:br/>
        <w:t>The process was delicate, fraught with peril. Opening herself up to the Aether was like willingly stepping into a raging river. The potential for being swept away, for being disintegrated by the sheer force of the current, was immense. Yet, she felt a growing confidence, a trust in the structure she was building, a trust in her own ability to navigate the flow.</w:t>
      </w:r>
    </w:p>
    <w:p/>
    <w:p>
      <w:r>
        <w:br/>
        <w:t>As she integrated these new conceptual elements, her Mask began to change. The shimmering distortion deepened, taking on an iridescent quality. It pulsed with a more complex rhythm, a subtle interplay of light and shadow that hinted at the deeper energies she was beginning to tap into. The energy crackling around her no longer felt merely like an external display, but like an extension of her own vital force.</w:t>
      </w:r>
    </w:p>
    <w:p/>
    <w:p>
      <w:r>
        <w:br/>
        <w:t xml:space="preserve">She realized that the Glyphs not only represented frequencies but also the </w:t>
      </w:r>
    </w:p>
    <w:p>
      <w:pPr>
        <w:jc w:val="left"/>
      </w:pPr>
      <w:r>
        <w:rPr>
          <w:i/>
        </w:rPr>
        <w:t>interplay</w:t>
      </w:r>
      <w:r>
        <w:t xml:space="preserve"> of frequencies. They showed how different energetic signatures could combine, interact, and create entirely new phenomena. Her Mask, she understood, needed to be a dynamic entity, capable of reconfiguring itself, of adapting to the ever-shifting currents of the Aether. It was not a static artifact, but a living, breathing extension of her will.</w:t>
      </w:r>
    </w:p>
    <w:p>
      <w:r>
        <w:br/>
        <w:t>The echoes continued to provide her with a living library of Aetheric knowledge. She saw the creation of defensive matrices, energy shields capable of withstanding incredible force. She witnessed the development of cloaking fields, arrays of Aetheric distortion that rendered objects invisible to all but the most sensitive perception. And she saw the terrifying power of Aetheric weaponry, focused beams of raw energy capable of vaporizing matter, of unraveling the very fabric of existence.</w:t>
      </w:r>
    </w:p>
    <w:p/>
    <w:p>
      <w:r>
        <w:br/>
        <w:t>Each of these manifestations was accompanied by a clear understanding of the inherent risks, the delicate balance that had to be maintained. There were echoes of catastrophic failures, of technologies that had spiraled out of control, of wielders who had been consumed by the very power they sought to command. Seris absorbed these lessons with a grim determination. The path she was on was fraught with danger, and understanding the consequences of missteps was as crucial as understanding the principles of manipulation.</w:t>
      </w:r>
    </w:p>
    <w:p/>
    <w:p>
      <w:r>
        <w:br/>
        <w:t>Her own Mask began to evolve further, incorporating elements of these different manifestations. She saw the utility of a cloaking field, not for stealth in a combat sense, but for filtering out the overwhelming sensory input, for creating pockets of clarity in the storm of echoes. She began to weave in the principles of Aetheric dampening, creating subtle fields that modulated the intensity of the surrounding energies.</w:t>
      </w:r>
    </w:p>
    <w:p/>
    <w:p>
      <w:r>
        <w:br/>
        <w:t>The Mask was no longer just a defensive construct. It was becoming a sensory enhancement, a tool for navigating the complex Aetheric landscape of the Crypt. It was a manifestation of her strategic mind, adapting and evolving in response to the environment. The sharp, precise angles of her initial design were still present, but they were now integrated into a more complex, more fluid structure, capable of remarkable adaptation.</w:t>
      </w:r>
    </w:p>
    <w:p/>
    <w:p>
      <w:r>
        <w:br/>
        <w:t>She felt a profound sense of connection to this process. It was more than just learning; it was an integration, a merging of her own consciousness with the fundamental forces of the universe. The Aether was no longer an alien entity, but a medium that resonated with her very being. Her Mask was the physical representation of that resonance, the visible proof of her growing understanding.</w:t>
      </w:r>
    </w:p>
    <w:p/>
    <w:p>
      <w:r>
        <w:br/>
        <w:t>The sheer antiquity of the Crypt was now imbued with a personal relevance. These weren't just abstract historical records; they were lessons, precedents, and warnings directly applicable to her current situation. The forgotten civilizations, in their pursuit of Aetheric mastery, had walked a path eerily similar to the one she was now embarking upon. Their triumphs and their failures were her inheritance, her guidebook.</w:t>
      </w:r>
    </w:p>
    <w:p/>
    <w:p>
      <w:r>
        <w:br/>
        <w:t>As the process continued, the faint luminescence of her Mask intensified, casting a subtle, shifting glow that seemed to push back against the oppressive darkness of the Crypt. The energy crackling around her was no longer wild and uncontrolled, but pulsed with a steady, rhythmic beat, a testament to the focused intent and the nascent control she was beginning to exert. It was a beacon in the Aetheric storm, a tangible representation of her emerging power. This was the first true glimpse of her Mask, a nascent tool of unimaginable potential, forged in the heart of forgotten power.</w:t>
      </w:r>
    </w:p>
    <w:p/>
    <w:p>
      <w:r>
        <w:t>The silence of the Crypt was no longer an oppressive void, but a vast, resonant chamber that amplified the whispers of her own mind. Alone, adrift in an ocean of raw, untamed Aether, Seris felt a seismic shift occurring not in the cavernous depths around her, but within the very core of her being. The initial shock of awakening, the overwhelming torrent of sensory input, had receded, leaving in its wake a profound, almost unnerving clarity. The chaotic symphony of energies that had threatened to shatter her consciousness was now subtly, almost imperceptibly, organizing itself, drawing inward, coalescing around her like a nascent star. It was an invisible gravity, an unseen force field emanating from her own burgeoning awareness, and it spoke of a purpose far greater than mere survival.</w:t>
      </w:r>
    </w:p>
    <w:p>
      <w:r>
        <w:br/>
        <w:t>Her strategic mind, ever the constant in the whirlwind of her experiences, immediately began to dissect this emergent phenomenon. Was this a natural progression, an inherent evolutionary leap triggered by her exposure to the Aether? Or was it something more deliberate, a calling orchestrated by forces she could not yet comprehend? The thought echoed in the vastness of her internal landscape, each iteration met with the deafening silence of the Crypt, a silence that seemed to absorb and then reflect her deepest uncertainties. The Aether, she was beginning to understand, was not merely a source of power, but a medium of communication, and it was speaking to her, not in words, but in the subtle shifts of energetic currents, in the resonant frequencies that vibrated through her very essence.</w:t>
      </w:r>
    </w:p>
    <w:p/>
    <w:p>
      <w:r>
        <w:br/>
        <w:t>This understanding brought with it a wave of profound disorientation. Her life had been defined by tangible objectives, by clearly delineated missions and achievable goals. She had been a strategist, a tactician, a warrior who understood the brutal calculus of conflict and the cold logic of command. But this… this was different. This felt like stepping onto a precipice overlooking an abyss, where the rules were unwritten and the very laws of reality seemed to bend to an unseen will. The Aether, in its myriad echoes, had shown her civilizations rise and fall, technologies bloom and wither, all driven by its pervasive influence. Now, it felt as if her own existence was becoming inextricably linked to its grand, inscrutable design.</w:t>
      </w:r>
    </w:p>
    <w:p/>
    <w:p>
      <w:r>
        <w:br/>
        <w:t xml:space="preserve">The echoes of past wielders, once a cacophony of disparate voices and fragmented experiences, now seemed to weave a narrative thread, a subtle tapestry of shared destiny. She saw not just individuals harnessing the Aether, but individuals chosen, individuals burdened with a responsibility that transcended their own lives. Their struggles, their triumphs, their ultimate fates – they were not random occurrences, but chapters in a story that was now unfolding around her, and more disturbingly, </w:t>
      </w:r>
    </w:p>
    <w:p>
      <w:pPr>
        <w:jc w:val="left"/>
      </w:pPr>
      <w:r>
        <w:rPr>
          <w:i/>
        </w:rPr>
        <w:t>through</w:t>
      </w:r>
      <w:r>
        <w:t xml:space="preserve"> her. A chilling certainty began to take root: her awakening was not an accident. It was a designation.</w:t>
      </w:r>
    </w:p>
    <w:p>
      <w:r>
        <w:br/>
        <w:t>The weight of this realization was immense, pressing down on her with a force that dwarfed any physical exertion she had ever known. She was not merely a participant in the unfolding events of the Crypt; she was becoming a pivotal element, a catalyst for a destiny she had never envisioned. The Aether seemed to pulse with this nascent understanding, its ambient energy deepening, taking on a more focused intensity. It was as if the very fabric of the Crypt was acknowledging her evolving role, subtly reconfiguring itself to accommodate the growing power within her.</w:t>
      </w:r>
    </w:p>
    <w:p/>
    <w:p>
      <w:r>
        <w:br/>
        <w:t>Her inner monologue became a frantic torrent of strategic assessment and existential questioning. Where did this calling originate? What was the true nature of this power that stirred within her, promising such immense potential yet cloaked in such profound mystery? Was she meant to be a protector, a destroyer, or something entirely beyond her current comprehension? Each question, posed into the echoing silence, seemed to be met with a gentle, yet insistent, redirection of her focus back towards the Aether, back towards the very energies that had brought her to this point. The Crypt, it seemed, was her teacher, and the Aether, her curriculum.</w:t>
      </w:r>
    </w:p>
    <w:p/>
    <w:p>
      <w:r>
        <w:br/>
        <w:t>She turned her attention inward, to the subtle manifestations of her developing Mask. The crystalline structure of intent, the sharp, precise angles she had initially conceived, now felt insufficient. The Aether was not a static entity to be rigidly defined; it was fluid, dynamic, a constant state of flux. Her Mask, therefore, needed to reflect this adaptability, this inherent mutability. The echoes of past wielders had shown her the limitations of rigid constructs, the catastrophic failures that arose from an unwillingness to evolve. She recalled one particularly vivid echo – a being whose Mask had been a constantly shifting lattice of light, each facet rippling and reforming in response to the ambient Aetheric currents. This was not just a tool; it was a symbiosis, a living extension of the wielder’s will.</w:t>
      </w:r>
    </w:p>
    <w:p/>
    <w:p>
      <w:r>
        <w:br/>
        <w:t>Inspired, Seris began to refine her own nascent creation, allowing the sharp angles to soften, to flow into more organic, responsive curves. She envisioned not just a shield, but a conduit, a permeable barrier that could filter and modulate the Aetheric flow without completely obstructing it. This was a dangerous gamble. Opening herself up further to the Aether was akin to navigating a tempest without a rudder, a blind leap into the heart of an unfathomable power. Yet, the strategic imperative was clear: to understand the Aether, she had to immerse herself within it, not merely observe from a safe distance.</w:t>
      </w:r>
    </w:p>
    <w:p/>
    <w:p>
      <w:r>
        <w:br/>
        <w:t>The Glyphs, which had initially appeared as enigmatic symbols, now resolved into a more coherent, technical language. They were not merely abstract representations of Aetheric properties, but intricate schematics, detailed blueprints for manipulating energetic frequencies. She saw how different Glyphs, when combined, could create complex harmonic relationships, resonating with specific aspects of the Aether. Her Mask, she realized, needed to be more than a singular construct; it needed to be a dynamic array, capable of reconfiguring itself, of generating and harmonizing with a multitude of Aetheric frequencies. This was not merely about forging a tool; it was about learning to speak the language of the Aether itself.</w:t>
      </w:r>
    </w:p>
    <w:p/>
    <w:p>
      <w:r>
        <w:br/>
        <w:t>The sheer complexity of this realization was staggering, and it brought with it a fresh wave of both trepidation and exhilaration. Her mind, accustomed to the ordered logic of military strategy, found itself grappling with a system of principles that was both infinitely intricate and profoundly intuitive. It was a paradox, a testament to the alien nature of the Aether and the emergent capabilities of her own consciousness. She began to see the Glyphs not as static symbols but as dynamic patterns of energetic resonance, each one a key to unlocking a different aspect of the Aether’s vast potential.</w:t>
      </w:r>
    </w:p>
    <w:p/>
    <w:p>
      <w:r>
        <w:br/>
        <w:t>The echoes of ancient wielders became her guides, their experiences illuminating the pitfalls and the possibilities that lay before her. She witnessed the creation of sophisticated defensive matrices, energy shields capable of deflecting the most potent Aetheric assaults. She observed the development of cloaking fields, intricate arrays of energetic distortion that rendered their users invisible to all but the most attuned senses. And she saw, with a chilling clarity, the devastating power of Aetheric weaponry, focused beams of raw energy capable of unraveling matter itself. Each manifestation was accompanied by its own set of inherent risks, the delicate balance that had to be maintained between harnessing the power and being consumed by it.</w:t>
      </w:r>
    </w:p>
    <w:p/>
    <w:p>
      <w:r>
        <w:br/>
        <w:t>Seris meticulously absorbed these lessons, her mind cataloging the successes and failures, the triumphs and the catastrophic missteps. There were echoes of civilizations obliterated by their own unchecked ambition, of wielders consumed by the very power they sought to command. These were not mere historical footnotes; they were dire warnings, etched into the fabric of the Aether itself, serving as a constant reminder of the razor's edge upon which she now stood. The power of the Aether was immense, seductive, and terrifyingly indifferent to the fate of its wielders.</w:t>
      </w:r>
    </w:p>
    <w:p/>
    <w:p>
      <w:r>
        <w:br/>
        <w:t>Her Mask began to evolve again, incorporating the principles of these diverse manifestations. She saw the strategic advantage of a cloaking field, not for clandestine operations, but as a means of filtering the overwhelming sensory input, of carving out pockets of mental clarity within the storm of Aetheric echoes. She began to weave in the principles of Aetheric dampening, creating subtle fields that modulated the intensity of the surrounding energies, turning the chaotic roar of the Aether into a manageable hum.</w:t>
      </w:r>
    </w:p>
    <w:p/>
    <w:p>
      <w:r>
        <w:br/>
        <w:t>The Mask was no longer a singular, static construct. It was becoming a dynamic, adaptable interface, a sophisticated sensory enhancement that allowed her to perceive and interact with the Aether in increasingly nuanced ways. It was a tangible extension of her strategic mind, constantly reconfiguring itself in response to the ever-shifting energetic landscape of the Crypt. The sharp, precise angles of her initial design remained, but they were now seamlessly integrated into a more complex, more fluid architecture, capable of remarkable adaptation and self-correction.</w:t>
      </w:r>
    </w:p>
    <w:p/>
    <w:p>
      <w:r>
        <w:br/>
        <w:t>A profound sense of connection began to bloom within her. This was not simply a process of learning; it was an integration, a merging of her own consciousness with the fundamental forces that governed the universe. The Aether, once an alien and overwhelming entity, was now becoming a medium that resonated with her very essence. Her Mask was the physical representation of that resonance, the tangible proof of her burgeoning understanding and her deepening connection to the Aether. The sheer antiquity of the Crypt, with its echoes of forgotten civilizations and their Aetheric endeavors, now held a personal relevance, transforming its vast, silent expanse into a living library of her own unfolding destiny.</w:t>
      </w:r>
    </w:p>
    <w:p/>
    <w:p>
      <w:r>
        <w:br/>
        <w:t>The faint luminescence of her Mask intensified, casting a subtle, shifting glow that seemed to push back against the oppressive darkness of the Crypt. The energy crackling around her was no longer wild and uncontrolled, but pulsed with a steady, rhythmic beat, a testament to the focused intent and the nascent control she was beginning to exert. It was a beacon in the Aetheric storm, a visible manifestation of her emerging power and the solitary purpose that was beginning to crystallically form within her. This was the first true glimpse of her Mask, a nascent tool of unimaginable potential, forged not in the heat of battle, but in the quiet crucible of her own awakening, and the profound silence of the Aether. The weight of this solitary purpose settled upon her, not as a burden, but as a mantle of responsibility, an undeniable truth echoing in the very depths of her soul. She was here for a reason, a reason that transcended her past and pointed towards a future she was only just beginning to comprehend, a future intrinsically bound to the fate of the Aether, and perhaps, the fate of everything.</w:t>
      </w:r>
    </w:p>
    <w:p/>
    <w:p>
      <w:r>
        <w:t>The profound silence of the Crypt, once a deafening testament to her isolation, now hummed with a low, resonant frequency, an echo of the Aether’s ceaseless dance and the nascent power within Seris. The inner landscape, once a battlefield of raw energy, had settled into a state of fragile equilibrium, a testament to her growing mastery and the subtle reordering of her very being. Her Mask, no longer a vague concept but a tangible presence, pulsed with a soft, internal luminescence, a beacon of controlled intent against the pervasive, unseen currents. It was a delicate instrument, a fusion of her will and the Aether, capable of both filtering the overwhelming influx of raw power and allowing her to perceive its subtler, more profound nuances. The raw, chaotic symphony she had first experienced had been tamed, not silenced, but woven into a more coherent melody, one she was finally beginning to understand.</w:t>
      </w:r>
    </w:p>
    <w:p>
      <w:r>
        <w:br/>
        <w:t>She rose, the smooth, obsidian-like surface of the Crypt floor feeling cool and familiar beneath her bare feet. The echoes of past wielders, once a chaotic cacophony, now seemed to coalesce into a more defined stream of consciousness, guiding her, informing her, yet not dictating her path. They were whispers of experience, fragments of lives lived and lost in the crucible of Aetheric manipulation, each one a vital lesson etched into the very fabric of her evolving understanding. She saw not just the power, but the responsibility, the immense weight of wielding such fundamental forces. The initial disorientation had given way to a grim determination, a strategic assessment of her new reality. She was no longer merely an observer; she was a participant, a potential nexus point in a cosmic design far grander and more complex than she could have ever imagined.</w:t>
      </w:r>
    </w:p>
    <w:p/>
    <w:p>
      <w:r>
        <w:br/>
        <w:t>The objective was clear: egress. The Crypt, while a crucible of transformation, was not her ultimate destination. Her strategic mind, honed by years of planning and execution, immediately began to plot a course, utilizing the subtle energetic currents that now felt as intuitive as the air she breathed. The Aether was a map, and her Mask, a compass, guiding her through the labyrinthine depths. She could sense the boundaries of the Crypt, not as physical walls, but as distortions in the Aetheric flow, shimmering pockets of transition where the raw, untamed energy began to yield to a different, more ordered reality.</w:t>
      </w:r>
    </w:p>
    <w:p/>
    <w:p>
      <w:r>
        <w:br/>
        <w:t>As she moved, the Aetheric energies shifted around her, parting like a curtain of liquid light. Her Mask flared subtly, absorbing the residual ambient power, preventing it from overwhelming her senses. The Glyphs that comprised its structure rearranged themselves, adapting to the changing energetic landscape, a testament to its fluid, responsive nature. She recalled the visions of the ancient wielders, their Masks a kaleidoscope of shifting forms, each configuration a deliberate response to the specific challenges they faced. Her own nascent Mask was a reflection of that inherited wisdom, a living tool designed for adaptation and survival.</w:t>
      </w:r>
    </w:p>
    <w:p/>
    <w:p>
      <w:r>
        <w:br/>
        <w:t>The path forward was not marked by conventional pathways or discernible routes. Instead, it was dictated by the subtle tugs and pressures of the Aether, by the faint hum of resonant frequencies that indicated proximity to a point of transition. She had learned to read these signs, to interpret the silent language of energy that permeated the Crypt. It was a language of flux and flow, of attraction and repulsion, a dialect of the universe itself. Each subtle shift was a word, each pattern a sentence, and she was becoming increasingly fluent.</w:t>
      </w:r>
    </w:p>
    <w:p/>
    <w:p>
      <w:r>
        <w:br/>
        <w:t>She approached a section of the cavern where the very air seemed to shimmer, not with heat, but with an otherworldly distortion. It was a veil, a rippling membrane of energy that separated the raw, primal Aether of the Crypt from whatever lay beyond. This was the Nexus, the threshold she had been seeking. The Aether here was denser, its presence more palpable, yet it was also more structured, exhibiting a greater degree of organization than the chaotic energies deeper within. It was a boundary, a point of equilibrium, and her passage through it would signify a fundamental shift in her existence.</w:t>
      </w:r>
    </w:p>
    <w:p/>
    <w:p>
      <w:r>
        <w:br/>
        <w:t>Hesitation was a luxury she could not afford. Her strategic mind, ever the pragmatist, cataloged the potential risks and rewards. Crossing the Nexus was an unknown variable, a step into a reality where the rules she had begun to grasp might not apply. Yet, the imperative to leave, to emerge from the isolation of the Crypt and engage with the wider universe, was paramount. The knowledge she had gained, the power she now tentatively wielded, demanded an outlet, a purpose beyond the confines of this ancient, sacred space.</w:t>
      </w:r>
    </w:p>
    <w:p/>
    <w:p>
      <w:r>
        <w:br/>
        <w:t>She extended a hand, her Mask flaring with a controlled burst of energy. The shimmering distortion rippled at her touch, a tangible resistance that tested the strength of her nascent control. It was like pressing against a taut, invisible membrane, a boundary between two distinct energetic states. Her Mask absorbed some of the pressure, modulating the Aetheric flow, creating a small pocket of stability around her. This was not a brute force endeavor; it required precision, a delicate balance of power and restraint.</w:t>
      </w:r>
    </w:p>
    <w:p/>
    <w:p>
      <w:r>
        <w:br/>
        <w:t>The echoes of past wielders offered a final stream of guidance, fragmented images of individuals who had made this very crossing. Some had emerged transformed, their connection to the Aether deepened, their purpose amplified. Others had faltered, their Masks dissolving, their minds consumed by the sheer transition, their essence scattered like dust on an Aetheric wind. The warning was stark, the stakes immeasurably high.</w:t>
      </w:r>
    </w:p>
    <w:p/>
    <w:p>
      <w:r>
        <w:br/>
        <w:t>Taking a deep, steadying breath, Seris focused her intent. She envisioned her Mask not as a shield to block the transition, but as a conduit to channel it. She expanded its reach, allowing its subtle energetic tendrils to intermingle with the distortion, seeking a point of harmonization. It was a dance of energies, a delicate negotiation with the fabric of reality itself. The Glyphs on her Mask rearranged themselves with breathtaking speed, forming a complex, interlocking pattern, a visual representation of the intricate calculations her mind was performing.</w:t>
      </w:r>
    </w:p>
    <w:p/>
    <w:p>
      <w:r>
        <w:br/>
        <w:t>With a surge of controlled power, she pushed forward. The sensation was unlike anything she had ever experienced. It was not a physical movement, but a disembodiment, a momentary dissolution of her physical form into pure energy. The Aether of the Crypt rushed through her, then the energies of the Nexus, and finally, a different, more diffuse current that felt… alien, yet strangely familiar. It was a moment of profound vulnerability, a complete surrender of her physical self to the will of the Aether.</w:t>
      </w:r>
    </w:p>
    <w:p/>
    <w:p>
      <w:r>
        <w:br/>
        <w:t>For a fleeting instant, she was everywhere and nowhere, a consciousness adrift in a sea of interconnected energies. The raw power of the Crypt receded, replaced by a subtler, more pervasive influence. The silence of the Crypt was replaced by a symphony of ambient sounds, muted and distant, but undeniably present. The oppressive darkness gave way to a muted, diffused light, a soft glow that seemed to emanate from the very atmosphere.</w:t>
      </w:r>
    </w:p>
    <w:p/>
    <w:p>
      <w:r>
        <w:br/>
        <w:t>And then, with a gentle reintegration of her being, she found herself standing on solid ground. The transition was complete.</w:t>
      </w:r>
    </w:p>
    <w:p/>
    <w:p>
      <w:r>
        <w:br/>
        <w:t>She blinked, her eyes adjusting to the new light. The air was cool, carrying the faint scent of unfamiliar flora, a stark contrast to the sterile, energetic tang of the Crypt. Before her lay a landscape that stretched to a horizon shrouded in a soft, atmospheric haze. It was a world of rolling plains, dotted with strange, crystalline formations that glinted in the diffused sunlight. The sky above was a pale, ethereal blue, tinged with hues of violet and gold, unlike any sky she had ever seen.</w:t>
      </w:r>
    </w:p>
    <w:p/>
    <w:p>
      <w:r>
        <w:br/>
        <w:t>But beneath the surface of this alien beauty, Seris felt it immediately – the subtle, yet pervasive, currents of Aetheric imbalance. They were not the raging torrents of the Crypt, but insidious ripples, faint disturbances in the otherwise serene energetic tapestry of this new world. These were the unseen forces at play, the subtle manifestations of Aetheric manipulation that had subtly marred its peace. It was a testament to the pervasive influence of the Aether, a reminder that its power, even when wielded with intent, could have far-reaching and unintended consequences.</w:t>
      </w:r>
    </w:p>
    <w:p/>
    <w:p>
      <w:r>
        <w:br/>
        <w:t>Her Mask, now settled into a more stable configuration, continued to hum, its subtle vibrations a constant awareness of these external Aetheric flows. It was like a sixth sense, an intrinsic part of her being that now allowed her to perceive the energetic health of her surroundings. This world, for all its apparent tranquility, was subtly wounded, its energetic balance disrupted by forces she could only begin to comprehend.</w:t>
      </w:r>
    </w:p>
    <w:p/>
    <w:p>
      <w:r>
        <w:br/>
        <w:t>She took a tentative step forward, the ground firm beneath her feet. The transition had been successful, her physical form intact, her consciousness anchored. Yet, the weight of her awakening, the responsibility of the power she had touched, felt heavier than ever. She had emerged from the crucible of the Crypt, but her journey was far from over. She carried with her the whispers of the Aether, the lessons of the past, and the nascent understanding of her own evolving purpose.</w:t>
      </w:r>
    </w:p>
    <w:p/>
    <w:p>
      <w:r>
        <w:br/>
        <w:t>The world outside was vast and unknown, a blank canvas waiting to be understood. And within this unknown, Seris, a lone figure against a backdrop of subtle Aetheric discord, began her mission, her Mask a silent promise of the power she would wield and the balance she would seek. The peace of this new world was a fragile thing, a delicate equilibrium threatened by unseen forces, and she felt an intrinsic call to protect it, to understand the nature of these disruptions and to restore the harmony that had been lost. Her strategic mind, ever the constant, began to assess the new landscape, identifying the subtle energetic anomalies, the faint signatures of Aetheric interference that marked this alien terrain. Her journey had just begun, and the Aether, her silent guide and constant companion, was already showing her the challenges that lay ahead.</w:t>
      </w:r>
    </w:p>
    <w:p/>
    <w:p>
      <w:r>
        <w:br w:type="page"/>
      </w:r>
    </w:p>
    <w:p>
      <w:pPr>
        <w:spacing w:before="5040"/>
        <w:jc w:val="center"/>
      </w:pPr>
      <w:r>
        <w:rPr/>
        <w:t xml:space="preserve"> 2: The Weight of History</w:t>
      </w:r>
    </w:p>
    <w:p>
      <w:r>
        <w:t>Velor’s fingers, stained with the ink of a thousand forgotten treatises, traced the worn inscription on a brittle scroll. The air in the Grand Archives was a living entity, a repository of dust motes dancing in the shafts of sunlight that pierced the high, arched windows. Each beam seemed to illuminate a specific era, a particular conflict, a forgotten lineage of thinkers and warriors. For Velor, this was not merely a library; it was a battlefield of the mind, a vast, silent theatre where the echoes of history played out in an endless, cyclical drama. He was a tactician, not of armies and steel, but of knowledge and foresight, his life’s work dedicated to deciphering the intricate patterns of power that governed the ebb and flow of civilizations. His current focus was the ‘Era of Unraveling,’ a period marked by a cataclysmic Aetheric imbalance that had nearly consumed their world.</w:t>
      </w:r>
    </w:p>
    <w:p>
      <w:r>
        <w:br/>
        <w:t>The library was his sanctuary and his command center. Towering shelves, crafted from ancient, dark wood, formed canyons of accumulated wisdom, their heights lost in the shadows of the vaulted ceiling. Parchment scrolls, bound in leather and tied with frayed cords, overflowed from intricately carved wooden alcoves. Here and there, tomes bound in polished metal or rough-hewn stone rested on heavy lecterns, their pages whispering tales of eras long past. The scent of aged paper, dry ink, and the faint, sweet decay of dried herbs used in preservation techniques, hung heavy in the air, a comforting perfume to Velor. He moved with a practiced grace through the narrow aisles, his worn leather boots making no sound on the polished stone floor. His attire was as unassuming as his purpose was profound – simple, dark robes that allowed him to blend into the hushed reverence of the archives, a stark contrast to the vibrant power he sought to understand.</w:t>
      </w:r>
    </w:p>
    <w:p/>
    <w:p>
      <w:r>
        <w:br/>
        <w:t>His analytical mind, a finely tuned instrument honed by decades of study, was already at work, sifting through the fragmented accounts. He saw not just words, but energetic signatures, the lingering resonance of intent and consequence embedded within the very fabric of the texts. The scrolls detailing the last Aetheric imbalance spoke of a world teetering on the brink, of uncontrolled surges of raw energy that manifested as both miraculous blessings and devastating curses. Prophecies, once dismissed as poetic hyperbole, now felt chillingly prescient as he cross-referenced them with the subtle shifts he could already perceive in the world’s ambient Aether.</w:t>
      </w:r>
    </w:p>
    <w:p/>
    <w:p>
      <w:r>
        <w:br/>
        <w:t>He unfurled another scroll, its surface covered in a script that predated even the oldest dynasties. This was a firsthand account, purportedly from a seer who had witnessed the initial tremors of the Unraveling. The ink was faded, the parchment brittle, threatening to crumble at the slightest touch. Velor handled it with utmost reverence, his breath held as his eyes scanned the intricate characters. “The Sky bled tears of fire,” it read, the words a stark, visual metaphor that sent a shiver down his spine. “The Earth wept molten sorrow. The Aether, once a gentle stream, became a raging ocean, drowning all in its chaotic embrace.”</w:t>
      </w:r>
    </w:p>
    <w:p/>
    <w:p>
      <w:r>
        <w:br/>
        <w:t>This imagery, while dramatic, resonated deeply with Velor’s understanding of Aetheric dynamics. He had spent his life studying the fundamental forces of their reality, the unseen currents that bound existence together. He knew that imbalances, even minor ones, could propagate and amplify, twisting the natural order into something monstrous. The Age of Unraveling, as the historians had dubbed it, represented the ultimate manifestation of such imbalance. It was a cautionary tale etched in the very ether, a testament to the catastrophic potential of unchecked power.</w:t>
      </w:r>
    </w:p>
    <w:p/>
    <w:p>
      <w:r>
        <w:br/>
        <w:t>His current research focused on a particular anomaly described in several disparate texts: a ‘Silent Surge,’ a period where the ambient Aether inexplicably dampened, creating pockets of profound, unnatural stillness. This stillness was invariably followed by a violent, unpredictable eruption of energy, often centered around individuals or locations that had been subjected to prolonged Aetheric manipulation. Velor’s keen senses, trained to detect the faintest energetic fluctuations, had recently registered similar, albeit subtle, dampening patterns in the world’s Aether. It was a disquieting echo of the past, a faint whisper of the storm that had once threatened to consume them.</w:t>
      </w:r>
    </w:p>
    <w:p/>
    <w:p>
      <w:r>
        <w:br/>
        <w:t>He meticulously organized his findings on a large, weathered table, arranging scrolls and fragmented manuscripts in chronological order, then by thematic resonance. Each piece of information was a clue, a thread in the complex tapestry of history. He used specially enchanted quills that could subtly highlight energetic residue on the parchment, allowing him to identify passages imbued with significant historical or Aetheric resonance. The process was painstaking, demanding an almost monastic dedication. Hours would melt away as he pored over ancient script, his concentration absolute, the external world fading into insignificance.</w:t>
      </w:r>
    </w:p>
    <w:p/>
    <w:p>
      <w:r>
        <w:br/>
        <w:t>He recalled his early studies, his initial fascination with the grand narratives of conquest and empire. But as he delved deeper, he realized that the true drivers of history were not the kings and generals, but the unseen forces, the fundamental energies that shaped the very fabric of their existence. The Aether, in particular, held a profound and often terrifying power. It was the lifeblood of their world, the conduit through which all energy flowed, and when that flow was disrupted, chaos ensued.</w:t>
      </w:r>
    </w:p>
    <w:p/>
    <w:p>
      <w:r>
        <w:br/>
        <w:t>His mentor, an elder archivist named Lyra, had once told him, “History is not a linear progression, Velor, but a series of echoes. The past whispers to the present, and those who learn to listen can discern the shape of the future.” Lyra had been a visionary, her understanding of the Aether far exceeding that of her contemporaries. She had been one of the first to postulate that the Great Unraveling was not a random event, but a consequence of deliberate, and ultimately disastrous, manipulation of the Aetheric currents by a forgotten civilization.</w:t>
      </w:r>
    </w:p>
    <w:p/>
    <w:p>
      <w:r>
        <w:br/>
        <w:t>Velor’s current endeavor was a direct continuation of Lyra’s work. He had inherited her meticulous notes, her unfinished theories, and her urgent warnings. Lyra had believed that the cycles of imbalance were repeating, that the world was once again approaching a precipice. Velor, armed with the accumulated knowledge of the archives and his own honed senses, was determined to prove her right, and perhaps, just perhaps, to find a way to avert the impending disaster.</w:t>
      </w:r>
    </w:p>
    <w:p/>
    <w:p>
      <w:r>
        <w:br/>
        <w:t>He picked up a particularly dense text, its cover bearing the faded emblem of the Sunstone Dynasty, a civilization that had fallen during the early stages of the Unraveling. The Dynasty had been renowned for its mastery of Aetheric resonance, its ability to harness the very vibrations of the world to power its cities and fuel its arcane technologies. But their ambition had outstripped their wisdom. The scroll detailed their attempts to create an ‘Aetheric Nexus,’ a point of absolute energetic control, a feat that, according to the text, had directly triggered the initial catastrophic surge.</w:t>
      </w:r>
    </w:p>
    <w:p/>
    <w:p>
      <w:r>
        <w:br/>
        <w:t>"They sought to command the Aether," Velor murmured to himself, his voice barely a whisper in the cavernous silence. "They did not understand that command is not ownership. The Aether is not a tool to be wielded, but a force to be understood, to be harmonized with." He felt a deep kinship with these ancient warnings, a profound understanding of the hubris that had led to their downfall. He had witnessed firsthand the seductive allure of power, the temptation to bend the fundamental forces to one’s will.</w:t>
      </w:r>
    </w:p>
    <w:p/>
    <w:p>
      <w:r>
        <w:br/>
        <w:t>He meticulously transcribed key passages onto fresh parchment, his quill scratching rhythmically. He was creating his own chronicle, a synthesis of the fragmented accounts, a coherent narrative of the past that could serve as a guide for the present. He cross-referenced the Sunstone Dynasty’s disastrous project with the seer’s prophecies and the accounts of the Silent Surges. The connections were becoming alarmingly clear. The patterns of cause and effect were laid bare, the subtle energetic disturbances he had sensed in the world now fitting into a terrifyingly predictable sequence.</w:t>
      </w:r>
    </w:p>
    <w:p/>
    <w:p>
      <w:r>
        <w:br/>
        <w:t>The library was more than just a collection of books; it was a living history, a testament to the enduring power of knowledge and the cyclical nature of existence. Velor was not just a scholar; he was a sentinel, a guardian of the past tasked with understanding its lessons and safeguarding the future. The weight of this responsibility settled upon him, a familiar burden that he carried with quiet resolve. He looked out of the high windows, the world outside bathed in the soft, late afternoon light. It appeared peaceful, serene, yet beneath the surface, Velor knew, a storm was gathering. The Aether, the silent, pervasive force that governed all, was once again stirring, and the echoes of the Great Unraveling were growing louder. He returned to his scrolls, his mind already charting the next course of investigation, driven by the unshakeable conviction that understanding the past was the only path to surviving the future. The silence of the archives was not emptiness, but a pregnant pause, a moment of reflection before the inevitable unfolding of history’s grand, and often perilous, design. He was ready. The knowledge was here, waiting to be deciphered, waiting to be understood. The future, he believed, depended on it. His dedication was absolute, his purpose clear: to read the whispers of the past and to warn the present of the echoes that were sure to follow. The scent of aged paper and the dancing dust motes were his constant companions in this silent vigil, each scroll a testament to a world that had faced oblivion and survived, a testament that fueled his own unwavering resolve.</w:t>
      </w:r>
    </w:p>
    <w:p/>
    <w:p>
      <w:r>
        <w:t>The hidden vault, a space carved into the deepest strata of the Grand Archives, was less a repository and more a tomb for knowledge deemed too dangerous, or perhaps too potent, to reside in the general collection. Velor had only found its entrance by chance, a barely perceptible seam in a wall of stacked chronologies, revealed by a subtle displacement in the Aetheric field, a phenomenon he’d learned to sense through years of dedicated study. The air within was unnervingly still, carrying a dry, mineral scent tinged with the faint, metallic tang of long-dormant energies. Here, the usual comforting perfume of aged paper was replaced by something sharper, more ancient. The scrolls he sought were not merely old; they felt primordial, resonating with a power that predated recorded history, their very existence a testament to secrets deliberately buried.</w:t>
      </w:r>
    </w:p>
    <w:p>
      <w:r>
        <w:br/>
        <w:t>He knelt, his movements slow and deliberate, before a collection of cylindrical containers fashioned from a dark, lustrous material that resisted the gentle probing of his senses. They were sealed with intricate, almost organic-looking clasps that seemed to shift and reform as he observed them. These were not the ordinary repositories of the archives; they felt like artifacts of a forgotten age, designed to contain something far more volatile than mere words. His gloved fingers, accustomed to the fragility of ancient parchment, brushed against the cool surface of the first cylinder. The Aetheric resonance emanating from it was unlike anything he had encountered, a complex waveform that spoke of immense, controlled power. This was the origin of the whispers he had been chasing, the fragmented hints of a civilization that had mastered Aetherflow to a degree that bordered on the divine, and perhaps, on the terrifying.</w:t>
      </w:r>
    </w:p>
    <w:p/>
    <w:p>
      <w:r>
        <w:br/>
        <w:t>With meticulous care, Velor manipulated the clasps. They resisted his touch, not with brute force, but with a subtle, yielding resistance, as if testing his intent. It was a form of arcane security, a lock keyed to more than just physical manipulation. He recalled Lyra’s theories about sentient Aetheric matrices, ancient systems designed to interact with the user’s own energetic signature. He focused his will, projecting a calm, inquisitive intent, a silent plea for access. The clasps clicked, one by one, with a sound like pebbles falling into a deep well. The seal broke, and a faint, phosphorescent mist swirled from the opening, carrying with it the scent of ozone and something akin to blooming nightshade.</w:t>
      </w:r>
    </w:p>
    <w:p/>
    <w:p>
      <w:r>
        <w:br/>
        <w:t>Inside, nestled within layers of what appeared to be woven Aetheric filaments, lay the scrolls. They were thinner than any he had previously encountered, their surface a dark, almost velvety texture that seemed to absorb the ambient light. The script upon them was not ink on parchment, but an intrinsic part of the material itself, glowing faintly with an inner light that pulsed with a slow, steady rhythm. These were not merely records; they were living conduits to a forgotten power. The summary provided by his research had spoken of the ‘Synarchs,’ individuals who had achieved an unparalleled mastery over Aetherflow, a state of being that transcended the ordinary limitations of mortal existence. These scrolls, he felt with a growing certainty, were their legacy, their testament, and perhaps, their warning.</w:t>
      </w:r>
    </w:p>
    <w:p/>
    <w:p>
      <w:r>
        <w:br/>
        <w:t>As he carefully extracted the first scroll, its material felt surprisingly resilient, yet possessed an uncanny suppleness. The faint glow intensified as it responded to his presence, the glyphs shifting and reforming in subtle ways, as if greeting him. The initial passages spoke of an era when Aetherflow was not merely a force to be channeled, but a fundamental aspect of consciousness, a language understood by the soul. The ‘Synarchs,’ it seemed, had achieved this understanding through rigorous discipline and esoteric practices, one of the most significant being the ‘Primordial Chant.’</w:t>
      </w:r>
    </w:p>
    <w:p/>
    <w:p>
      <w:r>
        <w:br/>
        <w:t>The ‘Primordial Chant,’ as described in the fragmented texts, was not a spoken incantation in the traditional sense. It was a resonant manipulation of one’s own internal Aetheric vibrations, harmonizing them with the ambient Aether through a complex series of bio-energetic frequencies. The scrolls detailed how the Synarchs would enter deep meditative states, their bodies becoming conduits for the world’s inherent energies. Through the Chant, they could influence the very fabric of reality, not by imposing their will, but by coaxing the Aether into desired patterns. This was Aetheric programming at its most fundamental, a direct interface between consciousness and the underlying energetic architecture of existence.</w:t>
      </w:r>
    </w:p>
    <w:p/>
    <w:p>
      <w:r>
        <w:br/>
        <w:t>Velor’s breath hitched as he deciphered a passage that spoke of the ‘Echoes.’ These were not mere reverberations of past actions, but residual energetic imprints, left behind by the Synarchs’ profound manipulation of the Aether. They were akin to phantom limbs of power, still capable of influencing the present, often in unpredictable and destructive ways. The texts described catastrophic events, localized distortions of reality, and surges of uncontrolled energy that had followed periods of intense Synarchic activity. These ‘Echoes’ were the direct consequence of overreach, of pushing the boundaries of Aetheric manipulation too far, too fast. The Synarchs, despite their mastery, had not been immune to the fundamental laws of energetic balance.</w:t>
      </w:r>
    </w:p>
    <w:p/>
    <w:p>
      <w:r>
        <w:br/>
        <w:t>He unrolled another scroll, its dark surface marked with swirling patterns that seemed to shift and coalesce as he looked at them. This one delved deeper into the practical application of the Primordial Chant. It described a series of stages, beginning with the purification of the internal Aetheric flow, then progressing to the attunement with specific planetary or cosmic frequencies, and finally, the projection of complex energetic patterns. The discipline required was immense, demanding an almost absolute control over one’s physical, mental, and energetic states. The scrolls spoke of ‘Aetheric anchors,’ specific points within the body and mind that served as focal points for the Chant, allowing for precise control and redirection of energy.</w:t>
      </w:r>
    </w:p>
    <w:p/>
    <w:p>
      <w:r>
        <w:br/>
        <w:t>The language used was highly symbolic, filled with metaphors of light, sound, and celestial movements. One passage described the process as “singing the universe into being,” a poetic, yet deeply technical, description of how the Synarchs could influence the probabilities of events through their resonant frequencies. Velor found himself utterly captivated, piecing together the puzzle with a feverish intensity. Each fragment was a shard of a lost civilization’s profound understanding, a glimpse into a power that was both awe-inspiring and terrifying.</w:t>
      </w:r>
    </w:p>
    <w:p/>
    <w:p>
      <w:r>
        <w:br/>
        <w:t>He discovered mention of ‘Aetheric programming,’ a concept that seemed to be the core of the Synarchs’ mastery. This wasn’t about casting spells or manipulating elemental forces; it was about directly influencing the underlying code of reality, shaping the flow of Aether through precise energetic commands. The Primordial Chant was the key to this programming, a method of communicating with the fundamental energetic substrata of existence. The Synarchs were, in essence, the world’s first and perhaps only true Aetheric programmers, their consciousness the interface, their will the operating system.</w:t>
      </w:r>
    </w:p>
    <w:p/>
    <w:p>
      <w:r>
        <w:br/>
        <w:t>However, the darker side of this power was also laid bare. The scrolls spoke of the ‘Cascading Overload,’ a phenomenon that occurred when the energetic demands of the Synarchs’ actions exceeded the capacity of the ambient Aether to compensate. This overload would create unstable feedback loops, amplifying the initial imbalance and leading to the devastating ‘Echoes.’ The texts warned explicitly against the pursuit of absolute control, emphasizing the importance of harmony and balance. The Synarchs, it appeared, had eventually fallen victim to their own ambition, their pursuit of ultimate mastery leading to their eventual downfall, leaving behind only these potent, dangerous remnants.</w:t>
      </w:r>
    </w:p>
    <w:p/>
    <w:p>
      <w:r>
        <w:br/>
        <w:t>Velor’s fingers, stained with the faint, residual glow of the scrolls, moved with an almost independent grace. He felt a profound connection to these ancient practitioners, a shared understanding of the immense power and even greater responsibility that came with wielding the Aether. He recognized the allure of such mastery, the temptation to shape the world according to one’s vision. But he also saw the catastrophic consequences of hubris, the inherent danger of attempting to control a force that was inherently wild and untamable.</w:t>
      </w:r>
    </w:p>
    <w:p/>
    <w:p>
      <w:r>
        <w:br/>
        <w:t>He found a section that detailed a specific type of Echo, referred to as a ‘Resonant Scar.’ These were persistent distortions in the Aetheric field, locations where the Synarchs had performed acts of immense power, leaving behind a permanent imprint of their presence. These scars were often volatile, manifesting as unpredictable pockets of altered reality, where the laws of physics seemed to bend and warp. The scrolls offered cryptic instructions on how to navigate, and perhaps even neutralize, these Resonant Scars, suggesting a complex process of energetic counter-resonance.</w:t>
      </w:r>
    </w:p>
    <w:p/>
    <w:p>
      <w:r>
        <w:br/>
        <w:t>The more he read, the more he realized the profound implications of this knowledge. The imbalances he had detected in the world’s ambient Aether, the subtle dampening patterns, could very well be the nascent stirrings of new Echoes, perhaps triggered by the very texts he was now unearthing. The past was not merely repeating; it was actively influencing the present through these lingering energetic imprints. The Synarchs, in their quest for ultimate control, had inadvertently created a legacy of instability that threatened to unravel the present.</w:t>
      </w:r>
    </w:p>
    <w:p/>
    <w:p>
      <w:r>
        <w:br/>
        <w:t>He carefully documented each passage, cross-referencing the information with his existing knowledge. The concept of Aetheric programming, of directly influencing reality through resonant frequencies, was a paradigm shift in his understanding. It suggested that the world’s history was not just a series of events, but a meticulously crafted, and sometimes flawed, energetic construct. The Synarchs had been the architects of this construct, their actions leaving indelible marks on the very fabric of existence.</w:t>
      </w:r>
    </w:p>
    <w:p/>
    <w:p>
      <w:r>
        <w:br/>
        <w:t>One particular fragment, written on a piece of material that felt strangely warm to the touch, spoke of a desperate attempt by a faction of Synarchs to contain the escalating Echoes. They had devised a complex ritual, a planetary-scale application of the Primordial Chant, intended to dampen the residual energies and restore a semblance of balance. The scroll hinted that this ritual had been only partially successful, or perhaps, had created new, unforeseen complications. The wording was deliberately vague, suggesting that the full extent of their efforts, and their ultimate fate, remained shrouded in mystery.</w:t>
      </w:r>
    </w:p>
    <w:p/>
    <w:p>
      <w:r>
        <w:br/>
        <w:t>Velor’s mind raced, piecing together the fragments. The Synarchs, in their ambition, had pushed the Aether to its breaking point. Their mastery had become their undoing, leaving behind a legacy of devastating Echoes. The Primordial Chant, their tool of creation and control, was also the source of their destruction. He understood now why these texts had been hidden. They were not just historical records; they were dangerous blueprints, capable of immense power if wielded by those who lacked the Synarchs’ profound understanding, or worse, those who possessed their same ambition.</w:t>
      </w:r>
    </w:p>
    <w:p/>
    <w:p>
      <w:r>
        <w:br/>
        <w:t>He carefully re-sealed the cylinder, the faint glow within dimming as the lid was closed. The weight of the knowledge he had gained was immense, a heavy mantle of responsibility. He was no longer just studying history; he was unearthing the very mechanisms that had shaped it, and perhaps, that were still shaping the present. The Synarchs were a cautionary tale, a testament to the seductive nature of power and the devastating consequences of unchecked ambition. Their Echoes were a constant reminder that even the most profound mastery was bound by the fundamental laws of existence.</w:t>
      </w:r>
    </w:p>
    <w:p/>
    <w:p>
      <w:r>
        <w:br/>
        <w:t>As he gathered the scrolls, his senses alert for any subtle shifts in the Aetheric field, he felt a growing unease. The air in the vault seemed to thicken, the faint phosphorescent mist from the opened cylinders now carrying a more insistent, almost predatory, resonance. He had disturbed something ancient, something powerful. The very act of unearthing these fragments of the past had likely amplified their latent energies. He was no longer just an observer; he had become a participant in the unfolding narrative of the Synarchs’ legacy. The Primordial Chant, once a tool of creation, now seemed to echo with a silent warning, a testament to a power that, once unleashed, could never truly be contained. The true challenge, he realized, was not just to understand the Synarchs’ past, but to prevent their mistakes from becoming the world’s future. He carefully secured the scrolls, their faint luminescence a beacon in the encroaching darkness of the vault, a testament to the enduring, and often perilous, power of forgotten knowledge. The path forward was now clearer, yet infinitely more dangerous, illuminated by the fractured light of a civilization that had dared to sing the universe into being, and had paid the ultimate price for its song.</w:t>
      </w:r>
    </w:p>
    <w:p/>
    <w:p>
      <w:r>
        <w:t>The ancient texts, once unfurled in the hushed sanctity of the hidden vault, had offered Velor not just a history, but a confession. They spoke of the Synarchs, yes, but also of something far more insidious lurking beneath the surface of their grand pronouncements. It began with subtle anomalies in the script itself, linguistic quirks that, to a seasoned archivist like Velor, screamed of deliberate alteration. Certain passages, particularly those detailing the Synarchs’ most ambitious Aetheric manipulations, felt… hollowed out. The raw energy, the sheer audacity of their claims, was present, but the nuanced understanding, the ethical considerations that one would expect from such enlightened beings, seemed conspicuously absent. This wasn’t merely a gap in the record; it felt like a deliberate excision, a void carved into the very heart of their narrative.</w:t>
      </w:r>
    </w:p>
    <w:p>
      <w:r>
        <w:br/>
        <w:t>He found himself poring over fragmented accounts from disparate cultures, each telling a similar, yet chillingly divergent, tale of ancient cataclysms. One scroll, etched onto what felt like petrified lightning, spoke of a ‘Whispering Tide’ that had swept across a forgotten continent, dissolving cities and minds alike. Another, a collection of crystalline shards that hummed with a faint, discordant energy, described a ‘Sky-Shattering Discord’ that had plunged an era into eternal twilight. Individually, they were unsettling, isolated incidents of immense destruction. But when viewed through the lens of the Synarchs’ Aetheric legacy, a terrifying pattern began to emerge. These weren't natural disasters. They were acts of calculated demolition, orchestrated with an unnerving precision.</w:t>
      </w:r>
    </w:p>
    <w:p/>
    <w:p>
      <w:r>
        <w:br/>
        <w:t>The term ‘Architect of Entropy’ first surfaced in a crumbling codex, bound in the iridescent hide of a creature long extinct. The text was maddeningly cryptic, referencing a being or force that "found beauty in the unraveling," that "cultivated the bloom of dissolution." It spoke of this entity not as a direct perpetrator, but as a subtle instigator, a whisper in the ear of power, nudging ambitious souls towards catastrophic imbalance. It was a chilling thought: that the Synarchs, in their pursuit of transcendence, might not have been entirely masters of their own destiny. What if their hubris was merely a tool, wielded by a far more ancient and malevolent intelligence?</w:t>
      </w:r>
    </w:p>
    <w:p/>
    <w:p>
      <w:r>
        <w:br/>
        <w:t>Velor’s growing conviction was that this ‘Architect of Entropy’ was not merely a force of nature, but a conscious entity, one that actively sought to corrupt and destabilize the fundamental energetic currents of the world. It wasn’t about raw power; it was about the meticulous dismantling of order, the seeding of discord. He began to see its influence not just in the grand pronouncements of the Synarchs, but in the subtle ways Aetheric flow was described across different epochs. There were periods of remarkable stability, of harmonious resonance, followed by sudden, inexplicable plunges into chaos. These plunges weren’t random; they corresponded with periods of intense Aetheric manipulation, precisely the kind the Synarchs had pioneered.</w:t>
      </w:r>
    </w:p>
    <w:p/>
    <w:p>
      <w:r>
        <w:br/>
        <w:t>He found another mention, this time in a collection of astronomical charts rendered on polished obsidian. The charts depicted celestial alignments that, according to the accompanying notes, corresponded to moments of profound energetic upheaval throughout history. But alongside these celestial markers were recurring symbols, abstract sigils that seemed to writhe and shift at the edge of perception. The accompanying text referred to these symbols as "the Architect’s signature," a manifestation of its presence during significant Aetheric disruptions. These weren't merely passive records of events; they were active indicators of an unseen hand, guiding the symphony of cosmic destruction.</w:t>
      </w:r>
    </w:p>
    <w:p/>
    <w:p>
      <w:r>
        <w:br/>
        <w:t>The scrolls concerning the Primordial Chant, which had initially seemed so revelatory, now took on a darker hue. Velor reread the passages detailing the stages of attunement and projection. The Synarchs spoke of harmonizing with universal frequencies, of coaxing the Aether into desired patterns. But what if this ‘coaxing’ was, in fact, a form of energetic infestation? What if the Architect of Entropy could subtly influence these frequencies, twisting the Synarchs’ intentions, amplifying their mistakes? The concept of ‘Aetheric programming,’ once so revolutionary, now seemed a terrifying vulnerability. If the Synarchs were programming the Aether, what was to stop someone else from hacking their code?</w:t>
      </w:r>
    </w:p>
    <w:p/>
    <w:p>
      <w:r>
        <w:br/>
        <w:t>He began to suspect that the ‘Echoes’ and ‘Resonant Scars’ weren’t simply the natural consequence of immense power, but were actively cultivated and amplified by this entity. The Architect of Entropy, Velor theorized, fed on these energetic imbalances. It wasn’t destroying the world; it was corrupting it from within, perverting the very forces that sustained it. The Synarchs, in their quest to master the Aether, had unknowingly opened a gateway, allowing this parasitic consciousness to weave its influence through the fabric of reality.</w:t>
      </w:r>
    </w:p>
    <w:p/>
    <w:p>
      <w:r>
        <w:br/>
        <w:t>The notion of deliberate corruption became undeniable as Velor encountered texts that spoke of ancient societies that had achieved a delicate Aetheric balance, only to inexplicably collapse. These were not the grand, dramatic falls of empires Velor was accustomed to studying. These were quiet unravelings, subtle diminutions of spirit and energy, as if a vital spark had been systematically extinguished. The surviving fragments often spoke of a creeping malaise, a loss of purpose, and an increasing susceptibility to despair. These symptoms were eerily similar to the effects of prolonged exposure to Aetheric static, the kind that Velor had begun to detect in the world’s ambient energies.</w:t>
      </w:r>
    </w:p>
    <w:p/>
    <w:p>
      <w:r>
        <w:br/>
        <w:t>He found an account, penned by a scribe on the verge of madness, detailing a period where the very air seemed to hum with a discordant melody. The scribe described how his thoughts became fragmented, his emotions volatile, and how the vibrant colours of his world faded into a monotonous grey. He wrote of a pervasive sense of futility, of the overwhelming feeling that all effort was ultimately meaningless. This wasn’t just philosophical despair; it was an Aetheric infection, a direct assault on the mind’s ability to perceive purpose and beauty. The scribe’s final words were a desperate plea, a warning against "the silent thief of joy."</w:t>
      </w:r>
    </w:p>
    <w:p/>
    <w:p>
      <w:r>
        <w:br/>
        <w:t>Velor’s research began to focus on identifying the specific moments when these corrupting influences seemed to take hold. He cross-referenced the astronomical charts with the historical records, searching for correlations between celestial events, Synarchic activity, and the documented onset of societal decay or Aetheric catastrophe. The pattern that emerged was stark and unsettling. Periods of intense Aetheric manipulation, particularly those involving the Synarchs’ most ambitious undertakings, consistently preceded outbreaks of widespread ‘Entropy’ – periods of accelerated decay, societal fragmentation, and a demonstrable weakening of the world’s energetic resilience.</w:t>
      </w:r>
    </w:p>
    <w:p/>
    <w:p>
      <w:r>
        <w:br/>
        <w:t>The scrolls described how the Architect of Entropy didn't force its will upon the world directly. Instead, it acted like a master puppeteer, subtly manipulating the strings of causality. It would nudge events in a particular direction, create opportunities for ambitious individuals to overreach, and then amplify the ensuing chaos. The Synarchs’ mastery of the Primordial Chant, their ability to directly influence Aetheric resonance, made them prime candidates for such manipulation. The Architect of Entropy didn’t need to command the Synarchs; it merely needed to whisper suggestions, to exploit their inherent ambition, and to wait for them to unleash the predictable cascade of destructive consequences.</w:t>
      </w:r>
    </w:p>
    <w:p/>
    <w:p>
      <w:r>
        <w:br/>
        <w:t>One particularly disturbing passage, found etched onto a shard of obsidian that seemed to absorb all light, described the Architect of Entropy’s ‘modus operandi’ as a form of cosmic parasitism. It did not create destruction itself, but rather preyed upon existing potential for chaos. It would identify nascent instabilities, subtle fissures in the energetic fabric of reality, and then meticulously widen them, transforming minor flaws into catastrophic ruptures. The Synarchs, with their potent Aetheric manipulations, were the perfect vectors for this parasitic spread. They were the unwitting architects of the Architect’s grand design.</w:t>
      </w:r>
    </w:p>
    <w:p/>
    <w:p>
      <w:r>
        <w:br/>
        <w:t>Velor felt a cold dread seep into his bones as he pieced together the evidence. The history he had been taught, the narrative of enlightened beings striving for progress, was a carefully constructed facade. Beneath it lay a far more sinister reality, one where a malevolent intelligence had been systematically undermining the world’s energetic integrity for millennia. The Synarchs were not solely responsible for the ancient catastrophes; they were instruments, their power twisted and perverted by an unseen hand.</w:t>
      </w:r>
    </w:p>
    <w:p/>
    <w:p>
      <w:r>
        <w:br/>
        <w:t>The weight of this realization was crushing. The very knowledge Velor sought, the understanding of the Synarchs’ power, had inadvertently drawn the attention of this ancient entity. The Aetheric disturbances he had detected, the subtle dampening patterns, were not mere remnants of past events; they were active manifestations of the Architect’s ongoing influence. His investigation, his very presence in the hidden vault, was likely a ripple that the Architect of Entropy could sense, and perhaps, even manipulate.</w:t>
      </w:r>
    </w:p>
    <w:p/>
    <w:p>
      <w:r>
        <w:br/>
        <w:t>He began to see the Synarchs’ downfall not as a cautionary tale of unchecked ambition, but as a tragic testament to their unwitting collaboration with a cosmic saboteur. Their greatest achievements, their most profound manipulations of the Aether, had also been their greatest vulnerabilities, creating the very conditions the Architect of Entropy thrived upon. The Primordial Chant, their key to mastery, had also become the conduit for their corruption.</w:t>
      </w:r>
    </w:p>
    <w:p/>
    <w:p>
      <w:r>
        <w:br/>
        <w:t>The meticulous corruption of historical records, Velor now understood, was a crucial part of the Architect's strategy. By subtly altering narratives, by removing context, and by emphasizing the grandeur of Aetheric manipulation while downplaying its inherent dangers, the Architect ensured that future generations would repeat the same mistakes. It fostered an environment where power was pursued for its own sake, where the delicate balance of Aether was forgotten in the intoxicating pursuit of control. The Architect of Entropy didn't need to conquer the world; it merely needed to ensure its gradual, inevitable decay.</w:t>
      </w:r>
    </w:p>
    <w:p/>
    <w:p>
      <w:r>
        <w:br/>
        <w:t>He found a passage in a scroll made from woven starlight, detailing a Synarchic council that had convened in a desperate attempt to understand the escalating ‘malfunctions’ in their Aetheric experiments. The council members, despite their advanced understanding, had been unable to pinpoint the source of the disruptions, attributing them to natural fluctuations or unforeseen complexities. The text hinted that one member, a Synarch named Lyra (a name that resonated with a strange familiarity, though he couldn't place why), had voiced concerns about an "external influence," a "shadow at the edges of intention." Her warnings, however, had been dismissed by the majority, who were too engrossed in the pursuit of their own power to acknowledge the subtle corruption at play. This Lyra, Velor mused, might have been closer to the truth than any of them realized, a solitary voice of reason against the Architect's insidious whisper.</w:t>
      </w:r>
    </w:p>
    <w:p/>
    <w:p>
      <w:r>
        <w:br/>
        <w:t>The Architect of Entropy’s influence was not a sudden invasion but a slow, insidious decay, a creeping blight that infected the very foundations of reality. It was in the subtle misinterpretations of ancient doctrines, the slight overemphasis on control rather than harmony, the quiet dismissal of dissenting voices that spoke of caution. Velor realized that history was not simply a record of events; it was a battlefield, where the very understanding of fundamental forces was constantly being contested, and where a malevolent intelligence was waging a silent war for the soul of existence. The Synarchs, brilliant and powerful as they were, had been but pawns in a game far older and more terrifying than they could have ever imagined. Their monumental achievements were merely stepping stones for a far greater, and far more destructive, architect of ruin.</w:t>
      </w:r>
    </w:p>
    <w:p/>
    <w:p>
      <w:r>
        <w:t>The flickering candlelight cast long, dancing shadows across the ancient vellum, each curve and symbol a testament to a history far more perilous than the gilded narratives of the Synarchs had ever admitted. Velor traced a particular glyph, one described in a brittle scroll as a 'precursor resonance,' a subtle harmonic dissonance that preceded the catastrophic 'Aetheric Cascade' of the Eldorian Era. The description was chillingly precise: a faint instability in the world's energetic hum, a whisper of discord that, if left unchecked, would bloom into a deafening roar of destruction. He then turned his attention to the contemporary readings emanating from his Aetheric resonance instruments, a delicate network of crystalline conduits and attuned resonators. The readings, previously dismissed as minor ambient fluctuations, now screamed a terrifyingly familiar pattern. The gentle, almost imperceptible tremor in the Aetherflow, the slight dampening effect that had been a constant, nagging presence, was not a residual anomaly. It was the echo of that same precursor resonance, a chillingly accurate reenactment of the very prelude to the Eldorian disaster.</w:t>
      </w:r>
    </w:p>
    <w:p>
      <w:r>
        <w:br/>
        <w:t>The realization struck Velor with the force of a physical blow. The past was not a series of isolated incidents, of bygone cataclysms that had shaped the world through sheer, unavoidable force. The past was a roadmap, painstakingly detailed in these ancient texts, charting the course of a deliberate, insidious unraveling. The Synarchs, in their pursuit of power and their attempts to reshape reality through the Primordial Chant, had not just stumbled into disaster; they had been guided towards it, subtly nudged by an unseen hand. And the world, blissfully unaware, was once again teetering on the precipice of that same catastrophic descent. The subtle disturbances he now detected in the Aetherflow weren't mere scientific curiosities; they were direct, immediate threats. The academic pursuit of historical understanding had transmuted into a desperate race against time.</w:t>
      </w:r>
    </w:p>
    <w:p/>
    <w:p>
      <w:r>
        <w:br/>
        <w:t>This was no longer a matter of piecing together fragmented lore or deciphering cryptic prophecies. This was a tactical imperative. The ancient texts, once repositories of abstract knowledge, were now tactical manuals, detailing not just how destruction had occurred, but the specific energetic signatures and environmental precursors that heralded it. The ‘Masks,’ those enigmatic artifacts of the earliest Aetheric manipulators, were no longer merely symbolic representations of cosmic forces. They were the keys, the very tools, that had once been used to stabilize and harmonize the Aether, to actively counter the forces of entropy. Velor’s extensive research, his tireless poring over forgotten languages and deciphering fractured codices, had coalesced into a single, unshakeable conviction: inaction was no longer an option. The world needed not just understanding, but active intervention.</w:t>
      </w:r>
    </w:p>
    <w:p/>
    <w:p>
      <w:r>
        <w:br/>
        <w:t>He reread the passages concerning the ‘Harmonic Stabilizers,’ a series of complex Aetheric matrices described in the Codex of Lumina. These matrices, when activated in precise configurations, were said to generate counter-frequencies that could neutralize chaotic Aetheric vibrations, effectively smoothing out the energetic turbulence that preceded catastrophic events. The Codex spoke of their use by the ancients, not as weapons, but as a form of global energetic maintenance, a preventative measure against the natural tendency of the Aether to fall into discord. Velor’s instruments, however, indicated that the ambient Aether, while not yet at cascade levels, was displaying an unnerving susceptibility to external harmonic interference, a responsiveness that hinted at a weakening of its inherent stabilizing frequencies. This susceptibility, he now understood, was precisely the condition that the Harmonic Stabilizers were designed to counteract.</w:t>
      </w:r>
    </w:p>
    <w:p/>
    <w:p>
      <w:r>
        <w:br/>
        <w:t>The Synarchs, in their ambition to directly manipulate the Aether, had, in their hubris, neglected the fundamental principles of energetic equilibrium. They had focused on the grand orchestration of Aetheric symphonies, attempting to compose new movements, without first ensuring the orchestra was properly tuned. Their experiments, their attempts to impose their will upon the fundamental forces of existence, had, in essence, been a form of energetic vandalism, chipping away at the world's natural resilience. The subtle dampening Velor observed was not a new phenomenon, but a deepening of an existing wound, a consequence of generations of unchecked Aetheric interference. The Architect of Entropy, that insidious force of dissolution, had found fertile ground in the Synarchs’ disregard for foundational harmony.</w:t>
      </w:r>
    </w:p>
    <w:p/>
    <w:p>
      <w:r>
        <w:br/>
        <w:t>Velor felt a profound sense of urgency. His meticulous cataloging of Aetheric signatures associated with historical cataclysms had revealed not just a pattern of destruction, but a blueprint for prevention. The specific resonant frequencies that characterized the initial stages of Aetheric decay were now measurable, not as historical footnotes, but as present-day indicators. The ‘Masks,’ detailed in various texts as instruments capable of channeling and modulating specific Aetheric frequencies, represented the most promising avenue for intervention. The ‘Mask of the Unraveler,’ for instance, was described as having the ability to absorb and neutralize dissonant energies, while the ‘Mask of the Weaver’ could actively re-pattern chaotic Aetheric flows into stable matrices. These were not mere relics; they were the active components of a planetary defense system, a system that had been allowed to fall into disuse and disrepair.</w:t>
      </w:r>
    </w:p>
    <w:p/>
    <w:p>
      <w:r>
        <w:br/>
        <w:t>The current subtle disturbances in the Aetherflow, the almost imperceptible warping of ambient energy, were not simply random occurrences. They were direct manifestations of the Architect of Entropy’s continued work, a slow, steady poisoning of the world’s energetic wellspring. The evidence was overwhelming. The ancient texts spoke of societal collapses not as sudden, violent events, but as gradual declines, marked by a pervasive sense of apathy, a loss of collective will, and a weakening of individual vitality. These were the symptoms of prolonged exposure to corrupted Aether, a subtle erosion of the very spark of life. Velor’s instruments, calibrated to detect these very energetic signatures, were now registering them with alarming regularity, not just in isolated pockets, but across the broader energetic field of the inhabited regions.</w:t>
      </w:r>
    </w:p>
    <w:p/>
    <w:p>
      <w:r>
        <w:br/>
        <w:t>He recalled a specific passage from a collection of meteorological logs, rendered on treated bark. It detailed a period in the late Second Era, marked by an unusual prevalence of ‘entropic fogs’ – atmospheric phenomena that disoriented perception, induced lethargy, and subtly eroded memory. The logs explicitly linked these fogs to specific Aetheric imbalances, to a ‘thinning’ of the protective energetic veil that normally shielded the world from cosmic disharmony. The modern Aetheric readings bore an uncanny resemblance to the descriptions of these entropic fogs, albeit on a more subtle, less immediately perceptible scale. The implication was clear: the protective veil was thinning again, and the Architect of Entropy was actively exploiting this vulnerability.</w:t>
      </w:r>
    </w:p>
    <w:p/>
    <w:p>
      <w:r>
        <w:br/>
        <w:t>The Synarchs’ focus on grand, world-altering Aetheric manipulations, while impressive in its scope, had been fundamentally flawed. They had treated the Aether as a canvas upon which to paint their ambitions, rather than as a living, interconnected ecosystem that required careful tending. Their attempts to impose order through sheer force of will had, paradoxically, introduced greater instability. Velor’s understanding of the Primordial Chant, once seen as the key to unlocking ultimate power, now appeared as a dangerous double-edged sword. It allowed for incredible feats of creation and manipulation, but it also provided a direct conduit for the Architect of Entropy to inject its corrupting influence. The very act of harmonizing with the Aether, if not done with absolute purity of intention and understanding, could become an act of inviting infestation.</w:t>
      </w:r>
    </w:p>
    <w:p/>
    <w:p>
      <w:r>
        <w:br/>
        <w:t>The weight of responsibility pressed down on Velor. He had dedicated his life to the pursuit of knowledge, to unearthing the lost truths of the past. Now, that knowledge had revealed a present danger of catastrophic proportions. The subtle disturbances he was detecting were not abstract scientific data; they were the precursor symptoms of an imminent global crisis. The precise Aetheric frequencies that had preceded the fall of civilizations, the specific harmonic imbalances that had heralded eras of profound despair and societal breakdown, were now being replicated, albeit in a more insidious, less overt form. This wasn't a theoretical threat; it was an active, ongoing assault on the very fabric of reality.</w:t>
      </w:r>
    </w:p>
    <w:p/>
    <w:p>
      <w:r>
        <w:br/>
        <w:t>The Synarchs’ historical records, meticulously curated to present a narrative of enlightened progress, had served to obscure the true nature of their endeavors. They had downplayed the inherent risks of Aetheric manipulation, glossed over the unintended consequences, and, most dangerously, had failed to acknowledge the subtle, pervasive influence that seemed to prey on their ambition. The ‘Architect of Entropy’ was not merely a theoretical construct, a poetic metaphor for chaos. It was an active agent, a parasitic consciousness that fed on discord and actively sought to foster it. And its methods were subtle, insidious, and terrifyingly effective. It did not conquer; it corrupted. It did not destroy; it unraveled.</w:t>
      </w:r>
    </w:p>
    <w:p/>
    <w:p>
      <w:r>
        <w:br/>
        <w:t>Velor understood now that the Synarchs' downfall was not a simple tale of hubris. It was a cautionary epic, a tragedy born of a struggle against an enemy they could not comprehend, an enemy that operated on a fundamental level of energetic manipulation. Their greatest achievements, their most ambitious Aetheric undertakings, had inadvertently amplified the Architect's influence, providing it with greater purchase, deeper penetration into the world's energetic systems. The Primordial Chant, the very tool they believed would grant them dominion over reality, had become the conduit through which their world was subtly poisoned.</w:t>
      </w:r>
    </w:p>
    <w:p/>
    <w:p>
      <w:r>
        <w:br/>
        <w:t>The implication of the ‘Masks’ being the solution was stark. These artifacts were not merely historical curiosities to be studied in a vault. They were vital components, active instruments that had once been used to maintain the world's energetic integrity. Their rediscovery and, more importantly, their reactivation, was no longer a scholarly pursuit; it was a matter of critical, tactical necessity. The current Aetheric readings, the subtle dampening and discordant hum, were not aberrations to be corrected with theoretical models. They were conditions that required direct, physical intervention, the deployment of the very tools that had been lost to time and neglect.</w:t>
      </w:r>
    </w:p>
    <w:p/>
    <w:p>
      <w:r>
        <w:br/>
        <w:t>The patterns identified in the ancient texts were not merely historical curiosities; they were urgent warnings, clear indicators of a repeating cycle of destruction. The subtle disturbances currently being registered by Velor’s instruments were the unmistakable precursors to the very cataclysms that had brought down ancient civilizations. The world was once again drifting towards the precipice, not by accident, but through the slow, deliberate work of a malevolent intelligence that had learned to exploit the inherent vulnerabilities of the Aether and the ambitions of those who sought to control it. The Synarchs, in their quest for ultimate power, had inadvertently become agents of this entropy. They had laid the foundation for a disaster that was now beginning to manifest once more.</w:t>
      </w:r>
    </w:p>
    <w:p/>
    <w:p>
      <w:r>
        <w:br/>
        <w:t>Velor’s meticulous research had solidified into a profound, unshakeable conviction: action, immediate and decisive, was required. The passive observation and academic dissection of the past were no longer sufficient. The intricate dance of cosmic forces, the delicate balance of Aetheric energies, was being systematically undermined, and the subtle tremors he detected were the early signs of a much larger, far more devastating collapse. The ancient ‘Masks,’ once relegated to the realm of myth and legend, were now revealed as the only viable means of actively counteracting this encroaching entropy. Their function was not to merely record or explain, but to actively intervene, to re-establish the vital harmonic balance that had been so carelessly disrupted.</w:t>
      </w:r>
    </w:p>
    <w:p/>
    <w:p>
      <w:r>
        <w:br/>
        <w:t>The realization that the Synarchs had been manipulated, that their grand designs had been subtly perverted, shifted Velor’s entire perspective. He had initially sought to understand their power, to learn from their triumphs. Now, he understood that their greatest vulnerability lay in their ambition, in their eagerness to bend the fundamental forces of existence to their will without fully appreciating the delicate equilibrium they were disrupting. The Architect of Entropy had not needed to engage them in direct conflict; it had merely needed to whisper in the right ears, to exploit their inherent desire for greater control, and to allow their actions to create the very conditions it thrived upon. The subtle corruption of historical records was itself a testament to this strategy, ensuring that future generations would repeat the same fatal mistakes, blinded by the allure of power and the sanitized narrative of progress.</w:t>
      </w:r>
    </w:p>
    <w:p/>
    <w:p>
      <w:r>
        <w:br/>
        <w:t>The Synarchs' belief in their own ultimate control had been their undoing. They had perceived the Aether as a malleable substance, a tool to be shaped, rather than a complex, interconnected system that required profound respect and careful stewardship. Their attempts to directly impose order through the Primordial Chant, while achieving remarkable feats, had also introduced fundamental instabilities, creating ‘resonant scars’ that the Architect of Entropy could exploit. Velor now saw these scars not as remnants of past power, but as festering wounds, actively being widened by the ongoing manipulations of this malevolent entity. The present-day readings, mirroring the precursor signatures of ancient cataclysms, were undeniable proof that the process of unraveling was not a historical footnote, but an ongoing, active campaign.</w:t>
      </w:r>
    </w:p>
    <w:p/>
    <w:p>
      <w:r>
        <w:br/>
        <w:t>The urgency of his mission became paramount. The continued study of the past was no longer merely an intellectual pursuit; it was a race against the present. The world’s continued existence, its very energetic stability, depended on Velor’s ability to not only understand these patterns but to actively disrupt them. The ‘Masks,’ with their unique Aetheric modulation capabilities, were the tangible means by which this disruption could be achieved. To simply understand the Synarchs’ mistakes would be to condemn the world to repeat them. To actively employ the forgotten countermeasures, to reawaken the dormant defenses, was the only path forward. The weight of history, once a burden of knowledge, had now transformed into the imperative for immediate, decisive action. His solitary quest for understanding had evolved into a critical mission for survival.</w:t>
      </w:r>
    </w:p>
    <w:p/>
    <w:p>
      <w:pPr>
        <w:jc w:val="left"/>
      </w:pPr>
      <w:r>
        <w:t xml:space="preserve">Velor’s study of the ancient texts had culminated not in abstract contemplation, but in a stark, actionable directive. The subtle energetic decay he detected, the echoes of past cataclysms resonating in the present, demanded more than mere observation. They demanded intervention. The Synarchs, in their monumental hubris, had not only failed to prevent the inevitable descent into chaos but had, in fact, inadvertently accelerated it. Their grand pronouncements of control and mastery over the Aether had been a fragile veneer over a profound misunderstanding of its fundamental nature. They had attempted to command a symphony without understanding the instruments, and in doing so, had shattered the harmony. His instruments, the delicate crystalline conduits and attuned resonators, confirmed this grim reality. The ambient Aether was not merely fluctuating; it was subtly </w:t>
      </w:r>
      <w:r>
        <w:rPr>
          <w:i/>
        </w:rPr>
        <w:t>attuned</w:t>
      </w:r>
      <w:r>
        <w:t xml:space="preserve"> to disharmony, a vulnerability that the Architect of Entropy was relentlessly exploiting. The ancient texts, once mere historical records, were now revealed as a desperate playbook, outlining not just how civilizations had fallen, but the precise energetic signatures that heralded their demise – signatures that were now manifesting again, albeit with a chilling subtlety.</w:t>
      </w:r>
    </w:p>
    <w:p>
      <w:r>
        <w:br/>
        <w:t>The realization that the Synarchs themselves might hold the key, not as rulers or masters, but as potential conduits for the solution, was a profound shift in his understanding. The historical accounts, when stripped of the Synarchs’ self-serving embellishments, hinted at an inherent sensitivity within certain bloodlines, an innate attunement to the Aether that predated even their most ambitious manipulations. These were not the consciously trained manipulators of the later Synarchic eras, but individuals whose connection to the energetic currents of the world was more innate, more primal. He believed that within these nascent Synarchs, or individuals who possessed a similar, uncorrupted attunement, lay the potential to wield the ‘Masks’ and the principles of harmonic stabilization effectively. Their emergent abilities, if properly guided and understood, could be the counter-frequency needed to disrupt the Architect’s insidious work.</w:t>
      </w:r>
    </w:p>
    <w:p/>
    <w:p>
      <w:r>
        <w:br/>
        <w:t>His meticulous mapping of historical sites, coupled with his understanding of Aetheric resonance patterns, allowed him to pinpoint regions where such sensitivities were most likely to manifest. The ancient texts spoke of specific geographical loci, places where the Aether flowed with particular strength or exhibited unique harmonic qualities, often drawing the attention of those with innate Aetheric perception. These were not always places of grand monuments or evident power, but rather subtle nexus points, often hidden in plain sight, where the world’s energetic currents converged. He cross-referenced these Aetheric nexus points with records of historical settlements and known areas of unusual phenomena, seeking a confluence of indicators. The regions around the Whispering Peaks, known for their peculiar atmospheric acoustic anomalies, and the Sunken Valleys, where historical accounts spoke of unusual plant luminescence and heightened emotional sensitivity in the populace, presented themselves as prime candidates. Even the desolate expanse of the Grey Wastes, a region famously avoided due to its unsettling stillness and the reported instances of disoriented travelers, now seemed less a place of barrenness and more a potential hub of suppressed Aetheric activity, perhaps a consequence of its very isolation.</w:t>
      </w:r>
    </w:p>
    <w:p/>
    <w:p>
      <w:r>
        <w:br/>
        <w:t>Velor understood that this was not a task for the unprepared. The journey would be arduous, the search fraught with uncertainty. He was a scholar, a researcher, not a seasoned explorer or warrior. Yet, the knowledge he possessed was arguably the most potent weapon available. He began to gather what limited resources he could. His research had yielded a small cache of vital supplies: preserved rations, sturdy cloaks for protection against the elements, and, most importantly, a carefully prepared satchel containing his most critical texts and instruments. He also secured a few of the less ornate, more portable ‘Mask’ fragments he had managed to acquire during his studies. These were not the powerful, complete artifacts of legend, but crucial components, each imbued with a specific resonant signature that he believed could be amplified or harmonized with a similar, stronger frequency. They were tools, yes, but also potent symbols of the task ahead, tangible reminders of the forgotten art of energetic stabilization.</w:t>
      </w:r>
    </w:p>
    <w:p/>
    <w:p>
      <w:r>
        <w:br/>
        <w:t>His preparations were methodical, reflecting his deeply ingrained analytical nature. He charted potential routes, considering not only the most direct paths but also those that offered the best chance of discreet travel, minimizing any potential notice from those who might seek to maintain the status quo or, worse, actively disrupt his efforts. The Synarchic Council, or what remained of its influence, was a phantom entity now, its power diluted and its true objectives obscured. Yet, its historical legacy of control and suppression of dissenting knowledge meant that any overt display of Aetheric research or unusual activity could attract unwelcome attention. He therefore focused on acquiring information about less-traveled routes, old trade paths long since abandoned, and natural thoroughfares that might offer concealment. He studied celestial navigation, ensuring he would not be reliant solely on cartography, and practiced the subtle art of Aetheric dampening, a rudimentary technique gleaned from the texts that allowed one to blend more seamlessly with the ambient energetic field, reducing one's 'resonance signature.'</w:t>
      </w:r>
    </w:p>
    <w:p/>
    <w:p>
      <w:r>
        <w:br/>
        <w:t>He also began to cultivate a heightened awareness of his own Aetheric sensitivity. While his research had honed his intellectual understanding, he recognized that true effectiveness would require a more visceral connection to the Aether. He spent hours in quiet meditation, focusing on the subtle currents he could detect, attempting to discern not just their patterns of decay but their inherent 'feeling,' their energetic tone. This practice, described in the texts as 'listening to the world's breath,' was challenging. It was like trying to distinguish individual voices in a roaring cacophony, yet Velor persisted. He believed that by attuning himself more deeply, he would be better equipped to recognize similar sensitivities in others, to identify those with the innate potential he sought. He began to notice subtle shifts in his perception – a faint hum preceding a change in weather, a prickling sensation when he neared a place of strong residual Aetheric energy, or a feeling of unease in areas where the Architect’s influence was particularly pronounced.</w:t>
      </w:r>
    </w:p>
    <w:p/>
    <w:p>
      <w:r>
        <w:br/>
        <w:t>The weight of his undertaking was immense. He was one man, armed with ancient knowledge and a desperate hope, setting out to find others who might share his burden. The Synarchs, the inheritors of a power they did not fully comprehend, were scattered, their lineage diluted by generations of complacency and the deliberate suppression of true Aetheric understanding. His task was not merely to find them, but to awaken them, to convince them of the dire reality that lay hidden beneath the Synarchs’ carefully constructed narrative of enlightened rule. He knew that many would dismiss his findings, clinging to the established doctrines and the comforts of ignorance. The Architect of Entropy had worked its subtle magic for centuries, fostering complacency and disbelief in the very forces that sustained the world.</w:t>
      </w:r>
    </w:p>
    <w:p/>
    <w:p>
      <w:r>
        <w:br/>
        <w:t>Yet, Velor possessed a conviction forged in the crucible of undeniable evidence. The past was not a series of disconnected events; it was a continuous narrative of cause and effect, a testament to the enduring power of fundamental energetic principles. The same subtle decay that had undermined civilizations millennia ago was now at work again, and the tools to combat it, though forgotten, were within reach. His journey was not just a search for individuals; it was a quest to reignite a lost tradition, to reassemble the fragmented pieces of a crucial defense system before the encroaching tide of entropy could drown the world in irreversible chaos. The first step, however, was to leave the quiet solitude of his study and step out into a world teetering on the precipice, a world oblivious to the silent war being waged on its very energetic foundation.</w:t>
      </w:r>
    </w:p>
    <w:p/>
    <w:p>
      <w:r>
        <w:br/>
        <w:t>He secured his satchel, its weight a familiar comfort, and took one last look at the vellum scrolls spread across his table, their cryptic symbols now imbued with the urgent clarity of prophecy. The candlelight, once a source of illumination for his research, now seemed a fragile bulwark against the encroaching darkness. With a deep breath, Velor opened the door, the cool night air a stark contrast to the warmth of his study, and stepped out into the nascent dawn, the first light painting the sky with hues of rose and amethyst – a fragile beauty that he was now more determined than ever to protect. His journey, a solitary pilgrimage of discovery and activation, had begun. The ancient maps were etched not only on parchment but within his mind, guiding him towards the scattered embers of Aetheric sensitivity that he hoped to fan into a blazing inferno against the coming night. His destination: the scattered remnants of those who, through bloodline or innate gift, might still carry the spark of the world’s forgotten resilience.</w:t>
      </w:r>
    </w:p>
    <w:p/>
    <w:p>
      <w:r>
        <w:br w:type="page"/>
      </w:r>
    </w:p>
    <w:p>
      <w:pPr>
        <w:spacing w:before="5040"/>
        <w:jc w:val="center"/>
      </w:pPr>
      <w:r>
        <w:rPr/>
        <w:t xml:space="preserve"> 3: The Heart of the Wild</w:t>
      </w:r>
    </w:p>
    <w:p>
      <w:r>
        <w:t>The air in the Stillness Sanctum was a palpable thing, a gentle caress that whispered secrets only the truly attuned could decipher. Liora moved through this living sanctuary with a grace born of deep familiarity, her bare feet sinking slightly into the mossy earth. This valley, cradled between slumbering, ancient peaks, was more than just her home; it was an extension of her very being. Sunlight, dappled and diffused by the dense canopy of emerald leaves, painted shifting patterns on the forest floor, illuminating a tapestry of vibrant life. The trees here were not merely wood and foliage; they were ancient entities, their gnarled branches reaching towards the heavens like supplicating arms, their roots delving deep into the earth’s embrace. Liora could feel their slow, steady pulse, a rhythm that resonated with the steady beat of her own heart.</w:t>
      </w:r>
    </w:p>
    <w:p>
      <w:r>
        <w:br/>
        <w:t>Her days were a symphony of gentle ministrations. She was an elementalist, a nurturer of the world’s raw life force. Her touch could coax the most stubborn seed to sprout, could soothe the agitated hum of a distressed creature, and could weave threads of healing energy through wilting leaves. The crystalline streams that crisscrossed the valley floor were not just water; they were arteries of pure, vibrant Aether, their liquid song a constant melody that cleansed and revitalized the land. Liora often knelt beside their banks, her fingers trailing in the cool, effervescent flow, feeling the subtle currents of energy that coursed through them. It was here, in this place of profound natural beauty and unadulterated life, that she found her deepest solace and her most profound purpose.</w:t>
      </w:r>
    </w:p>
    <w:p/>
    <w:p>
      <w:r>
        <w:br/>
        <w:t>She moved with an innate understanding of the delicate balance that governed the Sanctum. Each plant, each creature, played a vital role in the intricate web of existence. A patch of phosphorescent moss, clinging to the damp bark of an ancient oak, pulsed with a soft, ethereal glow, its bioluminescence a silent testament to the Aetheric energies that saturated the valley. Liora gently brushed away a fallen leaf that threatened to smother its delicate light, her movements economical and precise. She knew the subtle language of growth and decay, the ebb and flow of life that sustained this hidden paradise.</w:t>
      </w:r>
    </w:p>
    <w:p/>
    <w:p>
      <w:r>
        <w:br/>
        <w:t>Her affinity for the earth was not just a skill; it was a birthright, an intrinsic part of her essence. She could feel the subtle shifts in the soil’s moisture, the nascent stirrings of life beneath the surface. When a young sapling, weakened by a harsh season, drooped its leaves, Liora would cup her hands around its base, channeling a gentle stream of her own vital energy into its roots. She could feel the sapling’s struggle, its desperate yearning for sustenance, and she responded with a nurturing warmth that mirrored the sun’s own embrace. Within hours, the sapling would regain its vigor, its leaves unfurling with renewed life, a silent acknowledgment of her care.</w:t>
      </w:r>
    </w:p>
    <w:p/>
    <w:p>
      <w:r>
        <w:br/>
        <w:t>The creatures of the Sanctum were her kin. A family of lumina-moths, their wings dusted with a shimmering powder that captured the ambient light, flitted around her head, their delicate antennae brushing against her cheek. They were unafraid, their trust in her absolute. Liora hummed a soft, low melody, a sound that seemed to mimic the wind’s sigh through the ancient trees, and the moths danced in response, their luminous trails weaving intricate patterns in the twilight air. She had rescued them, one by one, from the harshness of the outside world, nurturing them back to health in the protected embrace of the Sanctum.</w:t>
      </w:r>
    </w:p>
    <w:p/>
    <w:p>
      <w:r>
        <w:br/>
        <w:t>Her connection to the valley was so profound that she often felt the pulse of nature within her very soul. It was as if the roots of the ancient trees extended not just into the earth, but into her own being, anchoring her to this sacred place. She understood the interconnectedness of all things, the subtle energetic threads that bound the smallest insect to the grandest mountain. This understanding was her guiding principle, the foundation upon which her entire existence was built.</w:t>
      </w:r>
    </w:p>
    <w:p/>
    <w:p>
      <w:r>
        <w:br/>
        <w:t>One particularly tranquil afternoon, as the golden rays of the setting sun cast long shadows across the valley, Liora found herself drawn to the edge of a clearing where an ancient willow tree stood sentinel. Its branches, heavy with millennia of growth, wept towards the ground, creating a secluded, verdant chamber. Within this natural alcove, the air thrummed with a unique resonance, a harmonious blend of earth and Aether that Liora found particularly comforting. She often sought refuge here, finding clarity and rejuvenation in its serene aura.</w:t>
      </w:r>
    </w:p>
    <w:p/>
    <w:p>
      <w:r>
        <w:br/>
        <w:t>As she settled herself amongst the willow’s trailing fronds, a faint disturbance rippled through the otherwise tranquil atmosphere. It was subtle, almost imperceptible, like a single discordant note in a perfect symphony. Liora’s senses, honed by years of attunement, immediately registered the anomaly. She closed her eyes, focusing her awareness, trying to pinpoint the source of the disharmony. It was a fleeting sensation, a whisper of foreign energy that quickly dissipated, leaving behind only a lingering trace of unease.</w:t>
      </w:r>
    </w:p>
    <w:p/>
    <w:p>
      <w:r>
        <w:br/>
        <w:t>Curiosity, a gentle but persistent force within her, urged her to investigate. She rose, her movements silent and fluid, and followed the fading energetic trail. It led her deeper into the valley, towards a less frequented area where the trees grew denser and the undergrowth more tangled. The air here felt heavier, the natural hum of life subdued, replaced by an almost oppressive stillness.</w:t>
      </w:r>
    </w:p>
    <w:p/>
    <w:p>
      <w:r>
        <w:br/>
        <w:t>The trail culminated at the base of a weathered, lichen-covered boulder, half-hidden by a curtain of ivy. There, nestled in a small crevice, she found a fragment of something unusual. It was a piece of polished obsidian, no larger than her palm, etched with intricate, swirling patterns that seemed to absorb the very light around them. As her fingers brushed against its cool surface, a jolt of unfamiliar energy coursed through her, not the gentle, life-affirming Aether she was accustomed to, but something colder, more volatile.</w:t>
      </w:r>
    </w:p>
    <w:p/>
    <w:p>
      <w:r>
        <w:br/>
        <w:t>She felt a faint echo of its origin, a disquieting impression of… disruption. It was a stark contrast to the harmonious energies of her sanctuary. This fragment, she sensed, carried a resonance that spoke of manipulation, of forces that sought to impose their will upon the natural order. It was a disturbing intrusion into the peace of her valley, a stark reminder that the world beyond her secluded haven was not always so serene.</w:t>
      </w:r>
    </w:p>
    <w:p/>
    <w:p>
      <w:r>
        <w:br/>
        <w:t>Liora carefully wrapped the obsidian fragment in a soft cloth, her brow furrowed with a mixture of concern and nascent understanding. Her life had been one of nurturing and preserving, of tending to the vibrant pulse of life. This discovery, however, hinted at a different kind of energy, one that was alien to her experience and potentially dangerous. She felt a nascent stirring of a new purpose, a dawning awareness that her role as a simple guardian of this valley might be more significant than she had ever imagined. The tranquility she cherished was a precious thing, and perhaps, she mustemphasize, it was not meant to be an isolated existence. The world, even the parts of it that remained untouched by the clamor of civilization, was not entirely immune to the discordant currents that flowed through it. The presence of this fragment was a clear, undeniable signal.</w:t>
      </w:r>
    </w:p>
    <w:p/>
    <w:p>
      <w:r>
        <w:br/>
        <w:t>She returned to the heart of the Sanctum, the obsidian fragment a disquieting weight in her pouch. The familiar, soothing energies of her home seemed to embrace her, a comforting balm against the unsettling encounter. Yet, the knowledge that such discordant energies could intrude upon her sanctuary, even in such a subtle manner, planted a seed of awareness, a recognition that the delicate balance she so carefully maintained might require more than just gentle tending. It might require an understanding of the forces that sought to disrupt it.</w:t>
      </w:r>
    </w:p>
    <w:p/>
    <w:p>
      <w:r>
        <w:br/>
        <w:t>As she resumed her evening rituals, tending to a patch of moonpetal blossoms that only bloomed under the soft glow of twilight, Liora felt a subtle shift within herself. The discovery of the obsidian fragment had opened a new aperture in her perception. She had always felt the world’s pulse, but now, she felt a dawning awareness of its vulnerabilities. The peaceful rhythm of her valley was not merely a natural state; it was a testament to an ongoing, subtle effort to maintain that harmony. And in the presence of this disruptive energy, Liora understood that her role as a nurturing elementalist might extend beyond the boundaries of her beloved Sanctum. The whisper of discord had become a nascent call to action, a silent prompting to understand the nature of the imbalance and her own potential role in restoring the world's lost harmony. The soft luminescence of the moonpetals seemed to shimmer with a new significance, reflecting not just the light of the sky, but the nascent glow of a dawning realization within her soul.</w:t>
      </w:r>
    </w:p>
    <w:p/>
    <w:p>
      <w:r>
        <w:br/>
        <w:t>The valley, in its timeless quietude, offered no immediate answers, only the steady reassurance of its inherent life force. Liora spent the next few days observing her surroundings with a heightened sense of awareness. She noticed how the lumina-moths, usually drawn to the gentle Aetheric emanations of certain flowers, now seemed to flit towards the area where she had found the obsidian shard. Their luminescence, typically a soft, steady glow, flickered erratically, as if responding to an unseen stimulus. The crystalline streams, usually clear and vibrant, appeared to carry a faint, almost imperceptible murkiness in their currents, a subtle distortion in their normally pristine flow.</w:t>
      </w:r>
    </w:p>
    <w:p/>
    <w:p>
      <w:r>
        <w:br/>
        <w:t>Liora would sit by the stream, her fingers tracing the patterns of the water’s movement, trying to discern the nature of this change. It was as if the valley’s natural song had been subtly altered, a few notes played out of key, creating a faint but persistent dissonance. She understood that her connection to the earth was not passive; it was an active engagement, a constant dialogue. This dialogue was now carrying a new message, one of subtle disharmony, a quiet disruption that threatened the very essence of her sanctuary.</w:t>
      </w:r>
    </w:p>
    <w:p/>
    <w:p>
      <w:r>
        <w:br/>
        <w:t>She began to experiment, her elementalist skills proving to be far more versatile than she had previously realized. She would gather dew from the morning leaves, not just for its purity, but to observe its energetic signature. She would crush specific herbs, releasing their aromatic essence, and analyze the subtle Aetheric trails they left in the air. Each action was a question, each observation a piece of a larger, unfolding puzzle. She discovered that the obsidian fragment, when placed near certain energetically resonant crystals that she had gathered over the years, seemed to amplify their subtle hum, but in a way that felt discordant, as if it were forcing them to vibrate at an unnatural frequency.</w:t>
      </w:r>
    </w:p>
    <w:p/>
    <w:p>
      <w:r>
        <w:br/>
        <w:t>Her nurturing touch, usually focused on encouraging growth, now found a new application: discerning the subtle influences that could hinder or corrupt it. She found that certain plants, when exposed to the residual energies of the obsidian fragment, developed a faint discoloration, their leaves curling inwards as if in pain. The vibrant energy that normally radiated from them seemed to be siphoned away, leaving them weakened and listless. This was not the natural cycle of decay; this was an active draining, a subtle poisoning of their life force.</w:t>
      </w:r>
    </w:p>
    <w:p/>
    <w:p>
      <w:r>
        <w:br/>
        <w:t>Liora’s understanding deepened with each passing day. She began to recognize that the Architect of Entropy, a concept she had only vaguely grasped from the whispers of ancient lore that sometimes drifted into her secluded valley, was not some distant, abstract force. It was a palpable presence, capable of subtly infiltrating and corrupting even the most protected spaces. The serene stillness of her Sanctum, she realized, was not an impenetrable shield, but a fragile haven that required active vigilance.</w:t>
      </w:r>
    </w:p>
    <w:p/>
    <w:p>
      <w:r>
        <w:br/>
        <w:t>She also began to notice a change within herself. The constant attunement to the valley’s subtle energies, combined with her recent observations of discordant forces, had sharpened her innate abilities. She could now perceive the Aetheric signatures of individual beings with remarkable clarity, discerning not just their physical presence but their emotional and energetic states. She found she could sense the underlying currents of thought and intention, a skill that had previously been limited to the most basic of empathetic intuitions.</w:t>
      </w:r>
    </w:p>
    <w:p/>
    <w:p>
      <w:r>
        <w:br/>
        <w:t>One evening, as she was tending to a cluster of slumbering night-blooms, she felt a presence approaching the edges of her valley. It was not the familiar, gentle energy of a wandering animal or a lost traveler. This was a focused, deliberate presence, carrying a distinct resonance that mirrored, in a distorted way, the Aetheric disharmony she had detected from the obsidian fragment. It was a resonance of purpose, but a purpose that felt alien and potentially threatening to the sanctity of her home.</w:t>
      </w:r>
    </w:p>
    <w:p/>
    <w:p>
      <w:r>
        <w:br/>
        <w:t>Her first instinct was to retreat, to blend into the shadows of the ancient trees and observe from a distance. But the nurturing spirit within her, the inherent drive to protect and preserve, urged her to face this unknown force. She collected a small pouch of potent herbs, their combined energies known to create a subtle aura of dispelling and clarity, and secured the obsidian fragment within the deepest pocket of her simple, earth-toned tunic.</w:t>
      </w:r>
    </w:p>
    <w:p/>
    <w:p>
      <w:r>
        <w:br/>
        <w:t>As the presence drew closer, Liora moved towards the perimeter of her valley, the air growing thick with an unseen tension. The familiar hum of life seemed to recede, replaced by a hushed anticipation. Through the dense foliage, she saw him. A figure cloaked in shadows, his form indistinct against the darkening twilight, moving with a stealth that spoke of practiced intent. He was not of the wild, not of the natural flow of the valley. His energy signature was sharp, angular, and laced with a cold, calculating intent.</w:t>
      </w:r>
    </w:p>
    <w:p/>
    <w:p>
      <w:r>
        <w:br/>
        <w:t>He stopped at the edge of the clearing, his gaze, though hidden by the cowl of his cloak, seemed to pierce the very heart of the Sanctum. Liora remained still, her own energy a quiet hum of vigilance, her senses working overtime to decipher his intentions. She could feel the faint emanations from the obsidian fragment she carried, a subtle thrumming that seemed to call out to him, a recognition of shared, albeit corrupted, resonance.</w:t>
      </w:r>
    </w:p>
    <w:p/>
    <w:p>
      <w:r>
        <w:br/>
        <w:t>This was no mere wanderer. This was someone who sought out such energies, who understood their nature and their power. He was a disruption made manifest, a tangible embodiment of the disharmony she had begun to sense. The peace of her sanctuary felt suddenly precarious, the delicate balance she had so carefully cultivated threatened by this intrusive presence. Liora knew, with a chilling certainty, that her life as a secluded nurturer was about to be irrevocably altered. The quiet whisper of discord had just found its voice, and it was calling to her, demanding a response, demanding that she step beyond the confines of her valley and confront the encroaching shadows that sought to unravel the world’s intricate tapestry. Her sanctuary, once a place of pure solace, had become a beacon, and the night was bringing its answer.</w:t>
      </w:r>
    </w:p>
    <w:p/>
    <w:p>
      <w:r>
        <w:t>The very air in the Stillness Sanctum, a symphony of scents and subtle vibrations, was Liora’s first language. It spoke of the living world, a tapestry woven from the primal threads of existence. Her understanding of the elemental aspects of Aetherflow was not one of dominance, but of deep, resonant communion. She perceived the earth not as mere soil and stone, but as a vast, slumbering consciousness, its roots intertwining with the very bedrock of the world, pulsing with a slow, deliberate heartbeat. The water, from the gentlest dewdrop to the most turbulent cascade, was a fluid conduit of raw Aether, its currents carrying not just moisture, but the very lifeblood of the land. The air itself was an invisible ocean of energy, rippling with the breath of mountains and the whispers of distant storms. And fire, though less prevalent in her secluded valley, was the primal spark, the transformative force that both destroyed and renewed.</w:t>
      </w:r>
    </w:p>
    <w:p>
      <w:r>
        <w:br/>
        <w:t>Her days were a testament to this philosophy of elemental harmony. She would seek out the thundering embrace of waterfalls, not to challenge their power, but to immerse herself in their unbridled energy. Standing at the edge of a precipice, the mist a cool caress against her skin, she would close her eyes and let the roar of the cascading water fill her being. She felt the sheer force, the relentless downward pull, but also the underlying purity, the Aetheric charge that made each droplet a tiny spark of life. It was in these moments of complete surrender that she could truly feel the water’s rhythm, its ceaseless journey from sky to earth, its constant renewal. She learned to sense the subtle shifts in its flow, the way it carved paths through stone, the way it nurtured the moss and ferns that clung to its spray-soaked banks. This was not an act of control, but of deep listening, of understanding the water’s innate purpose.</w:t>
      </w:r>
    </w:p>
    <w:p/>
    <w:p>
      <w:r>
        <w:br/>
        <w:t>Similarly, her communion with the ancient trees was a practice steeped in reverence. She would often find herself drawn to the oldest sentinels of the valley, their trunks gnarled and weathered by centuries, their branches reaching towards the heavens like ancient, wise fingers. Leaning against their rough bark, she would place her hands upon their massive forms, feeling the slow, steady ascent of sap, the silent communication that flowed between root and canopy. She could sense the earth’s nourishment being drawn upward, transformed into the very essence of the tree, exhaled back into the air as life-giving oxygen. She felt the memory held within their rings, the silent witnessing of seasons, of storms, of the slow passage of time. The trees were living libraries, their roots anchoring them to the deepest truths of the earth, their leaves reaching for the boundless potential of the sky. In their stillness, she found a profound sense of groundedness, a tangible connection to the enduring spirit of the land.</w:t>
      </w:r>
    </w:p>
    <w:p/>
    <w:p>
      <w:r>
        <w:br/>
        <w:t>This intimate attunement allowed Liora to perceive what others could not: the subtle disharmonies that marred the world’s natural Aetheric flow. Her valley, while a sanctuary, was not entirely immune. She could feel the faint scars left by careless Aetheric use, the lingering residue of energies that had been forced, manipulated, or simply wasted. These were not overt ruptages, but faint whispers of discord, like a single dissonant note in an otherwise perfect melody. She would notice a patch of flowers, their usual vibrant hues dulled, their petals curling inwards as if in silent protest against an unseen imbalance. Or she might feel a faint tremor in the earth, a fleeting instability in the bedrock that spoke of deeper, more unsettling disturbances.</w:t>
      </w:r>
    </w:p>
    <w:p/>
    <w:p>
      <w:r>
        <w:br/>
        <w:t>These subtle disruptions were a source of growing concern for her. She understood that the Aether was not a static force, but a dynamic, interconnected web. When one thread was frayed, the entire tapestry suffered. The lumina-moths, usually drawn to the gentle Aetheric emanations of specific night-blooming flowers, would sometimes flutter erratically, their wings beating with an anxious rhythm, drawn to areas where the natural energy was subtly distorted. The crystalline streams, her constant companions, would occasionally carry a faint, almost imperceptible murkiness, a disruption in their pristine flow that indicated a subtle impurity in the Aether they carried.</w:t>
      </w:r>
    </w:p>
    <w:p/>
    <w:p>
      <w:r>
        <w:br/>
        <w:t>Her practice of discernment involved more than just sensing these disharmonies; it involved understanding their origin. She would collect dew from leaves, not just for its purity, but to observe its energetic signature. Was it clean, carrying the pure resonance of the morning air and the earth’s moisture, or did it carry a faint, metallic tang, a whisper of something artificial and out of place? She would crush specific herbs, releasing their aromatic essence, and analyze the subtle Aetheric trails they left in the air. Some trails were clean and clear, resonating with the natural life force of the valley. Others, however, had a faint, residual sharpness, a hint of energies that had been forced or corrupted.</w:t>
      </w:r>
    </w:p>
    <w:p/>
    <w:p>
      <w:r>
        <w:br/>
        <w:t>She discovered that the obsidian fragment she had found weeks ago was a focal point for this disharmony. When placed near certain crystals she had collected, crystals that normally hummed with a pure, resonant frequency, the obsidian seemed to amplify their hum, but in a way that felt jarring, discordant. It was as if the obsidian were forcing the crystals to vibrate at an unnatural frequency, disrupting their inherent harmony. This was not simply a matter of different energies interacting; it was an active imposition of a disruptive force.</w:t>
      </w:r>
    </w:p>
    <w:p/>
    <w:p>
      <w:r>
        <w:br/>
        <w:t>Liora’s elementalist skills, honed through years of quiet observation and practice, were proving to be far more versatile than she had ever imagined. Her nurturing touch, once solely focused on encouraging growth, now found a new application: discerning the subtle influences that could hinder or corrupt it. She learned to sense the subtle "flavor" of Aether, the unique energetic signature that each natural element possessed. The Aether of the deep earth was grounding and stable, the Aether of flowing water was cleansing and adaptable, the Aether of the air was light and expansive, and the Aether of fire was transformative and energetic. When these natural Aetheric signatures were tainted by external forces, Liora could feel it – a subtle wrongness, a jarring note in the otherwise harmonious chorus of the Sanctum.</w:t>
      </w:r>
    </w:p>
    <w:p/>
    <w:p>
      <w:r>
        <w:br/>
        <w:t>She began to see the Architect of Entropy not as a distant, theoretical concept, but as a tangible force that sought to unravel the world’s intricate tapestry. The faint scars she perceived were not merely unfortunate accidents, but deliberate acts of disruption. The obsidian fragment was a potent symbol of this, a tangible piece of a force that sought to impose a cold, calculated order upon the wild, vibrant chaos of natural Aether. Her valley, she realized, was not an isolated pocket of perfect harmony, but a beacon of natural energy, and as such, it was a target.</w:t>
      </w:r>
    </w:p>
    <w:p/>
    <w:p>
      <w:r>
        <w:br/>
        <w:t>This realization was a somber one, yet it also ignited a new resolve within her. The subtle disharmonies were no longer just points of concern; they were indicators of a larger struggle. Her life had been dedicated to nurturing and preserving, to fostering the natural flow of life. Now, she understood that this role might require a more active engagement. She began to train herself, to sharpen her senses, to explore the limits of her abilities. She practiced channeling the earth’s steady energy through her own body, grounding herself against the potential onslaught of discordant forces. She meditated by the streams, not just to feel their flow, but to understand how they could be subtly altered, how their purity could be compromised. She spent hours in the ancient groves, listening to the silent wisdom of the trees, seeking to understand the resilience of life in the face of adversity.</w:t>
      </w:r>
    </w:p>
    <w:p/>
    <w:p>
      <w:r>
        <w:br/>
        <w:t>The discovery of the cloaked figure at the edge of her valley, and the palpable resonance of discordant energy he carried, served as a stark confirmation of her fears. This was not a natural phenomenon; it was an intrusion. The Aetheric disharmony she had sensed was not a random occurrence but a deliberate manifestation of a force that sought to impose its will upon the natural order. The obsidian fragment she carried pulsed faintly, a silent acknowledgement of a shared, yet corrupted, resonance, a beacon that drew the intruder to her sanctuary.</w:t>
      </w:r>
    </w:p>
    <w:p/>
    <w:p>
      <w:r>
        <w:br/>
        <w:t>The cloaked figure’s presence, his focused intent, and the chillingly familiar Aetheric signature he emanated solidified Liora’s understanding of the threat. He was an embodiment of the Architect of Entropy, a tangible force of disruption. His angular, cold energy was a stark contrast to the organic, flowing Aether she was accustomed to. He was a deliberate architect of discord, and his presence in her valley was an undeniable declaration of intent. Liora, the secluded nurturer, the elemental harmonizer, found herself standing at the precipice of a conflict she had never anticipated, a struggle not just for the sanctity of her valley, but for the very balance of the world’s Aetheric flow. The quiet whisper of discord had found its voice, and it was calling her to action. The very essence of elemental harmony was at stake, and Liora, with her deep understanding of nature’s intricate rhythms, was its unlikely, but perhaps necessary, guardian.</w:t>
      </w:r>
    </w:p>
    <w:p/>
    <w:p>
      <w:r>
        <w:t>The air in the Stillness Sanctum, usually a symphony of gentle hums and subtle vibrations, began to acquire a new, discordant note. Liora, deep in her meditative communion beside the Heartspring – a place where the Aetheric currents of the valley converged in a radiant, almost tangible purity – felt it first as a faint tremor beneath the earth. It wasn't the familiar seismic whisper of tectonic plates shifting, nor the deep, resonant pulse of the planet’s core. This was different. It was a subtle, grating dissonance, like a single, uninvited guest at a sacred feast, its presence immediately felt, though not yet fully understood.</w:t>
      </w:r>
    </w:p>
    <w:p>
      <w:r>
        <w:br/>
        <w:t>She opened her eyes, the emerald depths of the Heartspring reflecting the dappled sunlight filtering through the ancient canopy. The water, which normally mirrored the sky with flawless clarity, now seemed to possess a faint, almost imperceptible turbulence, as if an invisible hand had disturbed its glassy surface. The crystalline streams that fed the Heartspring, usually a liquid song of pure Aether, now carried a faint, metallic tang on their currents. It was as if the very essence of life, the pure, untainted energy that permeated her valley, had been subtly tainted, like a perfect melody marred by a single, jarring flat note.</w:t>
      </w:r>
    </w:p>
    <w:p/>
    <w:p>
      <w:r>
        <w:br/>
        <w:t>A chill, unrelated to the valley’s usual cool, settled upon her skin. Her connection to the Sanctum was more than just a passive observation; it was an active, sensory engagement. She felt the unease ripple through the surrounding flora. The leaves of the ancient sentinel trees, usually swaying in a languid, rhythmic dance with the breeze, now trembled with a disquieting agitation. Their emerald surfaces seemed to dim, as if a shadow, both literal and metaphorical, had passed over them. The delicate lumina-moths, their wings dusted with the soft glow of captured moonlight, flitted erratically, their usual silent, graceful arcs replaced by jerky, anxious movements. Their light, typically a steady beacon of natural Aether, pulsed with an irregular, flickering intensity.</w:t>
      </w:r>
    </w:p>
    <w:p/>
    <w:p>
      <w:r>
        <w:br/>
        <w:t>Liora’s nurturing instincts, honed by years of tending to the delicate balance of the valley, were immediately on high alert. This was not the natural ebb and flow of Aether, the cycles of growth and decay, of waxing and waning energies. This was an intrusion. A foreign presence, alien to the inherent harmony of her sanctuary, was beginning to manifest. It was a disruption of the natural order, a corruption of the pure, life-giving flow that sustained her home.</w:t>
      </w:r>
    </w:p>
    <w:p/>
    <w:p>
      <w:r>
        <w:br/>
        <w:t>She focused her senses, delving deeper into the unsettling sensation. It wasn't a localized disturbance, but a resonance that seemed to emanate from a point outside the valley’s protective embrace. Yet, its tendrils were already reaching in, subtly altering the energetic fabric of her world. The feeling was akin to a sickness creeping into a healthy body, an unseen blight that weakened the very foundations of vitality. It spoke of a force that did not understand, or perhaps actively disdained, the inherent beauty and interconnectedness of the natural Aetheric web.</w:t>
      </w:r>
    </w:p>
    <w:p/>
    <w:p>
      <w:r>
        <w:br/>
        <w:t>The obsidian fragment she carried, nestled against her skin, seemed to hum with a faint, sympathetic vibration. It was a low, guttural thrum that felt like an echo of the discord she was sensing. The fragment, a piece of the Architect of Entropy, was not merely a passive relic of a destructive force; it was a conduit, a beacon that responded to, and perhaps even amplified, the presence of similar energies. It was a stark reminder that the delicate peace of her valley was not an impenetrable fortress, but a vibrant, living entity that could be targeted and corrupted.</w:t>
      </w:r>
    </w:p>
    <w:p/>
    <w:p>
      <w:r>
        <w:br/>
        <w:t>She rose from her seated meditation, the usual sense of peace replaced by a deep-seated disquiet. Her hands, accustomed to the gentle act of coaxing life from the earth, now tingled with a nervous energy. The purity of the Heartspring, which usually revitalized her spirit, now seemed to amplify the sense of encroaching disharmony. It was as if the very source of life in her valley was under subtle attack, its pristine essence being subtly diluted by this foreign resonance.</w:t>
      </w:r>
    </w:p>
    <w:p/>
    <w:p>
      <w:r>
        <w:br/>
        <w:t>She walked towards the edge of the clearing, her bare feet pressing into the soft, mossy earth. The trees here were older, their roots delving deep into the valley’s heart. As she approached, she could feel their silent distress. Their branches, usually adorned with dew-kissed leaves that sparkled like a thousand emeralds, now appeared duller, their vibrant sheen diminished. A faint, almost imperceptible rustling swept through their foliage, a sound that was not of wind, but of unease. It was as if the ancient trees themselves were recoiling from an invisible taint, their very life force being subtly suppressed.</w:t>
      </w:r>
    </w:p>
    <w:p/>
    <w:p>
      <w:r>
        <w:br/>
        <w:t>Liora knelt, placing her palm flat against the rough bark of the oldest oak, a tree whose rings held the memory of centuries. She closed her eyes, reaching out with her Aetheric senses, trying to pinpoint the source of the disturbance. The usual steady thrum of the oak’s life force felt… strained. It was like a powerful current being forced through a narrow, constricted channel, its natural, effortless flow impeded. The energy felt compressed, agitated, and tinged with a coldness that was utterly alien to the warm, vibrant Aether of the valley.</w:t>
      </w:r>
    </w:p>
    <w:p/>
    <w:p>
      <w:r>
        <w:br/>
        <w:t>This wasn’t merely a philosophical concern about the nature of Aether anymore. This was a direct, sensory experience of corruption. The unseen force was not a distant threat; it was a creeping reality, seeping into the very pores of her sanctuary. Her understanding of the Architect of Entropy, once a concept she debated with her own conscience, was solidifying into a tangible, insidious presence. It was a force that sought not to destroy outright, but to subtly unravel, to introduce discord into harmony, to corrupt the pure with the impure, and in doing so, to drain the very life from the world.</w:t>
      </w:r>
    </w:p>
    <w:p/>
    <w:p>
      <w:r>
        <w:br/>
        <w:t>She withdrew her hand from the oak, a sense of profound sadness settling upon her. The beauty of her valley, the perfection of its Aetheric balance, was not an invincible shield. It was a testament to the natural order, an order that was under siege. The faint resonance she felt was a whisper of a much larger, more profound battle, one that was slowly but surely encroaching upon her secluded haven. Her days of quiet communion and nurturing had been a preparation, though she had not known it, for this very moment. The subtle disharmonies she had sensed before, the faint scars on the Aetheric tapestry, now seemed like premonitions, warnings of a coming storm. The gentle rain of the Sanctum had become a tempest, and the distant rumble she had once dismissed was now a deafening roar.</w:t>
      </w:r>
    </w:p>
    <w:p/>
    <w:p>
      <w:r>
        <w:br/>
        <w:t>Her focus sharpened, the innate resilience of her elementalist training kicking in. While the unease was palpable, it did not paralyze her. Instead, it fueled a growing determination. The sanctity of her valley, the purity of its Aether, was not merely a personal sanctuary; it was a vital node in the world’s energetic network. Its corruption would have far-reaching consequences, weakening the very fabric of life on a scale she could only begin to imagine. The Architect of Entropy, through its subtle resonance, was not just targeting her valley; it was systematically dismantling the natural order, one corrupted Aetheric thread at a time. The responsibility, once a quiet dedication, now felt like a heavy, but necessary, burden. The subtle resonance was a disturbing call to action, a challenge to her very way of being. She could no longer remain a passive guardian; the encroaching discord demanded a response. The heart of the wild, she knew, beat not just with the rhythm of nature, but with the courage to defend it.</w:t>
      </w:r>
    </w:p>
    <w:p/>
    <w:p>
      <w:r>
        <w:t>The disquiet that had settled over the Stillness Sanctum was no longer a mere tremor, but a palpable pressure, a subtle yet persistent dissonance that resonated deep within Liora’s being. Her Aetheric connection, already finely tuned to the pulse of her sanctuary, began to expand, reaching outwards like the probing roots of an ancient tree seeking sustenance and understanding. She felt the encroachment not as a physical force, but as a perversion of the very essence that defined her world. It was a corruption that sought to twist growth into stagnation, vitality into decay, and harmony into a grating, meaningless noise. This was the work of an entropy that did not seek outright annihilation, but a slow, insidious unraveling, a subtle poisoning of the wellsprings of life.</w:t>
      </w:r>
    </w:p>
    <w:p>
      <w:r>
        <w:br/>
        <w:t>As she delved deeper, trying to comprehend the nature of this encroaching force, an unfamiliar energy began to coalesce within her. It was not a sudden surge, but a gradual blooming, a burgeoning power that felt intrinsically tied to her own essence. Her Aetheric senses, which had always been a tool for observation and gentle communion, began to shift, to adapt to this new challenge. She felt a protective warmth spread through her, a vibrant counterpoint to the cold intrusion. It was as if the very Aether of the valley, in response to the external threat, was weaving itself around her, imbuing her with its inherent strength and resilience.</w:t>
      </w:r>
    </w:p>
    <w:p/>
    <w:p>
      <w:r>
        <w:br/>
        <w:t>This burgeoning power did not manifest as a sharpened edge or a focused beam, as she imagined might be the case for someone like Seris, whose affinity lay in precision and calculation. Instead, Liora’s burgeoning power took on a fluid, organic form, mirroring her own deep-seated nature. It began as a subtle shimmer around her, a faint corona of emerald and gold, then gradually solidified into intricate, flowing patterns. These patterns were not static; they undulated and shifted, reminiscent of the graceful unfurling of fern fronds, the intricate dance of climbing vines, or the delicate unfolding of petals in the dawn light. They were the visual embodiment of life’s persistent, regenerative drive, a testament to the Aether’s capacity for continuous renewal.</w:t>
      </w:r>
    </w:p>
    <w:p/>
    <w:p>
      <w:r>
        <w:br/>
        <w:t>This was her Mask, an Aetheric manifestation of her deepest self, a protective and expressive layer forged in the crucible of this encroaching discord. Unlike the sharp, angular designs that might signify a more aggressive stance, Liora’s Mask was a testament to her nurturing spirit. It was a living tapestry of interwoven light, where tendrils of vibrant green intertwined with threads of soft, nurturing gold, and where bursts of floral luminescence bloomed and faded in a gentle rhythm. The patterns flowed seamlessly into one another, creating an effect that was both dynamic and serene, reflecting the constant cycle of growth and renewal that she so deeply cherished.</w:t>
      </w:r>
    </w:p>
    <w:p/>
    <w:p>
      <w:r>
        <w:br/>
        <w:t>Through this Mask, Liora discovered a new dimension to her Aetheric connection. She could not only sense the world’s energetic currents but also subtly influence their regenerative properties. It was as if her Mask acted as a conduit, channeling the raw, life-giving energy of the valley and applying it like a gentle balm to the energetic wounds inflicted by the encroaching entropy. She could feel the subtle disruptions in the Aether, the minute tears in the energetic fabric, and through her Mask, she could weave new threads of pure Aether, mending these breaches with a touch that was both firm and infinitely tender.</w:t>
      </w:r>
    </w:p>
    <w:p/>
    <w:p>
      <w:r>
        <w:br/>
        <w:t>She extended a hand, and the Mask flowed with her gesture. A stream of pure, vibrant Aether, tinged with the scent of dew-kissed earth and nascent blossoms, flowed from her fingertips. It was not an aggressive wave, but a gentle current that sought to soothe and revitalize. Where the dissonance had caused the leaves of the sentinel trees to dim, her Aetheric touch seemed to coax back their verdant glow. The erratic flight of the lumina-moths, their light flickering with anxiety, calmed as her gentle energy washed over them, their wings finding a steadier, more purposeful beat.</w:t>
      </w:r>
    </w:p>
    <w:p/>
    <w:p>
      <w:r>
        <w:br/>
        <w:t>This was not the blunt force of destruction countered by an equal and opposite force of aggression. This was the subtle yet profound power of life itself, its inherent capacity to heal, to adapt, and to persevere. Liora realized that her strength lay not in confronting the entropy head-on with brute force, but in reinforcing the very foundations of life, in nurturing the resilience of the natural order. Her Mask allowed her to become an active participant in the valley’s defense, not as a warrior, but as a guardian and a healer.</w:t>
      </w:r>
    </w:p>
    <w:p/>
    <w:p>
      <w:r>
        <w:br/>
        <w:t>She focused on a patch of moss near the Heartspring that had recently begun to show a faint, greyish pallor, a subtle indication of the encroaching discord. As her Mask extended its influence, the moss seemed to absorb the vibrant Aether. The greyish hue receded, replaced by a richer, deeper green. The delicate filaments of the moss, which had appeared brittle and lifeless, now stood tall and vibrant, reaching towards the dappled sunlight. It was a small victory, a localized healing, but it was a tangible manifestation of the power that had awakened within her.</w:t>
      </w:r>
    </w:p>
    <w:p/>
    <w:p>
      <w:r>
        <w:br/>
        <w:t>The Mask was more than just a shield or a tool; it was a deep communion with the life force of her world. Each swirl of light, each blooming pattern, was a resonance with the earth’s own enduring vitality. She felt connected to every growing thing, from the smallest blade of grass to the mightiest ancient tree, their energies now flowing through her, amplified and refined by her Mask. It was an understanding that transcended mere observation; it was an empathic embrace of the natural world’s struggle for survival.</w:t>
      </w:r>
    </w:p>
    <w:p/>
    <w:p>
      <w:r>
        <w:br/>
        <w:t>She sensed the Architect of Entropy's influence as a draining, a slow leeching of vitality, a subtle redirection of Aetheric flow away from growth and towards stasis. Her Mask countered this by reinforcing the natural pathways, by actively pushing Aether back into the natural currents, encouraging rejuvenation and expansion. It was a quiet, persistent battle, fought not with clashing energies, but with the unwavering affirmation of life.</w:t>
      </w:r>
    </w:p>
    <w:p/>
    <w:p>
      <w:r>
        <w:br/>
        <w:t>The obsidian fragment against her skin remained a somber reminder of the darkness she was up against. But now, it felt less like a burden and more like a catalyst. Its presence, which had amplified the initial sense of unease, now seemed to resonate with the nascent power within her, its dark vibrations harmonizing with the vibrant hum of her Mask. It was as if the very essence of disruption, when understood and channeled, could become a tool for understanding and ultimately, for healing.</w:t>
      </w:r>
    </w:p>
    <w:p/>
    <w:p>
      <w:r>
        <w:br/>
        <w:t>As she practiced, guiding the flow of Aether through her Mask, Liora felt a profound sense of purpose solidify within her. This was not a choice she had made, but a path that had opened before her. The encroaching dissonance had not just threatened her sanctuary; it had awakened within her a power she hadn't known she possessed, a power intrinsically linked to her deepest identity. She was a nurturer, a tender of life, and now, that nurturing instinct had been forged into an active defense, a living shield of vibrant Aether.</w:t>
      </w:r>
    </w:p>
    <w:p/>
    <w:p>
      <w:r>
        <w:br/>
        <w:t>She began to explore the nuances of her Mask. She found that by subtly shifting the patterns, she could alter the quality of the Aether she projected. A gentler, more diffused flow could soothe and calm agitated energies, while a more concentrated stream could invigorate and accelerate natural processes. She could, for instance, encourage the rapid growth of protective foliage to shield vulnerable areas or infuse the soil with vital Aether to bolster the resilience of the root systems.</w:t>
      </w:r>
    </w:p>
    <w:p/>
    <w:p>
      <w:r>
        <w:br/>
        <w:t>The challenge lay in understanding the Architect of Entropy's influence. It was not a singular force but a pervasive tendency, a whisper of decay that sought to find purchase in every imbalance, every weakness. Liora’s Mask was designed to address these imbalances, to restore the natural flow, and to strengthen the inherent resilience of the valley. It was a constant process of subtle adjustments, of attuning her Mask to the ever-shifting currents of Aether, both natural and corrupted.</w:t>
      </w:r>
    </w:p>
    <w:p/>
    <w:p>
      <w:r>
        <w:br/>
        <w:t>She imagined Seris, with her sharp intellect, dissecting the problem, identifying the weak points with logical precision. Liora’s approach was different. She felt the problem, experienced it as a disruption of harmony, and responded with an expansion of that harmony. Her Mask was a manifestation of that response, a living expression of the valley’s will to thrive. It was an organic counter-strategy, one that embraced the very principles of life to resist the encroaching stillness of entropy.</w:t>
      </w:r>
    </w:p>
    <w:p/>
    <w:p>
      <w:r>
        <w:br/>
        <w:t>The nascent power within her continued to grow, not in a way that felt overwhelming or alien, but as a natural extension of her own being. It was the flowering of her true potential, a testament to the inherent strength that lay dormant within her until called forth by necessity. She felt the growing connection to the valley deepen, her own life force becoming more intertwined with the Aether that sustained it. The Mask was not merely a tool she wielded; it was becoming a part of her, an integral aspect of her identity as the guardian of the Stillness Sanctum.</w:t>
      </w:r>
    </w:p>
    <w:p/>
    <w:p>
      <w:r>
        <w:br/>
        <w:t>She realized that the Architect of Entropy's true aim was not brute force destruction, but the corruption of natural processes, the twisting of life's inherent tendencies towards decline and stagnation. Her Mask was the perfect counterpoint: it amplified life's inherent tendencies towards renewal and growth, countering the subtle decay with vibrant, persistent vitality. It was a subtle war, fought on the energetic plains of existence, and Liora, with her Mask of living Aether, was ready to engage. The beauty of her Mask was its inherent flexibility, its ability to adapt and evolve, much like the life it sought to protect. It was a promise, a silent vow whispered on the currents of Aether: that as long as she could draw breath, life would find a way to bloom, even in the face of encroaching shadow.</w:t>
      </w:r>
    </w:p>
    <w:p/>
    <w:p>
      <w:r>
        <w:t>The quiet disquiet that had initially unsettled Liora had, in truth, become a deep, resonant hum, an echo of a much larger discord that vibrated far beyond the tranquil borders of the Stillness Sanctum. Her burgeoning Aetheric connection, now inextricably linked to the Mask of living light that veiled her, stretched further than it ever had before, a sensitive antenna tuned to the subtle, yet increasingly alarming, shifts in the world’s energetic fabric. It was no longer merely her sanctuary that felt the chill of imbalance; the ancient forests that cradled the valley, the shimmering rivers that carved through the earth, even the sky that wept soft rains – all bore the faint, yet undeniable, marks of a pervasive ailment. The very pulse of the natural world, a rhythm she had always felt as a symphony of interconnected life, now seemed faltering, punctuated by jarring notes of decay and unnatural stillness.</w:t>
      </w:r>
    </w:p>
    <w:p>
      <w:r>
        <w:br/>
        <w:t>This realization settled upon her not with a sudden shock, but with the slow, inexorable dawning of a profound truth. Her sanctuary was not an isolated haven, but a single, vibrant node within a vast, interconnected web of life. The encroaching entropy, the subtle unraveling she had first perceived as a perversion of her valley’s Aether, was a symptom of a far grander sickness, a systemic imbalance that threatened to suffocate the very essence of vitality across the lands. It was a corruption that whispered of stagnation, not of violent destruction, but of a slow, creeping paralysis that choked growth and silenced the joyous exuberance of existence. This understanding imbued her initial apprehension with a weight of responsibility that settled deep within her spirit. The gentle, nurturing power that had bloomed within her, manifesting as the iridescent Mask, was not merely for the protection of her home, but a gift, a talent, and now, a mandate.</w:t>
      </w:r>
    </w:p>
    <w:p/>
    <w:p>
      <w:r>
        <w:br/>
        <w:t>A profound calling began to stir within her, a silent yet insistent summons that resonated with the deepest chords of her being. It was the call of the wild, not as a place of untamed ferocity, but as a vast, suffering entity reaching out for succor. She felt an ache for the wilting blossoms, a pang for the silenced birdsong, a yearning to mend the fraying threads of the natural world. Her own Aetheric abilities, amplified and refined by her Mask, now felt less like a personal endowment and more like a vital artery, through which the healing energy of the world itself could flow. To remain confined within the familiar embrace of the Stillness Sanctum, while this pervasive disharmony spread its tendrils, felt like a betrayal of the very life she was so intimately connected to.</w:t>
      </w:r>
    </w:p>
    <w:p/>
    <w:p>
      <w:r>
        <w:br/>
        <w:t>The decision, when it finally solidified, was not a rash one, but a quiet, inevitable surrender to the insistent tug of her conscience and her innate connection to the world’s vitality. She would have to venture beyond the protective embrace of her valley, to seek out the source of this spreading blight. It was a daunting prospect. The world outside the Stillness Sanctum was vast, often unpredictable, and filled with energies and forces she had only ever encountered through the gentle whispers of the Aether. Yet, the alternative – to stand idly by while the life she cherished withered – was unthinkable. Her Mask, which had so readily adapted to the subtle disruptions within her valley, now pulsed with a readiness to engage with the larger, more complex tapestry of the world’s energetic currents.</w:t>
      </w:r>
    </w:p>
    <w:p/>
    <w:p>
      <w:r>
        <w:br/>
        <w:t>With a deep, steadying breath, Liora began to prepare for her departure. Her movements were deliberate, imbued with a newfound sense of purpose. She moved through the familiar chambers of her sanctuary, her senses sharp, her Mask glowing softly, illuminating her path. Each object she considered taking with her was imbued with the history and essence of the Stillness Sanctum. She did not require weapons in the conventional sense. Her strength lay in her connection to life, in her ability to nurture and to mend.</w:t>
      </w:r>
    </w:p>
    <w:p/>
    <w:p>
      <w:r>
        <w:br/>
        <w:t>First, she gathered a small pouch of lumina-seeds. These were not merely sustenance, but tiny reservoirs of concentrated Aether, capable of glowing softly in the deepest darkness and providing a gentle, revitalizing energy. They were a symbol of the light that persisted, even in the face of encroaching shadow. She carefully placed them within a woven satchel, their faint luminescence a comforting presence against the rough fibers.</w:t>
      </w:r>
    </w:p>
    <w:p/>
    <w:p>
      <w:r>
        <w:br/>
        <w:t>Next, she retrieved a smooth, grey stone from the banks of the Heartspring. This stone, worn smooth by centuries of flowing water, possessed a subtle resonance with the earth’s own healing energies. It was a grounding artifact, a reminder of the stable, enduring power of the natural world. She held it for a moment, feeling its quiet strength seep into her palm, a silent promise of resilience.</w:t>
      </w:r>
    </w:p>
    <w:p/>
    <w:p>
      <w:r>
        <w:br/>
        <w:t>She also packed a length of exceptionally fine, yet incredibly strong, vine, cultivated from the heart of the oldest willow in her sanctuary. Its fibers were imbued with the willow's enduring flexibility and its capacity to draw nourishment from even the most barren soil. It could serve as a tether, a way to gently bind or support, or simply as a tangible connection to the life-giving waters of the Heartspring. She wrapped it carefully, ensuring its natural vitality remained undisturbed.</w:t>
      </w:r>
    </w:p>
    <w:p/>
    <w:p>
      <w:r>
        <w:br/>
        <w:t>Her focus then turned to the instruments that would aid her in understanding and interacting with the world’s Aether. She selected a cluster of crystalline shards, each one carefully attuned to a different aspect of elemental energy – the whisper of the wind, the steady warmth of the sun, the cool moisture of the rain. These were not tools for manipulation, but for communion, allowing her to better perceive and harmonize with the energies she encountered. She arranged them in a specially crafted wooden box, its lid inlaid with patterns that mirrored the swirling currents of the Aether.</w:t>
      </w:r>
    </w:p>
    <w:p/>
    <w:p>
      <w:r>
        <w:br/>
        <w:t>Finally, and with a touch of solemnity, she retrieved the obsidian fragment that rested against her skin. It was a stark reminder of the discord, a tangible piece of the shadow she was venturing forth to confront. But now, in the radiant glow of her Mask, it felt different. It was no longer just a symbol of darkness, but a crucial element in her understanding, a point of contrast that highlighted the true nature of the balance she sought to restore. She adjusted the leather cord that held it, feeling its smooth, cool surface against her skin, a constant, grounding reminder of her mission.</w:t>
      </w:r>
    </w:p>
    <w:p/>
    <w:p>
      <w:r>
        <w:br/>
        <w:t>As she secured the satchel over her shoulder, Liora felt a quiet certainty settle over her. The journey ahead would undoubtedly be challenging, filled with unknown perils and the pervasive presence of the entropy she sought to counter. But she was not embarking on this quest alone. She carried with her the strength of the Stillness Sanctum, the amplified vitality of her Mask, and the unwavering call of the natural world itself. The path forward was uncertain, but the reason for her journey was clear: to lend her unique abilities, her deep connection to life, and her burgeoning power to the restoration of a balance that was vital not just for her sanctuary, but for the very heart of the wild. The gates of the Stillness Sanctum, once her sole world, now beckoned her outwards, towards a larger, more vital purpose, a calling that resonated with the very soul of the earth. She turned, her gaze sweeping over the familiar, comforting embrace of her sanctuary one last time, before stepping towards the unknown, towards the heart of the wild, to answer its desperate plea. The energy that flowed through her was not of fear, but of a profound, all-encompassing love for the world she was sworn to protect, a love that fueled her resolve and illuminated her path.</w:t>
      </w:r>
    </w:p>
    <w:p/>
    <w:p>
      <w:r>
        <w:br w:type="page"/>
      </w:r>
    </w:p>
    <w:p>
      <w:pPr>
        <w:spacing w:before="5040"/>
        <w:jc w:val="center"/>
      </w:pPr>
      <w:r>
        <w:rPr/>
        <w:t xml:space="preserve"> 4: Paths of Contemplation</w:t>
      </w:r>
    </w:p>
    <w:p>
      <w:r>
        <w:t>The biting wind whipped across the barren plateau, a perpetual sigh from the Fringe Wastes that lay spread out like a bruised and ancient tapestry below. Kaelen’s dwelling, little more than a carefully placed cluster of weathered stones, seemed to grow organically from the earth, a natural extension of the desolate beauty that surrounded it. He had chosen this place not for comfort, but for its stark honesty, its unvarnished exposure to the raw, untamed forces that shaped the world. Here, divorced from the comforting illusions of civilization, the currents of existence flowed with a clarity that resonated deep within his soul. His days were a measured rhythm of observation and introspection, a quiet communion with the Aether that permeated every atom of this harsh, yet strangely vital, landscape.</w:t>
      </w:r>
    </w:p>
    <w:p>
      <w:r>
        <w:br/>
        <w:t>He sat, cross-legged, on a sun-warmed slab of granite, the rough texture a familiar sensation against his bare feet. His gaze was not fixed on any single point, but rather swept across the panorama, absorbing the subtle interplay of light and shadow as the sun traced its slow, inexorable arc across the heavens. The Fringe Wastes were a testament to endurance, a place where life clung tenaciously to existence, sculpted by the relentless artistry of wind and time. The very air thrummed with a primal energy, a chaotic symphony that Kaelen sought to decipher not with his ears, but with the silent, receptive stillness of his mind. He was a watcher, a listener to the unspoken, a seeker of the fundamental truths that lay hidden beneath the surface of all things.</w:t>
      </w:r>
    </w:p>
    <w:p/>
    <w:p>
      <w:r>
        <w:br/>
        <w:t>Kaelen’s life was a deliberate withdrawal from the clamor of the world, a turning inward to understand the external. He had long ago learned that the most profound insights were not found in the boisterous pronouncements of learned scholars or the ephemeral trends of society, but in the quiet, consistent hum of his own being. His mind was a cultivated garden, pruned of extraneous thoughts, allowing the fertile soil of consciousness to nurture the seeds of understanding. He would spend hours in meditation, not to empty his mind, but to bring it into a state of heightened awareness, a finely tuned instrument capable of perceiving the subtlest vibrations of the Aether.</w:t>
      </w:r>
    </w:p>
    <w:p/>
    <w:p>
      <w:r>
        <w:br/>
        <w:t>He often likened the Aether to an unseen ocean, its currents both gentle and tempestuous, its depths holding both immense power and profound stillness. His own Aetheric connection, honed through decades of disciplined practice, was not a tool for manipulation, but a lens through which he could perceive these fundamental flows. He felt them in the tremor of the earth beneath him, in the sigh of the wind against his skin, in the way the light bleached the distant rocks. These were not mere environmental phenomena; they were manifestations of a deeper, more intricate reality, a cosmic dance of energies that governed all existence.</w:t>
      </w:r>
    </w:p>
    <w:p/>
    <w:p>
      <w:r>
        <w:br/>
        <w:t>His dwelling, though simple, was a sanctuary of profound contemplation. The stones that formed its walls had been chosen for their resonance, each one bearing the imprint of the ages. Within, there were no adornments, no distractions. The space was bare, allowing the mind to unfetter itself from the need for external anchors. A few carefully chosen artifacts lay scattered about: a smooth, dark stone that seemed to absorb light, a collection of dried herbs known for their clarifying properties, and a length of finely woven fiber, its origin lost to time, that felt warm and alive to the touch. These were not possessions, but companions on his journey, each holding a quiet significance that amplified his focus.</w:t>
      </w:r>
    </w:p>
    <w:p/>
    <w:p>
      <w:r>
        <w:br/>
        <w:t>The wind, a constant companion, would often carry with it the faint, distant echoes of the world beyond his plateau. Sometimes, it was the mournful cry of a scavenger bird, at other times, a fleeting scent of smoke from a long-gone fire, or even the phantom whisper of voices carried on the breeze. While most would find these sounds unsettling, Kaelen perceived them as threads in the larger tapestry of existence, each one a potential clue, a hint of the forces at play in the wider world. He understood that even in his seclusion, he was not truly separate. The Aether connected him to all things, and the subtle shifts in the world’s energetic state would inevitably find their way to him, even here, on the edge of the known.</w:t>
      </w:r>
    </w:p>
    <w:p/>
    <w:p>
      <w:r>
        <w:br/>
        <w:t>His practice was not one of passive waiting, but of active, internal engagement. He would trace the flow of his own Aether, feeling its tendrils extend outwards, subtly brushing against the energetic signatures of the land. He sought to understand the patterns, the disruptions, the places where the flow was hindered or corrupted. It was a delicate, intricate process, akin to deciphering a complex language spoken in whispers and subtle nuances. The Fringe Wastes, in their harshness, offered a unique advantage. Their scarcity of life meant that the Aether’s presence was often more focused, its distortions more pronounced. He could feel the subtle imbalances more acutely here, like a single wrong note in a vast, silent composition.</w:t>
      </w:r>
    </w:p>
    <w:p/>
    <w:p>
      <w:r>
        <w:br/>
        <w:t>One particular focus of his contemplation had become the nature of entropy, not as a force of destruction, but as a state of diminishing vitality, a slow unravelling of energetic coherence. He observed how even in this unforgiving landscape, life found a way, adapting and persisting. But he also felt the subtle erosion, the slow decay that was a natural part of existence, and how it was being amplified, accelerated. It was a disquieting observation, a subtle disharmony that resonated with a deeper, more pervasive imbalance he sensed spreading across the world, a silence that was not peaceful, but pregnant with a chilling stillness.</w:t>
      </w:r>
    </w:p>
    <w:p/>
    <w:p>
      <w:r>
        <w:br/>
        <w:t>He would often extend his awareness towards the distant horizons, beyond the jagged peaks and arid plains. His Aetheric senses, though focused on the immediate surroundings, had a natural reach, an innate curiosity. He could feel the faint, distant thrum of larger concentrations of life, the energetic signatures of cities and settlements, the vibrant pulse of ancient forests, the deep, slow breathing of mountains. And increasingly, he detected a subtle dissonance, a spreading greyness that seemed to mute the natural vibrancy of these distant locales. It was a faint disturbance, like a ripple on a vast, still lake, but its persistence and gradual expansion spoke of a deeper, more insidious ailment.</w:t>
      </w:r>
    </w:p>
    <w:p/>
    <w:p>
      <w:r>
        <w:br/>
        <w:t>Kaelen’s days were a testament to the power of quiet observation. He noticed how the very quality of the light shifted when certain energetic currents passed through the atmosphere. He saw how the wind, when carrying certain Aetheric signatures, could make the sparse desert grasses sway with an unnatural urgency, or fall utterly still as if holding its breath. He documented these observations not in physical journals, but within the meticulously organized archives of his mind, creating a complex map of the world’s energetic topography.</w:t>
      </w:r>
    </w:p>
    <w:p/>
    <w:p>
      <w:r>
        <w:br/>
        <w:t>He was not seeking to alter these currents directly, for he understood the inherent danger in such interference. His path was one of understanding, of witnessing, of seeking the root cause of the disharmony. It was only through a profound comprehension of the problem that a true and lasting solution could be found. He believed that the Aether, like any natural force, possessed an inherent drive towards balance. The current imbalance was not a natural state, but a deviation, and understanding its origin was the first step towards restoring that natural order.</w:t>
      </w:r>
    </w:p>
    <w:p/>
    <w:p>
      <w:r>
        <w:br/>
        <w:t>The isolation of his plateau was not an act of renunciation, but an act of dedication. By removing himself from the complexities and distractions of the world, he could focus his entire being on the task of comprehension. He was a sentinel, perched on the edge of the known, his senses attuned to the faintest tremors of change. His inner landscape was a mirror to the outer, and as he cultivated clarity and stillness within himself, he hoped to better perceive the subtle shifts in the world’s energetic fabric.</w:t>
      </w:r>
    </w:p>
    <w:p/>
    <w:p>
      <w:r>
        <w:br/>
        <w:t>He would often feel the presence of other beings, their energetic signatures like distant stars in the vastness of existence. He could sense the fleeting passage of nomadic tribes across the wastes, their lives a desperate struggle for survival, their Aetheric trails often marked by urgency and fear. He felt the ancient, slow pulse of the earth itself, a deep, resonant hum that spoke of immense age and enduring power. And sometimes, rarely, he would sense a flicker of something else, something that resonated with a deeper understanding, a kinship that transcended the physical distance. These were fleeting moments, but they offered a quiet reassurance that he was not entirely alone in his contemplative pursuit.</w:t>
      </w:r>
    </w:p>
    <w:p/>
    <w:p>
      <w:r>
        <w:br/>
        <w:t>His days were a testament to the belief that true wisdom lay not in action, but in understanding. He was a disciple of observation, a scholar of the subtle, and his retreat to the windswept plateau was not an escape, but an immersion. He sought to become a conduit for truth, to absorb the whispers of the Aether and translate them into a language that could eventually guide those who sought to mend the world’s fraying threads. His seclusion was a crucible, refining his awareness, sharpening his focus, and preparing him for a time when his understanding would be needed, not just for himself, but for the world that lay, troubled and vibrant, beyond the silent expanse of the Fringe Wastes.</w:t>
      </w:r>
    </w:p>
    <w:p/>
    <w:p>
      <w:r>
        <w:br/>
        <w:t>The sun, now beginning its descent, cast long, dramatic shadows across the plateau, painting the landscape in hues of ochre and deep purple. Kaelen remained seated, his posture one of unwavering calm. He could feel the subtle shift in the Aether as the day’s energies began to recede, replaced by the cooler, more mysterious currents of the night. The wind, which had been a constant companion throughout the day, seemed to whisper secrets now, its voice carrying the weight of the approaching darkness. He closed his eyes, not to shut out the world, but to turn his perception inward, to delve deeper into the mysteries that lay hidden within the stillness.</w:t>
      </w:r>
    </w:p>
    <w:p/>
    <w:p>
      <w:r>
        <w:br/>
        <w:t>The memory of Liora, a fleeting presence he had sensed from afar, flickered at the edges of his awareness. A young woman, radiating a potent, nascent Aetheric energy, a protective light that seemed to shield her like a second skin. He had felt the resonance of her sanctuary, a place of profound natural harmony, and the subtle disturbance that had begun to ripple outwards from its borders. It was a familiar echo of the disharmony he sensed on a far grander scale, a symptom of the same pervasive ailment. He had not intervened, for his path was one of contemplation, not direct action. But he acknowledged her presence, a fellow traveler on the path of understanding, a beacon of light in a world increasingly touched by shadow.</w:t>
      </w:r>
    </w:p>
    <w:p/>
    <w:p>
      <w:r>
        <w:br/>
        <w:t>He extended his awareness outwards, feeling the slow, patient work of the Aether as it began to weave the tapestries of night. He could sense the subtle shifts in the earth’s magnetic field, the faint luminescence of nocturnal flora, the awakening of creatures that thrived in the darkness. Each of these phenomena, however small, was a piece of the larger puzzle, a facet of the intricate energetic web that bound the world together. His contemplation was not merely an intellectual exercise; it was a deeply felt experience, a communion with the very essence of existence.</w:t>
      </w:r>
    </w:p>
    <w:p/>
    <w:p>
      <w:r>
        <w:br/>
        <w:t>The harshness of the Fringe Wastes, which might have driven others away, served only to sharpen Kaelen’s focus. Here, there were no distractions, no illusions to cloud his perception. The raw, elemental forces were laid bare, their power and their vulnerability evident in every gust of wind, every shifting grain of sand. He saw the entropy not as a force to be feared, but as a natural process, one that, when unchecked, could lead to stagnation and decay. His purpose was to understand this process, to identify its origins, and perhaps, in time, to discover a way to restore the natural flow of vitality.</w:t>
      </w:r>
    </w:p>
    <w:p/>
    <w:p>
      <w:r>
        <w:br/>
        <w:t>He felt the subtle changes in the Aether that accompanied the shifting phases of the moon, the invisible tides that pulled at the world’s energetic core. He understood that these were cycles, natural rhythms that had governed existence since time immemorial. But the disharmony he sensed was not part of these natural cycles. It was an external influence, a foreign element that was disrupting the inherent order of things. His days were spent trying to pinpoint the source of this disruption, to understand its nature and its reach.</w:t>
      </w:r>
    </w:p>
    <w:p/>
    <w:p>
      <w:r>
        <w:br/>
        <w:t>As the first stars began to prick the darkening sky, Kaelen remained in his meditative state. The wind had died down to a low murmur, and the only sounds were the faint, almost imperceptible hum of the Aether itself, and the steady rhythm of his own breathing. He was a solitary figure on this windswept plateau, a guardian of quiet wisdom, a witness to the hidden currents that shaped the world. His seclusion was not an end in itself, but a means to an end, a period of deep introspection in preparation for a time when his understanding might serve a greater purpose, a time when the subtle whispers he heard on the wind might become a call to action. His journey was inward, but its destination was the restoration of balance in the world beyond.</w:t>
      </w:r>
    </w:p>
    <w:p/>
    <w:p>
      <w:r>
        <w:t>The plateau, bathed in the ethereal glow of twin moons, had become Kaelen’s crucible. The biting winds that had once seemed merely a harsh characteristic of the Fringe Wastes now carried with them a more nuanced message, a symphony of subtle energetic residue. His studies had moved beyond the broad strokes of Aetheric currents and towards the finer, more intricate details of its interaction with the physical and energetic planes. He had begun to perceive what he termed ‘echoes’ – the lingering imprints left behind by potent acts of Aetheric manipulation or by the sheer intensity of life lived to its absolute extreme. These echoes were not inert remnants; they were active, albeit faint, disturbances in the pervasive flow, like ripples on a pond that continued to spread long after the stone had sunk beneath the surface.</w:t>
      </w:r>
    </w:p>
    <w:p>
      <w:r>
        <w:br/>
        <w:t>He observed these echoes in the very stones of his dwelling, in the way the wind sculpted the rock formations, and even in the faint luminescence that sometimes painted the night sky. Each manifestation of significant Aetheric power, whether a cataclysmic event or a moment of profound spiritual clarity, left a psychic scar upon the fabric of reality. These scars were the echoes, and Kaelen was meticulously cataloging their nature, their intensity, and their potential for influence. He saw them as a kind of energetic detritus, a consequence of overuse, a sign of the Aether being strained beyond its natural capacity for resilience. The more potent the original event, the more pronounced and enduring the echo. A battle fought with Aetheric might would leave a searing imprint, a phantom agony that could linger for centuries, capable of subtly influencing the minds of those who stumbled upon it. A place of great natural beauty where Aether had flowed unhindered for millennia might hold echoes of pure serenity, a gentle hum that could soothe the troubled spirit.</w:t>
      </w:r>
    </w:p>
    <w:p/>
    <w:p>
      <w:r>
        <w:br/>
        <w:t>But it was the echoes born of corruption or despair that truly drew Kaelen’s focus. He had encountered the remnants of ancient rituals, places where desperate pleas or vengeful curses had been channeled with such fervor that the very air seemed to vibrate with the residual emotion. These echoes were insidious, capable of subtly twisting perception, of seeding doubt or anger in the minds of the unwary. They were like whispers from the abyss, tempting those who were already predisposed to darkness, amplifying their negative impulses. Kaelen understood that to navigate the world of Aether, one had to be acutely aware of these imprints, for they represented a significant hazard, a potential for spiritual and even physical entrapment. To engage with an echo was to risk becoming entangled in its originating event, to be drawn into a loop of residual energy, unable to break free.</w:t>
      </w:r>
    </w:p>
    <w:p/>
    <w:p>
      <w:r>
        <w:br/>
        <w:t>He began to conceptualize the process of leaving an echo as a form of energetic expenditure, a shedding of a portion of one’s Aetheric essence. It was an almost involuntary consequence of wielding significant power, a byproduct that could be minimized through careful control and understanding, but rarely eliminated entirely. The more one drew upon the Aether, the more one imprinted upon the world. This realization led him to a profound contemplation of restraint. Was it truly wise to exert significant Aetheric force, knowing that it would inevitably leave a lasting mark? The implications were vast, suggesting that every act of magical intervention, however well-intentioned, carried a hidden cost, a potential for unintended consequences that resonated through the energetic landscape.</w:t>
      </w:r>
    </w:p>
    <w:p/>
    <w:p>
      <w:r>
        <w:br/>
        <w:t>His meditations often led him to the precipice of understanding the source of the Aether itself, the great, enigmatic wellspring from which all energy flowed. He perceived it not as a place, but as a state of being, a boundless potentiality that existed before form and before manifestation. This was the void, not an absence of existence, but an absence of definition, a pregnant emptiness brimming with infinite possibility. To contemplate the void was to engage with a fundamental paradox: it was the source of all that was, yet in its pure state, it contained nothing that could be perceived or grasped. It was the ultimate, unadulterated energy, existing in a perfect state of equilibrium before any interaction, before any imprint was made.</w:t>
      </w:r>
    </w:p>
    <w:p/>
    <w:p>
      <w:r>
        <w:br/>
        <w:t>He understood that the Aether, in its journey from the void to manifestation, was inherently mutable. The act of flow, of movement through the energetic currents of the world, was what gave it form and character. And in this process of flowing, of interacting, it left traces. The very act of existence, of moving, of thinking, created subtle echoes, though these were typically so faint as to be imperceptible. It was the grander, more forceful interactions that left the discernible imprints. He began to see a dangerous dance between the act of creation and the act of preservation. To create, to manifest, was to leave a mark. To preserve, to maintain the pristine nature of the Aether, was to risk stagnation, to refuse the very flow that gave it life.</w:t>
      </w:r>
    </w:p>
    <w:p/>
    <w:p>
      <w:r>
        <w:br/>
        <w:t>This philosophical pursuit was a perilous one. To meditate on the void, on pure, unmanifested energy, was to flirt with the concept of absolute emptiness. While Kaelen’s aim was understanding, not annihilation, the line was perilously thin. He recognized that the void, while the ultimate source, was also a realm of such unrefined power that direct immersion could be catastrophic. It was the undifferentiated potential, and to draw upon it directly, without the mediating layers of the Aether as it manifested in the world, would be akin to trying to drink from a raging waterfall. The sheer force of it would overwhelm and dissolve any semblance of self.</w:t>
      </w:r>
    </w:p>
    <w:p/>
    <w:p>
      <w:r>
        <w:br/>
        <w:t>He felt the attraction of this ultimate purity, this state of non-being that was also all-being. It represented a freedom from the echoes, from the imprints, from the very consequences of action. But he also understood that this freedom was illusory, a siren song that led to oblivion. The void was not a destination for the living; it was the silent, unthinking origin from which all life, and all its attendant echoes, eventually sprang. His task was not to dissolve back into the void, but to understand the Aether’s journey from it, and the consequences of that journey.</w:t>
      </w:r>
    </w:p>
    <w:p/>
    <w:p>
      <w:r>
        <w:br/>
        <w:t>His contemplation of these echoes led him to a profound understanding of the responsibility that came with wielding Aetheric power. Every thought, every intention, every exertion of will that touched the Aether left a trace. If one acted with malice, the echo would carry that malice. If one acted with great joy, the echo would hold that joy. The purity of intention, therefore, was not just a moral imperative; it was an energetic one. To act with a clouded or corrupted intent was to cast a shadow upon the energetic landscape, a shadow that could persist and influence others long after the original act had passed.</w:t>
      </w:r>
    </w:p>
    <w:p/>
    <w:p>
      <w:r>
        <w:br/>
        <w:t>He began to see the interconnectedness of all echoes. They were not isolated incidents but were part of a vast, complex tapestry of residual energy. Some echoes resonated with others, amplifying their effects. Others cancelled each other out, creating zones of energetic stillness or disruption. Kaelen’s work was to decipher this interconnectedness, to understand how the imprints of the past shaped the present and influenced the future. It was a monumental task, requiring immense patience and an unwavering commitment to observation.</w:t>
      </w:r>
    </w:p>
    <w:p/>
    <w:p>
      <w:r>
        <w:br/>
        <w:t>The concept of 'emptiness' became a central theme in his meditations. Was the void truly empty, or was it filled with a potentiality so vast that it appeared empty to our limited perception? He wrestled with this question, understanding that the answer had profound implications for his understanding of the Aether. If the void was truly empty, then the Aether was something 'added' to it, an external force that manifested within it. If, however, the void was pregnant with potential, then the Aether was simply the Aether in its most primal, unformed state. He leaned towards the latter, for it explained the inherent vitality and generative power of the Aether. It was not an imposition upon emptiness, but the unfolding of the inherent potential within that perceived emptiness.</w:t>
      </w:r>
    </w:p>
    <w:p/>
    <w:p>
      <w:r>
        <w:br/>
        <w:t>This led him to consider the nature of his own Aetheric presence. He, like all beings, was constantly leaving faint echoes, the subtle imprints of his thoughts, emotions, and actions. His rigorous practice of mindfulness and his dedication to clarity of intention were not just personal disciplines; they were methods of minimizing the negative impact of his own energetic footprint. He sought to leave echoes of stillness, of focused contemplation, of a deep respect for the natural flow of the Aether. He did not wish to be a source of disruption, but a point of harmonious resonance.</w:t>
      </w:r>
    </w:p>
    <w:p/>
    <w:p>
      <w:r>
        <w:br/>
        <w:t>The idea of “overuse” became increasingly significant. When an individual or a collective drew too heavily, too rapidly, or too carelessly upon the Aether, it was like stretching a material beyond its breaking point. The Aether, in its resilience, would attempt to return to its balanced state, but in the process, it would leave behind a strain, a weakened point, an echo of the excessive demand. These echoes of overuse were particularly pernicious because they represented a corruption of the natural flow, a distortion that could propagate and weaken the Aether in surrounding areas. He saw this as a potential cause for the widespread disharmony he had sensed in the world beyond his plateau. Was the world, in its haste and its ambition, overdrawing its Aetheric account?</w:t>
      </w:r>
    </w:p>
    <w:p/>
    <w:p>
      <w:r>
        <w:br/>
        <w:t>He mused on the concept of “attunement.” To become attuned to the Aether was to learn its language, to understand its rhythms and its limits. Those who acted with Aetheric power without proper attunement were the most likely to leave behind damaging echoes. They were like a musician who struck a string with untrained force, creating a discordant sound that lingered long after the note had passed. Kaelen’s own decades of disciplined practice had been a process of attuning himself to the subtle energies, learning to move with the flow rather than against it, to guide rather than to force.</w:t>
      </w:r>
    </w:p>
    <w:p/>
    <w:p>
      <w:r>
        <w:br/>
        <w:t>His contemplation led him to the edge of a dangerous understanding: that the void itself might not be entirely devoid of influence. Perhaps the very act of drawing energy from it, even with the purest intent, created a subtle counter-imprint, a reflection of the drawing back into the boundless potentiality. This was a concept that tested the very limits of his mental fortitude, suggesting that even the most pristine interaction with the source might have an unforeseen consequence. It was a humbling thought, a reminder of the immense complexity and the inherent mysteries that lay at the heart of existence.</w:t>
      </w:r>
    </w:p>
    <w:p/>
    <w:p>
      <w:r>
        <w:br/>
        <w:t>He visualized the Aether as a vast, interconnected network of light, and the echoes as nodes where the light had been momentarily dimmed or distorted. Some distortions were minor, almost imperceptible, while others were significant breaks in the luminous web. His task was to mend these breaks, not by brute force, but by understanding their origin and patiently restoring the natural flow. He was not a surgeon operating with a scalpel, but a gardener tending to a wounded ecosystem, nurturing its natural capacity for healing.</w:t>
      </w:r>
    </w:p>
    <w:p/>
    <w:p>
      <w:r>
        <w:br/>
        <w:t>The Fringe Wastes, in their stark emptiness, provided a perfect canvas for this study. The scarcity of life meant that the background Aetheric hum was less complex, allowing the echoes of significant events to stand out with greater clarity. He could discern the faint, spectral imprint of a forgotten battle in the way the wind whistled through a particular canyon, or the lingering aura of ancient earth magic in the vibrant, if sparse, desert flora. These were not mere observations; they were Aetheric readings, each one a data point in his ever-expanding understanding of the world’s energetic history.</w:t>
      </w:r>
    </w:p>
    <w:p/>
    <w:p>
      <w:r>
        <w:br/>
        <w:t>He understood that the greatest danger lay not in the echoes themselves, but in the ignorance of those who encountered them. An ignorant individual might perceive a lingering echo of fear as a present danger, react with panic, and in doing so, create a new, more potent echo of their own fear. Conversely, an uninitiated individual might stumble upon an echo of profound wisdom or tranquility and, unable to comprehend its source, dismiss it as a mere atmospheric anomaly. Kaelen saw his role as one of bridging this gap, of deciphering the silent language of the echoes and making their lessons accessible, not through pronouncements, but through a deeper, more intuitive understanding that could be shared.</w:t>
      </w:r>
    </w:p>
    <w:p/>
    <w:p>
      <w:r>
        <w:br/>
        <w:t xml:space="preserve">His introspection often returned to the nature of ‘pure energy.’ Was pure energy, in its absolute, unmanifested state, capable of intentionality? Or was intentionality a product of the manifestation, a consequence of the Aether interacting with consciousness? He concluded that intentionality, as he understood it, was indeed a product of manifestation. The void itself was not ‘intending’ anything; it simply </w:t>
      </w:r>
    </w:p>
    <w:p>
      <w:pPr>
        <w:jc w:val="left"/>
      </w:pPr>
      <w:r>
        <w:rPr>
          <w:i/>
        </w:rPr>
        <w:t>was</w:t>
      </w:r>
      <w:r>
        <w:t>. The Aether, as it flowed and interacted, began to carry the imprint of intention, the direction and focus provided by conscious beings. This meant that the echoes were not merely residual energy, but residual intention, residual consciousness, frozen in time.</w:t>
      </w:r>
    </w:p>
    <w:p>
      <w:r>
        <w:br/>
        <w:t>The temptation to tamper, to actively disrupt or erase particularly harmful echoes, was always present. But Kaelen resisted. He understood that the Aether had its own self-correcting mechanisms, its own inherent drive towards balance. His role was to facilitate that process, not to impose his will upon it. To interfere too directly, even with good intentions, was to risk creating more echoes, more distortions, in a misguided attempt to cleanse the energetic landscape. The path of contemplation demanded patience, a deep trust in the fundamental order of existence, even when that order appeared disrupted.</w:t>
      </w:r>
    </w:p>
    <w:p/>
    <w:p>
      <w:r>
        <w:br/>
        <w:t>As the moons climbed higher, casting long, stark shadows across the plateau, Kaelen remained a silhouette against the starlit expanse. His consciousness, however, was a galaxy in motion, exploring the intricate interplay of force and imprint, of flow and residue. He had glimpsed the profound interconnectedness of all things through the lens of the Aether, and he understood that his journey was far from over. The echoes were a constant reminder of the past, and the void, a silent testament to the ultimate potential that lay beyond all imprints, a reminder of the delicate balance required to navigate the currents of existence without leaving a mark of unintended consequence. His path was one of deep listening, of subtle perception, of understanding the silent stories whispered by the remnants of energy in the vast, energetic canvas of the world.</w:t>
      </w:r>
    </w:p>
    <w:p/>
    <w:p>
      <w:r>
        <w:t>The ceaseless, almost imperceptible hum of the Aether had always been a comforting constant for Kaelen. It was the symphony of existence, the quiet song of creation that permeated every particle of the universe. But in the deep, often silent hours of his meditations on the plateau, a new note had begun to intrude, a discordant frequency that grated against the harmony. It was a subtle unraveling, not a sudden tearing, but a slow, insidious fraying at the edges of reality, as if the very tapestry of existence was beginning to wear thin. He saw it in the way the light of the twin moons seemed to falter, not in intensity, but in its very quality, as if a subtle greyness was seeping into its luminescence. He felt it in the wind, which, while still carrying the residue of ancient events, now seemed to also carry a faint, dissonant tremor, a vibration of unease.</w:t>
      </w:r>
    </w:p>
    <w:p>
      <w:r>
        <w:br/>
        <w:t>This perception was not born of a single vision, but a cumulative awareness, a growing dread that settled upon him like the ever-present dust of the Fringe Wastes, only far more chilling. He began to witness, in the deepest recesses of his Aetheric sight, not just the lingering echoes of past events, but a more disturbing phenomenon: the corruption of the fundamental energetic song that underpinned everything. He saw the ‘Primordial Chant,’ the foundational vibration that had woven reality into being, being distorted, its pure, resonant tones twisted into harsh, destructive frequencies. It was as if the universe’s most sacred melody was being played by an untrained, or worse, malevolent hand, each note a perversion of its intended purpose.</w:t>
      </w:r>
    </w:p>
    <w:p/>
    <w:p>
      <w:r>
        <w:br/>
        <w:t>These distorted frequencies were not merely auditory or visual phenomena; they were energetic viruses, infecting the Aether and causing it to behave in unnatural, chaotic ways. Kaelen perceived these corruptions as creating ‘uncontrolled echoes,’ echoes that did not fade with time but amplified, feeding on the distorted frequencies they were born from. He saw visions of what could happen: a single act of Aetheric misuse, a single instance of the Primordial Chant being weaponized, could trigger a cascade. The initial distorted echo, like a stone dropped into a perfectly still pond, would send ripples outward, but these ripples would not dissipate; they would encounter other distorted frequencies, merge with them, and grow, eventually forming a tidal wave of chaotic energy.</w:t>
      </w:r>
    </w:p>
    <w:p/>
    <w:p>
      <w:r>
        <w:br/>
        <w:t>He visualized this cascade as a chain reaction of decay. A minor misuse of Aether might create an echo of discord. This echo, amplified by the underlying corrupted chant, could then influence the Aether in its vicinity, causing it to become unstable. When another being, perhaps unaware of the escalating danger, attempted to draw upon this unstable Aether, they would inadvertently amplify the corruption, adding their own distorted echo to the growing cacophony. The process was recursive and devastating, a slow-motion implosion of the energetic fabric.</w:t>
      </w:r>
    </w:p>
    <w:p/>
    <w:p>
      <w:r>
        <w:br/>
        <w:t>The desolation of the Fringe Wastes below, a landscape scarred by ancient, unremembered conflicts, now seemed to Kaelen like a prophetic glimpse of what could be. The barren plains, the wind-scoured canyons, the skeletal remains of long-dead flora – all spoke of an Aetheric imbalance, a profound disharmony that had rendered the land sterile and lifeless. He had always attributed this desolation to the aftermath of catastrophic events, but now he understood that it was more than just an aftermath; it was a testament to the ongoing decay, the persistent corruption of the fundamental energies. The very air of the Wastes seemed to carry the echoes of this unraveling, a low, mournful thrum that spoke of a world slowly succumbing to its own energetic wounds.</w:t>
      </w:r>
    </w:p>
    <w:p/>
    <w:p>
      <w:r>
        <w:br/>
        <w:t>This growing awareness filled Kaelen with a quiet dread, a gnawing fear that was far more potent than any physical threat. It was the dread of cosmic imbalance, the chilling realization that the very foundations of reality might be at risk. He saw the potential for these uncontrolled echoes to coalesce, to merge, to become self-sustaining storms of chaotic energy that could scour entire regions, erasing not just life, but the very imprint of existence. The thought of the Primordial Chant being irrevocably broken, of the universe descending into a state of pure, unadulterated discord, was a terrifying prospect.</w:t>
      </w:r>
    </w:p>
    <w:p/>
    <w:p>
      <w:r>
        <w:br/>
        <w:t>He began to meticulously analyze the echoes he had cataloged, re-examining them through the lens of this new understanding. He found patterns, subtle variations in the residual energies that indicated not just the nature of the original event, but also the degree to which the Aether had been strained or corrupted in its creation. Some echoes were like faint whispers, remnants of acts of minor Aetheric manipulation, easily deciphered and understood. Others, however, were like guttural roars, the lingering imprints of immense, uncontrolled bursts of power, and these were the ones that now seemed to pulse with a latent, dangerous energy.</w:t>
      </w:r>
    </w:p>
    <w:p/>
    <w:p>
      <w:r>
        <w:br/>
        <w:t>He noticed that certain geographical locations, areas known for their historical Aetheric significance or conflict, seemed to be more susceptible to this unraveling. These were places where the veil between the physical and energetic planes was already thin, where the background hum of the Aether was naturally more pronounced. In these areas, the corrupted frequencies seemed to take root more easily, amplifying the existing echoes and creating fertile ground for the cascade effect. He saw, in his mind’s eye, the Aetheric currents in these regions becoming sluggish, turbulent, like a river choked with debris.</w:t>
      </w:r>
    </w:p>
    <w:p/>
    <w:p>
      <w:r>
        <w:br/>
        <w:t>The concept of ‘overuse’ that he had previously contemplated took on a far more sinister dimension. It was not simply about leaving a mark; it was about actively damaging the source. Imagine, he thought, a skilled musician who, through a lifetime of practice, could draw forth exquisite melodies from a rare instrument. Now imagine someone, ignorant of the instrument’s delicate nature, attempting to play it with brute force, shattering its strings, cracking its casing. The Aether, in its boundless generosity, could absorb a great deal, but even it had limits. The uncontrolled amplification of echoes was the Aether’s desperate attempt to process and contain energy that it was not designed to handle, an attempt that ultimately led to its degradation.</w:t>
      </w:r>
    </w:p>
    <w:p/>
    <w:p>
      <w:r>
        <w:br/>
        <w:t>He also considered the role of consciousness in this unraveling. Was it merely the act of wielding Aetheric power that caused the distortion, or was it the intent behind the act? He concluded it was a complex interplay of both. Uncontrolled power, wielded without understanding or restraint, was a recipe for disaster. But even with control, if the intent was inherently corrupt – born of malice, greed, or despair – it would still imprint a distorted frequency onto the Aether. The Primordial Chant, in its purity, was neutral; it was the consciousness that interacted with it that gave it voice and character. And if that voice was a scream of agony, the universe would eventually echo that scream.</w:t>
      </w:r>
    </w:p>
    <w:p/>
    <w:p>
      <w:r>
        <w:br/>
        <w:t>Kaelen’s meditations became more focused, more urgent. He sought to understand the mechanics of this decay, to find the points of origin for the corrupted frequencies. It was like trying to find the source of a creeping poison, a poison that was slowly but surely infecting the very lifeblood of the cosmos. He observed how certain ancient rituals, perhaps performed with desperate intentions in times of great peril, had left behind echoes that were not merely residual energies, but active agents of corruption. These were not just passive imprints; they were like dormant seeds, waiting for the right conditions to sprout and spread their noxious influence.</w:t>
      </w:r>
    </w:p>
    <w:p/>
    <w:p>
      <w:r>
        <w:br/>
        <w:t>He found himself drawn to the concept of ‘resonance’ with a renewed intensity. If the Aether was a symphony, and misuse created dissonance, then perhaps a counter-frequency, a pure and resonant tone, could counteract the corruption. But to create such a counter-frequency required an even deeper understanding, a mastery of the Aether that bordered on the divine. It was not enough to simply replicate the Primordial Chant; one had to embody it, to become a living conduit of its pure, unadulterated harmony. This was a daunting, almost impossible task, especially when faced with the pervasive nature of the unraveling.</w:t>
      </w:r>
    </w:p>
    <w:p/>
    <w:p>
      <w:r>
        <w:br/>
        <w:t>The chilling implication of his visions was that the corruption was not an isolated phenomenon. It was a global, perhaps even universal, problem. The Fringe Wastes were merely a symptom, a place where the disease had manifested most visibly. He began to sense the echoes of this unraveling in other, seemingly distant places, in the subtle shifts of weather patterns, in the unease that seemed to settle over certain communities, in the growing instances of unexplained phenomena that defied rational explanation. All of these, he now suspected, were downstream effects of the fundamental energetic decay.</w:t>
      </w:r>
    </w:p>
    <w:p/>
    <w:p>
      <w:r>
        <w:br/>
        <w:t>He spent hours, days, weeks, cycling through his meditative states, trying to isolate the specific frequencies that indicated the most severe forms of corruption. He charted the intensity and spread of these distorted waves, attempting to map the extent of the damage. It was a daunting, often disheartening endeavor. The sheer scale of the problem was overwhelming, and the thought of being able to effectively combat such a pervasive decay felt almost insurmountable. Yet, he could not stop. The knowledge that the very fabric of existence was at risk spurred him onward, fueling a quiet determination that burned brighter than any fear.</w:t>
      </w:r>
    </w:p>
    <w:p/>
    <w:p>
      <w:r>
        <w:br/>
        <w:t>The visions intensified. He saw not just abstract distortions, but brief, vivid flashes of specific events where Aetheric power had been grossly misused. He saw ancient sorcerers drawing upon forbidden energies, their spells tearing holes in the Aether, leaving behind wounds that bled chaotic frequencies. He saw entire civilizations, perhaps driven by hubris or desperation, overextending their reliance on Aetheric manipulation, their grand endeavors ultimately leading to their own energetic collapse. These were not mere historical accounts; they were living, breathing echoes, each one a testament to the perilous dance between power and responsibility.</w:t>
      </w:r>
    </w:p>
    <w:p/>
    <w:p>
      <w:r>
        <w:br/>
        <w:t>He understood now that his previous contemplations on the void and the origin of Aether were not just abstract philosophical exercises. They were crucial to understanding how to mend the damage. If the Aether originated from the unmanifested potential of the void, then perhaps the key to restoring its purity lay in returning to that state of primal balance, to re-attune the manifested Aether to its source. This was not about undoing creation, but about re-aligning it, about reminding the Aether of its inherent, uncorrupted song.</w:t>
      </w:r>
    </w:p>
    <w:p/>
    <w:p>
      <w:r>
        <w:br/>
        <w:t>The weight of this understanding was immense. He was a single individual, on a desolate plateau, attempting to comprehend and potentially counter a cosmic unraveling. It was a task that felt both impossibly grand and terrifyingly solitary. Yet, as he observed the stark beauty of the Fringe Wastes below, he found a strange kind of solace. The desolation, while a symptom of the problem, also represented a kind of neutrality. There was less active, complex Aetheric activity here to become corrupted, which made the underlying distortions more apparent. It was a canvas upon which the truth of the unraveling was laid bare.</w:t>
      </w:r>
    </w:p>
    <w:p/>
    <w:p>
      <w:r>
        <w:br/>
        <w:t>He began to experiment, cautiously, with attempting to project a counter-frequency, a pure note of Aetheric harmony, into the distorted waves he perceived. It was like trying to silence a roaring tempest with a single whispered word. The results were almost imperceptible at first, mere flickers of resistance against the overwhelming tide of corruption. But with each attempt, he felt a subtle strengthening within himself, a deepening of his own resonance with the Primordial Chant. He understood that this was not a battle to be won through brute force or overwhelming power, but through patience, precision, and an unwavering commitment to the original harmony. The unraveling was a slow poison, and its antidote would require a similarly subtle, yet persistent, application of pure energy. His journey of contemplation had led him to the precipice of a perilous new undertaking, one that would demand every ounce of his skill, his discipline, and his understanding of the fundamental forces that governed existence.</w:t>
      </w:r>
    </w:p>
    <w:p/>
    <w:p>
      <w:r>
        <w:t>The hum of the Aether, once a comforting, omnipresent melody, had become a complex symphony for Kaelen. The dissonance he had perceived was not a mere aberration, but a sign of deeper truths, of a cosmic imbalance that resonated through the very fabric of existence. His meditations, once an exploration of the inherent order, had transformed into a focused effort to understand this growing discord, to trace its origins and comprehend its implications. It was in this state of profound, almost painful clarity that the first stirrings of the Mask occurred.</w:t>
      </w:r>
    </w:p>
    <w:p>
      <w:r>
        <w:br/>
        <w:t>It began not as a physical manifestation, but as an internal recalibration, a sharpening of his Aetheric senses. The swirling patterns he had witnessed in the Aetheric currents now coalesced, not into a distinct, solid form, but into a dynamic, ethereal construct that seemed to emanate from his very being. This was the Mask of Insight. It was a visual representation of his deepening connection, a shimmering tapestry woven from pure Aether, its intricate patterns shifting and reforming with the ebb and flow of cosmic energies. It was not a mask to conceal, but to reveal, to peel back the layers of illusion and perceive the underlying currents of reality.</w:t>
      </w:r>
    </w:p>
    <w:p/>
    <w:p>
      <w:r>
        <w:br/>
        <w:t>The Mask was a testament to his journey through the paths of contemplation. Each thread of light within it represented a moment of profound understanding, a revelation gleaned from hours spent in silent communion with the Aether. The shadows were not absences of light, but the spaces between the threads, the unseen connections, the potential for discord that had been transmuted into a form of subtle awareness. It was an intricate, ever-evolving mandala, reflecting the vastness of his perception and the depth of his introspection. When the Mask manifested, Kaelen could see the subtle shifts in the Aether with an astonishing clarity. The corrupted frequencies, which had once appeared as jarring notes in the universal song, now resolved into distinct patterns, each carrying the unique signature of its origin. He could discern the subtle nuances of intention embedded within these patterns, the faint whispers of fear, anger, or desperation that had fueled the initial distortion.</w:t>
      </w:r>
    </w:p>
    <w:p/>
    <w:p>
      <w:r>
        <w:br/>
        <w:t xml:space="preserve">This newfound insight allowed him to perceive the echoes not as mere residual energies, but as active participants in the ongoing unraveling. He saw how certain echoes, born of moments of intense emotional outpouring or uncontrolled power, did not simply fade but actively sought out and amplified similar dissonant frequencies. It was like observing a plague of energetic viruses, each seeking out its own kind, creating a self-perpetuating cycle of corruption. He could trace the lineage of these corrupted echoes, following the energetic trails back to their source, not necessarily to an individual or an event, but to a specific </w:t>
      </w:r>
    </w:p>
    <w:p>
      <w:pPr>
        <w:jc w:val="left"/>
      </w:pPr>
      <w:r>
        <w:rPr>
          <w:i/>
        </w:rPr>
        <w:t>imprint</w:t>
      </w:r>
      <w:r>
        <w:t xml:space="preserve"> of misuse.</w:t>
      </w:r>
    </w:p>
    <w:p>
      <w:r>
        <w:br/>
        <w:t>The Mask also revealed the hidden motivations behind the growing chaos. It wasn't merely about the accidental misuse of Aether; there were, he now understood, deliberate acts of corruption. These were not necessarily orchestrated by a single entity, but rather by various individuals or groups across time and space who, for their own reasons, had chosen to twist the fundamental energies of existence. He saw flashes of ancient cults attempting to harness forbidden powers, of desperate societies seeking to manipulate the very forces of creation to their advantage, and of individuals driven by hubris or a lust for power, all leaving their indelible, dissonant marks upon the Aether. The Mask allowed him to perceive the emotional residue of these acts, the fear that drove the cults, the desperation that fueled the societies, the arrogance that blinded the individuals. This wasn't simply seeing the 'what'; it was understanding the 'why.'</w:t>
      </w:r>
    </w:p>
    <w:p/>
    <w:p>
      <w:r>
        <w:br/>
        <w:t>This passive, yet potent, form of awareness allowed Kaelen to connect events that would otherwise appear entirely disparate. He saw how a seemingly minor disruption in one region of the galaxy could, through a chain reaction of amplified echoes, contribute to a significant destabilization in another. It was like observing the intricate workings of a vast, cosmic clock, where the movement of a single cog, however small, had repercussions throughout the entire mechanism. The Mask of Insight illuminated these unseen connections, revealing the interconnectedness of all things on an energetic level. He could perceive the faint energetic tendrils that linked seemingly unrelated phenomena – a sudden surge of uncontrolled Aetheric phenomena in one star system coinciding with an unexplained wave of despair sweeping through a distant civilization, for instance. These were not mere coincidences; they were the outward manifestations of a deeper, underlying energetic imbalance that the Mask allowed him to apprehend.</w:t>
      </w:r>
    </w:p>
    <w:p/>
    <w:p>
      <w:r>
        <w:br/>
        <w:t>The Mask of Insight also granted him a profound understanding of the flow of Aether itself. He could see the great currents of cosmic energy, the subtle eddies and vortices where dissonant frequencies tended to accumulate. It was like being able to perceive the hidden tributaries of a vast river, understanding how the slightest obstruction could alter the course of the entire waterway. He began to understand that the Aether was not a static force, but a dynamic, ever-flowing medium, and that the corruption was not a permanent alteration but a blockage, a contamination that could, in theory, be cleansed.</w:t>
      </w:r>
    </w:p>
    <w:p/>
    <w:p>
      <w:r>
        <w:br/>
        <w:t xml:space="preserve">He saw that the concept of 'overuse' he had previously considered was a multifaceted issue. It wasn't just about the raw amount of Aether expended, but also about the </w:t>
      </w:r>
    </w:p>
    <w:p>
      <w:pPr>
        <w:jc w:val="left"/>
      </w:pPr>
      <w:r>
        <w:rPr>
          <w:i/>
        </w:rPr>
        <w:t>quality</w:t>
      </w:r>
      <w:r>
        <w:t xml:space="preserve"> of that expenditure. Acts of creation, of healing, of genuine connection, infused the Aether with harmonious frequencies. Conversely, acts of destruction, of manipulation, or of raw, unfocused power, injected dissonance. The Mask allowed him to distinguish between these qualitative differences, to see how even a small expenditure of Aether, if infused with potent negative intent, could have a far more damaging ripple effect than a large, yet harmoniously intended, act.</w:t>
      </w:r>
    </w:p>
    <w:p>
      <w:r>
        <w:br/>
        <w:t>The Mask also revealed the vulnerabilities within the energetic fabric. Certain locations, certain times, and certain states of being were more susceptible to the spread of corrupted frequencies. These were the 'thin places,' the energetic nexus points where the veil between the physical and the Aetheric was naturally attenuated. It was in these places that the echoes of misuse could take root most easily, amplified by the pre-existing energetic conditions. He saw how places that had witnessed great suffering or great conflict acted as energetic sponges, absorbing and re-radiating the dissonant energies, creating localized zones of profound imbalance. These zones, in turn, could act as incubators for further corruption, their tainted energies spreading outwards like a disease.</w:t>
      </w:r>
    </w:p>
    <w:p/>
    <w:p>
      <w:r>
        <w:br/>
        <w:t>Furthermore, the Mask allowed him to perceive the subtle, yet persistent, erosion of the Primordial Chant. It wasn't just about individual instances of misuse, but about the cumulative effect of countless dissonant acts over vast stretches of time. The universal song was not being erased, but rather its pure, unadulterated notes were becoming increasingly obscured by layers of harmonic interference. It was like a beautifully crafted statue being slowly eroded by centuries of acid rain; the fundamental form remained, but its original purity and detail were lost.</w:t>
      </w:r>
    </w:p>
    <w:p/>
    <w:p>
      <w:r>
        <w:br/>
        <w:t>The weight of this understanding settled upon Kaelen, not as a burden, but as a profound responsibility. The Mask of Insight was not merely a passive gift; it was a call to action. He understood that if the universe was a symphony, and dissonance was spreading, then someone needed to strive to restore the harmony. His contemplation had led him to a place of deep understanding, and that understanding demanded a response. He began to explore the possibility of not just perceiving the corruption, but of actively countering it. If the Mask revealed the flaws in the cosmic tapestry, then perhaps he could use his amplified Aetheric senses to weave in threads of pure harmony, to subtly re-tune the discordant frequencies.</w:t>
      </w:r>
    </w:p>
    <w:p/>
    <w:p>
      <w:r>
        <w:br/>
        <w:t>This was a monumental undertaking, one that would require immense discipline and a deep wellspring of Aetheric energy. He could see, with the Mask's clarity, that the corruption was not a singular entity to be fought and defeated, but a pervasive condition, like an insidious disease that had infected the very essence of existence. The Fringe Wastes, once a symbol of desolation, now became a stark reminder of the ultimate consequence of unchecked Aetheric imbalance. They were a living testament to a world that had succumbed to its energetic wounds, a cautionary tale etched into the very landscape.</w:t>
      </w:r>
    </w:p>
    <w:p/>
    <w:p>
      <w:r>
        <w:br/>
        <w:t>The Mask's insight also revealed the intricate interplay between consciousness and Aether. It was not merely the physical act of manipulating Aether that caused distortion, but the underlying intent, the emotional resonance that was imprinted upon it. He saw how acts of pure, selfless love, while perhaps not as powerful in raw output as acts of destructive rage, left behind far purer, more harmonious energetic signatures. This realization was a revelation, a shift in his understanding from focusing solely on power to recognizing the paramount importance of intent. He began to understand that true mastery of the Aether lay not in wielding immense power, but in cultivating pure, focused consciousness.</w:t>
      </w:r>
    </w:p>
    <w:p/>
    <w:p>
      <w:r>
        <w:br/>
        <w:t>He also began to see the echoes of his own past meditations reflected in the Mask. Moments of doubt, of struggle, of nascent understanding – each had contributed to the intricate patterns now swirling before his inner eye. It was a testament to his own journey, a visual narrative of his path towards greater Aetheric awareness. The Mask was, in a sense, a reflection of his own evolving consciousness, a direct manifestation of his commitment to understanding the deeper truths of existence.</w:t>
      </w:r>
    </w:p>
    <w:p/>
    <w:p>
      <w:r>
        <w:br/>
        <w:t>The sheer scale of the task ahead was daunting. Kaelen was but one individual, a solitary figure on a desolate plateau, attempting to comprehend and, perhaps, to mend a cosmic unraveling. Yet, as he continued to gaze into the intricate depths of the Mask of Insight, he felt not despair, but a quiet, resolute purpose. The Mask did not just show him the problem; it showed him the possibility of a solution. It revealed the underlying harmony that still existed, the pure notes of the Primordial Chant that, though obscured, had not been extinguished. And within that hidden melody lay the hope, not just for himself, but for the universe. His contemplation had led him to a profound understanding of the problem, and through the Mask, he was beginning to glimpse the path towards its resolution. The journey had been one of introspection, but its destination was the universe itself.</w:t>
      </w:r>
    </w:p>
    <w:p/>
    <w:p>
      <w:r>
        <w:t>The plateau, once a sanctuary of silent communion, now felt like a gilded cage. The revelations brought forth by the Mask of Insight were too profound, too urgent, to remain confined to the solitary chambers of Kaelen’s consciousness. The subtle disharmony that had blossomed into a pervasive cosmic discord was no longer a theoretical concept to be pondered, but a palpable threat, a shadow lengthening across the very foundations of existence. The intricate, shimmering tapestry of the Mask, woven from the raw Aether and imbued with his hard-won understanding, pulsed with an unspoken imperative: to act. The silence of his self-imposed exile, which had been the crucible of his transformation, had also become a barrier, separating him from the world that desperately needed the clarity he now possessed. The echoes of misuse, the whispers of fear and manipulation that the Mask so vividly rendered, were not merely historical footnotes; they were present, active forces, subtly reshaping the destinies of countless beings. To remain passive, to continue his introspection without extending it outwards, would be to betray the very essence of the harmony he sought to understand.</w:t>
      </w:r>
    </w:p>
    <w:p>
      <w:r>
        <w:br/>
        <w:t>He understood, with a clarity that resonated as deeply as the Primordial Chant itself, that his journey had reached a crucial inflection point. The paths of contemplation had led him to the precipice of knowledge, but true wisdom, he now realized, lay not just in perceiving the intricate dance of cosmic energies, but in engaging with it. The delicate threads of Aether, so clearly visible to him through the Mask, were not merely passive conduits; they were pathways, connections, the very circulatory system of the universe, and where they were blocked or corrupted, a potent intervention was required. His solitary quest had been essential, a necessary period of deep immersion, but the universe was a vast, interconnected organism, and the healing of one part could not be achieved in isolation. He needed to seek out others, to find those who, perhaps unknowingly, resonated with the same underlying truths, those whose own internal landscapes might be subtly attuned to the Aetheric currents he could now so clearly perceive.</w:t>
      </w:r>
    </w:p>
    <w:p/>
    <w:p>
      <w:r>
        <w:br/>
        <w:t>The thought was both exhilarating and daunting. For so long, his world had been one of internal landscapes, of the intricate architecture of his own mind and its communion with the Aether. To step out, to expose himself to the external world, with its myriad complexities and unquantifiable variables, was a departure from all he had become accustomed to. Yet, the Mask offered no solace in inaction. Its shifting patterns, while revealing the depth of the problem, also subtly hinted at the possibility of solutions, not through singular heroic acts, but through a convergence of understanding, a collective awakening. The very nature of the corruption, he saw, was often born of isolation, of fragmented intentions, of individuals or groups acting out of their own limited perspectives without understanding the broader energetic repercussions. Therefore, the antidote, logically, had to be connection, a weaving together of separate threads into a stronger, more harmonious whole.</w:t>
      </w:r>
    </w:p>
    <w:p/>
    <w:p>
      <w:r>
        <w:br/>
        <w:t>He began to prepare, not with the methodical packing of supplies for a physical journey, but with an internal recalibration, a mental bracing for the interactions to come. The Mask of Insight, ever-present now, served as a constant guide, a subtle filter through which he could begin to assess the energetic signatures of any potential encounters. He would be seeking more than just companionship; he would be seeking kindred spirits, those whose inner Aetheric resonance aligned with the pursuit of balance, those who felt the same disquiet at the cosmic dissonance, even if they lacked the specific language to articulate it. It was a form of cosmic cartography, mapping not geographical locations, but the subtle energetic terrain of sentient beings. He envisioned encountering individuals who, perhaps, had experienced inexplicable flashes of insight, moments of profound connection to something larger than themselves, or perhaps even unexplained intuitions about the interconnectedness of all things.</w:t>
      </w:r>
    </w:p>
    <w:p/>
    <w:p>
      <w:r>
        <w:br/>
        <w:t>The plateau itself, etched into his very being, would forever remain a part of him, a wellspring of the strength and clarity he had cultivated. But it was time to carry that cultivated light outward. He would need to learn to navigate the cacophony of external influences, the sheer volume of unchanneled Aether and the often-unconscious projections of countless minds. His meditations, once focused on clearing his own inner space, would now need to extend outwards, creating a subtle aura of calm and clarity, a beacon that might attract those who were receptive to such a frequency. He would have to be discerning, to distinguish genuine resonance from superficial attraction, to identify those whose motivations were aligned with balance rather than self-serving power or misguided ambition. The Mask offered no guarantees of easy alliances; it simply illuminated the paths by which true connection might be forged.</w:t>
      </w:r>
    </w:p>
    <w:p/>
    <w:p>
      <w:r>
        <w:br/>
        <w:t>His thoughts turned to the nature of the journey itself. It would not be a linear progression, a direct march from one point to another. The Aetheric currents, as he now understood them, flowed in intricate, often unpredictable ways. His path would likely be guided by intuition, by subtle shifts in the energetic landscape, by the faint call of other Aetherically sensitive individuals. He might find himself drawn to bustling centers of civilization, where the sheer density of consciousness could create powerful, albeit often chaotic, Aetheric phenomena, or perhaps to more remote, forgotten places, where ancient energies might still linger, offering clues to the origins of the current imbalance. Each interaction, each new environment, would be an opportunity to refine his understanding, to test the limits of his perception, and to perhaps find unexpected allies.</w:t>
      </w:r>
    </w:p>
    <w:p/>
    <w:p>
      <w:r>
        <w:br/>
        <w:t>He considered the methodologies he might employ. Simply speaking of cosmic discord and energetic imbalances would likely be met with incomprehension, or worse, derision. His task was not just to share his knowledge, but to convey it in a way that resonated with the lived experiences of others. He would need to learn to speak the language of shared feelings, of unspoken intuitions, of the innate human and non-human yearning for order and meaning. The Mask of Insight, while a profound tool for his own perception, was intrinsically tied to his unique Aetheric signature. Translating its insights into universally accessible terms would be a significant challenge, a form of energetic translation that required not just intellectual acumen, but also profound empathy.</w:t>
      </w:r>
    </w:p>
    <w:p/>
    <w:p>
      <w:r>
        <w:br/>
        <w:t>He visualized the first steps. Standing at the edge of the plateau, the wind whipping around him, carrying the faint, almost imperceptible hum of the world beyond. He would descend, not with haste, but with intention, his senses acutely attuned. The Mask would be his constant companion, its ethereal form a subtle shimmer around him, filtering the overwhelming influx of external Aetheric data. He would look for the subtle signs: a flicker of genuine curiosity in someone’s eyes when he spoke of deeper truths, an instinctive reaching out to connect, a shared moment of quiet understanding that transcended words. He would also be wary of those whose Aetheric signatures were discordant, those who projected an aura of manipulation or unchecked ambition. The universe, as the Mask revealed, was a tapestry of both light and shadow, and his journey would require him to navigate both with equal vigilance.</w:t>
      </w:r>
    </w:p>
    <w:p/>
    <w:p>
      <w:r>
        <w:br/>
        <w:t>The uncertainty of it all was a powerful teacher. He had spent so long in the predictable currents of his own contemplation that the prospect of the unknown was, in itself, a new form of meditation. It required a surrender, a trust in the unfolding process, and a willingness to be guided by forces beyond his immediate control. He knew that he would encounter resistance, skepticism, and perhaps even outright hostility. Not everyone was ready to confront the deeper truths of existence, and some might actively seek to suppress any knowledge that threatened their established order or their own carefully guarded illusions. Yet, the urgency of the situation outweighed the personal risks. The echoes of misuse were growing louder, the dissonant frequencies more pronounced, and the window of opportunity to restore balance was, he sensed, finite.</w:t>
      </w:r>
    </w:p>
    <w:p/>
    <w:p>
      <w:r>
        <w:br/>
        <w:t>He began to walk, his feet finding purchase on the ancient stone. The plateau receded behind him, not in physical distance, but in terms of his primary engagement. His focus now shifted from the internal to the external, from the self to the multitude. The journey of seeking had begun, a path paved with the intention of connection, fueled by the urgency of understanding, and guided by the luminous wisdom of the Mask of Insight. He did not know where this path would lead, what allies he would find, or what adversaries he might face. But he knew, with a certainty that resonated through his very being, that he could no longer remain a solitary observer. The symphony of the universe needed its conductor, or at least, someone willing to try and reawaken the dormant harmony. He descended into the world, carrying within him the echo of the Primordial Chant, a whisper of hope in a universe growing increasingly out of tune. The initial steps were tentative, almost hesitant, yet imbued with an unshakeable resolve. He was no longer just a contemplator; he was a seeker, and his quest was for nothing less than the restoration of cosmic balance. The plateau’s quietude was now a memory, replaced by the rustle of unseen winds and the distant murmur of a world waiting to be understood, and perhaps, to be healed. He moved with a newfound grace, the Mask a silent, constant presence, its intricate patterns now not just a map of his internal landscape, but a nascent guide to the vast, interconnected energetic web that lay before him. His journey was not merely a physical one, but a profound unfolding of his purpose, a transition from the passive reception of truth to the active pursuit of its widespread resonance. The vastness of the task ahead was palpable, yet it did not engender fear, but a deep, quiet sense of belonging to something far greater than himself. He was a single note, yes, but one that sought to rejoin the grand, universal melody.</w:t>
      </w:r>
    </w:p>
    <w:p/>
    <w:p>
      <w:r>
        <w:br w:type="page"/>
      </w:r>
    </w:p>
    <w:p>
      <w:pPr>
        <w:spacing w:before="5040"/>
        <w:jc w:val="center"/>
      </w:pPr>
      <w:r>
        <w:rPr/>
        <w:t xml:space="preserve"> 5: The Convergence</w:t>
      </w:r>
    </w:p>
    <w:p>
      <w:r>
        <w:t>The transition from the hushed sanctity of the Crypt of the Primordials to the vibrant, cacophonous embrace of the trade city was jarring, yet invigorating. Seris found herself adrift in a sea of motion and sound, a stark contrast to the profound stillness she had known. Here, the air thrummed not with the ancient resonance of forgotten powers, but with the immediate, tangible pulse of commerce and human (and non-human) interaction. Towers of polished obsidian and shimmering quartz clawed at the sky, interspersed with structures of rough-hewn stone and intricately carved wood, each building a testament to the diverse hands that had shaped them. The thoroughfares teemed with a dizzying array of beings: merchants hawking their wares with practiced vocalizations, porters heaving burdens that strained the very sinews of their forms, artisans displaying their crafts with quiet pride, and travelers of every imaginable origin, their Aetheric signatures a complex symphony of intentions and experiences.</w:t>
      </w:r>
    </w:p>
    <w:p>
      <w:r>
        <w:br/>
        <w:t>Seris, her form subtly shifted to blend with the commoners, moved through the throng with a practiced, almost imperceptible grace. The Mask of Insight, now a more intimate extension of her being, rested upon her consciousness, its ethereal tendrils sifting through the overwhelming sensory input. It was not merely a tool for perception, but a strategic amplifier, allowing her to discern the faintest ripples of disharmony amidst the otherwise robust energetic flow of the city. Her objective was clear: to understand the nature and extent of the disturbances she sensed, to identify potential sources, and to lay the groundwork for a more targeted approach. This bustling nexus of trade, she knew, was a prime location for both the dissemination of information and the subtle machinations of those who sought to exploit or control the flow of Aether.</w:t>
      </w:r>
    </w:p>
    <w:p/>
    <w:p>
      <w:r>
        <w:br/>
        <w:t>She found a vantage point near a bustling marketplace, a sprawling expanse where the air was thick with the mingled scents of exotic spices, roasted meats, and the ever-present, underlying hum of latent Aetheric energies. Here, beneath a canopy of vibrant silks and intricately woven tapestries, the city's heartbeat was most palpable. She observed the interactions, the subtle exchanges of coin, goods, and, most importantly, information. The Mask allowed her to perceive not just the spoken words, but the unspoken currents of intent that flowed beneath them. A merchant’s booming proclamation of a rare artifact’s efficacy might be underscored by a flicker of doubt or a calculated exaggeration, while a quiet transaction between two cloaked figures might reveal a shared intention of a far more complex and potentially dangerous nature.</w:t>
      </w:r>
    </w:p>
    <w:p/>
    <w:p>
      <w:r>
        <w:br/>
        <w:t>The architecture itself spoke volumes. The older sections of the city, built with stone quarried from deep within the earth, resonated with a grounding, stable energy. But interspersed within this solid foundation were newer structures, their materials often synthesized or harvested from realms where the Aether flowed more erratically. These newer edifices, while perhaps aesthetically pleasing, often possessed a subtle dissonance, a faint crackle in their energetic signature that, to Seris, indicated a potential vulnerability. She noted the placement of these structures, their proximity to established ley lines or nodes of concentrated Aetheric activity, and began to form a preliminary map of the city’s energetic topography.</w:t>
      </w:r>
    </w:p>
    <w:p/>
    <w:p>
      <w:r>
        <w:br/>
        <w:t>Her attention was drawn to a group of individuals gathered around a street performer, whose illusions danced and shimmered with an unnerving fluidity. The performer, a gaunt figure with eyes that gleamed with an almost predatory light, manipulated the Aether with a practiced ease, weaving ephemeral constructs that captivated the onlookers. Seris observed the crowd’s reactions, the awe and wonder that clouded their judgment, making them susceptible to the performer’s subtle influence. The Mask highlighted a peculiar resonance emanating from the performer, a pattern of Aetheric manipulation that was both skillful and, to Seris, deeply unsettling. It was not the raw power that concerned her, but the deliberate way it was being channeled, the almost imperceptible threads of suggestion being woven into the fabric of the crowd’s perception. This was not merely entertainment; it was a form of subtle control, a testing of the waters for something more significant.</w:t>
      </w:r>
    </w:p>
    <w:p/>
    <w:p>
      <w:r>
        <w:br/>
        <w:t>She extended her observations to the city’s infrastructure, the conduits through which essential resources flowed. The water channels, the pneumatic tubes for rapid message delivery, the very pathways of energy that powered the city’s more advanced technologies – all were potential points of ingress or manipulation. The Mask’s subtle analysis revealed anomalies in the usual flow patterns. A slight but persistent drag on certain water conduits, a sporadic interference in communication networks, a faint, almost imperceptible warmth emanating from energy regulators that should have been at ambient temperature – these were the whispers of discord, the tell-tale signs of a subtle corruption taking root.</w:t>
      </w:r>
    </w:p>
    <w:p/>
    <w:p>
      <w:r>
        <w:br/>
        <w:t>Seris sought out more private spaces, places where the raw currents of Aether were less diluted by the sheer density of sentient thought. She found a quiet alcove within a sprawling public library, a repository of knowledge where the echoes of countless minds lingered. The air here was thick with the scent of aging parchment and the subtle, almost sweet perfume of concentrated thought. As she delved into the library’s vast collection, her Mask allowed her to sense the residual Aetheric impressions left by those who had studied here. She could distinguish the focused intent of a scholar, the fleeting curiosity of a casual reader, and the lingering resonance of individuals who had sought out specific, perhaps forbidden, knowledge.</w:t>
      </w:r>
    </w:p>
    <w:p/>
    <w:p>
      <w:r>
        <w:br/>
        <w:t>It was within these quieter spaces that she began to glean more specific pieces of information, fragmented whispers that, when pieced together, painted a clearer picture of the growing imbalance. She learned of unusual weather patterns that defied meteorological predictions, of whispers among travelers about unnerving coincidences and inexplicable shifts in fortune, and of rumors circulating about clandestine meetings in the city’s underbelly, where hushed deals were struck and strange energies were exchanged. The Mask helped her to filter the noise, to identify the threads of truth woven into the fabric of gossip and speculation.</w:t>
      </w:r>
    </w:p>
    <w:p/>
    <w:p>
      <w:r>
        <w:br/>
        <w:t>Her strategy was not one of direct confrontation, at least not yet. The Mask of Insight was a tool for observation, for understanding, and for subtle influence. Direct intervention, without a clear grasp of the forces at play, would be premature and potentially dangerous. Instead, she focused on gathering intelligence, on mapping the energetic landscape of the city and identifying the nodal points of disturbance. She began to understand that the disruptions were not isolated incidents, but rather interconnected manifestations of a deeper, more pervasive imbalance.</w:t>
      </w:r>
    </w:p>
    <w:p/>
    <w:p>
      <w:r>
        <w:br/>
        <w:t>She noted that certain districts within the city seemed to be more acutely affected than others. The artisan’s quarter, where intricate crafts that required a delicate touch with Aether were commonplace, showed signs of subtle energetic degradation, the quality of the work subtly diminished. The financial district, where the flow of capital and the manipulation of abstract energies were paramount, exhibited patterns of erratic fluctuation, leading to inexplicable gains and losses that seemed to defy conventional market logic. Even the residential areas, where the emotional and mental energies of the inhabitants were most concentrated, showed subtle signs of disharmony, a heightened sense of unease and suspicion pervading the populace.</w:t>
      </w:r>
    </w:p>
    <w:p/>
    <w:p>
      <w:r>
        <w:br/>
        <w:t>Seris began to cultivate her own subtle energetic presence within the city, not to manipulate, but to observe and, if necessary, to deflect or guide stray Aetheric currents. She practiced subtle adjustments to her own energetic signature, allowing her to move through the city with an almost spectral transparency, perceiving without being perceived. This allowed her to witness conversations and interactions that would otherwise have been hidden, to observe the subtle gestures and expressions that revealed the true intentions behind the spoken words.</w:t>
      </w:r>
    </w:p>
    <w:p/>
    <w:p>
      <w:r>
        <w:br/>
        <w:t>Her understanding of the Mask deepened with each passing hour. It was not merely an analytical tool, but an empathic one, allowing her to feel the subtle energetic resonance of the city’s inhabitants, to sense their joys, their fears, their hopes, and their hidden desires. This deeper understanding allowed her to identify individuals whose Aetheric signatures were particularly sensitive, those who might be unconsciously attuned to the disturbances, or perhaps even inadvertently contributing to them. She began to identify potential conduits for information, individuals who, through their unique positions or innate sensitivities, might possess valuable insights.</w:t>
      </w:r>
    </w:p>
    <w:p/>
    <w:p>
      <w:r>
        <w:br/>
        <w:t>The challenge, she realized, was to translate the abstract language of Aetheric resonance into actionable intelligence. A subtle dissonance in a particular building’s energetic signature was one thing; understanding the cause and the potential consequences was another. This required not just passive observation, but active deduction, the piecing together of fragmented clues into a coherent narrative. She spent hours in quiet contemplation, her mind sifting through the data collected by the Mask, cross-referencing observations, and drawing logical inferences.</w:t>
      </w:r>
    </w:p>
    <w:p/>
    <w:p>
      <w:r>
        <w:br/>
        <w:t>She found herself drawn to the city’s outer edges, where the structured energies of civilization began to fray and blend with the wilder, more untamed currents of the surrounding wilderness. Here, she encountered individuals who lived on the fringes of society, those who possessed an intuitive understanding of natural energies, of the subtle shifts in the earth and the sky. Their Aetheric signatures were often rougher, less refined than those within the city’s core, but they possessed a raw, unadulterated connection to the natural world that held its own unique wisdom.</w:t>
      </w:r>
    </w:p>
    <w:p/>
    <w:p>
      <w:r>
        <w:br/>
        <w:t>Among these fringe dwellers, she heard whispers of strange phenomena occurring in the nearby wilds – areas where the natural Aetheric flow seemed to have been perverted or amplified, causing localized distortions and unusual occurrences. These were not the subtle, insidious disturbances she had detected within the city, but more overt manifestations, like pockets of intense temporal distortion or areas where gravity seemed to behave erratically. The Mask confirmed these reports, highlighting significant energetic anomalies emanating from these outlying regions.</w:t>
      </w:r>
    </w:p>
    <w:p/>
    <w:p>
      <w:r>
        <w:br/>
        <w:t>This suggested that the source of the imbalance might not be solely contained within the city’s bustling arteries, but might have its origins in these wilder, more potent energetic zones. The city, with its dense concentration of sentient life and its intricate web of Aetheric manipulation, was likely a secondary nexus, a place where these external disturbances were amplified and disseminated. Her strategy began to shift, from a purely urban focus to a broader scope that encompassed the surrounding environment.</w:t>
      </w:r>
    </w:p>
    <w:p/>
    <w:p>
      <w:r>
        <w:br/>
        <w:t>She also began to notice patterns in the types of individuals who seemed most affected by the growing disharmony. Those who relied heavily on the subtle manipulation of Aether for their professions – enchanters, illusionists, artificers, and even certain types of healers – seemed particularly susceptible to the energetic fluctuations. Their own carefully constructed Aetheric fields, honed for precision and control, were proving to be vulnerable to the external disruptions, leading to erratic behavior, loss of skill, and in some cases, complete energetic burnout.</w:t>
      </w:r>
    </w:p>
    <w:p/>
    <w:p>
      <w:r>
        <w:br/>
        <w:t>This observation led Seris to consider the nature of the corruption itself. It seemed to target not brute force, but precision, not obvious power, but the subtle control of energy flows. This implied a level of understanding and sophistication on the part of the source of the disturbance, a calculated approach that was far more insidious than a simple chaotic eruption. The Mask’s analysis of these affected individuals revealed a common thread: a subtle energetic signature that was being introduced into their personal Aetheric fields, a form of subtle contamination that gradually undermined their abilities.</w:t>
      </w:r>
    </w:p>
    <w:p/>
    <w:p>
      <w:r>
        <w:br/>
        <w:t>Her strategy now involved identifying not just the points of disturbance, but the vectors of transmission. How was this subtle energetic signature being spread? Was it through direct contact, through ambient Aetheric diffusion, or through some form of focused transmission? The Mask, by allowing her to trace the faint energetic tendrils that connected individuals and locations, began to provide answers. She observed subtle Aetheric conduits, almost invisible threads of energy that linked seemingly unrelated individuals and places, suggesting a deliberate network of influence.</w:t>
      </w:r>
    </w:p>
    <w:p/>
    <w:p>
      <w:r>
        <w:br/>
        <w:t>The challenge of remaining undetected while gathering such sensitive information was paramount. The Mask offered a significant advantage, allowing her to perceive without being seen, but it also drew a subtle, almost imperceptible Aetheric attention from those who were similarly attuned. She had to be mindful of her own energetic emissions, ensuring that her presence did not betray her intent. She learned to modulate her Aetheric signature, to blend seamlessly with the ambient energies of the city, becoming another ripple in the vast ocean of consciousness, rather than a distinct wave.</w:t>
      </w:r>
    </w:p>
    <w:p/>
    <w:p>
      <w:r>
        <w:br/>
        <w:t>Seris also recognized the importance of establishing a network of her own, albeit a covert one. She began to identify individuals who possessed a natural sensitivity to Aether, those whose own Aetheric signatures resonated with a desire for balance and harmony, even if they lacked the specific understanding of the cosmic forces at play. These individuals, she reasoned, could serve as unwitting informants, their own perceptions and experiences offering valuable pieces to the puzzle. Her strategy involved subtle interactions, carefully worded questions, and the careful observation of their reactions, all designed to gather information without revealing her true nature or purpose.</w:t>
      </w:r>
    </w:p>
    <w:p/>
    <w:p>
      <w:r>
        <w:br/>
        <w:t>The trade city, in all its chaotic vibrancy, was proving to be an invaluable training ground. It was a microcosm of the larger cosmic dance, a place where the fundamental forces of interaction, intention, and consequence played out on a daily basis. Seris was not just observing; she was learning, adapting, and refining her own strategic capabilities. The Mask of Insight was not merely a tool, but a teacher, revealing the intricate connections and subtle influences that shaped the world around her. Her initial foray into the city had confirmed her worst fears: the disturbances were real, they were growing, and they were being orchestrated with a cunning that bespoke a deep understanding of Aetheric principles. The next steps, she knew, would require not just observation, but a more active engagement, a careful weaving of her own intent into the complex tapestry of the city’s energetic landscape.</w:t>
      </w:r>
    </w:p>
    <w:p/>
    <w:p>
      <w:r>
        <w:t>The transition from the stark, silent reverence of the Crypt of the Primordials to the thrumming, multi-faceted reality of the trade city was a disorienting yet purposeful immersion. Velor, carrying the weight of ancient knowledge and the burden of fragmented texts, found himself stepping into a symphony of existence that was both exhilarating and daunting. His purpose was singular: to navigate this vibrant nexus of life and commerce, not as a mere observer, but as an active seeker, his historical deductions serving as a compass in the swirling currents of uncertainty that permeated the city. The air itself seemed to hum with a thousand different intentions, a complex tapestry woven from the countless lives that intersected within its bustling thoroughfares. Towers of polished obsidian and shimmering quartz scraped the sky, their surfaces reflecting a kaleidoscope of activity, while lower structures of rough-hewn stone and intricately carved wood spoke of traditions and crafts honed over generations. Everywhere he looked, there was movement, sound, and the undeniable, pervasive presence of Aether, the fundamental energy that underpinned all existence.</w:t>
      </w:r>
    </w:p>
    <w:p>
      <w:r>
        <w:br/>
        <w:t>Velor, his own Aetheric signature carefully modulated to be unobtrusive, moved with a quiet intensity through the throng. His attire, while practical for travel, was designed to be unremarkable, allowing him to blend seamlessly into the diverse populace. The Mask of Insight, though not worn physically in the traditional sense, was a constant companion to his consciousness, its ethereal tendrils reaching out, sifting through the cacophony of sensory input. It was more than a tool for observation; it was an extension of his mind, a means of discerning the subtle dissonances that hinted at the presence of the very forces he sought. His research, meticulously compiled from ancient scrolls and whispered legends, had pointed him towards this particular city, a known hub of inter-realm trade and a nexus of diverse energies. He understood that such a place, brimming with countless interactions and the exchange of goods, knowledge, and power, would be fertile ground for the emergence of individuals attuned to the Aetherflow.</w:t>
      </w:r>
    </w:p>
    <w:p/>
    <w:p>
      <w:r>
        <w:br/>
        <w:t>He found himself drawn to the more active marketplaces, areas where the raw energy of commerce and human interaction was most concentrated. The air here was thick with the mingled scents of exotic spices, roasting meats, and the ever-present hum of latent Aetheric energies. He observed the merchants, their voices a practiced rhythm of enticement and negotiation, their hands gesturing with an almost unconscious manipulation of minor Aetheric currents to emphasize their wares. He watched the porters, their movements a testament to sheer physical exertion, yet even within their labor, he could detect subtle shifts in their Aetheric fields, a testament to the underlying energy that sustained their efforts. His focus, however, was not on the obvious displays of power or skill, but on the subtler markers, the faint energetic ripples that might indicate a deeper connection to the Aetherflow, a nascent ability that, with guidance, could blossom.</w:t>
      </w:r>
    </w:p>
    <w:p/>
    <w:p>
      <w:r>
        <w:br/>
        <w:t>His historical deductions had provided him with a framework, a set of parameters that defined the characteristics of those who might be developing a connection to the Aetherflow. He looked for individuals who exhibited an unusual degree of empathy, a keen intuition that went beyond mere deduction, or a subtle affinity for manipulating ambient energies, even in ways they might not fully understand. These were the nascent Synarchs, individuals whose innate connection to the Aetherflow, if nurtured, could potentially help to rebalance the cosmic energies that were showing increasing signs of strain. He moved through the crowds with a practiced, almost imperceptible gait, his eyes scanning, his senses alert, his mind constantly cross-referencing the individuals he encountered with the profiles gleaned from his research.</w:t>
      </w:r>
    </w:p>
    <w:p/>
    <w:p>
      <w:r>
        <w:br/>
        <w:t>He would often pause near groups engaged in conversation, not to eavesdrop on the specifics of their dealings, but to feel the collective energetic resonance of the interaction. A harmonious exchange, marked by a shared flow of positive Aether, was easily distinguishable from a discordant one, where subtle tensions and underlying resentments created pockets of energetic friction. The Mask of Insight allowed him to perceive these nuances, to understand the energetic undercurrents that flowed beneath the surface of spoken words and outward appearances. He was not seeking to judge, but to understand, to identify the unique energetic signatures that might indicate a deeper potential.</w:t>
      </w:r>
    </w:p>
    <w:p/>
    <w:p>
      <w:r>
        <w:br/>
        <w:t>One particular observation stood out: a street performer, whose illusions danced and shimmered with an almost unnatural fluidity. The performer, a gaunt individual with eyes that seemed to hold an ancient, knowing gleam, manipulated the Aether with a remarkable, effortless grace. The crowd, mesmerized by the ephemeral constructs that flickered into existence and dissolved just as quickly, was utterly captivated. Velor, however, felt a deeper resonance emanating from the performer. It was not the raw power that impressed him, but the deliberate, almost surgical precision with which the Aether was being channeled. He could sense the subtle threads of suggestion being woven into the fabric of the onlookers’ perception, a gentle nudge that steered their awe and wonder. This was not mere entertainment; it was a demonstration of controlled Aetheric manipulation, a subtle testing of the waters, and a testament to a natural talent that was being honed, even if unconsciously.</w:t>
      </w:r>
    </w:p>
    <w:p/>
    <w:p>
      <w:r>
        <w:br/>
        <w:t>He also paid attention to the city's infrastructure, the very veins and arteries through which its lifeblood flowed. The water channels, the pneumatic tubes for rapid communication, the conduits that carried the energy powering the city’s more advanced technologies – all were potential points of interaction with the Aetherflow. His research had suggested that disruptions in these systems could be indicators of underlying energetic imbalances. He noted the subtle deviations from expected flow patterns, the faint but persistent drag on certain water conduits, the sporadic interference in communication networks, the almost imperceptible warmth emanating from energy regulators that should have been at ambient temperature. These were not overt signs of catastrophe, but rather the subtle whispers of a deeper discord, the tell-tale signs of a corruption taking root.</w:t>
      </w:r>
    </w:p>
    <w:p/>
    <w:p>
      <w:r>
        <w:br/>
        <w:t>Velor’s approach was methodical. He would spend hours in quieter corners of the city, in libraries where the residual Aetheric impressions of countless minds lingered like ancient echoes, or in secluded plazas where the noise of commerce receded, allowing the subtler energetic currents to become more apparent. In these spaces, he could more easily access the fragmented texts he carried, cross-referencing their cryptic passages with his observations. He was seeking not just individuals, but patterns. Were the disturbances localized, or pervasive? Did they manifest in specific types of interactions, or across the entire spectrum of city life?</w:t>
      </w:r>
    </w:p>
    <w:p/>
    <w:p>
      <w:r>
        <w:br/>
        <w:t>He began to notice that certain districts seemed to be more acutely affected than others. The artisan’s quarter, where the delicate manipulation of Aether was essential for the creation of intricate crafts, showed signs of subtle energetic degradation. The quality of the work, while still impressive, lacked a certain vitality, a subtle spark that had been present in older pieces. In the financial district, where abstract energies were as valuable as tangible goods, he observed patterns of erratic fluctuation, leading to inexplicable gains and losses that defied conventional market logic. Even in the residential areas, where the collective emotions and mental energies of the inhabitants were most concentrated, there was a subtle disharmony, a pervasive sense of unease that seemed to permeate the very air.</w:t>
      </w:r>
    </w:p>
    <w:p/>
    <w:p>
      <w:r>
        <w:br/>
        <w:t>His strategy involved discreet inquiries. He would engage in casual conversations with various individuals, not directly asking about Aether or cosmic imbalances, but about unusual occurrences, local phenomena, or shifts in the prevailing atmosphere of the city. He might inquire about recent weather patterns that defied meteorological predictions, or the strange coincidences that travelers sometimes reported. He would listen for hushed rumors of clandestine meetings, of unusual exchanges, of anything that hinted at energies beyond the ordinary. These were not direct questions, but rather subtle probes, designed to elicit information without raising suspicion.</w:t>
      </w:r>
    </w:p>
    <w:p/>
    <w:p>
      <w:r>
        <w:br/>
        <w:t>He learned to identify the subtle energetic signatures of those who possessed a unique perspective, individuals whose innate sensitivity allowed them to perceive the shifts in the Aetherflow, even if they lacked the vocabulary or understanding to articulate their experiences. These individuals, often overlooked by the bustling masses, were his primary targets. He would subtly guide conversations towards topics that might reveal their unique perceptions, offering his own carefully crafted observations as a way to encourage them to share their insights.</w:t>
      </w:r>
    </w:p>
    <w:p/>
    <w:p>
      <w:r>
        <w:br/>
        <w:t>The fragmented texts he carried were more than just a historical record; they were a guide to understanding the language of Aether itself. They spoke of ley lines, energetic nodes, and the subtle ways in which the Aetherflow could be influenced, channeled, or disrupted. Velor’s task was to translate these ancient principles into the contemporary context of the city, to identify how these fundamental forces were manifesting in the here and now. He sought out locations that his research suggested were significant energetic points within the city, and he would spend time there, observing, sensing, and attuning himself to the underlying currents.</w:t>
      </w:r>
    </w:p>
    <w:p/>
    <w:p>
      <w:r>
        <w:br/>
        <w:t>He discovered that the city’s architecture itself played a role in shaping the Aetherflow. Older structures, built with materials quarried from deep within the earth, possessed a grounding, stable energy. Newer constructions, however, often incorporated materials synthesized or harvested from realms where the Aether flowed with greater volatility. These newer edifices, while often aesthetically striking, frequently possessed a subtle dissonance, a faint crackle in their energetic signature that indicated a potential vulnerability. Velor meticulously mapped these energetic topographies, noting the placement of these structures in relation to established ley lines and nodes of concentrated Aetheric activity.</w:t>
      </w:r>
    </w:p>
    <w:p/>
    <w:p>
      <w:r>
        <w:br/>
        <w:t>His investigations also led him to consider the city’s fringes, the areas where the structured energies of civilization began to blur with the wilder, more untamed currents of the surrounding wilderness. Here, he encountered individuals who lived on the periphery of society, those who possessed an intuitive understanding of natural energies, of the subtle shifts in the earth and the sky. Their Aetheric signatures were often less refined than those within the city’s core, but they held a raw, unadulterated connection to the natural world that offered its own unique wisdom. Among these fringe dwellers, he heard whispers of strange phenomena occurring in the nearby wilds—areas where the natural Aetheric flow seemed to have been perverted or amplified, causing localized distortions and unusual occurrences. These were not the subtle disturbances he had detected within the city, but more overt manifestations, such as pockets of intense temporal distortion or areas where gravity seemed to behave erratically.</w:t>
      </w:r>
    </w:p>
    <w:p/>
    <w:p>
      <w:r>
        <w:br/>
        <w:t>This suggested to Velor that the source of the imbalance might not be solely contained within the city’s bustling arteries, but might have its origins in these wilder, more potent energetic zones. The city, with its dense concentration of sentient life and its intricate web of Aetheric manipulation, was likely a secondary nexus, a place where these external disturbances were amplified and disseminated. His strategy began to broaden, shifting from a purely urban focus to encompass the surrounding environment. He needed to understand the full scope of the problem, from its potential source to its intricate manifestations.</w:t>
      </w:r>
    </w:p>
    <w:p/>
    <w:p>
      <w:r>
        <w:br/>
        <w:t>He also began to notice a pattern in the types of individuals who seemed most affected by the growing disharmony. Those who relied heavily on the subtle manipulation of Aether for their professions—enchanters, illusionists, artificers, and even certain types of healers—seemed particularly susceptible to the energetic fluctuations. Their own carefully constructed Aetheric fields, honed for precision and control, were proving to be vulnerable to the external disruptions, leading to erratic behavior, loss of skill, and in some cases, complete energetic burnout. This observation reinforced Velor’s growing suspicion that the corruption was not a random force, but a calculated one, targeting not brute strength, but precision and subtle control.</w:t>
      </w:r>
    </w:p>
    <w:p/>
    <w:p>
      <w:r>
        <w:br/>
        <w:t>The challenge of remaining undetected while gathering such sensitive information was paramount. The Mask of Insight offered a significant advantage, allowing him to perceive without being seen, but it also drew a subtle, almost imperceptible Aetheric attention from those who were similarly attuned. Velor had to be acutely mindful of his own energetic emissions, ensuring that his presence did not betray his intent. He learned to modulate his Aetheric signature, to blend seamlessly with the ambient energies of the city, becoming another ripple in the vast ocean of consciousness, rather than a distinct wave that might draw unwanted attention.</w:t>
      </w:r>
    </w:p>
    <w:p/>
    <w:p>
      <w:r>
        <w:br/>
        <w:t>He recognized the importance of establishing his own covert network, not of agents, but of sensitive individuals who might inadvertently provide valuable pieces to the puzzle. He began to identify individuals who possessed a natural sensitivity to Aether, those whose own Aetheric signatures resonated with a desire for balance and harmony, even if they lacked the specific understanding of the cosmic forces at play. His strategy involved subtle interactions, carefully worded questions designed to elicit specific responses, and the meticulous observation of their reactions. He was gathering intelligence, piece by piece, from every corner of the city, from every stratum of its society. The trade city, in all its chaotic vibrancy, was proving to be an invaluable training ground, a microcosm of the larger cosmic dance, a place where the fundamental forces of interaction, intention, and consequence played out on a daily basis. Velor was not just observing; he was learning, adapting, and refining his own strategic capabilities, driven by the fragmented texts and the silent guidance of the Aetherflow itself. His initial foray into the city had confirmed his worst fears: the disturbances were real, they were growing, and they were being orchestrated with a cunning that bespoke a deep understanding of Aetheric principles. The next steps, he knew, would require not just observation, but a more active engagement, a careful weaving of his own intent into the complex tapestry of the city’s energetic landscape. His arrival in the city marked the beginning of a crucial phase in his quest, a meticulous sifting through the chaos to find the seeds of order, the nascent connections that would eventually lead him to the individuals capable of understanding and addressing the growing imbalance. He continued his methodical search, a beacon of knowledge in the encroaching uncertainty, his historical deductions guiding him towards the individuals who would become the linchpin in a struggle for cosmic equilibrium.</w:t>
      </w:r>
    </w:p>
    <w:p/>
    <w:p>
      <w:r>
        <w:t>The transition from the profound, resonant quietude of the Stillness Sanctum to the cacophonous symphony of the trade city was a visceral jolt. Liora, accustomed to the slow, deliberate pulse of elemental energies, found herself adrift in a tempest of sensory input. The air, so recently imbued with the scent of ancient stone and the faint, lingering essence of focused contemplation, now assailed her with a thousand competing aromas: the sharp tang of exotic spices, the greasy smoke of street vendors’ stalls, the cloying sweetness of overripe fruits, and the ubiquitous, underlying metallic tang of commerce and concentrated Aether. It was a chaotic tapestry woven from the threads of countless lives, a vibrant, overwhelming testament to the ceaseless churn of existence.</w:t>
      </w:r>
    </w:p>
    <w:p>
      <w:r>
        <w:br/>
        <w:t>Liora moved with a deliberate, almost tentative grace, her steps light upon the cobblestone streets. Unlike Velor, who sought to blend, to become one with the throng, Liora’s presence was a gentle counterpoint to the city’s clamor. Her Aetheric signature, a soft, undulating wave of verdant and sapphire hues, was not hidden, but rather expressed a quiet harmony, an inherent attunement to the natural world that even the city’s artifice could not entirely suppress. Her simple, earth-toned attire, fashioned from natural fibers, spoke of a life lived in closer communion with the earth. Upon her brow, a circlet of polished river stones, each humming with a subtle, internal luminescence, served as a conduit for her elemental senses, allowing her to perceive the subtler currents that flowed beneath the surface of the city’s immediate reality.</w:t>
      </w:r>
    </w:p>
    <w:p/>
    <w:p>
      <w:r>
        <w:br/>
        <w:t>The discordant resonance she had felt back in the Sanctum, a faint but insistent dissonance that had unsettled the very bedrock of her being, had not faded with distance. Instead, it had sharpened, coalescing into a clear, undeniable call. This city, this nexus of trade and energy exchange, was not merely a place of commerce; it was a focal point, a knot in the delicate web of the world’s energetic flow, and the disharmony she sensed was radiating from its very core. Her purpose, as it had always been, was the restoration of balance, the gentle coaxing of discordant energies back into harmonious alignment. Yet, as she surveyed the overwhelming scale of the metropolis, the task felt as daunting as rechanneling a raging river with cupped hands.</w:t>
      </w:r>
    </w:p>
    <w:p/>
    <w:p>
      <w:r>
        <w:br/>
        <w:t>Her initial observations focused not on the bustling crowds or the towering structures, but on the periphery, on the subtle intrusions of the urban landscape into the natural world it encroached upon. Even within the city’s walls, pockets of life stubbornly persisted. Small, hardy plants pushed through cracks in the paving stones, their leaves often dusty and their vibrancy dimmed. She knelt beside a struggling vine that clung to a weathered stone wall, its tendrils reaching towards a sliver of sunlight. Placing her hand gently upon its leaves, she felt a faint tremor, a whisper of distress. The life force within it was muted, starved of the pure elemental energies it craved. The city’s ceaseless hum of artificial energy, its relentless consumption and transformation of resources, cast a subtle pall over the natural world, dulling its innate vitality.</w:t>
      </w:r>
    </w:p>
    <w:p/>
    <w:p>
      <w:r>
        <w:br/>
        <w:t>The very air, while thick with the scent of commerce, lacked the clean, crisp purity of open fields or ancient forests. Liora could sense the faint but persistent imprint of countless Aetheric manipulations, the residue of desires, intentions, and transactions. These energies, when unanchored and untethered, did not dissipate cleanly; they mingled, creating a subtle energetic static that obscured the clearer, more fundamental frequencies of the earth and sky. It was like trying to hear the song of a single bird amidst the roar of a thousand machines.</w:t>
      </w:r>
    </w:p>
    <w:p/>
    <w:p>
      <w:r>
        <w:br/>
        <w:t>As she ventured deeper into the city, her senses were continually drawn to the flow of water. The city was intersected by canals, arteries of murky water that carried refuse and commerce alike. Liora paused by the edge of one such waterway, its surface rippled not by the gentle touch of wind, but by the constant passage of barges and the churning of unseen mechanisms. She reached out, her fingertips brushing the cool, damp stone of the embankment. Closing her eyes, she focused her inner sight, attuning herself to the subtle energies of the water. It was sluggish, heavy with the effluence of the city. The natural flow, the inherent spirit of the water, seemed choked, its cleansing power diminished. She could feel the faint Aetheric signatures of the waste it carried, the residual energies of countless lives and activities, all coalescing into a dull, oppressive presence.</w:t>
      </w:r>
    </w:p>
    <w:p/>
    <w:p>
      <w:r>
        <w:br/>
        <w:t>Her understanding of elemental attunement allowed her to perceive the world not just through sight and sound, but through a more profound, energetic resonance. The earth beneath her feet, though solid and unyielding, felt… strained. It was as if the very ground had been compacted, its ability to breathe and channel elemental energy stifled by the immense weight of the city and the constant, intrusive manipulation of its forces. She felt the subtle tremors of activity deep within its core, not the natural shifts of tectonic plates, but the vibrations of constant construction, of energy conduits being laid, of resources being extracted.</w:t>
      </w:r>
    </w:p>
    <w:p/>
    <w:p>
      <w:r>
        <w:br/>
        <w:t>Liora’s journey through the city was a study in contrasts. She observed the vibrant life of the marketplaces, where the energy of trade was almost palpable, a swirling vortex of intention and exchange. She saw individuals whose Aetheric signatures flared with ambition, others whose energies pulsed with a desperate need, and still others whose auras emanated a quiet, focused determination. Her elemental senses allowed her to interpret these energetic expressions as manifestations of the life force itself, albeit often warped or channeled in ways that were discordant with natural harmony.</w:t>
      </w:r>
    </w:p>
    <w:p/>
    <w:p>
      <w:r>
        <w:br/>
        <w:t>She saw a skilled weaver, his hands moving with practiced speed, his Aetheric signature a steady, rhythmic hum that seemed to imbue the very threads with resilience and beauty. Yet, even in his focused craft, she detected a faint undercurrent of weariness, a subtle draining of his vital energy that went beyond the exertion of labor. It was as if the very fabric of the city was subtly siphoning his inherent vitality, demanding more than he could sustainably give. His creations were exquisite, but Liora sensed that their creation came at a cost to his own energetic well-being.</w:t>
      </w:r>
    </w:p>
    <w:p/>
    <w:p>
      <w:r>
        <w:br/>
        <w:t>Her path led her through quieter residential districts, where the cacophony of commerce receded, replaced by the murmur of everyday life. Here, she encountered families, their Aetheric fields interwoven with shared emotions and experiences. She felt the warmth of familial love, the gentle currents of concern, but also the faint traces of stress and anxiety that permeated the urban environment. Even in the sanctity of their homes, the subtle energetic disharmony of the city seemed to find a way to intrude, like a pervasive mist that settled even on the most sheltered hearths.</w:t>
      </w:r>
    </w:p>
    <w:p/>
    <w:p>
      <w:r>
        <w:br/>
        <w:t>She noticed children, their innate Aetheric signatures bright and unfettered, playing in small courtyards. Their laughter was a pure, untainted sound, yet Liora could see how their natural exuberance was subtly tempered by the surrounding environment. Their games, while lively, lacked the wild, unrestrained joy she associated with children connected to pristine natural energies. Their Aetheric fields, while still vibrant, held a faint tint of the city's pervasive influence, a subtle shading that hinted at a future where their connection to the elemental world might be less profound.</w:t>
      </w:r>
    </w:p>
    <w:p/>
    <w:p>
      <w:r>
        <w:br/>
        <w:t>Liora’s primary focus, however, remained on the larger energetic patterns, the subtle shifts and disruptions that indicated a deeper imbalance. She found herself drawn to areas where the city’s infrastructure intersected with the remaining fragments of the natural world. She observed a small park, a designated green space within the sprawling metropolis. While trees still stood, their leaves appeared a duller green than they should have been, their branches reaching upwards with a hesitant, almost apologetic gesture. The soil felt compacted, lacking the rich, porous quality that allowed for free energetic exchange. Even the air within the park seemed heavier, as if the surrounding urban density were pressing down upon it.</w:t>
      </w:r>
    </w:p>
    <w:p/>
    <w:p>
      <w:r>
        <w:br/>
        <w:t>She sat beneath a gnarled oak, its trunk wide and ancient, a silent witness to the city’s growth. Placing her palm against its rough bark, she closed her eyes and reached out with her senses, seeking to commune with the tree’s slow, deep consciousness. The tree’s Aetheric signature was weakened, its connection to the earth strained. It was as if it were drawing sustenance from soil that had been leached of its vitality, breathing air that had lost its pristine essence. Liora felt a pang of sorrow. This magnificent being, a beacon of nature’s resilience, was struggling, its life force subtly but inexorably being depleted by the encroaching urban sprawl.</w:t>
      </w:r>
    </w:p>
    <w:p/>
    <w:p>
      <w:r>
        <w:br/>
        <w:t>The city, in its relentless pursuit of progress and expansion, seemed to be slowly but surely suffocating the natural world around it. It was a slow poisoning, an energetic drain that affected not just the plants and trees, but the very air, the water, and the earth itself. Liora’s mission, therefore, was not merely to address the perceived energetic focal point within the city, but to understand the broader impact of the city’s existence on the delicate balance of the surrounding environment.</w:t>
      </w:r>
    </w:p>
    <w:p/>
    <w:p>
      <w:r>
        <w:br/>
        <w:t>She observed how the city's light pollution, a constant, pervasive glow that masked the stars, affected the nocturnal creatures that might have once thrived in the area. The subtle Aetheric emanations from the city's countless energy sources created a constant, low-level hum that likely interfered with the navigational senses of migratory birds or the subtle energetic communication of insects. Every aspect of the city’s operation, from its towering structures to its ceaseless activity, had an energetic ripple effect that extended far beyond its immediate confines.</w:t>
      </w:r>
    </w:p>
    <w:p/>
    <w:p>
      <w:r>
        <w:br/>
        <w:t>Liora sought out places where the city’s influence was less pronounced, seeking respite and a chance to recalibrate her senses. She discovered a small, secluded shrine tucked away in a quiet corner, dedicated to a forgotten nature deity. Here, amidst a small grove of ancient, undisturbed trees, the Aetheric atmosphere was noticeably clearer, the elemental energies flowing with a more natural resonance. It was in these pockets of relative purity that Liora could most clearly perceive the extent of the disharmony elsewhere. She felt the quiet strength of the earth, the gentle flow of water in a hidden spring, the vibrant Aetheric signatures of the trees, and she could contrast it with the muted, strained energies of the city.</w:t>
      </w:r>
    </w:p>
    <w:p/>
    <w:p>
      <w:r>
        <w:br/>
        <w:t>Her quest was to understand the nature of the discordant resonance that had drawn her here. Was it an external force, a corruption from beyond the city’s walls that was finding purchase within its energetic heart? Or was it a symptom, a consequence of the city’s own unchecked growth and its disregard for the natural balance? Her elemental attunement provided her with clues, allowing her to sense the energetic signatures of various influences. She could distinguish between the raw, untamed energies of the wild and the more refined, often manipulated energies of civilization.</w:t>
      </w:r>
    </w:p>
    <w:p/>
    <w:p>
      <w:r>
        <w:br/>
        <w:t>She began to notice subtle variations in the elemental composition of the air itself. In certain areas, the presence of raw, untainted earth Aether seemed diminished, replaced by a subtle, almost metallic tang that spoke of artificial fabrication and concentrated, processed energy. The flow of water Aether was similarly affected, its purity compromised by the influx of energetic residue from the city’s industrial processes. It was as if the very building blocks of existence were being subtly altered, their natural resonance muted by the city’s pervasive influence.</w:t>
      </w:r>
    </w:p>
    <w:p/>
    <w:p>
      <w:r>
        <w:br/>
        <w:t>Liora’s approach was one of gentle observation and quiet connection. She did not seek to impose her will upon the city, but rather to understand its energetic landscape, to identify the sources of discord and to find ways to reintroduce harmony. She would spend time in quiet contemplation, allowing the subtle currents of the city’s Aetherflow to wash over her, sifting through the complex tapestry of energies for the specific discordant thread that had called her here.</w:t>
      </w:r>
    </w:p>
    <w:p/>
    <w:p>
      <w:r>
        <w:br/>
        <w:t>She found herself increasingly drawn to the city’s boundaries, the edges where the urban sprawl met the wilder, untamed landscapes. Here, the contrast was stark. The vibrant, unrestrained energies of the natural world clashed with the contained, often artificial energies of the city. She observed how the city’s light and sound pollution bled into the surrounding wilderness, creating zones of energetic disturbance that pushed back against the natural flow. Plants at the city’s edge often exhibited stunted growth, their leaves bearing the tell-tale signs of energetic depletion.</w:t>
      </w:r>
    </w:p>
    <w:p/>
    <w:p>
      <w:r>
        <w:br/>
        <w:t>Liora realized that her task was not simply to address a localized anomaly within the city, but to understand the interconnectedness of the urban environment and the natural world it impacted. The discordant resonance she had felt in the Stillness Sanctum was a symptom of a much larger, more pervasive imbalance, and this bustling trade city was indeed a critical node in that imbalance. Her arrival was not an end, but a beginning, a step into a complex energetic puzzle that required patience, sensitivity, and a profound understanding of the elemental forces that sustained all life. The city was a testament to humanity's ability to shape and harness energy, but it was also a stark reminder of the consequences when that power was wielded without regard for the delicate balance of the natural world. Liora, with her quiet strength and her deep connection to the earth, was here to remind them, and perhaps the world, of that vital truth.</w:t>
      </w:r>
    </w:p>
    <w:p/>
    <w:p>
      <w:r>
        <w:t>Kaelen’s arrival in the city was less an entrance and more a dissolution into the vibrant, pulsing tapestry of its existence. The journey, a pilgrimage of self-discovery and deepening insight, had honed his already acute mystic senses. He perceived the metropolis not as a mere collection of stone and mortar, nor as a teeming ant-hill of humanity, but as a profound nexus where countless streams of Aether converged, a confluence of intent and raw potential. It was a living, breathing entity, its energetic currents as palpable to him as the wind against his skin.</w:t>
      </w:r>
    </w:p>
    <w:p>
      <w:r>
        <w:br/>
        <w:t>He stood on the periphery, a silent sentinel at the edge of the storm, his unique perspective unfolding like a well-worn map. The Mask of Insight, a tool of his calling, rested not upon his face, but within his very consciousness, filtering the mundane into the extraordinary. Through this inner lens, the city’s cacophony resolved into a symphony of Aetheric signatures, each one a distinct hue and resonance, a testament to the myriad lives that wove the city’s vibrant, often chaotic, fabric.</w:t>
      </w:r>
    </w:p>
    <w:p/>
    <w:p>
      <w:r>
        <w:br/>
        <w:t>From his vantage point, Kaelen’s gaze, imbued with an almost ethereal clarity, swept across the sprawling urban expanse. He saw the city as a vast, intricate web, spun from threads of ambition, desire, commerce, and survival. The air itself thrummed with the residual energies of countless transactions, whispered prayers, and unspoken fears. It was a potent brew, a volatile concoction of human endeavor that, to Kaelen, sang a song of both magnificent creation and profound imbalance. He could trace the pathways of trade like glowing arteries, pulsing with the flow of goods and coin, each exchange leaving a faint, shimmering imprint on the city’s Aetheric field. He felt the collective will of the populace, a vast, uncoordinated force striving towards various goals, creating eddies and currents within the larger Aetherflow.</w:t>
      </w:r>
    </w:p>
    <w:p/>
    <w:p>
      <w:r>
        <w:br/>
        <w:t>He saw pockets of intense energy, the marketplaces, where the raw, unbridled force of commerce flared like a thousand tiny suns. Here, the Aether was thick with the scent of opportunity and desperation, a potent blend that could uplift or consume. He observed individuals, their auric fields a vibrant testament to their inner lives. Some pulsed with the determined glow of seasoned merchants, their intentions focused and sharp, honed by years of negotiation. Others radiated a frantic energy, the desperate need of those struggling to survive, their Aetheric signatures flickering like dying embers. Yet, even in this intense exchange, Kaelen perceived a fundamental connection, a shared vulnerability that bound them all.</w:t>
      </w:r>
    </w:p>
    <w:p/>
    <w:p>
      <w:r>
        <w:br/>
        <w:t>Then, his sight, guided by an instinct as ancient as the stars, began to coalesce upon specific, potent signatures. He felt a familiar resonance, a subtle yet undeniable pull that had drawn him across vast distances. It was the Aetheric signature of Seris, a deep, resonant hum of ancient knowledge and grounded earth energy, like the slow, deliberate growth of mountains. Seris moved through the city with an unhurried grace, his presence a steady anchor amidst the swirling currents. Kaelen perceived Seris as a guardian of forgotten truths, his Aetheric field radiating a deep, abiding wisdom, a silent promise of stability in the face of flux. Seris’s energy was not overt, not attention-grabbing, but rather a deep, subterranean current, powerful and enduring, that Kaelen recognized as intrinsically tied to the very foundations of the world. He saw Seris interacting with the city’s less savory elements, not with judgment, but with a quiet understanding, his Aetheric touch leaving subtle ripples of calm in its wake, a stark contrast to the inherent turbulence of the urban environment. Kaelen noted how Seris's presence seemed to subtly soothe the raw, jagged edges of the city’s chaotic energy, like a balm applied to a festering wound.</w:t>
      </w:r>
    </w:p>
    <w:p/>
    <w:p>
      <w:r>
        <w:br/>
        <w:t>Following another thread of potent Aether, Kaelen’s gaze landed upon Velor. Velor’s signature was a kaleidoscope of shifting hues, a restless, vibrant energy that mirrored the city’s own dynamic nature. He moved with a fluid, almost serpentine grace, a master of adaptation, his Aetheric field a constantly reconfiguring shield, absorbing and deflecting the city’s onslaught. Kaelen perceived Velor as a creature of the labyrinth, a pragmatist who navigated the complex currents of urban life with unparalleled skill. Velor’s energy was sharp, focused, and always in motion, like a predator perfectly attuned to its environment. Kaelen observed Velor’s interactions, noting the subtle dance of manipulation and survival, the keen intellect that underpinned every move. Velor’s Aether seemed to shimmer with the sharp edges of calculated risk and the glint of calculated deception. Kaelen recognized the underlying efficiency in Velor’s Aetheric signature, a mastery of subtle influence that allowed him to weave through the city’s densest concentrations of energy undetected by the uninitiated. He saw how Velor’s presence seemed to amplify the city’s own inherent dynamism, a catalyst for its ever-changing nature.</w:t>
      </w:r>
    </w:p>
    <w:p/>
    <w:p>
      <w:r>
        <w:br/>
        <w:t>And then, Kaelen’s focus sharpened, drawn to a signature that resonated with a different kind of power, a power both gentle and profound. It was Liora, her Aetheric field a soft, undulating wave of verdant and sapphire hues, an Aetheric signature that spoke of an innate connection to the earth and its restorative energies. Liora’s presence was a quiet counterpoint to the city’s overwhelming clamor, a beacon of natural harmony in a sea of artificiality. Kaelen perceived Liora as a conduit to the primal forces, a being whose very essence was attuned to the planet’s well-being. Her Aether flowed with a serene, unwavering strength, a subtle yet persistent reminder of the world that lay beneath the city’s veneer. Kaelen observed Liora’s gentle interactions with the struggling pockets of nature within the city, her touch a whisper of reassurance to the wilting flora. He saw how her Aether seemed to emanate a restorative aura, a subtle pushback against the city’s encroaching sterility.</w:t>
      </w:r>
    </w:p>
    <w:p/>
    <w:p>
      <w:r>
        <w:br/>
        <w:t>These three distinct, yet undeniably interconnected, energies converged within Kaelen’s perception. He saw Seris, the anchor of ancient wisdom; Velor, the master of urban currents; and Liora, the embodiment of natural balance. They were, in his sight, like three vital currents of Aether, each flowing with its own distinct purpose, yet all drawn to this particular locus, this vibrant nexus of global energy. He recognized the shared, though perhaps unacknowledged, connection that bound them – a common purpose rooted in the stewardship of the world’s Aetheric balance. Though their methods and philosophies might differ, their fundamental alignment with the greater energetic schema was undeniable.</w:t>
      </w:r>
    </w:p>
    <w:p/>
    <w:p>
      <w:r>
        <w:br/>
        <w:t>Kaelen understood that this convergence was no accident. The city, a focal point of such immense energetic activity, acted as a natural magnet, drawing together those whose destinies were intertwined with the ebb and flow of the world’s Aether. He saw them not as individuals operating in isolation, but as components of a larger, unfolding cosmic design. Their paths, diverging as they might at times, were nevertheless converging here, at this critical juncture, in this vibrant, pulsating heart of civilization.</w:t>
      </w:r>
    </w:p>
    <w:p/>
    <w:p>
      <w:r>
        <w:br/>
        <w:t>He watched as Liora moved with a deliberate grace, her attention fixed on the subtle energetic dissonances that permeated the urban landscape. He sensed her deep connection to the earth, her quiet strength in the face of the city’s overwhelming artificiality. Her presence was a testament to the enduring power of nature, a gentle reminder that even in the most developed of environments, the elemental forces remained. Kaelen admired her approach, her unwavering commitment to sensing the subtle imbalances, her ability to perceive the distress of even the smallest plant. He saw how her empathy extended to the very fabric of existence, how she felt the strain of the compacted earth and the muted vitality of the struggling flora as if it were her own.</w:t>
      </w:r>
    </w:p>
    <w:p/>
    <w:p>
      <w:r>
        <w:br/>
        <w:t>He also observed Velor, a study in controlled chaos. Velor’s energy was a whirlwind of adaptation, a constant dance between absorption and deflection. Kaelen saw him as a master strategist, a being who understood the intricate pathways of power and influence within the city’s intricate social and energetic structure. Velor’s quicksilver mind and his ability to pivot and adapt were evident in the fluid, ever-changing nature of his Aetheric signature. Kaelen recognized that Velor, despite his seemingly pragmatic and self-serving methods, was also an integral part of the city’s energetic ecosystem, a force that, in its own way, contributed to the complex dynamic. He noted Velor’s calculated movements, the way he seemed to anticipate the flow of events, his actions always seeming to be one step ahead of the immediate present.</w:t>
      </w:r>
    </w:p>
    <w:p/>
    <w:p>
      <w:r>
        <w:br/>
        <w:t>Seris, Kaelen perceived, was the quiet anchor, the one who grounded the volatile energies of the city. His Aether was a deep, resonant hum, a steady counterpoint to the more frenetic signatures around him. Seris’s wisdom seemed to emanate from a place of profound understanding, a connection to the ancient forces that predated the city itself. Kaelen sensed that Seris’s role was one of deep preservation, a silent guardian of the fundamental truths that the city’s relentless progress threatened to obscure. He saw Seris’s interactions as deliberate and insightful, his presence a calming force in the face of agitation.</w:t>
      </w:r>
    </w:p>
    <w:p/>
    <w:p>
      <w:r>
        <w:br/>
        <w:t>Kaelen, from his detached yet deeply connected vantage point, felt the subtle tug of destiny pulling these three individuals together. He understood that the discordant resonance Liora had felt, the very imbalance that had drawn her here, was the catalyst. This city was not merely a backdrop for their individual journeys; it was a crucible, a place where their paths were destined to intersect, where their unique energies would be tested and forged.</w:t>
      </w:r>
    </w:p>
    <w:p/>
    <w:p>
      <w:r>
        <w:br/>
        <w:t>He recognized that each of them, in their own way, was responding to a deeper call, a primal instinct to restore equilibrium. Liora sought to soothe and heal the natural world, to reintroduce harmony where discord had taken root. Velor, while operating within the city’s complex framework, possessed a keen awareness of the energetic undercurrents, a knack for navigating and subtly influencing the flow of power. Seris, with his ancient wisdom, represented a grounding force, a connection to the primordial energies that sustained all life.</w:t>
      </w:r>
    </w:p>
    <w:p/>
    <w:p>
      <w:r>
        <w:br/>
        <w:t>Kaelen’s own role was that of a silent observer, a cosmic architect charting the confluence of these powerful forces. He felt no need to intervene, no desire to impose his will upon the unfolding events. His purpose was to witness, to understand, and to ensure that the delicate balance of the Aetheric weave remained intact. He was a guardian of cosmic symmetry, a witness to the grand design. He felt the subtle vibrations of their interconnectedness, the almost invisible threads of fate that bound them together in this particular moment, in this particular place. The city, in its vastness and complexity, had become the stage upon which a pivotal act of the world’s energetic drama was about to unfold, and Kaelen, from his position of heightened perception, was attuned to every nuance. He saw the potential for conflict, for misunderstanding, but also for a profound and unified purpose to emerge from the convergence of their unique strengths. The city was alive with potential, and he was here to ensure that potential was harnessed for the greater good of the Aetheric tapestry.</w:t>
      </w:r>
    </w:p>
    <w:p/>
    <w:p>
      <w:r>
        <w:t>The city, a vibrant nexus of Aether, had drawn them together as surely as a lodestone draws iron. Kaelen, observing from his perch of heightened perception, saw the threads of their destinies beginning to weave, not with the violent tug of fate, but with the subtle, inexorable pull of resonant energies. Liora, her senses attuned to the delicate lifeblood of the planet, felt an insistent thrumming beneath the city’s hardened shell, a whisper of imbalance that drew her towards a forgotten corner of the Grand Bazaar. It was a place where the mundane and the mystical mingled, where the air was thick with the scent of exotic spices, aged leather, and the fainter, more persistent aroma of something ancient and disturbed. Her steps were guided by an instinct, a deep knowing that resonated with the earth’s own silent plea. She found herself drawn to a small, unassuming stall, nestled between a purveyor of rare inks and a seller of intricate timepieces, its wares seemingly unremarkable at first glance. Yet, Kaelen saw the subtle shimmer of Liora’s Aether intensify as she approached, a soft glow that seemed to emanate from her very being, reacting to an unseen influence.</w:t>
      </w:r>
    </w:p>
    <w:p>
      <w:r>
        <w:br/>
        <w:t>Meanwhile, Velor, ever the pragmatist, was navigating the labyrinthine alleys that spiderwebbed out from the central plaza. His objective was less spiritual, more acquisitive. He sought information, the kind that traded hands in shadowed alcoves and behind closed doors. He had caught wind of a peculiar anomaly, a ripple in the city’s energetic currents that hinted at illicit dealings and a potential profit. This anomaly, Kaelen recognized with a flicker of amusement, was the very same disturbance that had stirred Liora’s earth-sense. Velor moved with a liquid grace, his senses sharp, his awareness a finely tuned instrument. He intercepted whispers, deciphered coded glances, and followed the faint trails of influence that crisscrossed the city’s underbelly. His path, too, led him towards the Grand Bazaar, drawn by the promise of intrigue and the subtle scent of a burgeoning opportunity. Kaelen watched as Velor’s signature, a dynamic dance of shifting colors, seemed to sharpen, its focus narrowing as he approached the same chaotic yet resonant heart of the marketplace.</w:t>
      </w:r>
    </w:p>
    <w:p/>
    <w:p>
      <w:r>
        <w:br/>
        <w:t>Seris, the elder of the emerging group, felt the disharmony not as a disturbance, but as a wound. His connection to the ancient currents of the world allowed him to perceive the subtle corrosion of balance, the slow erosion of fundamental energies. He had been investigating a series of minor energetic drains, anomalies that, individually, might have been dismissed, but collectively painted a picture of a growing imbalance. These emanations, faint yet persistent, seemed to originate from a central point, a place where the city’s own energetic output was amplified and distorted. His intuition, honed by centuries of experience, guided him towards a specific intersection of ley lines, a confluence of power that the city had inadvertently built upon. This location, Kaelen saw, was none other than the Grand Bazaar, the very epicenter of this subtle, yet significant, energetic convergence. Seris’s approach was measured, his presence a deep, grounding force amidst the city’s frenetic energy. Kaelen noted how Seris’s aura, a stable spectrum of deep blues and greens, pulsed with a gentle, questioning resonance as he entered the bustling thoroughfare.</w:t>
      </w:r>
    </w:p>
    <w:p/>
    <w:p>
      <w:r>
        <w:br/>
        <w:t>The Grand Bazaar was a sensory overload, a riot of sound, smell, and color. Merchants hawked their wares with practiced cries, the air vibrated with the hum of a thousand conversations, and the sheer density of life was almost overwhelming. Yet, for Kaelen, it was a symphony of Aetheric signatures, each note distinct, each interaction a brushstroke on a vast, energetic canvas. He watched as Liora, her eyes wide with a mixture of fascination and concern, navigated the throng, her attention drawn to a stall laden with ancient texts and curious artifacts. The stall owner, a wizened man with eyes that seemed to hold the dust of ages, possessed an Aetheric signature that was surprisingly weak, almost faded, yet tinged with a peculiar, resonant hum. Kaelen recognized this hum as the very disturbance Liora was sensing. The stall was an anchor for a subtle corruption, a place where the city’s natural energetic flow was being subtly siphoned, its vitality leached away.</w:t>
      </w:r>
    </w:p>
    <w:p/>
    <w:p>
      <w:r>
        <w:br/>
        <w:t>As Liora reached the stall, her fingers tracing the faded script on a worn tome, Velor emerged from a narrow alleyway, his gaze sweeping across the bustling scene. He was following a faint energetic trail, a flickering signature that seemed to dance just beyond the grasp of his perception. Kaelen saw that this trail led directly to the same stall, the faint shimmer of Velor’s Aether momentarily flaring as he honed in on his quarry. The stall owner, sensing Velor’s approach, shifted his weight, a subtle tension entering his usually placid demeanor. Velor paused, his sharp eyes assessing the scene. He noticed Liora, a figure of quiet luminescence amidst the surrounding chaos, and his brow furrowed, a subtle curiosity piqued. He had learned long ago to trust his instincts about individuals who emanated such unique energies.</w:t>
      </w:r>
    </w:p>
    <w:p/>
    <w:p>
      <w:r>
        <w:br/>
        <w:t>It was at this precise moment that Seris arrived, his presence a calming balm in the otherwise frenetic atmosphere. He moved with an unhurried dignity, his gaze scanning the stalls, his senses attuned to the energetic undercurrents. Kaelen observed as Seris’s eyes fell upon the same stall, his weathered face creasing with a subtle, knowing frown. He saw the faint Aetheric leak, the subtle drain on the city’s vitality, and recognized the signature of a corruption that had been spreading, insidiously, for too long. His path, like theirs, had converged upon this single point.</w:t>
      </w:r>
    </w:p>
    <w:p/>
    <w:p>
      <w:r>
        <w:br/>
        <w:t>Liora, lost in the intricate patterns of an ancient sigil, finally looked up as a shadow fell across her. It was Velor, his stance relaxed but his eyes sharp, observing her with an unreadable expression. "Interesting trinkets," Velor remarked, his voice a smooth baritone that cut through the ambient noise. He gestured vaguely at the stall’s wares. "Though I suspect their true value lies beyond mere craftsmanship."</w:t>
      </w:r>
    </w:p>
    <w:p/>
    <w:p>
      <w:r>
        <w:br/>
        <w:t>Liora met his gaze, her own eyes reflecting a quiet wisdom. "Some things are valued not for their monetary worth, but for the knowledge they hold," she replied, her voice soft but clear. She felt a strange resonance from Velor, a keenness that was both intriguing and slightly unsettling. His Aether was a complex tapestry, woven with threads of shrewdness and adaptability.</w:t>
      </w:r>
    </w:p>
    <w:p/>
    <w:p>
      <w:r>
        <w:br/>
        <w:t>Before Velor could respond, Seris approached, his presence immediately noticeable, like a steady anchor in a turbulent sea. He stopped beside them, his gaze fixed on the stall owner, who was now nervously rearranging his wares. "The energies here are… disturbed," Seris stated, his voice deep and resonant. He addressed neither Liora nor Velor directly, but his words seemed to encompass them both, acknowledging a shared observation.</w:t>
      </w:r>
    </w:p>
    <w:p/>
    <w:p>
      <w:r>
        <w:br/>
        <w:t>The stall owner, sensing the collective scrutiny, visibly paled. "Disturbed? Sir, this is merely a humble collection of antique curiosities." His Aetheric signature flickered with a nervous tremor, a tell-tale sign of deception.</w:t>
      </w:r>
    </w:p>
    <w:p/>
    <w:p>
      <w:r>
        <w:br/>
        <w:t>Kaelen, witnessing this from his detached perspective, felt a subtle shift in the atmospheric Aether. The convergence was complete. The initial, uncoordinated movements had led them to this single point, this nexus of subtle corruption. Liora, sensing the stall owner's unease and the underlying energetic imbalance, felt a surge of empathy for the subtle distress emanating from the very fabric of the stall's surroundings. Velor, ever the opportunist, saw the stall owner’s discomfort as an invitation, a crack in the facade that could be exploited. Seris, the seasoned guardian, recognized the insidious nature of the imbalance, a subtle drain that could, over time, have significant repercussions on the city's overall energetic health.</w:t>
      </w:r>
    </w:p>
    <w:p/>
    <w:p>
      <w:r>
        <w:br/>
        <w:t>"The balance is not merely disturbed," Seris continued, his gaze unwavering, "it is being actively compromised." He looked directly at the stall owner, his eyes conveying a depth of understanding that seemed to penetrate the man’s facade. "There is a deliberate draining occurring, a siphoning of vital energy."</w:t>
      </w:r>
    </w:p>
    <w:p/>
    <w:p>
      <w:r>
        <w:br/>
        <w:t>The stall owner stammered, "I… I don't know what you're talking about."</w:t>
      </w:r>
    </w:p>
    <w:p/>
    <w:p>
      <w:r>
        <w:br/>
        <w:t>Velor stepped forward, his movements fluid and deliberate. "Perhaps," he said, his voice laced with a subtle edge, "you could enlighten us. We are all, it seems, quite interested in what lies beneath the surface of your charming little stall." He met Seris’s gaze, a silent acknowledgment passing between the two men, a recognition of a shared, albeit differently motivated, pursuit of truth. Liora, meanwhile, felt a growing sense of responsibility, the subtle hum of distress from the stall and its surroundings resonating deeply within her.</w:t>
      </w:r>
    </w:p>
    <w:p/>
    <w:p>
      <w:r>
        <w:br/>
        <w:t>This was not a planned meeting, not a formal alliance. It was a convergence, a confluence of destinies brought about by the subtle currents of the world’s Aether. The city, with its vibrant energy and hidden currents, had acted as the crucible, drawing them together. The initial interactions were marked by a mixture of curiosity, suspicion, and a dawning, unspoken understanding. The air between them crackled, not with animosity, but with the potent energy of recognition. Their masks, the subtle Aetheric defenses and projections they wore, were beginning to soften, to respond to each other’s signatures. Liora’s inherent empathy, Velor’s sharp perceptiveness, and Seris’s ancient wisdom were like tuning forks, resonating with the subtle frequencies of each other’s beings. They were, in that moment, strangers bound by a shared purpose, drawn together by the silent, powerful language of Aether. The grand tapestry of the city had provided the stage, and the first act of their shared journey had just begun. Kaelen, watching from his unseen vantage point, felt a sense of profound anticipation. The threads of fate were tightening, weaving them into a pattern that would undoubtedly shape the destiny of more than just themselves. The convergence was complete, and the true work was about to commence. The commonality of their quest, however divergent their paths to this point, was undeniable. Each had felt the call, the subtle disruption in the Aether, and each had followed it to this particular convergence. The Grand Bazaar, a microcosm of the city’s vibrant chaos, had become the unlikely cradle of their nascent connection.</w:t>
      </w:r>
    </w:p>
    <w:p/>
    <w:p>
      <w:r>
        <w:br/>
        <w:t>Liora, her senses still humming with the unease emanating from the stall, felt a wave of quiet determination wash over her. The stall owner's denial only amplified the subtle discord she perceived. "The earth remembers," she murmured, more to herself than to the others, her voice carrying a hint of ancient power. She met Velor’s sharp gaze, offering a small, almost imperceptible nod. It was a gesture of acknowledgement, a silent recognition of his astute observation, even if his motivations remained veiled. The shared discovery of the imbalance had forged a nascent, unspoken bond between them.</w:t>
      </w:r>
    </w:p>
    <w:p/>
    <w:p>
      <w:r>
        <w:br/>
        <w:t>Velor returned the nod, a flicker of something akin to respect in his eyes. He recognized the innate sensitivity in Liora, a quality that transcended the purely transactional nature of his own pursuits. "And it seems," Velor added, his gaze shifting back to the nervous proprietor, "that some men seek to silence its memories, or perhaps, to rewrite them for their own gain." His tone was light, almost conversational, but the underlying intent was clear: he was not easily deterred. He saw the stall owner’s palpable fear, and it only fueled his curiosity. This was not merely a minor energetic anomaly; it was something actively being concealed, something potentially valuable or dangerous.</w:t>
      </w:r>
    </w:p>
    <w:p/>
    <w:p>
      <w:r>
        <w:br/>
        <w:t>Seris, his attention still fixed on the subtle energetic drain, placed a hand, weathered and strong, on the counter of the stall. The wood seemed to absorb the faint, grounding energy he exuded. "This corruption," Seris declared, his voice resonating with a quiet authority, "is not of this place, not born of the city’s natural energies. It is an intrusion, a foreign element seeking to destabilize the harmonic flow." He looked at Liora and Velor, his ancient eyes holding a depth of knowledge that seemed to encompass centuries. "It is a threat to the balance we are all sworn, in our own ways, to protect."</w:t>
      </w:r>
    </w:p>
    <w:p/>
    <w:p>
      <w:r>
        <w:br/>
        <w:t>Kaelen, observing the subtle interplay of their Aetheric signatures, saw the first threads of their alliance being woven. Liora’s empathic nature, Velor’s sharp pragmatism, and Seris’s deep wisdom were beginning to align, drawn together by the shared perception of a greater threat. The initial curiosity was evolving into a recognition of shared purpose. Their masks, the subtle layers of self-protection and projection, were starting to thin, revealing the core of their being, their inherent connection to the world’s energetic matrix. The air between them, once charged with individual intent, now thrummed with a nascent, collective power. This was more than a chance encounter; it was a convergence orchestrated by the very fabric of existence, a testament to the interconnectedness of all things.</w:t>
      </w:r>
    </w:p>
    <w:p/>
    <w:p>
      <w:r>
        <w:br/>
        <w:t>The stall owner, caught between the combined gravitas of Seris, the sharp intellect of Velor, and the quiet power of Liora, began to sweat. His Aetheric signature pulsed with frantic, discordant energy. "You are mistaken!" he insisted, his voice rising in pitch. "There is nothing here but old relics!"</w:t>
      </w:r>
    </w:p>
    <w:p/>
    <w:p>
      <w:r>
        <w:br/>
        <w:t>Velor leaned in slightly, his voice dropping to a near whisper, though it carried with uncanny clarity. "Mistaken? Or perhaps you are the one mistaken about who is truly in control here. This stall, these trinkets… they are merely the focal point, aren't they? The source of the drain lies deeper, perhaps within yourself, or within something you guard." He subtly probed, his Aetheric touch, unseen by the stall owner, seeking a deeper connection, a vulnerability in his energetic shield.</w:t>
      </w:r>
    </w:p>
    <w:p/>
    <w:p>
      <w:r>
        <w:br/>
        <w:t>Liora, sensing the escalating tension and the subtle surge of fear from the stall owner, placed a gentle hand on Seris's arm, a gesture of shared concern. She felt the stall owner’s desperate attempt to maintain his facade, and it resonated with a deep sadness. She recognized the pattern of someone caught in something far larger than himself, perhaps a pawn in a more sinister game. Her own Aether pulsed with a quiet resolve, a determination to understand and, if possible, to mend the imbalance without further exacerbating the situation.</w:t>
      </w:r>
    </w:p>
    <w:p/>
    <w:p>
      <w:r>
        <w:br/>
        <w:t xml:space="preserve">Seris, meanwhile, remained calm, his presence a steadying influence. He could feel the subtle energetic tether connecting the stall owner to a larger, unseen network, a network that was actively drawing power. "The energy is not merely being drained," Seris stated, his voice calm but firm, "it is being </w:t>
      </w:r>
    </w:p>
    <w:p>
      <w:pPr>
        <w:jc w:val="left"/>
      </w:pPr>
      <w:r>
        <w:rPr>
          <w:i/>
        </w:rPr>
        <w:t>transformed</w:t>
      </w:r>
      <w:r>
        <w:t>. Absorbed and redirected for purposes unknown." He then turned his gaze, not to the stall owner, but to the intricate patterns of the Bazaar itself, as if sensing the invisible pathways through which this corrupted energy was flowing. "This is not a isolated incident. It is a symptom of a deeper malaise, a growing imbalance that threatens the very foundations of our world."</w:t>
      </w:r>
    </w:p>
    <w:p>
      <w:r>
        <w:br/>
        <w:t>Kaelen watched as the shared understanding solidified between the three. They had arrived at the same destination, drawn by the same unseen forces, and in their initial encounter, they had found common ground. The curiosity had morphed into a shared sense of unease, a dawning awareness that their individual quests had converged into a single, monumental undertaking. The masks were indeed beginning to fall, revealing not just their Aetheric signatures, but the underlying resonance of their spirits. This was the true beginning of their convergence, the moment when individual threads began to intertwine, forming the first strands of a destiny that would bind them together. The city had brought them to this point, and now, standing together in the heart of the Grand Bazaar, before a trembling stall owner and a tangible energetic corruption, they were about to take their first collective step into the unfolding mystery. The unspoken question hung in the air: what was this corruption, who was behind it, and what was its ultimate purpose? Their journey had truly begun. The city, with its ceaseless flow of Aether, had proven to be more than just a backdrop; it was an active participant, a catalyst drawing these disparate souls together for a purpose yet unknown, but undeniably significant. The stage was set, the players were gathered, and the first act of their shared drama was unfolding with a quiet, potent intensity.</w:t>
      </w:r>
    </w:p>
    <w:p/>
    <w:p>
      <w:r>
        <w:br w:type="page"/>
      </w:r>
    </w:p>
    <w:p>
      <w:pPr>
        <w:spacing w:before="5040"/>
        <w:jc w:val="center"/>
      </w:pPr>
      <w:r>
        <w:rPr/>
        <w:t xml:space="preserve"> 6: Trials of the Synarchs</w:t>
      </w:r>
    </w:p>
    <w:p>
      <w:r>
        <w:t>The convergence in the Grand Bazaar had been less a meeting of minds and more an unavoidable collision of destinies, orchestrated by the unseen currents of Aether that permeated the city. The trembling stall owner, a mere pawn in a game he clearly didn’t comprehend, had served as the catalyst, his fear and the subtle leak of corrupted energy from his wares acting as a beacon, drawing Liora’s empathic sensitivity, Velor’s keen perceptiveness, and Seris’s ancient wisdom to a single point. Kaelen, ever the unseen observer, had witnessed the subtle, almost imperceptible shift in their Aetheric signatures as they stood together, a nascent symphony of interconnected energies beginning to play out. The initial guardedness, the layers of self-protection they wore like physical garments, had begun to shed, revealing the core of their beings, their innate connection to the world’s energetic matrix. The air crackled not with animosity, but with the potent energy of recognition, an unspoken understanding that their individual quests had now coalesced into a shared undertaking. The city, vibrant and chaotic, had woven them together, and the task before them was to understand the nature of the disturbance they had uncovered, and more importantly, to hone the very essence of what made them unique – their Masks, and the Aether that flowed through them.</w:t>
      </w:r>
    </w:p>
    <w:p>
      <w:r>
        <w:br/>
        <w:t>Velor, ever the pragmatist, was the first to voice the unspoken need. “This… encounter,” he began, his voice a low rumble that cut through the fading remnants of the Bazaar’s clamor, his gaze sweeping over Liora and Seris, “has illuminated a common concern. The city’s Aether is not merely fluctuating; it’s being actively manipulated. And to understand that manipulation, to even begin to counter it, we must first understand ourselves, and the tools we possess.” He gestured subtly, his Aetheric signature flaring momentarily as he projected an image, a flicker of ancient script that only those attuned to the deeper currents could perceive. “My research into the ancient Synarchs, texts predating even the founding of this city, speaks of formalized trials. Trials designed to refine and synchronize one’s Aetheric Mask with the core self. It’s a process of internal architecture, of understanding the very foundations of one’s power.”</w:t>
      </w:r>
    </w:p>
    <w:p/>
    <w:p>
      <w:r>
        <w:br/>
        <w:t>Liora, still attuned to the residual distress emanating from the stall and the nervous proprietor, nodded slowly. The concept resonated deeply with her. Her connection to the earth had always been intuitive, a feeling rather than a learned skill. To have a structured way to understand and amplify that connection, to integrate it more fully into her Mask, felt like a revelation. “The elemental flow,” she murmured, her eyes unfocused as if seeing beyond the immediate surroundings, “it feels… unfettered, yet unaligned. Like a river seeking its course, but without banks to guide it. These trials you speak of, Velor, could they help channel that flow?”</w:t>
      </w:r>
    </w:p>
    <w:p/>
    <w:p>
      <w:r>
        <w:br/>
        <w:t>Seris, his weathered face betraying a quiet contemplation, interjected, his voice carrying the weight of ages. “The Synarchs were masters of Aetheric discipline. Their Masks were not mere manifestations of power, but extensions of their will, honed through rigorous practice and deep introspection. Their methods, documented in fragments I have painstakingly recovered, emphasize not just raw power, but control, precision, and strategic application. The Mask is a reflection of the soul, but it is also a weapon, a shield, and a tool. To wield it effectively against forces that seek to corrupt, one must first master its every facet.” He glanced at Velor, a hint of respect in his ancient eyes. “Your historical knowledge is invaluable, Velor. If these trials can provide us with a framework, a path to greater understanding, then we must pursue them.”</w:t>
      </w:r>
    </w:p>
    <w:p/>
    <w:p>
      <w:r>
        <w:br/>
        <w:t>Kaelen, observing from his unseen vantage point, felt the burgeoning synergy between the three. Liora’s intuitive, elemental approach, Velor’s analytical, historical perspective, and Seris’s disciplined, strategic wisdom were beginning to form a cohesive whole. He saw their individual Aetheric signatures, once distinct and somewhat isolated, now beginning to resonate with each other, creating a subtle, harmonious hum. The initial meeting had been a convergence; this was the beginning of their integration. Their Masks, still nascent and perhaps imperfectly understood, were about to be put to the test, not against an external foe, but against the very limits of their own being.</w:t>
      </w:r>
    </w:p>
    <w:p/>
    <w:p>
      <w:r>
        <w:br/>
        <w:t>“We require a space,” Velor stated, his gaze scanning the bustling marketplace, now beginning to wind down as the day waned. “A place where our energies can be expressed without undue interference. The city’s ambient Aether, while potent, is also a cacophony. We need a sanctuary for introspection.” He looked towards a less frequented sector of the Bazaar, a series of interconnected courtyards that had been largely abandoned, rumored to be haunted by the lingering echoes of past tragedies. “There is a series of old guild halls, deep within the artisans’ quarter. They are secluded, and the residual Aetheric traces there, while faded, are stable. It would serve as an adequate training ground.”</w:t>
      </w:r>
    </w:p>
    <w:p/>
    <w:p>
      <w:r>
        <w:br/>
        <w:t>Liora agreed, her senses already drawn to the subtle shift in energetic density as they moved away from the main thoroughfares. “The earth beneath those old halls is quiet,” she confirmed, a soft smile gracing her lips. “It will offer a solid foundation for our work.” Seris nodded his assent, his focus already turning inward, anticipating the rigorous self-examination that lay ahead. Kaelen, unseen, followed, his awareness a silent, constant companion.</w:t>
      </w:r>
    </w:p>
    <w:p/>
    <w:p>
      <w:r>
        <w:br/>
        <w:t>The chosen location was a collection of crumbling stone structures, their facades etched with the signs of forgotten trades. Dust motes danced in the shafts of late afternoon sun that pierced the broken roofs, and the air was thick with the scent of dry stone and the faint, lingering aroma of ancient, cured hides. Here, away from the city’s thrumming heart, they could begin. Velor, consulting a slim, worn volume whose pages seemed to shimmer with an inner light, took the lead. “The first trial, as described by the early Synarchs, is the ‘Resonant Attunement’,” he explained, his voice echoing slightly in the cavernous space of what might have once been a grand workshop. “It is designed to harmonize the core Aetheric frequency of the Mask with the user’s own vital energy. Think of it as aligning the instrument before the symphony begins.”</w:t>
      </w:r>
    </w:p>
    <w:p/>
    <w:p>
      <w:r>
        <w:br/>
        <w:t>He instructed them to stand in a loose circle, each facing inward. “Close your eyes,” Velor commanded, his own posture straightening, a subtle shift occurring in his Aetheric field. “Feel the Aether flowing through you. Do not attempt to command it, merely to perceive it. Then, focus on the nascent form of your Mask. What does it represent? What is its essence? Allow that essence to resonate with your own. Imagine a shared frequency, a single note sung by two distinct voices, perfectly in tune.”</w:t>
      </w:r>
    </w:p>
    <w:p/>
    <w:p>
      <w:r>
        <w:br/>
        <w:t>Liora closed her eyes, her brow furrowed in concentration. She felt the familiar thrum of the earth beneath her bare feet, the gentle pulse of her own lifeblood. Her Mask, a fluid, shimmering construct of elemental energy, began to coalesce around her. It was not yet a defined form, but a swirling vortex of greens and blues, infused with the grounding power of soil and the flowing grace of water. She focused on the feeling of connection, the deep, intrinsic bond she shared with the natural world. She imagined her Mask not as something separate, but as an extension of that bond, a conduit. The earth’s energy surged, not in a chaotic rush, but in a controlled, rhythmic flow, meeting the nascent energy of her Mask, blending, harmonizing. A soft, verdant light began to emanate from her, pulsing in time with her heartbeat.</w:t>
      </w:r>
    </w:p>
    <w:p/>
    <w:p>
      <w:r>
        <w:br/>
        <w:t>Seris, his eyes already closed, his posture a study in stoic stillness, focused on a different aspect. His Mask, he understood, was not a manifestation of raw power, but of ancient wisdom and unwavering resolve. It was a shield of pure intent, forged in the crucible of time. He envisioned it as a vast, unyielding fortress, its ramparts built of pure, concentrated Aether. He didn’t seek to expand its borders, but to solidify its core, to ensure its integrity. He felt the flow of Aether within him, a deep, steady current, and he directed it, not outwards, but inwards, reinforcing the very fabric of his Mask. The air around him seemed to grow denser, more stable, a palpable sense of unwavering presence emanating from him. His Aetheric signature shifted, becoming less like a flowing river and more like a granite mountain, immovable and profound.</w:t>
      </w:r>
    </w:p>
    <w:p/>
    <w:p>
      <w:r>
        <w:br/>
        <w:t xml:space="preserve">Velor, meanwhile, was engaged in a more intellectual pursuit. His Mask was a construct of adaptability and strategic manipulation, a tool for discerning patterns and exploiting opportunities. He viewed the trial not as a spiritual communion, but as a complex equation to be solved. He felt the Aether within him, a dynamic, shifting current, and he directed it with a precise, almost surgical focus. He visualized his Mask as a finely wrought mechanism, its gears and levers interlocking with perfect efficiency. He studied the historical precedents Velor had mentioned, recalling the accounts of Synarchs who had used their Masks to anticipate enemy movements, to weave illusions, to subtly alter the flow of battle. He focused on the </w:t>
      </w:r>
    </w:p>
    <w:p>
      <w:pPr>
        <w:jc w:val="left"/>
      </w:pPr>
      <w:r>
        <w:rPr>
          <w:i/>
        </w:rPr>
        <w:t>understanding</w:t>
      </w:r>
      <w:r>
        <w:t xml:space="preserve"> of Aether, on the underlying principles that governed its behavior. His signature began to refine, its colors becoming sharper, more defined, as if the very essence of his Mask was being etched with greater clarity.</w:t>
      </w:r>
    </w:p>
    <w:p>
      <w:r>
        <w:br/>
        <w:t>Kaelen, from his concealed position, observed the subtle transformations. He saw Liora’s Mask blooming, a vibrant tapestry of life. He witnessed Seris’s Mask solidifying, becoming an unshakeable bulwark. And he saw Velor’s Mask sharpening, its complexity becoming more apparent with each passing moment. Their Aetheric signatures, once distinct threads, were now intertwining, creating a new, complex pattern of resonance. He felt the subtle feedback loop, the way their individual efforts were amplified by their proximity and their shared intent.</w:t>
      </w:r>
    </w:p>
    <w:p/>
    <w:p>
      <w:r>
        <w:br/>
        <w:t>“Now,” Velor announced, his voice tinged with a hint of satisfaction, “we move to the second trial: ‘Mask Integration’. The Resonant Attunement prepares the Mask; this trial binds it more deeply to your physical and spiritual being. The Synarchs believed the Mask should not be a separate entity, but an inseparable part of the user. For Liora, this means integrating the Mask’s elemental essence with your own biological and spiritual connection to the world. For Seris, it is about imbuing your Mask with your conscious intent, making it an extension of your will, rather than just a passive reflection. And for myself, it is about understanding the historical precedents, the ways in which my Mask’s capabilities have been manifested by others, and finding my own unique expression.”</w:t>
      </w:r>
    </w:p>
    <w:p/>
    <w:p>
      <w:r>
        <w:br/>
        <w:t xml:space="preserve">Liora nodded, her eyes still closed. She focused on the elemental core of her Mask. The swirling greens and blues felt like a second skin, a part of her very being. She concentrated on the feeling of the earth, the flow of water, the breath of the wind. She imagined drawing these energies not just </w:t>
      </w:r>
    </w:p>
    <w:p>
      <w:pPr>
        <w:jc w:val="left"/>
      </w:pPr>
      <w:r>
        <w:rPr>
          <w:i/>
        </w:rPr>
        <w:t>through</w:t>
      </w:r>
      <w:r>
        <w:t xml:space="preserve"> her Mask, but </w:t>
      </w:r>
      <w:r>
        <w:rPr>
          <w:i/>
        </w:rPr>
        <w:t>into</w:t>
      </w:r>
      <w:r>
        <w:t xml:space="preserve"> it, making it a living, breathing extension of the natural world. She felt a surge of power, not overwhelming, but deeply comforting. The verdant light around her intensified, and she could feel the subtle life force of the ancient stone beneath her feet responding, a silent acknowledgment of her growing harmony. She was no longer just channeling the earth; she was </w:t>
      </w:r>
      <w:r>
        <w:rPr>
          <w:i/>
        </w:rPr>
        <w:t>of</w:t>
      </w:r>
      <w:r>
        <w:t xml:space="preserve"> the earth, her Mask a vibrant expression of that connection. The air around her shimmered with a subtle, life-giving energy.</w:t>
      </w:r>
    </w:p>
    <w:p>
      <w:r>
        <w:br/>
        <w:t>Seris, in his practiced stillness, felt the shift as Velor’s instruction resonated. He understood the concept of imbuing his Mask with conscious intent. His Mask was already a manifestation of his will, but this was about elevating that connection, making it instantaneous, seamless. He focused on a single, deliberate action: raising his hand. He willed his Mask to mirror the gesture, not with a clumsy imitation, but with an inherent, fluid response. He felt the Aether surge, not as a conscious command, but as an instinctive reaction. His hand rose, and with it, a shimmering, incorporeal shield of pure Aether extended, mirroring his movement with perfect precision. It was not merely a projection; it was an extension of his very being, his will made manifest. The shield pulsed with a steady, unwavering light, a testament to its integration.</w:t>
      </w:r>
    </w:p>
    <w:p/>
    <w:p>
      <w:r>
        <w:br/>
        <w:t>Velor, his eyes now open and sharp, was already dissecting his own process. He felt his Mask, the intricate mechanism of Aether, solidify around him. He focused on a specific historical technique: subtle redirection. He recalled texts detailing how Synarchs had used their Masks to subtly influence the emotions of onlookers, to create diversions without overt displays of power. He imagined a small, shimmering orb of Aether forming in his palm, and then, with a subtle shift of his internal focus, he willed it to ripple, to create a small, localized distortion in the ambient energy field. He watched as the dust motes around the orb began to swirl in a different pattern, a minute but noticeable deviation from the natural flow. It was a small thing, but it represented a significant step in integrating his Mask’s capabilities into his own conscious action. His Mask felt less like a tool he used and more like an inherent part of himself, a sophisticated extension of his senses and his will.</w:t>
      </w:r>
    </w:p>
    <w:p/>
    <w:p>
      <w:r>
        <w:br/>
        <w:t>Kaelen observed the increasing coherence of their Aetheric fields. Liora’s light now seemed to emanate from within, a steady, glowing core. Seris’s presence was now accompanied by a tangible aura of power, a palpable stillness that spoke of deep, integrated strength. Velor’s Aether was a dance of intricate patterns, his movements imbued with a new layer of subtle, controlled energy. The sanctuary of the old guild hall was becoming a crucible, their nascent Masks being forged in the fires of introspection and guided practice.</w:t>
      </w:r>
    </w:p>
    <w:p/>
    <w:p>
      <w:r>
        <w:br/>
        <w:t>“The third trial,” Velor continued, his voice gaining a touch more authority, “is ‘Purposeful Manifestation’. This is where we move beyond mere attunement and integration, and begin to actively shape our Masks for specific actions, to understand their potential applications beyond passive states. We must learn to call upon specific facets of our Masks, to manifest them with intent and precision.” He turned to Liora. “For you, Liora, this is about channeling specific elemental energies through your Mask. Not just the general flow, but targeted bursts, focused applications of earth, water, air, or fire.”</w:t>
      </w:r>
    </w:p>
    <w:p/>
    <w:p>
      <w:r>
        <w:br/>
        <w:t>Liora focused, recalling the sensation of the earth’s energy. She envisioned her Mask not as a swirling vortex, but as a more defined conduit, capable of channeling specific energies. She concentrated on the earth, not its general presence, but its raw, physical power. She felt the Aether within her Mask gather, condense, and then, with a deliberate push of her will, she directed it downwards. A small tremor ran through the stone floor, and a miniature fissure, no wider than her finger, opened directly beneath her. It was a controlled manifestation, a testament to her growing command. She then shifted her focus to water, imagining the cool, flowing essence. Her Mask pulsed, and a fine mist began to coalesce around her, cooling the air.</w:t>
      </w:r>
    </w:p>
    <w:p/>
    <w:p>
      <w:r>
        <w:br/>
        <w:t>Velor then addressed Seris. “Seris, your Mask is one of profound resilience and defensive capability. This trial is about actively projecting that defense, about creating barriers, wards, and shields with focused intent. It’s about understanding the nuances of your Mask’s protective qualities.”</w:t>
      </w:r>
    </w:p>
    <w:p/>
    <w:p>
      <w:r>
        <w:br/>
        <w:t>Seris nodded, his gaze unwavering. He focused on his Mask’s inherent strength, its unyielding nature. He extended his hand, and willed his Aetheric shield to manifest not as a passive extension of his arm, but as a distinct, projected barrier. A shimmering, translucent wall of pure Aether coalesced before him, several feet in diameter, radiating a steady, protective aura. He held it steady, the effort evident in the slight intensification of his own Aether, but the shield remained unyielding, a testament to his control. He then subtly altered its form, causing it to ripple like water, demonstrating his ability to adapt its defensive properties.</w:t>
      </w:r>
    </w:p>
    <w:p/>
    <w:p>
      <w:r>
        <w:br/>
        <w:t>Finally, Velor turned his attention to himself. “And for myself, it is about the application of subtle manipulation and strategic foresight. The Synarchs spoke of ‘Aetheric Shaping,’ the ability to subtly influence the environment, to create minor illusions, to perceive pathways unseen. I must learn to project my Mask’s capabilities outward, not just for defense or elemental channeling, but for perception and subtle alteration.” He focused on the ambient Aether, on the subtle currents that flowed through the ancient hall. He willed his Mask to project a localized field of enhanced perception, allowing him to see the faint energetic residue left by years of disuse. He then concentrated on the concept of subtle redirection, visualizing a specific beam of light that was passing through a crack in the wall. With a focused effort, he willed his Mask to subtly bend that beam, causing it to shift its trajectory by a mere fraction of an inch. It was a small change, almost imperceptible, but it demonstrated a mastery over the subtle manipulation of energy, a skill that could prove invaluable.</w:t>
      </w:r>
    </w:p>
    <w:p/>
    <w:p>
      <w:r>
        <w:br/>
        <w:t>Kaelen, observing these focused manifestations, felt a growing sense of admiration for their dedication. Liora’s connection to the earth was deepening, her Mask becoming a conduit for life itself. Seris’s defensive capabilities were becoming a palpable force, an unshakeable bastion of protection. Velor’s strategic mind was finding its perfect complement in his Mask’s subtle, perceptive nature. The sanctuary of the old guild hall was alive with the hum of their burgeoning power, their Aetheric signatures no longer merely resonating, but actively weaving together, forming a complex tapestry of shared purpose and growing strength. The trials were not merely about honing their individual abilities; they were about forging a collective understanding, about creating a unified front against the encroaching corruption that threatened the city’s very soul. The journey had begun, and in this secluded space, amidst the echoes of forgotten trades, the Synarchs’ legacy was being reborn, not through ancient texts alone, but through the living, breathing Aether of those who were now stepping into their destiny.</w:t>
      </w:r>
    </w:p>
    <w:p/>
    <w:p>
      <w:r>
        <w:t>The air in the abandoned guild hall was thick with anticipation, the dust motes dancing in the lingering sunlight casting long shadows that seemed to stretch and writhe like unseen entities. The resonance of their recent trials – Liora’s grounded connection, Seris’s unyielding defense, and Velor’s sharp perception – still hung in the air, a nascent harmony slowly solidifying. They had delved into the structured disciplines of the Synarchs, learning to attune, integrate, and manifest their Aetheric Masks. But Velor, ever the seeker of deeper, and often more perilous, truths, had a new revelation, a path that promised a quantum leap in their abilities, yet one shrouded in the gravest of warnings.</w:t>
      </w:r>
    </w:p>
    <w:p>
      <w:r>
        <w:br/>
        <w:t xml:space="preserve">“The trials we have undertaken,” Velor began, his voice hushed, carrying a weight that silenced even the rustle of Seris’s ancient robes, “have laid the groundwork. We have learned to shape and refine our Masks, to make them extensions of ourselves. But the true mastery, the kind possessed by the most potent Synarchs, involved a more direct form of Aetheric manipulation. It was a method not of sculpting, but of </w:t>
      </w:r>
    </w:p>
    <w:p>
      <w:pPr>
        <w:jc w:val="left"/>
      </w:pPr>
      <w:r>
        <w:rPr>
          <w:i/>
        </w:rPr>
        <w:t>programming</w:t>
      </w:r>
      <w:r>
        <w:t xml:space="preserve"> – a method known as the Primordial Chant.” He paused, allowing the cryptic term to settle amongst them. “The texts describe it as a language of pure resonance, a way to imprint intent directly onto the Aether itself, using vocalized tones and harmonic frequencies. It is, in essence, the art of singing the world into a desired state.”</w:t>
      </w:r>
    </w:p>
    <w:p>
      <w:r>
        <w:br/>
        <w:t>Liora, whose connection to the earth was deeply attuned to vibrations, felt a prickle of unease. “Singing the world?” she echoed softly, her brow furrowed. “That sounds… powerful. But also, I imagine, incredibly delicate.”</w:t>
      </w:r>
    </w:p>
    <w:p/>
    <w:p>
      <w:r>
        <w:br/>
        <w:t>“Delicate is an understatement,” Velor confirmed, his gaze serious as he consulted a fragile, leather-bound tome. “The Synarchs understood that Aether is not inert. It is a dynamic, responsive medium, a cosmic symphony waiting for a conductor. The Primordial Chant is that conductor’s baton. It allows one to introduce specific frequencies, to create resonant patterns that can influence the very fabric of reality. However, the texts are also replete with cautionary tales. A misplaced note, a disharmonic overtone, a lack of absolute precision in intent – any of these could lead to catastrophic feedback. The Aether, when misaddressed, can fracture, creating what the ancients called ‘echoes’ – residual distortions, pockets of chaotic energy that can warp and corrupt anything they touch.”</w:t>
      </w:r>
    </w:p>
    <w:p/>
    <w:p>
      <w:r>
        <w:br/>
        <w:t>Seris, who had learned to perceive the subtlest shifts in energetic currents, nodded slowly. “The concept aligns with certain esoteric doctrines I have encountered. The idea that sound, when imbued with true intent and modulated with perfect precision, can bypass the usual mechanisms of reality and impress itself directly upon the underlying structure. But the risk of creating self-perpetuating distortions… that is a significant concern. The Aether does not forget.”</w:t>
      </w:r>
    </w:p>
    <w:p/>
    <w:p>
      <w:r>
        <w:br/>
        <w:t>“Precisely,” Velor affirmed, tracing a passage in the ancient text. “The chanting is not merely about producing a sound; it is about aligning one’s Mask, one’s very being, with the intended frequency. The Mask acts as the resonant chamber, amplifying and focusing the vocalized intent. The greater the synchronization between the singer, the Mask, and the desired outcome, the purer and more potent the effect. But the margin for error is minuscule. Imagine trying to tune an instrument of immense power with only a whisper of understanding. The slightest dissonance can shatter the entire composition.”</w:t>
      </w:r>
    </w:p>
    <w:p/>
    <w:p>
      <w:r>
        <w:br/>
        <w:t>Kaelen, observing from his unseen vantage point, felt a surge of curiosity. He understood the theoretical underpinnings of resonance, the way vibrations could amplify and interact. But the application to Aether, to the fundamental energy of existence, was a concept of immense complexity. He focused his own awareness, not on the physical sounds, but on the subtle energetic signatures that Velor was describing. He could perceive faint, almost imperceptible ripples emanating from Velor’s words, as if the very air was beginning to hum with a latent potential.</w:t>
      </w:r>
    </w:p>
    <w:p/>
    <w:p>
      <w:r>
        <w:br/>
        <w:t>“So,” Liora began, her voice still tentative, “how does one even begin to learn this… Primordial Chant? What are the first steps in such a volatile art?”</w:t>
      </w:r>
    </w:p>
    <w:p/>
    <w:p>
      <w:r>
        <w:br/>
        <w:t xml:space="preserve">Velor carefully closed the tome. “The initial stage, according to the Synarchs, is not to chant, but to </w:t>
      </w:r>
    </w:p>
    <w:p>
      <w:pPr>
        <w:jc w:val="left"/>
      </w:pPr>
      <w:r>
        <w:rPr>
          <w:i/>
        </w:rPr>
        <w:t>listen</w:t>
      </w:r>
      <w:r>
        <w:t>. To attune oneself to the subtle frequencies that already exist, the ‘song’ of the Aether that permeates everything. We must learn to discern the harmonic baseline of the city, of the earth, of our own Masks. It requires a profound stillness, a willingness to be receptive rather than commanding.” He gestured around them. “This space, while a sanctuary for our previous trials, might still carry too much of the city’s energetic noise. We need a place of even greater quietude, a location where the Aether’s natural voice can be heard without obstruction. The texts speak of natural formations, places where the earth’s own resonance is particularly strong, but for now, we must work with what we have. We will attempt to create an internal quietude, a pocket of stillness within ourselves, and then, perhaps, within this very space.”</w:t>
      </w:r>
    </w:p>
    <w:p>
      <w:r>
        <w:br/>
        <w:t>He then instructed them to arrange themselves in a formation that encouraged introspection. They sat in a loose triangle, each facing inward, their Masks subtly shimmering around them, a soft aura of their individual energies. Velor began. He closed his eyes, his breath deepening, and he produced a low, resonant hum. It was a single, sustained note, pure and clear, a single thread of sound woven into the fabric of their shared silence. He held it, his Aetheric signature flaring gently, as if seeking a connection with the ambient energy.</w:t>
      </w:r>
    </w:p>
    <w:p/>
    <w:p>
      <w:r>
        <w:br/>
        <w:t>Liora followed, her own contribution more hesitant. She sought to echo the earthy tones she felt within herself, the deep thrum of the planet. Her hum was lower, richer, tinged with the green of growing things. It was less about projection and more about grounding, a subtle vibration that seemed to sink into the very stone beneath them.</w:t>
      </w:r>
    </w:p>
    <w:p/>
    <w:p>
      <w:r>
        <w:br/>
        <w:t>Seris, ever the disciplined practitioner, approached it with a different focus. His was a note of unwavering strength, a clear, high-pitched tone that spoke of resilience and ancient knowledge. It was a steady, unwavering beacon, a harmonic anchor in the subtle symphony they were attempting to build.</w:t>
      </w:r>
    </w:p>
    <w:p/>
    <w:p>
      <w:r>
        <w:br/>
        <w:t>Kaelen, observing their efforts, felt the interaction of their sounds. It wasn't a chaotic clash, but a tentative interplay. Velor’s note was a clear inquiry, Liora’s a grounding presence, and Seris’s a steady affirmation. He could sense the subtle energetic vibrations emanating from each of them, the way their individual tones were creating small, localized eddies in the ambient Aether. It was as if they were tentatively plucking individual strings on a vast, unseen instrument.</w:t>
      </w:r>
    </w:p>
    <w:p/>
    <w:p>
      <w:r>
        <w:br/>
        <w:t>After a few moments, Velor shifted his tone, a subtle modulation that introduced a new harmonic overtone. The sound grew richer, more complex, as if he were exploring the edges of the Aether’s responsiveness. Liora, sensing the shift, attempted to harmonize with him, her note weaving around his, creating a richer, more layered sound. Seris remained steady, his tone providing a consistent base against which their explorations could be tested.</w:t>
      </w:r>
    </w:p>
    <w:p/>
    <w:p>
      <w:r>
        <w:br/>
        <w:t>“The texts mention that the initial stage involves not just vocalization, but also focused intent,” Velor murmured, his voice still a low hum. “We must consciously direct our intention through the sound. We are not simply making noise; we are communicating with the Aether. We are asking it to reveal its inherent frequencies, and in doing so, to reveal our own inherent resonance.”</w:t>
      </w:r>
    </w:p>
    <w:p/>
    <w:p>
      <w:r>
        <w:br/>
        <w:t>Kaelen focused on the intent behind their sounds. Velor’s intent was one of discovery, of unlocking ancient knowledge. Liora’s was one of connection, of seeking harmony with the natural world. Seris’s was one of understanding, of seeking the fundamental truths of existence. He could sense these intentions rippling outwards, subtly influencing the energetic field around them.</w:t>
      </w:r>
    </w:p>
    <w:p/>
    <w:p>
      <w:r>
        <w:br/>
        <w:t>“Try to perceive the Aether responding,” Velor encouraged. “Do not force it. Simply be aware of any subtle shifts, any changes in the energetic pressure, any faint echoes that might arise from your own vocalizations.”</w:t>
      </w:r>
    </w:p>
    <w:p/>
    <w:p>
      <w:r>
        <w:br/>
        <w:t>Liora closed her eyes, concentrating on the sensation of the Aether flowing around her. She felt a subtle resistance at first, as if the Aether were a thick, viscous fluid. But as she maintained her resonant tone, she perceived a faint stirring, a gentle swirling of energy that seemed to respond to the earthiness of her voice. It was as if the Aether itself were acknowledging her presence, offering a subtle echo of her own vibrational frequency.</w:t>
      </w:r>
    </w:p>
    <w:p/>
    <w:p>
      <w:r>
        <w:br/>
        <w:t>Seris, ever vigilant, focused on the potential for disharmony. He perceived his own sound as a stable, unwavering wave, but as it interacted with Liora’s deeper resonance, he detected a faint ripple, a slight disturbance at the point of their intersection. It was not inherently negative, but it was a deviation from his own pure frequency, a testament to the inherent complexity of interaction. He adjusted his own tone, subtly altering its overtone to create a more complementary resonance, effectively smoothing out the ripple.</w:t>
      </w:r>
    </w:p>
    <w:p/>
    <w:p>
      <w:r>
        <w:br/>
        <w:t>Velor, meanwhile, was attempting to project a more complex pattern, a sequence of interweaving tones that he believed mimicked the foundational frequencies described in the Synarch texts. He felt the strain of concentration, the immense effort required to maintain such precise modulation. His Aetheric Mask pulsed, acting as a conduit for the complex vocalizations, but he could sense the inherent instability of the emerging harmonic. He was pushing the boundaries of his understanding, venturing into territory where the slightest misstep could have profound consequences.</w:t>
      </w:r>
    </w:p>
    <w:p/>
    <w:p>
      <w:r>
        <w:br/>
        <w:t>Kaelen observed this subtle dance of Aether and sound. He saw how Liora’s contribution grounded the efforts, preventing Velor’s more complex explorations from becoming too detached from the tangible world. Seris’s steady presence acted as a stabilizing force, ensuring that the nascent harmonies did not devolve into chaos. He understood, with growing clarity, that this was not merely a vocal exercise; it was a deeply integrated act of will, intention, and energetic alignment.</w:t>
      </w:r>
    </w:p>
    <w:p/>
    <w:p>
      <w:r>
        <w:br/>
        <w:t xml:space="preserve">“The danger lies not just in the sound itself,” Velor explained, his voice now a series of short, carefully modulated vocalizations, “but in the </w:t>
      </w:r>
    </w:p>
    <w:p>
      <w:pPr>
        <w:jc w:val="left"/>
      </w:pPr>
      <w:r>
        <w:rPr>
          <w:i/>
        </w:rPr>
        <w:t>void</w:t>
      </w:r>
      <w:r>
        <w:t xml:space="preserve"> it leaves behind. When a specific frequency is sung into existence, it temporarily occupies that space in the Aether. When the sound ceases, that space is momentarily empty, susceptible to whatever residual energies are present. If those energies are chaotic or corrupted, they can rush in to fill the void, creating a distorted resonance, an ‘echo’.” He paused, his gaze sweeping over their faces. “The ultimate goal is to achieve a sustained resonance, a continuous singing that prevents any such voids from forming. But that requires a level of mastery that is, frankly, almost unattainable for those uninitiated.”</w:t>
      </w:r>
    </w:p>
    <w:p>
      <w:r>
        <w:br/>
        <w:t>He then presented a more concrete demonstration. Consulting the ancient text, he pointed to a specific diagram illustrating a simple resonant pattern. “This,” he indicated, “is a basic attunement chant, designed to harmonize one’s Mask with the ambient Aether. It is said to be the very first exercise taught to any aspiring Synarch.” He then began to sing the sequence, his voice clear and steady, each note precisely pitched and imbued with a focused intention of quiet receptivity.</w:t>
      </w:r>
    </w:p>
    <w:p/>
    <w:p>
      <w:r>
        <w:br/>
        <w:t>Liora listened intently, then attempted to replicate the pattern. Her initial attempts were somewhat wavering, the pitches not quite as precise as Velor’s. However, as she continued, focusing on the feeling of grounding that she had cultivated, her tones began to steady, to find their own anchor. A faint, green luminescence pulsed around her, a subtle manifestation of her Mask’s resonance with the earth’s deep hum.</w:t>
      </w:r>
    </w:p>
    <w:p/>
    <w:p>
      <w:r>
        <w:br/>
        <w:t>Seris, with his keen auditory perception and disciplined will, found the pattern more readily. His rendition was sharp and precise, each note ringing with an almost crystalline clarity. He focused his intent on stability and awareness, and the Aether around him seemed to hum in response, a faint, steady vibration that spoke of preparedness.</w:t>
      </w:r>
    </w:p>
    <w:p/>
    <w:p>
      <w:r>
        <w:br/>
        <w:t>Kaelen observed the subtle interplay of their individual efforts. He saw how Velor’s guidance provided the structure, but it was Liora’s intuitive understanding of resonance and Seris’s disciplined execution that truly began to coax a response from the Aether. He could feel the energetic field around them becoming more cohesive, less like disparate ripples and more like a unified wave. The ambient Aether, which had previously been a subtle backdrop, now seemed to possess a more tangible presence, responding to their vocalizations with subtle energetic shifts.</w:t>
      </w:r>
    </w:p>
    <w:p/>
    <w:p>
      <w:r>
        <w:br/>
        <w:t>“The risk of creating echoes is amplified when one attempts to channel energies that are not intrinsically part of their Mask’s nature,” Velor explained, referencing another passage. “For instance, if Liora, whose Mask is deeply connected to the earth and water, were to attempt to sing the resonant frequency of pure, unadulterated fire, the mismatch could be catastrophic. The Aether, unable to reconcile the disharmony, might fracture, creating a potent and dangerous echo of volatile energy.”</w:t>
      </w:r>
    </w:p>
    <w:p/>
    <w:p>
      <w:r>
        <w:br/>
        <w:t>Liora shuddered slightly. “The thought of channeling pure fire… it’s a powerful image, but the idea of that power turning against us is terrifying.”</w:t>
      </w:r>
    </w:p>
    <w:p/>
    <w:p>
      <w:r>
        <w:br/>
        <w:t>“Indeed,” Seris added, his gaze fixed on the ancient text. “The Synarchs understood that true mastery lay not in the breadth of one’s capabilities, but in the depth of one’s understanding and control. To attempt what is beyond one’s natural resonance is to invite disaster.”</w:t>
      </w:r>
    </w:p>
    <w:p/>
    <w:p>
      <w:r>
        <w:br/>
        <w:t>Velor then presented a new challenge, a more complex sequence of tones, a chant designed to foster a deeper integration between the Mask and the user’s own Aetheric flow. This time, he encouraged them to imbue the chant with a specific, personal intent. “For myself,” Velor stated, his voice a low, resonant murmur, “my intent is to enhance my perception, to perceive the subtle energetic signatures of manipulation, to ‘hear’ the whispers of Aetheric deception.”</w:t>
      </w:r>
    </w:p>
    <w:p/>
    <w:p>
      <w:r>
        <w:br/>
        <w:t>He began to sing, his voice weaving a complex tapestry of sound. Liora listened, and then, focusing on her intent to understand the flow of life around them, she joined in, her voice adding a layer of grounding resonance. Seris, with his intent to discern patterns of order within chaos, added his clear, unwavering tone. Kaelen watched as their individual intents, channeled through their voices and amplified by their Masks, began to create a subtle but distinct shift in the ambient Aether. He could perceive the energetic field around them becoming more finely tuned, as if a hidden layer of reality was slowly coming into focus.</w:t>
      </w:r>
    </w:p>
    <w:p/>
    <w:p>
      <w:r>
        <w:br/>
        <w:t>However, as they continued, the subtle shifts began to take on a more pronounced character. A low hum, almost imperceptible at first, began to emanate from the very walls of the guild hall. It was not their singing, but something else, a faint, discordant resonance that seemed to be an unintended consequence of their explorations. Liora’s luminescence flickered, her connection to the earth momentarily disrupted. Seris’s steady aura wavered, a slight tension creasing his brow. Velor, caught in the midst of a complex melodic phrase, faltered, his voice cracking slightly.</w:t>
      </w:r>
    </w:p>
    <w:p/>
    <w:p>
      <w:r>
        <w:br/>
        <w:t>“What is that?” Liora whispered, her eyes wide.</w:t>
      </w:r>
    </w:p>
    <w:p/>
    <w:p>
      <w:r>
        <w:br/>
        <w:t>Velor, his breath coming in short, sharp gasps, consulted his text with a frantic urgency. “An… echo,” he breathed, his voice strained. “We’ve inadvertently created a residual distortion. The harmonic we attempted, the one designed to enhance perception… it must have resonated with something already present, amplifying a latent discord.”</w:t>
      </w:r>
    </w:p>
    <w:p/>
    <w:p>
      <w:r>
        <w:br/>
        <w:t>Kaelen, observing the phenomenon, understood the precarious balance they were treading. The Primordial Chant was a powerful tool, but it was also a double-edged sword. The very act of probing the Aether's secrets, of attempting to impose their will upon its fundamental nature, carried an inherent risk. The echo, though faint, was a tangible manifestation of that danger, a chilling reminder of the warnings Velor had so gravely delivered. The soft, tentative song of discovery had, for a fleeting moment, become a harbinger of potential discord, a stark testament to the perilous journey they had just begun. The need for absolute precision, for unwavering intent, and for a profound understanding of the Aether’s underlying song had never been more apparent. Their trials had merely been the prelude; the true test of the Primordial Chant had now begun.</w:t>
      </w:r>
    </w:p>
    <w:p/>
    <w:p>
      <w:r>
        <w:t>Liora extended her hands, palms facing outward, as if to embrace the very air around them. The lingering tension from the unintended echo had begun to dissipate, replaced by a quiet resolve. “The Primordial Chant, as Velor described, is a language of resonance,” she began, her voice soft but carrying a new, grounded authority. “But before we can truly speak it, we must learn to listen to its intrinsic melodies. We must understand the elemental song that already exists, the fundamental frequencies that form the basis of all Aetheric expression.”</w:t>
      </w:r>
    </w:p>
    <w:p>
      <w:r>
        <w:br/>
        <w:t>She took a deep, steadying breath, drawing the air into her lungs not just for sustenance, but as an act of communion. “The Aether is not a void to be filled, but a living tapestry, woven with the threads of the natural world. To truly master the Chant, we must first attune ourselves to these elemental resonances. We must learn to feel the pulse of the earth beneath our feet, the restless flow of water, the wild dance of fire, and the silent breath of the wind.”</w:t>
      </w:r>
    </w:p>
    <w:p/>
    <w:p>
      <w:r>
        <w:br/>
        <w:t>Velor, still recovering from the unsettling experience of the premature echo, leaned forward, his earlier apprehension now tempered by a profound curiosity. “Elemental attunement,” he murmured, tasting the words. “The Synarchs spoke of ‘primordial signatures,’ specific vibrational patterns associated with each fundamental element. But how does one access them? How does one differentiate them amidst the cacophony of the world?”</w:t>
      </w:r>
    </w:p>
    <w:p/>
    <w:p>
      <w:r>
        <w:br/>
        <w:t>Liora smiled gently, her eyes reflecting a deep understanding. “By stillness, Velor. And by receptivity. We must quiet the internal chatter, the analytical mind that seeks to dissect and control, and instead, open ourselves to the subtle currents of existence. Imagine the Aether not as a force to be commanded, but as a vast, interconnected consciousness, communicating through sensation, through feeling.”</w:t>
      </w:r>
    </w:p>
    <w:p/>
    <w:p>
      <w:r>
        <w:br/>
        <w:t>She closed her eyes, her Aetheric Mask shimmering with a verdant hue, a visual echo of her profound connection to the terrestrial plane. “Focus, for a moment, on the ground beneath you. Feel its immutability, its steadfastness. It is the bedrock of existence, a constant hum of stable, enduring energy. This is the Earth resonance. It is a deep, resonant tone, slow and powerful, like the grinding of tectonic plates or the patient growth of ancient forests. Try to feel its vibration not just through your feet, but through your entire being. Let it seep into your bones, into your blood, into the very core of your Aetheric Mask.”</w:t>
      </w:r>
    </w:p>
    <w:p/>
    <w:p>
      <w:r>
        <w:br/>
        <w:t>Kaelen, ever the observer, found himself drawn into Liora’s guidance. He had always perceived the Aether as a field of energy, but Liora’s approach was different. It was less about observing its quantifiable properties and more about experiencing its qualitative essence. He focused on the feeling of the rough, worn stone of the guild hall floor, attempting to transcend its material form and perceive the deeper energetic signature it represented. He felt a subtle thrum, a low, persistent vibration that seemed to originate from the very foundations of the building, and by extension, the city, and the planet itself. It was a feeling of immense weight, of ancient stability, a counterpoint to the volatile nature of the Aether he had glimpsed before.</w:t>
      </w:r>
    </w:p>
    <w:p/>
    <w:p>
      <w:r>
        <w:br/>
        <w:t>Seris, who had initially struggled to grasp the abstract nature of Liora’s instruction, found herself surprisingly receptive. Her Mask, typically a shield of unwavering resolve, began to adapt, subtly shifting its energetic composition. She visualized her own strategic intent, the intricate webs of foresight and planning that defined her approach to any challenge, not as a static blueprint, but as a flowing force. Liora’s words painted a new picture in her mind: her intent, a complex weave of tactical maneuvers, could be visualized as a river, its currents dictated by her will, its flow unimpeded, drawing strength from the very bedrock of reality.</w:t>
      </w:r>
    </w:p>
    <w:p/>
    <w:p>
      <w:r>
        <w:br/>
        <w:t>“The earth’s resonance,” Liora continued, her voice barely a whisper, “is about grounding. It is about stability, about enduring strength. When you chant with the Earth resonance, you are anchoring yourself, drawing upon an inexhaustible reservoir of power. For Seris,” she turned her gaze towards the pragmatic Synarch, “imagine your strategic calculations, your intricate plans, not as abstract thoughts, but as the steady, inexorable flow of a mighty river. Let your intent be the current, unwavering and powerful, drawing its strength from the stability of the riverbed, the very embodiment of Earth’s resonance.”</w:t>
      </w:r>
    </w:p>
    <w:p/>
    <w:p>
      <w:r>
        <w:br/>
        <w:t>Seris nodded, a flicker of understanding in her eyes. She visualized her complex strategies as a torrent of water, carving its path through stone, an unstoppable force that was nonetheless guided by the contours of the land. The Aether around her began to hum, a low, steady vibration that felt fundamentally different from the sharp clarity of her previous notes. It was a resonance of depth, of power held in reserve.</w:t>
      </w:r>
    </w:p>
    <w:p/>
    <w:p>
      <w:r>
        <w:br/>
        <w:t>Liora then shifted her focus. “Now, feel the movement of air. The invisible currents that stir the leaves, that carry the scent of rain, that whisper through the stones. This is the resonance of Air. It is a frequency of fluidity, of adaptability, of swiftness. It is the breath of the world, ever-changing, ever-present.” She inhaled deeply, then exhaled slowly, a soft sigh that seemed to stir the very dust motes in the air. “For Velor,” she addressed him, her tone encouraging, “your tactical knowledge, your understanding of the subtle interplay of forces, can be anchored to this elemental fluidity. Imagine your mind as the wind, capable of sweeping over vast distances, perceiving every nuance, every shifting pattern, yet remaining unbound, unburdened.”</w:t>
      </w:r>
    </w:p>
    <w:p/>
    <w:p>
      <w:r>
        <w:br/>
        <w:t>Velor, who had been diligently trying to feel the earth’s resonance, now adjusted his focus. He closed his eyes, attempting to shed the weight of the ground and embrace the ephemeral nature of air. He imagined his tactical acumen, the intricate planning and predictive analysis that he so excelled at, not as a solid structure, but as a vast, unseen network of currents, capable of sensing the faintest shifts in the energetic atmosphere. He sought to feel the subtle eddies and flows, the invisible pathways that the Aether charted for itself. His Mask pulsed with a lighter, more diffuse energy, a shimmering aura that seemed to catch and refract the faint light.</w:t>
      </w:r>
    </w:p>
    <w:p/>
    <w:p>
      <w:r>
        <w:br/>
        <w:t>“When you chant with the Air resonance,” Liora explained, her voice taking on a slightly higher, more lilting quality, “you can influence perception, clarity, and swiftness of thought. It allows for rapid adaptation, for seeing the unseeable, for moving with the flow of opportunity.”</w:t>
      </w:r>
    </w:p>
    <w:p/>
    <w:p>
      <w:r>
        <w:br/>
        <w:t>Kaelen, meanwhile, was beginning to perceive the Aether in a new light. Liora’s guidance allowed him to trace the energetic pathways not as abstract lines, but as tangible currents. He saw how the earth’s stability provided a foundational hum, a slow, deep rhythm that undergirded everything. Intertwined with this was the fluid motion of air, a higher, more capricious melody that carried information and subtle energetic signatures. He felt the Aether’s flow not just as an ambient presence, but as a dynamic, multi-layered system, each element contributing its unique frequency to the overall composition.</w:t>
      </w:r>
    </w:p>
    <w:p/>
    <w:p>
      <w:r>
        <w:br/>
        <w:t>“The true mastery,” Liora continued, her attention now shifting to the concept of integration, “lies not in isolating these resonances, but in understanding how they interact, how they complement and inform one another. The Aether is not a collection of separate elements, but a unified field, a symphony of interwoven frequencies.”</w:t>
      </w:r>
    </w:p>
    <w:p/>
    <w:p>
      <w:r>
        <w:br/>
        <w:t>She then turned her attention back to Velor, a gentle challenge in her voice. “Velor, your intellect thrives on structure and understanding. Let us anchor that understanding to the earth. Feel the stability that Liora described, the deep, unyielding power of the planet. Now, imagine your tactical knowledge not as a fleeting breeze, but as a well-fortified fortress, its foundations sunk deep into the bedrock. Your plans are not merely observations of the wind’s direction, but the carefully constructed defenses and offensive positions that harness that wind’s power. Let the earth’s resonance be the bedrock of your strategic mind.”</w:t>
      </w:r>
    </w:p>
    <w:p/>
    <w:p>
      <w:r>
        <w:br/>
        <w:t>Velor concentrated, pushing aside the airy lightness he had just begun to cultivate. He re-grounded himself, feeling the solid mass beneath him. He visualized his strategies as carefully planned fortifications, intricate defensive structures that drew their strength from the immovability of the earth. He saw his tactical decisions as the unwavering walls and deep moats of a fortress, impervious to disruption, deeply rooted in the planet’s stability. His Aetheric Mask responded, its shimmering aura becoming more defined, more solid, as if solidifying its connection to the terrestrial plane. The low hum of Earth resonance returned, now imbued with a newfound clarity, a sense of purpose.</w:t>
      </w:r>
    </w:p>
    <w:p/>
    <w:p>
      <w:r>
        <w:br/>
        <w:t>“This balance is crucial,” Liora emphasized. “To be too airy is to be ephemeral, easily dispersed. To be too earthy is to be rigid, unable to adapt. The Synarchs sought to embody the strengths of all elements, to be fluid yet grounded, adaptable yet resolute.”</w:t>
      </w:r>
    </w:p>
    <w:p/>
    <w:p>
      <w:r>
        <w:br/>
        <w:t>She then looked at Kaelen, her gaze keen. “Kaelen, you perceive the Aether’s flow with remarkable acuity. But how do you channel that perception? Imagine the Aether not just as a current, but as the lifeblood of the natural world. See how it pulses through the veins of the leaves, how it surges through the arteries of the rivers, how it emanates from the heart of the mountains. Let your perception be an act of deep empathy, a resonance with the very essence of existence. Let the natural world sing its song to you, and learn to harmonize your own Aetheric signature with its inherent melodies.”</w:t>
      </w:r>
    </w:p>
    <w:p/>
    <w:p>
      <w:r>
        <w:br/>
        <w:t>Kaelen closed his eyes, the complex web of energetic flows he usually perceived now imbued with a vivid, organic quality. He saw the Aether not as abstract lines of force, but as luminous streams of vital energy coursing through everything. The faint hum of the earth was the deep, steady heartbeat of the planet, while the subtle currents of air were its restless breath. He felt the Aether as a universal life force, and by extension, he felt a connection to all living things. His own Aetheric Mask, usually a diffuse glow of intellectual curiosity, seemed to sharpen, its edges becoming more defined, as if absorbing the vibrant hues of the natural world. He felt a profound sense of belonging, a deep connection to the tangible reality around him.</w:t>
      </w:r>
    </w:p>
    <w:p/>
    <w:p>
      <w:r>
        <w:br/>
        <w:t>“The elemental attunement is not merely about identifying frequencies,” Liora explained, her voice now a gentle invocation, “but about integrating them. It is about understanding that the Aether is a living system, and we, as Synarchs, are conduits, translators, and conductors within that system. We do not impose our will upon it; we harmonize with it, drawing strength from its inherent nature.”</w:t>
      </w:r>
    </w:p>
    <w:p/>
    <w:p>
      <w:r>
        <w:br/>
        <w:t>She then guided them through a series of exercises, each designed to isolate and then integrate specific elemental resonances. They began by focusing on the Earth element. Liora instructed them to visualize the planet’s immense gravity, its unyielding stability, and to let that feeling permeate their Masks. Velor found his tactical thinking coalescing into concrete, immovable positions, his plans like ancient stones set in place. Seris visualized her strategies as deep, subterranean rivers, their courses carved through bedrock, their power unstoppable. Kaelen perceived the Aether as thick, viscous streams of energy, slow-moving but immensely powerful, flowing through the foundational layers of reality. The guild hall itself seemed to respond, the stones beneath their feet feeling more substantial, the air more dense with a palpable sense of groundedness.</w:t>
      </w:r>
    </w:p>
    <w:p/>
    <w:p>
      <w:r>
        <w:br/>
        <w:t>Next, they moved to Air. Liora encouraged them to feel the lightness of a feather, the swiftness of a breeze. Velor’s mind became a whirlwind of rapid analysis, his insights arriving with startling speed and clarity. Seris visualized her plans as intricate aerial maneuvers, swift and decisive, able to shift and adapt in an instant. Kaelen perceived the Aether as light, ephemeral currents, carrying whispers of information and subtle energetic signatures, allowing him to glimpse potential pathways he hadn’t considered before. The air in the hall grew lighter, a faint, almost imperceptible stirring rustling through their hair.</w:t>
      </w:r>
    </w:p>
    <w:p/>
    <w:p>
      <w:r>
        <w:br/>
        <w:t>They continued with Water, focusing on fluidity, adaptability, and depth. Liora guided them to imagine themselves as the ocean, vast and encompassing, capable of both calm reflection and immense, destructive power. Seris envisioned her strategies as a tidal surge, overwhelming and relentless. Velor saw his tactical knowledge as the intricate currents and depths of the ocean, full of hidden passages and immense pressure. Kaelen perceived the Aether as flowing streams, merging and separating, mirroring the ebb and flow of life itself. A subtle dampness seemed to settle in the air, a faint, resonant hum like distant waves.</w:t>
      </w:r>
    </w:p>
    <w:p/>
    <w:p>
      <w:r>
        <w:br/>
        <w:t>Finally, they explored Fire, focusing on passion, transformation, and destructive potential. Liora cautioned them to approach this resonance with respect, to understand its power without succumbing to its volatility. Seris visualized her strategies as a controlled conflagration, burning away obstacles and forging new paths. Velor saw his tactical insights as bursts of illuminating energy, cutting through confusion and revealing hidden truths. Kaelen perceived the Aether as vibrant, crackling streams of energy, pulsating with raw power, capable of both creation and destruction. The air in the hall grew warm, a faint, shimmering heat emanating from their Masks.</w:t>
      </w:r>
    </w:p>
    <w:p/>
    <w:p>
      <w:r>
        <w:br/>
        <w:t>Throughout these exercises, Liora constantly reminded them of the importance of balance and integration. “These are not separate entities to be mastered in isolation,” she explained, her voice a calming balm. “They are facets of a single, unified Aether. The earth provides stability, air provides perception, water provides adaptability, and fire provides transformative power. True mastery lies in weaving these elements together, in creating a harmonious Aetheric resonance that is both grounded and adaptable, powerful yet controlled.”</w:t>
      </w:r>
    </w:p>
    <w:p/>
    <w:p>
      <w:r>
        <w:br/>
        <w:t>As they practiced, the environment around them subtly responded. The faint hum of the earth grew stronger, grounding their efforts. The subtle stirrings of air seemed to carry their intentions with greater clarity. The sense of flowing water lent a fluidity to their movements, and the nascent warmth of fire gave an edge to their focus. Kaelen, observing the interconnectedness of these manifestations, realized that their attempts to harmonize with the elemental resonances were, in turn, harmonizing the very space they occupied. It was a feedback loop of resonance, a nascent symphony orchestrated by their combined will and Liora’s gentle guidance. The guild hall, once a place of dusty silence, was now alive with a subtle, vibrant energy, a testament to their growing understanding of the elemental song of the Aether.</w:t>
      </w:r>
    </w:p>
    <w:p/>
    <w:p>
      <w:r>
        <w:t>The air in the guild hall, once still and charged with the residue of their elemental attunement, now thrummed with a new kind of energy. It was a more controlled resonance, a deliberate shaping of the ambient Aether, but Kaelen felt it, keenly. The unintended echo from Velor’s premature manifestation had served as a stark, visceral reminder of the inherent dangers of their burgeoning abilities. Liora’s guidance on elemental song was invaluable, but the echoes, the lingering energetic signatures left behind by any significant Aetheric act, were a different beast entirely, a volatile undercurrent that could have catastrophic consequences if left unchecked.</w:t>
      </w:r>
    </w:p>
    <w:p>
      <w:r>
        <w:br/>
        <w:t xml:space="preserve">“The Primordial Chant,” Kaelen began, his voice low, “allows us to speak </w:t>
      </w:r>
    </w:p>
    <w:p>
      <w:pPr>
        <w:jc w:val="left"/>
      </w:pPr>
      <w:r>
        <w:rPr>
          <w:i/>
        </w:rPr>
        <w:t>to</w:t>
      </w:r>
      <w:r>
        <w:t xml:space="preserve"> the Aether, to weave our intent into its fabric. But every act of weaving leaves a thread, a trace. These traces, if not managed, become echoes.” He looked at Liora, seeking her confirmation. “And not all echoes are benign. Some carry the imprint of the caster’s emotion, their intent, their very essence. If these echoes are strong enough, or if they resonate with a particular frequency, they can be amplified, distorted, even weaponized.”</w:t>
      </w:r>
    </w:p>
    <w:p>
      <w:r>
        <w:br/>
        <w:t>Liora nodded, her expression grave. “Precisely, Kaelen. The Architect of Entropy thrives on such distortions. A carelessly cast echo is a beacon, an invitation for the Architect to manipulate the Aether around it, to twist its form and purpose. We must learn to be not just chanters, but also caretakers of the Aetheric landscape.”</w:t>
      </w:r>
    </w:p>
    <w:p/>
    <w:p>
      <w:r>
        <w:br/>
        <w:t>Velor, his initial apprehension about the echoes now sharpened by Kaelen’s words, chimed in, “So, it’s not just about projecting power, but about ensuring that the projection leaves no harmful imprint?”</w:t>
      </w:r>
    </w:p>
    <w:p/>
    <w:p>
      <w:r>
        <w:br/>
        <w:t>“More than that,” Liora corrected gently. “It’s about understanding that every manifestation, no matter how small, shapes the Aether. We are constantly leaving traces. The goal is to make those traces harmonious, to ensure they dissipate naturally, like ripples on a pond smoothing out after a stone is thrown.” She paused, her gaze sweeping over them. “This requires a level of discipline and precision that goes beyond mere intent. It demands a deep understanding of energetic dissipation and grounding.”</w:t>
      </w:r>
    </w:p>
    <w:p/>
    <w:p>
      <w:r>
        <w:br/>
        <w:t>The practice sessions that followed were a rigorous test of their newfound understanding. They began with simple, controlled manifestations, each designed to isolate specific elemental frequencies. Liora guided them to channel the Earth resonance, focusing on creating a small, stable locus of terrestrial energy. Instead of simply projecting the feeling of solidity, they were instructed to imbue it with a specific intention of dissipation, to visualize the excess energy folding back into itself, grounding out into the very stone of the guild hall.</w:t>
      </w:r>
    </w:p>
    <w:p/>
    <w:p>
      <w:r>
        <w:br/>
        <w:t xml:space="preserve">Kaelen found it incredibly challenging. His natural inclination was to observe, to analyze, to dissect the energetic flow. Trying to actively </w:t>
      </w:r>
    </w:p>
    <w:p>
      <w:pPr>
        <w:jc w:val="left"/>
      </w:pPr>
      <w:r>
        <w:rPr>
          <w:i/>
        </w:rPr>
        <w:t>dissipate</w:t>
      </w:r>
      <w:r>
        <w:t xml:space="preserve"> it felt counterintuitive. He focused on the sensation of immutability Liora had spoken of, picturing his Aetheric Mask as a perfectly formed crystal, its facets reflecting the grounding energy of the earth. When he felt the resonance build, he willed it to retract, to coil inward, like a spring being wound down. He imagined the excess energy not as a dissipation into nothingness, but as a conscious return to the foundational stability of the planet. He focused on the concept of ‘un-manifesting,’ of drawing back the projected Aether, leaving no more trace than a breath on a cold pane of glass, which quickly fades. It took intense concentration, a constant mental recalibration, and he felt a faint, lingering hum, a subtle tremor in his own Aetheric signature that he had to actively suppress.</w:t>
      </w:r>
    </w:p>
    <w:p>
      <w:r>
        <w:br/>
        <w:t>Velor, ever the strategist, approached it with a similar meticulousness, but with a different focus. He visualized his manifestations as carefully planned maneuvers, each requiring a precise amount of energy. For dissipation, he imagined himself drawing back his deployed forces, neatly retracting them into their origin points, leaving no stray units behind. He focused on the idea of ‘containment,’ of drawing the excess Aether into a small, self-contained vortex within his own Mask, which he then mentally ‘unraveled,’ releasing the contained energy in minute, imperceptible increments, dispersing it harmlessly into the ambient Aether. He compared it to managing a logistical chain, ensuring every supply and every soldier was accounted for, leaving no surplus or deficit. The mental strain was considerable, and he felt a dull ache behind his eyes as he concentrated on the intricate energetic accounting.</w:t>
      </w:r>
    </w:p>
    <w:p/>
    <w:p>
      <w:r>
        <w:br/>
        <w:t>Seris, whose approach was inherently more fluid and adaptive, found a different method. She visualized the excess Aether not as something to be contained or pushed back, but as a tide to be guided. She imagined herself as a skilled sailor, adjusting the sails of her Aetheric Mask to catch the outgoing currents of excess energy, using them to propel her own core resonance in a gentle, circular motion, effectively smoothing out any sharp energetic edges. Her focus was on ‘absorption and redirection,’ on taking the surplus and weaving it into the existing energetic flow of the hall, making it indistinguishable from the ambient Aether. This required a deep attunement to the subtle energetic background, a constant sensing of the ambient Aetheric ‘weather.’</w:t>
      </w:r>
    </w:p>
    <w:p/>
    <w:p>
      <w:r>
        <w:br/>
        <w:t xml:space="preserve">Liora, observing their efforts, offered constant guidance. “Remember,” she’d say, her voice a calming presence, “the Architect is drawn to </w:t>
      </w:r>
    </w:p>
    <w:p>
      <w:pPr>
        <w:jc w:val="left"/>
      </w:pPr>
      <w:r>
        <w:rPr>
          <w:i/>
        </w:rPr>
        <w:t>disruption</w:t>
      </w:r>
      <w:r>
        <w:t>. A sharp, abrupt ending to a manifestation is a disruption. A gentle, flowing transition is harmony. Think of it like a painter finishing a stroke. They don’t rip the brush away; they ease it off the canvas.”</w:t>
      </w:r>
    </w:p>
    <w:p>
      <w:r>
        <w:br/>
        <w:t>They moved to the resonance of Air, attempting to create brief, controlled currents of focused thought. The challenge here was different. Air was ephemeral, difficult to grasp. The echoes were more fleeting but also more insidious, like whispers that could carry unintended meanings. Liora instructed them to manifest a simple gust of mental clarity, a brief sharpening of perception, and then to consciously ‘un-manifest’ it, allowing the mental energy to disperse like smoke in the wind.</w:t>
      </w:r>
    </w:p>
    <w:p/>
    <w:p>
      <w:r>
        <w:br/>
        <w:t>Kaelen experimented with visualized ‘diffusion.’ He imagined the burst of clarity he created as a small cloud of luminous particles, and then he willed those particles to spread, to become less concentrated, until they were indistinguishable from the air itself. He focused on the concept of ‘dilution,’ of reducing the energetic intensity until it was no longer detectable as a distinct imprint. This required a shift in his perception, from seeing distinct energetic pathways to perceiving a vast, interconnected medium where his manifestation was merely a temporary ripple.</w:t>
      </w:r>
    </w:p>
    <w:p/>
    <w:p>
      <w:r>
        <w:br/>
        <w:t>Velor focused on ‘controlled decay.’ He envisioned the energetic imprint of his mental gust as a burning ember, and then he meticulously ‘cooled’ it, breaking down its energetic structure into smaller, less potent components, until it was no longer a coherent imprint but a scattering of inert energetic dust. This felt more like a dissection than a dissipation, a careful dismantling of the energetic artifact. He described it as carefully disarming a volatile device, ensuring every component was neutralized.</w:t>
      </w:r>
    </w:p>
    <w:p/>
    <w:p>
      <w:r>
        <w:br/>
        <w:t>Seris, true to form, saw it as guiding a flock of birds. When she manifested a thought, she then visualized the energetic imprint as a single bird. To dissipate it, she willed that bird to join a larger flock, becoming part of a greater, unidentifiable movement. Her focus was on ‘integration into the collective,’ on making her energetic trace part of the ambient Aetheric hum. She believed that by blending her resonance into the larger Aetheric ‘song,’ her individual imprint would effectively vanish.</w:t>
      </w:r>
    </w:p>
    <w:p/>
    <w:p>
      <w:r>
        <w:br/>
        <w:t>The practice of controlling Water resonance involved creating temporary currents of emotional resilience, of inner calm. The echoes here were particularly tricky, as emotions were potent carriers of energetic information. They were taught to manifest a feeling of unwavering calm, and then to let that feeling dissipate, not by forceful suppression, but by allowing it to flow outward, to merge with the surrounding Aether, like a drop of ink dissolving in a vast ocean.</w:t>
      </w:r>
    </w:p>
    <w:p/>
    <w:p>
      <w:r>
        <w:br/>
        <w:t>Kaelen struggled with this. His internal state was often a complex interplay of analytical thought and nascent intuition. To manifest a pure, unwavering calm felt like trying to flatten a turbulent sea. When he succeeded in projecting that calm, the act of dissipating it felt like forcing a calm surface to ripple. He focused on the idea of ‘gradual diffusion,’ of allowing the outward flow of his projected calm to be met by the inward flow of the surrounding Aether, creating a gentle, almost imperceptible exchange that diluted the residual imprint.</w:t>
      </w:r>
    </w:p>
    <w:p/>
    <w:p>
      <w:r>
        <w:br/>
        <w:t>Velor, on the other hand, found the emotional aspect more challenging than the mechanics. He visualized his manifestation of calm as a perfectly still, deep lake. To dissipate it, he imagined small, controlled ripples emanating from the center, spreading outwards, disturbing the stillness just enough to prevent a sharp, defined edge, but not so much as to create a chaotic churn. He was essentially creating intentional, minor disturbances to break down the singular, powerful echo of his initial manifestation. His focus was on ‘controlled disturbance,’ on introducing calculated imperfections to prevent a singular, exploitable flaw.</w:t>
      </w:r>
    </w:p>
    <w:p/>
    <w:p>
      <w:r>
        <w:br/>
        <w:t>Seris saw this as a controlled release of pressure. She imagined the calm she manifested as a reservoir of still water. To dissipate it, she visualized opening small, unseen sluice gates, allowing the water to flow out gradually, blending with the larger body of water around it, its individual identity dissolving into the vastness. Her focus was on ‘gradual release,’ on a measured and deliberate unburdening of the Aetheric trace.</w:t>
      </w:r>
    </w:p>
    <w:p/>
    <w:p>
      <w:r>
        <w:br/>
        <w:t>Finally, they ventured into Fire resonance, focusing on controlled bursts of focused willpower, of transformative intent. The danger here was immense, as Fire was the most volatile element. A poorly managed echo of willpower could easily become a consuming inferno, a persistent, damaging imprint. They practiced manifesting a brief surge of unwavering resolve, and then consciously ‘un-manifesting’ it, allowing the energetic charge to break down into harmless, diffused heat.</w:t>
      </w:r>
    </w:p>
    <w:p/>
    <w:p>
      <w:r>
        <w:br/>
        <w:t>Kaelen’s approach was to visualize the surge of willpower as a contained explosion of light. To dissipate it, he imagined that light fragmenting into countless tiny motes, each one radiating a minuscule amount of warmth, dispersing into the ambient environment until no single concentrated point remained. He was aiming for a complete energetic atomization, rendering the echo inert by reducing its intensity to an undetectable level.</w:t>
      </w:r>
    </w:p>
    <w:p/>
    <w:p>
      <w:r>
        <w:br/>
        <w:t>Velor envisioned his surge of willpower as a powerful thrust, and then he imagined that thrust being gradually cushioned by an influx of opposing Aetheric force. He was essentially introducing a counter-force to absorb and neutralize the primary energetic push, preventing any lingering reverberation. It was a kinetic neutralization, a controlled collision of energies to negate the residual imprint.</w:t>
      </w:r>
    </w:p>
    <w:p/>
    <w:p>
      <w:r>
        <w:br/>
        <w:t>Seris saw her surge of willpower as a focused beam of light. To dissipate it, she imagined that beam widening, softening, its intensity diminishing until it became a diffuse glow, then a faint warmth, and finally, simply a contributing factor to the overall ambient temperature of the hall. Her method was one of gradual softening, of diminishing the focused intensity until it was absorbed by the general energetic field.</w:t>
      </w:r>
    </w:p>
    <w:p/>
    <w:p>
      <w:r>
        <w:br/>
        <w:t>Throughout these rigorous exercises, Liora’s counsel was unwavering. “The Architect of Entropy,” she reiterated, her voice firm, “is a master of exploiting weakness. A careless echo is a weakness. It is a point of entry. Our aim is not to eliminate all traces – that is impossible. It is to ensure that the traces we leave are fleeting, integrated, and ultimately, inert. They should be like footprints in sand, soon smoothed away by the tide, not like carvings in stone, meant to endure.”</w:t>
      </w:r>
    </w:p>
    <w:p/>
    <w:p>
      <w:r>
        <w:br/>
        <w:t>The mental discipline required was immense. They had to maintain a constant awareness of their Aetheric output, not just during the manifestation, but in the moments immediately following. It was like learning to control your breathing not just when you inhale, but also the precise way you exhale. Each practice session left them feeling drained, not just physically, but mentally and Aetherically. They had to learn to manage the residual energy not just from the primary act, but from the act of dissipation itself. It was a multi-layered discipline, a constant process of refinement.</w:t>
      </w:r>
    </w:p>
    <w:p/>
    <w:p>
      <w:r>
        <w:br/>
        <w:t>Kaelen felt the strain most acutely. His mind, accustomed to the sharp edges of logical deduction, found the nuances of energetic dissipation to be a labyrinth. He would often think he had successfully dissipated an echo, only to feel a faint, almost imperceptible hum later, a ghost of the energy he had tried to banish. He learned to trust his intuition, to feel for these subtle vibrations, and to actively reinforce the dissipation process, pouring more mental energy into smoothing out any lingering energetic ripples. He began to see the Aether not as a passive medium, but as an active participant in their efforts, receptive to their intentions but also capable of holding onto imprints if they were not properly managed.</w:t>
      </w:r>
    </w:p>
    <w:p/>
    <w:p>
      <w:r>
        <w:br/>
        <w:t>Velor found his focus wavering at times, particularly when dealing with the emotional resonances. The effort of maintaining a steady state of calm while simultaneously planning its dissipation was taxing. He discovered that mental fatigue made him susceptible to leaving stronger echoes, as his ability to maintain precise control diminished. He had to develop strategies for pacing himself, for taking brief mental respites between exercises to avoid burnout, and for reinforcing his mental fortitude with small, grounding meditations.</w:t>
      </w:r>
    </w:p>
    <w:p/>
    <w:p>
      <w:r>
        <w:br/>
        <w:t>Seris, while generally adept at fluid control, found herself sometimes overcorrecting. In her desire to ensure complete dissipation, she would sometimes introduce too much ‘collective integration,’ effectively blurring her own Aetheric signature to a point where she struggled to perceive it herself. She had to learn to find the balance between dissipation and self-preservation, ensuring that in their efforts to be unseen, they did not become entirely absent.</w:t>
      </w:r>
    </w:p>
    <w:p/>
    <w:p>
      <w:r>
        <w:br/>
        <w:t>Liora observed their struggles with a patient understanding. “This is not a race,” she reminded them often. “It is a journey of mastery. Every practice session, even those that feel like failures, contributes to your understanding. The echoes you leave behind today, even the faint ones, are lessons for tomorrow. Learn to read them, to understand what they tell you about your own control, your own intent.”</w:t>
      </w:r>
    </w:p>
    <w:p/>
    <w:p>
      <w:r>
        <w:br/>
        <w:t>The guild hall itself seemed to absorb some of the residual energies, its ancient stones acting as a natural grounding medium. Yet, even with the hall’s passive assistance, the need for active dissipation was paramount. They were learning to shape the very fabric of existence, and with that power came an immense responsibility to do so with precision and care. The memory of Velor’s uncontrolled echo, the jarring disruption it had caused, served as a constant, potent reminder of the stakes involved. The Architect of Entropy was not a theoretical threat; it was a tangible danger, a force that would undoubtedly exploit any lapse in their discipline. Their training in managing echoes was not just an academic exercise; it was a fundamental aspect of their survival and their ability to wield the Primordial Chant effectively and safely. They were not just learning to sing the song of the Aether, but to ensure their singing left no discordant notes for their enemy to find.</w:t>
      </w:r>
    </w:p>
    <w:p/>
    <w:p>
      <w:r>
        <w:t>The shared meditative session commenced not with the familiar hum of individual Aetheric resonance, but with a collective inhale, a conscious drawing together of their unique energies. Liora had guided them to this state, her voice a silken thread weaving their minds into a singular tapestry. They were to explore the deeper connections within their nascent Mask synergy, to understand how their individual powers, when harmonized, could create something far greater than the sum of their parts. It was a delicate undertaking, requiring an immersion into the subtle currents that flowed between them, a mutual vulnerability of their Aetheric signatures. Kaelen felt a profound sense of trust settling over him, an unshakeable faith in the discipline and intent of Velor, Seris, and Liora. This was not merely about shared power; it was about shared vulnerability, a willingness to let their defenses down and allow their inner Aetheric landscapes to intermingle.</w:t>
      </w:r>
    </w:p>
    <w:p>
      <w:r>
        <w:br/>
        <w:t>As their minds melded, the usual comforting resonance of their synchronized Aether began to shift. It wasn't the jarring disruption of an uncontrolled echo, nor the focused intensity of a directed manifestation. Instead, it was a gradual dimming, a subtle overlay of shadow that seemed to drain the vibrancy from their shared mental space. The vibrant hues of their harmonized Aether, which normally pulsed with controlled energy, began to take on a muted, bruised quality. It felt like looking at a familiar landscape through a filter of perpetual twilight, where subtle imperfections were magnified and the inherent beauty was obscured. Kaelen, usually analytical, found his thoughts becoming muddled, his usual clarity clouded by an unseen haze. He could feel the familiar solidity of their shared mental construct, built upon trust and discipline, beginning to warp.</w:t>
      </w:r>
    </w:p>
    <w:p/>
    <w:p>
      <w:r>
        <w:br/>
        <w:t>Then, the vision unfurled. It was not a sudden, explosive revelation, but a creeping realization, like a slow-blooming nightmare. They were no longer within the guild hall, nor within their own minds, but seemingly adrift in a vast, unfathomable expanse of Aether. Streams of pure Aetheric energy, the very lifeblood of their world, flowed in majestic, predictable currents. These were the Aetherflows, the cosmic arteries that sustained existence, channeling raw potential and shaping reality according to intricate, fundamental laws. But what they saw was not the pristine, untainted flow they might have expected.</w:t>
      </w:r>
    </w:p>
    <w:p/>
    <w:p>
      <w:r>
        <w:br/>
        <w:t>Across these vast currents, they perceived… tendrils. Not the solid, forceful intrusions of overt destruction, but insidious, wispy filaments of corrupted Aether. These tendrils were subtle, almost imperceptible, like a creeping mold that spread without announcing itself. They latched onto the main Aetherflows, not to rip them apart, but to subtly alter their trajectory, to introduce minute, almost undetectable deviations. It was like a whisper of discord injected into a symphony, a single wrong note that, when repeated across a vast composition, could completely undermine its harmony. Kaelen watched, a cold dread coiling in his gut, as one such tendril snaked around a powerful current of creation, not to halt it, but to gently nudge it, to subtly redirect its manifestation. The consequence was not immediate annihilation, but a slow, insidious shift towards something… less. Less vibrant, less pure, less potent.</w:t>
      </w:r>
    </w:p>
    <w:p/>
    <w:p>
      <w:r>
        <w:br/>
        <w:t>Velor, ever the strategist, observed the patterns with a meticulous gaze. He saw how these corrupted tendrils didn't simply attack the direct flow of creation, but also its tributaries, its smaller streams. They would infiltrate the Aetheric resonance of a nascent civilization, subtly encouraging discord over cooperation, fear over courage. They would infiltrate the Aetheric echoes left behind by significant events, twisting the collective memory, amplifying negative emotions, and sowing seeds of misunderstanding. It was a macro-level manipulation, a grand strategy of entropy played out across the very energetic fabric of existence. He recognized the chilling efficiency of it – by targeting the subtle, the foundational, the Architect of Entropy could orchestrate widespread chaos without ever directly engaging in overt conflict. The scale of it was staggering, a cosmic puppetry where the strings were the very laws of Aether.</w:t>
      </w:r>
    </w:p>
    <w:p/>
    <w:p>
      <w:r>
        <w:br/>
        <w:t xml:space="preserve">Seris, whose attunement was often to the emotional and intuitive aspects, felt the chilling intent behind the vision most acutely. She could sense the </w:t>
      </w:r>
    </w:p>
    <w:p>
      <w:pPr>
        <w:jc w:val="left"/>
      </w:pPr>
      <w:r>
        <w:rPr>
          <w:i/>
        </w:rPr>
        <w:t>malice</w:t>
      </w:r>
      <w:r>
        <w:t xml:space="preserve"> woven into the corruption, the cold, calculating purpose driving the insidious spread. It wasn't just about destruction; it was about perversion. The Architect wasn't merely breaking things; it was twisting them into something grotesque, something that mimicked life but was fundamentally hollow. She felt the resonance of despair clinging to the corrupted flows, a palpable sense of loss and disillusionment. It was as if the very concept of creation was being slowly poisoned, its potential for beauty and growth being suffocated by an unseen, unyielding force. Her own Aetheric Mask pulsed with a defensive intensity, a primal urge to shield herself and her companions from this pervasive negativity.</w:t>
      </w:r>
    </w:p>
    <w:p>
      <w:r>
        <w:br/>
        <w:t>Liora, as their guide, remained a steady anchor. Though the vision was clearly disturbing, her presence exuded a calm authority, a testament to her own mastery. She acknowledged the terrifying scope of what they were witnessing, the sheer, overwhelming scale of the Architect's influence. “This is not a single battle,” she murmured, her voice resonating with a newfound gravity, “but a war waged on the fundamental currents of existence. The Architect does not always break. It corrupts. It twists. It subtly alters the path of creation, leading it towards its own perverse vision of order – an order of stillness, of decay, of absolute predictability through the cessation of all change.”</w:t>
      </w:r>
    </w:p>
    <w:p/>
    <w:p>
      <w:r>
        <w:br/>
        <w:t>The vision shifted again, focusing on specific instances. They saw a community, vibrant and prosperous, its Aetheric resonance humming with shared purpose and innovation. Then, they witnessed the subtle infiltration of the corrupting tendrils. Small disagreements, initially dismissed, began to fester. Trust eroded, replaced by suspicion. Ambition twisted into greed, and cooperation devolved into self-serving competition. The collective Aetheric flow of the community, once a powerful, unified current, began to fragment, its energy dissipated into petty squabbles and mutual mistrust. The Architect hadn't attacked them directly; it had simply nudged their own inherent flaws, amplified their shadows, and watched as they dismantled themselves from within. It was a terrifyingly efficient form of destruction, a victory achieved not through force, but through the insidious manipulation of cause and effect.</w:t>
      </w:r>
    </w:p>
    <w:p/>
    <w:p>
      <w:r>
        <w:br/>
        <w:t>Kaelen felt a profound sense of urgency bloom within him. This wasn’t just about mastering their own Aetheric echoes; it was about becoming guardians of the very Aetherflows themselves. Their training in dissipation and harmony was not merely defensive; it was a vital component of actively countering this pervasive corruption. If they could learn to purify the Aether, to reinforce the natural currents against these insidious intrusions, they might stand a chance. He visualized himself as a conduit, not just for his own power, but for the pure Aether, acting as a living bulwark against the creeping darkness. The responsibility felt immense, a weight pressing down on his very soul, but it was tempered by a newfound clarity of purpose.</w:t>
      </w:r>
    </w:p>
    <w:p/>
    <w:p>
      <w:r>
        <w:br/>
        <w:t>Velor, absorbing the strategic implications, began to formulate countermeasures in his mind. If the Architect exploited subtle deviations, then their own actions needed to be not only powerful but also impeccably precise. They couldn't afford to leave any unintentional echoes, any openings for the Architect to exploit. Their understanding of Aetherflow would need to be profound, encompassing not just the direct manifestations of their powers, but the ripple effects, the subtle energetic currents they generated. He saw the need for constant vigilance, for a proactive approach that anticipated the Architect's methods. It was a daunting prospect, requiring an almost prescient understanding of energetic causality.</w:t>
      </w:r>
    </w:p>
    <w:p/>
    <w:p>
      <w:r>
        <w:br/>
        <w:t>Seris, meanwhile, focused on the emotional resonance of the vision. She felt the despair of those communities subtly corrupted, the slow erosion of hope. Her role, she realized, was not just to wield power, but to be a beacon of resilience, to project an Aetheric signature of hope and integrity that could counteract the pervasive negativity. She understood that the Architect's corruption fed on despair, on the belief that things were irrevocably broken. By maintaining their own inner harmony and projecting unwavering hope, they could create pockets of resistance, areas where the natural Aetherflow could remain vibrant and pure. Her heart ached for the unseen victims of this subtle war, and her resolve hardened.</w:t>
      </w:r>
    </w:p>
    <w:p/>
    <w:p>
      <w:r>
        <w:br/>
        <w:t>Liora, seeing the profound impact of the vision on each of them, spoke again, her voice laced with both solemnity and a steely determination. “What you have witnessed is the true nature of our adversary. It is not a force that charges headlong into battle, but one that insinuates itself into the very fabric of existence, twisting and perverting that which is good and pure. Our task is not merely to defeat the Architect of Entropy when it reveals itself, but to actively fortify the Aether, to cleanse and strengthen the flows that it seeks to corrupt.”</w:t>
      </w:r>
    </w:p>
    <w:p/>
    <w:p>
      <w:r>
        <w:br/>
        <w:t>The shared vision dissolved as gradually as it had appeared, leaving them back in the familiar, yet now subtly altered, reality of the guild hall. The air felt different, charged not just with their own Aether, but with the chilling resonance of what they had glimpsed. The subtle dimming they had experienced during their meditation now seemed like a premonition, a faint echo of the grander corruption they had witnessed. The weight of their shared understanding settled upon them, a grim acknowledgment of the war they were truly facing. It was a war fought not just with power, but with principle, with the very integrity of existence itself.</w:t>
      </w:r>
    </w:p>
    <w:p/>
    <w:p>
      <w:r>
        <w:br/>
        <w:t>Kaelen felt a new depth to his commitment. His previous understanding of the Primordial Chant had been focused on its creative and defensive potential. Now, he saw its potential as a force of purification, a means to actively mend and reinforce the corrupted Aetherflows. He envisioned the chant as a celestial balm, capable of soothing the wounds inflicted by the Architect, of coaxing the twisted currents back towards their original, harmonious paths. The discipline of managing echoes was no longer just about personal safety; it was about ensuring that their own manifestations contributed to the overall health of the Aether, rather than becoming further points of vulnerability.</w:t>
      </w:r>
    </w:p>
    <w:p/>
    <w:p>
      <w:r>
        <w:br/>
        <w:t>Velor, already mentally cataloging the strategic implications, began to think about the resources and knowledge required to monitor and cleanse Aetherflows on such a scale. It would demand a deep understanding of energetic cartography, of the subtle signatures that differentiated pure Aether from corrupted Aether. He realized that their training would need to extend far beyond the confines of the guild hall, encompassing a broader study of the Aetheric currents that permeated their world. He felt a surge of determination; if the Architect was playing a grand game of manipulation, then they would need to be master strategists, anticipating its moves and countering them with unparalleled precision.</w:t>
      </w:r>
    </w:p>
    <w:p/>
    <w:p>
      <w:r>
        <w:br/>
        <w:t>Seris, her heart still resonating with the despair she had witnessed, felt a powerful urge to connect with others, to share this understanding and to inspire resilience. She understood that the fight against the Architect of Entropy would require a collective effort, not just from them, but from all who valued the purity of existence. Her role, she felt, was to be a voice of unwavering hope, a testament to the enduring strength of the spirit even in the face of overwhelming darkness. She vowed to carry the light of their shared vision forward, to remind those they encountered that even the subtlest corruption could be resisted with courage and inner harmony.</w:t>
      </w:r>
    </w:p>
    <w:p/>
    <w:p>
      <w:r>
        <w:br/>
        <w:t>Liora, observing their renewed focus and the shared gravity of their vision, offered a final, profound piece of counsel. “The Architect of Entropy thrives in subtlety. It seeks to erode, to corrupt, to dismantle from within. Our strength lies not only in our individual power, but in our unwavering commitment to harmony and purity. We must become not just wielders of the Primordial Chant, but its custodians. Every act, every thought, every breath of Aether we shape must be a testament to the natural order, a bulwark against the insidious tide of entropy. This vision has shown us the true scale of our task. Let it forge in you an even greater resolve.” The memory of the vision, the chilling realization of the Architect's pervasive influence, had fundamentally altered their perspective, transforming their mission from one of individual power to one of cosmic stewardship. The trials ahead were no longer abstract dangers; they were a tangible, pervasive threat that demanded their utmost vigilance and their unwavering dedication to the purity of the Aether.</w:t>
      </w:r>
    </w:p>
    <w:p/>
    <w:p>
      <w:r>
        <w:br w:type="page"/>
      </w:r>
    </w:p>
    <w:p>
      <w:pPr>
        <w:spacing w:before="5040"/>
        <w:jc w:val="center"/>
      </w:pPr>
      <w:r>
        <w:rPr/>
        <w:t xml:space="preserve"> 7: The Fringe Wastes</w:t>
      </w:r>
    </w:p>
    <w:p>
      <w:r>
        <w:t>The air in the Fringe Wastes was a caustic caress against their exposed skin, a perpetual reminder of the land’s deep-seated sickness. Kaelen drew a shaky breath, tasting grit and something acrid, something that spoke of Aether gone mad and then died. It was a stark contrast to the vibrant, life-giving currents they had glimpsed in their shared vision, a twisted mockery of existence. The very ground beneath their boots seemed to sigh, a desiccated exhalation of centuries of abuse. Cracked earth stretched in every direction, a mosaic of desolation, punctuated by the skeletal remains of what might once have been trees, now gnarled and twisted into shapes that defied natural law. Their branches, like desiccated fingers, clawed at a sky perpetually veiled by a sickly, ochre haze.</w:t>
      </w:r>
    </w:p>
    <w:p>
      <w:r>
        <w:br/>
        <w:t>Liora, ever the pragmatic leader, adjusted the woven bands of her Aetheric Mask, its subtle hum a reassuring counterpoint to the unsettling silence of the wastes. “The residual Aetheric energies here are significant,” she stated, her voice projecting calmly despite the oppressive atmosphere. “Even with our Masks, we must maintain a constant vigilance. The land itself is saturated with echoes of past devastation.”</w:t>
      </w:r>
    </w:p>
    <w:p/>
    <w:p>
      <w:r>
        <w:br/>
        <w:t>Velor, his gaze sweeping across the desolate panorama, nodded in agreement. His analytical mind was already dissecting the environmental data, processing the subtle shifts in atmospheric pressure, the faint, erratic Aetheric signatures that flickered at the edge of their perception. “The terrain is unstable,” he observed, his tone devoid of emotion but rich with data. “The cracks in the earth are not merely geological. They are fissures into Aetherically depleted zones, areas where the very fabric of reality has been compromised. We must tread carefully, maintaining a consistent Aetheric presence to stabilize our immediate surroundings.” He gestured towards a particularly jagged fissure that seemed to bleed a faint, shimmering distortion into the air. “Those are not simply geological faults; they are wounds. Wounds that the Architect of Entropy could easily exploit.”</w:t>
      </w:r>
    </w:p>
    <w:p/>
    <w:p>
      <w:r>
        <w:br/>
        <w:t>Seris, her Mask pulsing with a gentle, protective luminescence, felt the palpable despair of the land. It was a deep, ingrained sorrow, a silent scream trapped within the very stone. She could sense the faintest whispers of past events, distorted echoes of suffering and despair, clinging to the barren landscape like spectral dust. “It feels… empty,” she murmured, her voice tinged with a profound sadness. “Not just devoid of life, but hollowed out. As if something vital has been ripped away, leaving only a shell.” She reached out a hand, not to touch, but to sense the subtle currents that the land still emitted, faint and mournful. “The corruption isn’t just on the surface; it’s woven into the very essence of this place.”</w:t>
      </w:r>
    </w:p>
    <w:p/>
    <w:p>
      <w:r>
        <w:br/>
        <w:t>Their masks, designed to protect them and channel their nascent abilities, provided a crucial buffer against the harsh environmental conditions. Kaelen felt the steady thrum of his own Mask, a comforting anchor in the disorienting expanse. He focused on the specific frequency of the ‘Primordial Chant’ he had been practicing, allowing its steady, resonant vibration to permeate his being, offering a localized field of Aetheric stability. He visualized the chant as a vibrant, living stream, pushing back against the desolation, creating a small haven of purity in the heart of the wastes.</w:t>
      </w:r>
    </w:p>
    <w:p/>
    <w:p>
      <w:r>
        <w:br/>
        <w:t>As they ventured deeper, the skeletal flora became more pronounced. Twisted, leafless bushes clung precariously to life, their branches brittle and sharp. Some were coated in a crystalline residue that shimmered unnervingly in the dim light, a testament to the Aetheric fallout that had scarred this region. The wind, when it stirred, was not a cleansing breeze, but a mournful dirge, carrying with it fine particles of dust and the faint, metallic tang of decay. Velor had deployed a series of small, autonomous Aetheric sensors, their delicate probes sampling the air and soil, feeding data back to his personal chronometer. “The particulate matter contains trace elements of destabilized Aether,” he reported, his brow furrowed in concentration. “High concentrations of residual energy signatures consistent with unbridled, destructive Aetheric manifestations. The ‘Maelstrom Incident’ that scarred this region was evidently far more catastrophic than initial reports suggested.”</w:t>
      </w:r>
    </w:p>
    <w:p/>
    <w:p>
      <w:r>
        <w:br/>
        <w:t>The journey demanded constant adaptation. At one point, a sudden gust of wind, thicker and more venomous than before, swept across their path. It carried with it a swirling vortex of dust and Aetheric residue that threatened to overwhelm their senses and penetrate their Masks. Liora reacted instantly, raising her hands. A dome of shimmering, golden Aether, formed from the combined energies of their Masks, expanded outward, deflecting the worst of the onslaught. Kaelen felt the strain, the effort of maintaining their collective shield, but he also felt the strength of their unity. Velor subtly adjusted the frequency of their shield, reinforcing its resistance to the specific energetic signature of the toxic wind, while Seris focused her own Aetheric output, infusing the shield with a wave of calming, stabilizing energy. It was a testament to their growing synergy, a dance of coordinated defense that flowed with increasing fluidity.</w:t>
      </w:r>
    </w:p>
    <w:p/>
    <w:p>
      <w:r>
        <w:br/>
        <w:t>“That was a localized Aetheric eddy,” Liora explained once the wind had subsided, her breath coming a little faster. “A remnant of the initial cataclysm, still agitated by the land’s instability. We need to be prepared for more.”</w:t>
      </w:r>
    </w:p>
    <w:p/>
    <w:p>
      <w:r>
        <w:br/>
        <w:t>Their objective, as briefed by Guild Master Thorne, was to reach a derelict Aetheric regulator station located deep within the Fringe Wastes. This station, a relic from a time when such regions were not yet desolated, was believed to hold valuable data regarding the initial Aetheric misuse that had led to the region’s downfall, data that could shed light on the Architect of Entropy’s methods. Navigating the treacherous terrain, however, was proving to be a mission in itself.</w:t>
      </w:r>
    </w:p>
    <w:p/>
    <w:p>
      <w:r>
        <w:br/>
        <w:t>They encountered stretches of ground that seemed to absorb all sound, creating pockets of unnerving silence that felt more oppressive than the howling winds. Kaelen discovered that his Primordial Chant, when focused with intent, could disrupt these zones, allowing them to hear the subtle shifts in the land and the approach of unseen hazards. He would hum the opening notes, and a ripple of pure, resonant energy would emanate from him, causing the oppressive silence to fracture, revealing the faint scuttling of mutated desert scavengers or the almost inaudible groan of unstable rock formations.</w:t>
      </w:r>
    </w:p>
    <w:p/>
    <w:p>
      <w:r>
        <w:br/>
        <w:t>Velor’s sensors detected anomalies in the very flow of ambient Aether. “The natural Aetheric currents here are not merely disrupted,” he reported, pointing to a series of readings on his chronometer. “They have been actively diverted, almost rerouted. It’s as if the land’s energetic pathways have been forced into unnatural configurations. This is not just decay; this is deliberate manipulation.” He paused, his gaze fixed on a distant, jagged mountain range that seemed to bleed shadows even under the dim sky. “The source of this redirection must lie somewhere within the Wastes, perhaps near our destination.”</w:t>
      </w:r>
    </w:p>
    <w:p/>
    <w:p>
      <w:r>
        <w:br/>
        <w:t>Seris, meanwhile, was becoming increasingly attuned to the lingering emotional residue. She could sense the fear of creatures that had once roamed these lands, the desperation of those who had tried to survive here after the cataclysm. At one point, she stopped, her hand pressed against her Mask, a look of profound empathy on her face. “There are echoes here,” she whispered, her voice catching. “Not just of the physical event, but of the people. Their panic, their despair… it’s like a raw wound that never closed.” She closed her eyes, attempting to sift through the cacophony of negative emotions. “Some of them… they weren’t just victims. They were trying to fight it, to preserve something. I can feel their struggle.”</w:t>
      </w:r>
    </w:p>
    <w:p/>
    <w:p>
      <w:r>
        <w:br/>
        <w:t>Liora acknowledged Seris’s sensitivity, recognizing its value. “That empathy is a strength, Seris. Understanding the emotional toll of such events can help us anticipate how the Architect might exploit similar vulnerabilities in the future. But we cannot afford to be consumed by it. We have a mission to complete.”</w:t>
      </w:r>
    </w:p>
    <w:p/>
    <w:p>
      <w:r>
        <w:br/>
        <w:t>Their path led them through a canyon where the walls seemed to weep a viscous, dark fluid, the Aetherically tainted residue of ancient subterranean rivers. The air within the canyon was thick and cloying, and the very light seemed to be absorbed, making it difficult to discern the ground ahead. Kaelen found himself needing to channel his Chant more continuously, the resonant frequencies acting as both a light source and a deterrent to the unseen creatures that rustled in the shadowed crevices. He imagined the chant as a cleansing fire, burning away the oppressive darkness and revealing the safe path forward.</w:t>
      </w:r>
    </w:p>
    <w:p/>
    <w:p>
      <w:r>
        <w:br/>
        <w:t>Velor’s sensors picked up intermittent energy spikes within the canyon. “Unstable Aetheric pockets forming and dissipating rapidly,” he announced, his voice strained as he focused on his readings. “The walls themselves are resonating with residual chaotic energies. It’s almost as if the canyon is a contained tempest, held in a fragile equilibrium.” He adjusted his Mask, increasing its output to create a broader zone of stability around them. “We must move quickly, before these pockets become self-sustaining and create a localized Aetheric implosion.”</w:t>
      </w:r>
    </w:p>
    <w:p/>
    <w:p>
      <w:r>
        <w:br/>
        <w:t>As they emerged from the canyon, the landscape opened up into a vast, barren plain. The wind here was more persistent, a low, mournful moan that seemed to carry the weight of forgotten grief. In the distance, a hulking, distorted structure rose from the earth, its silhouette jagged and menacing against the bruised sky. It was the derelict regulator station, a monument to a failed attempt to control the very forces that had now rendered the land a tomb.</w:t>
      </w:r>
    </w:p>
    <w:p/>
    <w:p>
      <w:r>
        <w:br/>
        <w:t>The final approach to the station was fraught with peril. The ground around it was particularly unstable, riddled with deep fissures that pulsed with errant Aetheric discharges. Kaelen felt a peculiar resonance emanating from the station itself, a discordant hum that seemed to war with the natural Aetheric flow of the world. It was a sound that hinted at the profound corruption that had taken root here.</w:t>
      </w:r>
    </w:p>
    <w:p/>
    <w:p>
      <w:r>
        <w:br/>
        <w:t>“The station’s primary regulator is offline,” Velor stated, his voice grave as he analyzed the readings from his chronometer, which had extended its range to detect the facility’s residual signatures. “However, secondary systems are still active, albeit in a highly degraded state. The Aetheric field surrounding it is volatile. It’s drawing in ambient energy, creating a localized gravitational anomaly for Aether.”</w:t>
      </w:r>
    </w:p>
    <w:p/>
    <w:p>
      <w:r>
        <w:br/>
        <w:t>Liora nodded, her gaze fixed on the imposing structure. “This is where the true work begins. We need to secure the station and access its data core. Be ready for anything. The Architect of Entropy’s influence likely extends far beyond what we can see.”</w:t>
      </w:r>
    </w:p>
    <w:p/>
    <w:p>
      <w:r>
        <w:br/>
        <w:t>The air around the station was charged with a palpable tension. As they drew closer, the ground began to tremble, not with seismic activity, but with an internal Aetheric flux. Skeletal, crystalline growths erupted from the earth, sharp and brittle, crackling with discharged energy. These were not natural formations; they were manifestations of the Aether’s corrupted state, twisted by the residual energies of the regulator’s failure and the pervasive influence of the Architect.</w:t>
      </w:r>
    </w:p>
    <w:p/>
    <w:p>
      <w:r>
        <w:br/>
        <w:t>Seris flinched as a particularly sharp discharge of energy arced from a crystalline spire, narrowly missing her. Her Mask flared, projecting a localized shield of pure, calming Aether that absorbed the stray energy, neutralizing its harmful effects. “The land itself is fighting back,” she murmured, her eyes wide. “It’s… reacting to our presence.”</w:t>
      </w:r>
    </w:p>
    <w:p/>
    <w:p>
      <w:r>
        <w:br/>
        <w:t>Kaelen focused his Primordial Chant, extending its harmonizing influence towards the station. He visualized the chant as a wave of cleansing light, washing over the corrupted structure, seeking to pacify the agitated Aether. He felt a subtle pushback, a discordant echo that tried to twist his chant into something jarring and destructive. It was a testament to the pervasiveness of the Architect’s influence, even in inanimate structures. He redoubled his efforts, anchoring his chant to the core principles of creation and harmony, pushing back against the encroaching chaos.</w:t>
      </w:r>
    </w:p>
    <w:p/>
    <w:p>
      <w:r>
        <w:br/>
        <w:t>Velor, meanwhile, was navigating a treacherous path towards the station’s main entrance, his movements precise and economical. He was using a series of controlled Aetheric pulses to test the stability of the ground, identifying safe footholds and avoiding the most volatile fissures. “The main entrance appears to be partially blocked by debris,” he reported, his voice steady despite the precariousness of his position. “However, there’s a secondary access conduit several meters to the west. It seems less compromised.”</w:t>
      </w:r>
    </w:p>
    <w:p/>
    <w:p>
      <w:r>
        <w:br/>
        <w:t>Liora signaled their assent, and they adjusted their course, moving towards the secondary entrance. The sheer scale of the desolation was a constant, oppressive presence, a grim reminder of the fragility of existence and the destructive potential of misused power. Every step was a testament to their growing resolve, their commitment to understanding and combating the pervasive corruption that threatened to unravel the very fabric of their world. The Fringe Wastes were not just a destination; they were a crucible, forging them into the guardians they needed to become. The station loomed before them, a silent testament to a past cataclysm, and the unspoken promise of answers, and further challenges, within its decaying halls. The air still hummed with a silent, wounded energy, but now, it also carried the faint, resolute resonance of their advancing purpose.</w:t>
      </w:r>
    </w:p>
    <w:p/>
    <w:p>
      <w:r>
        <w:t>The raw, unbridled Aether that had once pulsed through this land now lay broken, its currents fractured like shattered glass. Kaelen felt it not just in the air, but deep within his bones, a sympathetic resonance with the planet’s agony. The scars weren’t merely physical manifestations of destruction; they were psychic wounds, deep gouges in the collective consciousness of the region. He saw it in the unnatural geometry of the landscape, the way the earth buckled and tore as if ripped apart by unseen, titanic hands. Vast depressions, still faintly glowing with a sickly, phosphorescent light, marked where massive concentrations of Aether had violently discharged, annihilating everything within their radius. These weren't simply craters; they were monuments to Aetheric overreach, eternal reminders of power wielded without wisdom.</w:t>
      </w:r>
    </w:p>
    <w:p>
      <w:r>
        <w:br/>
        <w:t>He pointed towards one such chasm, its edges impossibly sharp, as if carved by a celestial blade. "Look at the residual Aetheric signature," he murmured, his voice barely a whisper, even through the humming of his Mask. "It's not uniform. There are pockets of intense, almost pure energy, surrounded by zones of absolute nullity. It's as if the Aether itself rebelled against the force that tried to contain it, shattering into a million fragments, each retaining a sliver of its original potency, but warped by the trauma." He could almost see the echoes of those final moments, the terrifying brilliance of an overloaded Aetheric matrix imploding, its energy bleeding outwards in waves of incandescent destruction. The very air seemed to vibrate with the phantom memory of that colossal event, a ghostly testament to the folly of those who had unleashed such power.</w:t>
      </w:r>
    </w:p>
    <w:p/>
    <w:p>
      <w:r>
        <w:br/>
        <w:t>Liora approached the edge of a particularly deep fissure, the ground around it subtly shimmering, as if viewed through a heat haze. She extended a hand, not to touch, but to channel. A faint, emerald light began to emanate from her fingertips, an attempt to soothe the tormented energies that pulsed beneath the surface. Her elemental affinity was with the earth, with the slow, steady growth and reclamation of nature. But here, the wounds were too deep, the corruption too pervasive. The land resisted her ministrations, the emerald light flickering and struggling against an unseen tide of negativity. “It’s like trying to heal a festering wound with a bandage,” she admitted, her brow furrowed in concentration. “The corruption is too deeply ingrained. It fights back, drawing strength from the very desolation.”</w:t>
      </w:r>
    </w:p>
    <w:p/>
    <w:p>
      <w:r>
        <w:br/>
        <w:t>Velor, ever the meticulous observer, knelt beside a cluster of crystalline growths that had sprouted from the cracked earth. They were unnaturally symmetrical, sharp-edged, and pulsed with a faint, internal luminescence. He carefully extended a sensor probe, its tip glowing with a soft, analytical light. “These are not geological formations,” he stated, his voice devoid of surprise, merely reporting a factual observation. “They are Aetheric congealments, crystallized remnants of the catastrophic Aetheric flows. The specific crystalline structure indicates a rapid, high-energy precipitation, likely from a phase transition of destabilized Aether. They’re essentially solidified echoes, brittle and volatile.” He tapped one of the formations lightly, and it emitted a sharp crackle, a discharge of residual energy that made them all flinch. “Each of these is a potential ignition point for a localized Aetheric cascade. The region is riddled with them.”</w:t>
      </w:r>
    </w:p>
    <w:p/>
    <w:p>
      <w:r>
        <w:br/>
        <w:t>Seris, her sensitive Aetheric perception attuned to the subtler vibrations of the world, felt the lingering presence of life, or rather, its perversion. She pointed towards a cluster of what looked like petrified trees, their forms twisted into agonizing contortions, as if caught in mid-scream. But as she focused, she could discern the faint, spectral outlines of creatures embedded within the wood, their forms grotesquely elongated, their limbs fused with the corrupted flora. “The Aetheric echoes… they’re not just affecting the land,” she whispered, her voice laced with a profound sorrow. “They’ve imprinted themselves onto the very life that tried to exist here. Look.”</w:t>
      </w:r>
    </w:p>
    <w:p/>
    <w:p>
      <w:r>
        <w:br/>
        <w:t>She guided them towards one of the tree-like structures. Embedded within the gnarled bark, almost entirely consumed by the crystalline growth, were the skeletal remains of a creature. It was vaguely avian in shape, but its wings were fused into razor-sharp blades, and its skull was elongated, its jaw fused into a horrific, permanent rictus. Its very essence seemed to have been trapped in the moment of its agonizing transformation, forever preserved in a grotesque parody of life. “This creature was caught in a surge of Aetheric flux,” Seris explained, her voice trembling. “Its biological structure was rewritten, its very form warped into something… else. This happened countless times, in countless ways, across this entire region.”</w:t>
      </w:r>
    </w:p>
    <w:p/>
    <w:p>
      <w:r>
        <w:br/>
        <w:t>Kaelen’s mind raced, piecing together the fragmented visions and sensory data. The history of the Fringe Wastes was unfolding before them, a tragic epic of ambition and destruction. He understood now that the “Maelstrom Incident” wasn’t a single event, but a cascading failure, a series of uncontrolled Aetheric discharges that had fundamentally altered the fundamental properties of this land. The residual energies weren't just static remnants; they were active, albeit chaotic, forces, constantly interacting with the environment, perpetuating the damage. “The Architect of Entropy,” Kaelen mused aloud, his gaze sweeping across the desolate expanse, “they didn’t just cause the destruction. They likely exploited it, amplified it. They’re masters of twisting what is broken, of feeding on the chaos.”</w:t>
      </w:r>
    </w:p>
    <w:p/>
    <w:p>
      <w:r>
        <w:br/>
        <w:t>Liora, meanwhile, was attempting a more forceful application of her Aetheric abilities. She knelt, pressing her palms flat against the cracked earth, her body vibrating with suppressed energy. She was drawing upon the dormant Aether within the soil, attempting to coax it into a more natural, cohesive flow. The emerald light intensified, spreading outwards from her hands, a small circle of tentative life in the heart of the desolation. But the corruption was a relentless tide, constantly pushing back, the light flickering and dimming with the land’s resistance. She gritted her teeth, channeling more power, feeling the strain on her own Aetheric reserves. “The land remembers,” she said, her voice strained. “It remembers the pain, the violence. It’s… afraid to heal.”</w:t>
      </w:r>
    </w:p>
    <w:p/>
    <w:p>
      <w:r>
        <w:br/>
        <w:t>Velor was meticulously mapping the distribution of Aetheric anomalies. He’d deployed a series of miniaturized Aetheric resonance emitters, which pulsed with carefully calibrated frequencies, allowing him to chart the flow of residual energies. “The patterns are consistent with deliberate manipulation,” he reported, his fingers flying across the holographic interface projected from his chronometer. “The Aetheric currents have been rerouted, channeled into specific pathways that lead to these concentrations of residual energy. This isn’t just a natural disaster; it’s a systematic dismantling of the land’s Aetheric equilibrium. Someone or something actively engineered this decay.” He indicated a series of readings that formed a network across the desolate plain. “These ‘scars’ are interconnected. They are nodes in a larger, corrupted system.”</w:t>
      </w:r>
    </w:p>
    <w:p/>
    <w:p>
      <w:r>
        <w:br/>
        <w:t>Kaelen found himself drawn to a large, circular depression, its center a chaotic swirl of shimmering, unstable energies. It was as if the very air within this zone was being constantly churned, creating localized temporal distortions. He could see fleeting glimpses of the past within the vortex: flashes of intense light, the silhouettes of fleeing figures, the horrifying visage of a being radiating pure, malevolent entropy. “This is a nexus point,” he breathed, the knowledge settling upon him with a chilling certainty. “Where the Aether was not just discharged, but actively tortured. The Architect likely performed some kind of ritual here, a ritual that permanently fractured the Aetheric flow of this entire region.”</w:t>
      </w:r>
    </w:p>
    <w:p/>
    <w:p>
      <w:r>
        <w:br/>
        <w:t>He focused his own Aetheric channeling, attempting to stabilize the vortex, to impose a measure of order onto the chaos. His Primordial Chant, usually a source of grounding resonance, felt strained here, as if the discordant energies of the nexus were actively trying to twist it, to corrupt its very essence. He felt the pushback, a violent shudder that ran through him, threatening to destabilize his own Aetheric field. He had to exert immense concentration, visualizing the chant not just as a sound, but as a physical force, a wave of pure, unadulterated order, pushing back against the swirling entropy.</w:t>
      </w:r>
    </w:p>
    <w:p/>
    <w:p>
      <w:r>
        <w:br/>
        <w:t>Liora, sensing Kaelen’s struggle, shifted her focus. Instead of attempting to heal the land directly, she began to channel her Aetheric energy into reinforcing Kaelen’s efforts, providing a stable anchor for his destabilized chant. The emerald light that had been struggling to bloom on the ground now coalesced around Kaelen, forming a protective aura, a conduit for her support. Velor, in turn, adjusted the output of his emitters, subtly altering their frequencies to create a counter-resonance, a harmonic wave that sought to dampen the chaotic energies of the nexus, creating a brief window of relative calm for Kaelen to work within.</w:t>
      </w:r>
    </w:p>
    <w:p/>
    <w:p>
      <w:r>
        <w:br/>
        <w:t>Seris, her eyes closed, reached out with her empathic senses, not to the land itself, but to the residual Aetheric echoes that permeated the nexus. She could feel the terror, the agony, the despair of countless beings caught in the initial cataclysm, their final moments imprinted onto the very fabric of this warped space. She attempted to send a wave of solace, of release, to these lingering fragments of consciousness, hoping to pacify the raw emotional energy that fueled the Aetheric instability. It was a dangerous endeavor, a foray into the psychic residue of ultimate destruction, but she felt it was the only way to truly disrupt the nexus.</w:t>
      </w:r>
    </w:p>
    <w:p/>
    <w:p>
      <w:r>
        <w:br/>
        <w:t>As Kaelen’s chant intensified, resonating with the combined support of his companions, the swirling vortex began to slow. The chaotic discharges lessened, the temporal distortions became less frequent. The ghostly images within the nexus flickered and faded, replaced by the faint, pure light of Kaelen’s Aetheric focus. He felt a surge of power, not from the nexus itself, but from within himself, amplified by the unity of their purpose.</w:t>
      </w:r>
    </w:p>
    <w:p/>
    <w:p>
      <w:r>
        <w:br/>
        <w:t>“The nexus is temporarily stabilized,” Velor announced, his voice carrying a note of cautious optimism. “The energy fluctuations have reduced by eighty percent. However, the underlying corruption remains.”</w:t>
      </w:r>
    </w:p>
    <w:p/>
    <w:p>
      <w:r>
        <w:br/>
        <w:t>“It’s like a festering wound that’s been temporarily stitched shut,” Liora added, withdrawing her hand, the emerald light fading from around Kaelen. “The underlying infection is still there.”</w:t>
      </w:r>
    </w:p>
    <w:p/>
    <w:p>
      <w:r>
        <w:br/>
        <w:t>Kaelen, breathing heavily, nodded. “The Architect didn’t just create this scar; they imbued it with a form of malignant sentience. It’s a focal point for their power, a place where they can channel their influence into this world.” He looked out at the vast, broken landscape. “The Fringe Wastes are a testament to the devastating consequences of unchecked Aetheric power, but they are also a battlefield. And this nexus… this is a primary strategic point.”</w:t>
      </w:r>
    </w:p>
    <w:p/>
    <w:p>
      <w:r>
        <w:br/>
        <w:t>As they continued their journey, they encountered more evidence of the Aether’s twisted artistry. There were areas where gravity seemed to shift unpredictably, causing them to momentarily float or feel an oppressive weight pressing down upon them. These gravitational anomalies were a direct result of concentrated pockets of destabilized Aether, their erratic energies warping the fundamental forces of the universe. Velor’s sensors were working overtime, mapping these shifts, advising them on safe passage, and constantly warning them of potential Aetheric pockets that could ensnare them.</w:t>
      </w:r>
    </w:p>
    <w:p/>
    <w:p>
      <w:r>
        <w:br/>
        <w:t>“The Aether here doesn’t simply decay,” Velor explained, pointing to a series of readings on his chronometer. “It actively ‘remembers’ its corrupted state. When specific resonant frequencies are encountered, these pockets can re-initialize, causing sudden and violent environmental changes. It’s a highly reactive and dangerous form of residual energy.”</w:t>
      </w:r>
    </w:p>
    <w:p/>
    <w:p>
      <w:r>
        <w:br/>
        <w:t>Seris, meanwhile, was increasingly disturbed by the psychic residue of the creatures that had once inhabited these lands. She could feel their terror, their pain, their final, desperate struggles against the encroaching Aetheric corruption. In one particularly desolate valley, she stopped, her hand pressed against her Mask, her eyes clouded with a profound sadness. “So many lives… extinguished in such agony,” she whispered. “The echoes are so strong here. I can feel them, screaming into the void.” She could sense the lingering fear, the primal terror of being consumed, of having one’s very essence unraveled by an invisible, destructive force. It was a heavy burden, carrying the weight of so much lost life, so much suffering.</w:t>
      </w:r>
    </w:p>
    <w:p/>
    <w:p>
      <w:r>
        <w:br/>
        <w:t>Liora approached her, placing a reassuring hand on her shoulder. “We carry this burden with you, Seris. It is why we are here. To understand what happened, to prevent it from happening again. Their suffering will not be in vain.” She then turned her attention back to the land, her gaze determined. “We must find a way to cleanse these scars, not just to reclaim the land, but to honor the memory of those who were lost here.”</w:t>
      </w:r>
    </w:p>
    <w:p/>
    <w:p>
      <w:r>
        <w:br/>
        <w:t>Kaelen found himself increasingly understanding the intricate ways in which the Architect of Entropy could manipulate Aether. It wasn’t just about brute force; it was about subtle perversions, about twisting the natural order into something horrific. The scarred landscape was a canvas, and the Aether was the medium, painted with the brushstrokes of chaos and destruction. He saw how the Architect had likely orchestrated the initial Aetheric overload, not necessarily to destroy, but to corrupt, to turn the life-giving force into a weapon of annihilation.</w:t>
      </w:r>
    </w:p>
    <w:p/>
    <w:p>
      <w:r>
        <w:br/>
        <w:t>As they approached the skeletal remains of what might have been a city, now a shattered husk of twisted metal and fused stone, Kaelen felt a surge of understanding. The city’s destruction was not a singular event, but a gradual consumption, a slow agonizing death as the Aetheric corruption seeped into its foundations, warping its inhabitants and its very structure. He could almost see the spectral figures of people fleeing their homes, their bodies contorting as the Aether invaded their very beings, turning them into grotesque parodies of their former selves.</w:t>
      </w:r>
    </w:p>
    <w:p/>
    <w:p>
      <w:r>
        <w:br/>
        <w:t>“The city wasn’t bombed,” Kaelen stated, his voice heavy with realization. “It was assimilated. The Aetheric saturation was so intense, so pervasive, that it fundamentally rewrote the laws of physics and biology within its confines. The structures, the people, everything was remade in the image of the Architect’s design.” He pointed towards a towering spire, its upper half twisted into an impossible spiral, seemingly defying gravity. “That’s not just structural damage; that’s Aetheric deformation on a colossal scale.”</w:t>
      </w:r>
    </w:p>
    <w:p/>
    <w:p>
      <w:r>
        <w:br/>
        <w:t>Liora studied the ruined city, a grim determination hardening her features. “We need to find any remaining data archives. The information here could be vital to understanding how the Architect operates, how they were able to achieve such widespread devastation.”</w:t>
      </w:r>
    </w:p>
    <w:p/>
    <w:p>
      <w:r>
        <w:br/>
        <w:t>Their mission had become more than just reaching a destination; it was about excavating the truth from the ruins of a forgotten catastrophe, about understanding the very nature of the corruption that threatened to consume their world. The Fringe Wastes, with its Aetheric scars and its ghostly remnants, was a harsh teacher, but one from whom they were learning invaluable lessons. The journey was far from over, and the true depths of the Architect’s malevolence were only just beginning to reveal themselves, etched into the very fabric of this broken land.</w:t>
      </w:r>
    </w:p>
    <w:p/>
    <w:p>
      <w:r>
        <w:t>The desiccated plains of the Fringe Wastes stretched out before them, a tableau of shattered earth and the spectral shimmer of residual Aether. Kaelen’s Mask hummed, a low thrum of amplified sensory input, painting the desolation with layers of data invisible to the naked eye. He could feel the subtle shifts in the Aetheric currents, the whispers of corrupted energy that danced upon the wind. “The readings are intensifying,” he announced, his voice a modulated rasp within his Mask. “We’re approaching a significant concentration of residual Aether.”</w:t>
      </w:r>
    </w:p>
    <w:p>
      <w:r>
        <w:br/>
        <w:t>Velor, ever the pragmatist, consulted his chronometer. “My environmental scans corroborate Kaelen’s assessment. Localized Aetheric density is spiking in a… peculiar pattern. Not consistent with natural decay or even the controlled dispersal we observed near the nexus. It suggests a more active, perhaps even predatory, manifestation.”</w:t>
      </w:r>
    </w:p>
    <w:p/>
    <w:p>
      <w:r>
        <w:br/>
        <w:t>As if on cue, the ground ahead rippled, not with seismic activity, but with a disturbing undulation that seemed to emanate from within the earth itself. From a fissure that split the cracked ground like a jagged wound, a form began to emerge. It was vaguely canine in silhouette, yet its limbs were elongated, unnaturally jointed, and tipped with obsidian-like claws that scraped against the stone with a grating shriek. Its hide was a mosaic of fused rock and crystalline Aetheric shards, pulsing with a sickly, internal light that flickered like a dying ember. Its head was a nightmare of fused bone and exposed nerve clusters, its eyes glowing with the same malevolent luminescence as the surrounding Aether. This was no mere mutated animal; it was an Echo-Beast, a creature born from the agonizing imprint of catastrophic Aetheric energies upon the very fabric of life.</w:t>
      </w:r>
    </w:p>
    <w:p/>
    <w:p>
      <w:r>
        <w:br/>
        <w:t>“Analysis indicates a high concentration of volatile Aether within its biological structure,” Velor stated, his voice betraying no outward emotion, though the urgency in his tone was palpable. “It’s less a creature of flesh and blood, and more a complex Aetheric construct given a semblance of form. Its movements are erratic, driven by discordant energy surges rather than biological imperatives.”</w:t>
      </w:r>
    </w:p>
    <w:p/>
    <w:p>
      <w:r>
        <w:br/>
        <w:t>Before Kaelen could issue a command, another creature rose from the earth, this one resembling a scuttling insectoid, its carapace a jagged amalgam of solidified Aetheric residue, sharp and gleaming. It moved with an unsettling speed, its many segmented legs skittering across the ground, leaving faint trails of ionized dust. Then another, a serpentine mass of fused, crystalline bone, its body writhing with an internal, phosphorescent glow, its ‘head’ a cluster of razor-sharp shards that pulsed with raw Aether. They were emerging from the very earth, drawn by their presence, by the stable Aetheric signatures they carried.</w:t>
      </w:r>
    </w:p>
    <w:p/>
    <w:p>
      <w:r>
        <w:br/>
        <w:t>“They’re attracted to us,” Liora stated, her hand already reaching for the Aetheric conduits woven into her gauntlets. The air around her began to shimmer with a verdant light, the nascent green of earth’s restorative power attempting to push back against the desolation. “It’s like we’re a beacon in this graveyard of energy.”</w:t>
      </w:r>
    </w:p>
    <w:p/>
    <w:p>
      <w:r>
        <w:br/>
        <w:t>Seris’s masked gaze swept across the emerging horde, her internal processors working overtime. “Their Aetheric composition is unstable. They are not sustained by internal biological processes, but by the ambient Aether. Disrupting that flow should destabilize them.” She projected a series of holographic schematics, highlighting the pulsing Aetheric nodes within the creatures’ forms. “The primary conduits appear to be concentrated around their sensory organs and their primary points of locomotion.”</w:t>
      </w:r>
    </w:p>
    <w:p/>
    <w:p>
      <w:r>
        <w:br/>
        <w:t>“So, targeted strikes,” Kaelen acknowledged, his own Mask flaring with a focused beam of energy. “Velor, provide trajectory analysis and potential weaknesses as they present themselves. Liora, focus on disruptive Aetheric fields to impede their movement and cohesion. Seris, guide our targeting for maximum effect.”</w:t>
      </w:r>
    </w:p>
    <w:p/>
    <w:p>
      <w:r>
        <w:br/>
        <w:t>The first Echo-Beast, the canine-like entity, lunged. Its obsidian claws extended, capable of tearing through reinforced plating. Kaelen met its charge head-on, his Aetheric blade igniting with a brilliant blue luminescence. The impact was a jarring clash of energies, the corrupted Aether of the beast meeting the refined, controlled energy of Kaelen’s blade. The beast recoiled, a guttural shriek tearing from its distorted maw, a sound that was less vocalization and more the grinding of corrupted Aether.</w:t>
      </w:r>
    </w:p>
    <w:p/>
    <w:p>
      <w:r>
        <w:br/>
        <w:t>Liora unleashed a torrent of emerald energy, not as a direct attack, but as a wave of elemental disruption. It washed over the serpentine creature, causing its crystalline form to momentarily fracture and shimmer. The beast convulsed, its movements becoming sluggish, the phosphorescent glow dimming. “Its internal structure is reacting to the elemental shift,” she reported. “The Aether is resisting the change, creating internal friction.”</w:t>
      </w:r>
    </w:p>
    <w:p/>
    <w:p>
      <w:r>
        <w:br/>
        <w:t>Meanwhile, Seris had identified a critical vulnerability in the insectoid Echo-Beast. “The central cluster of its sensory organs is a nexus of its Aetheric control,” she relayed. “A precise strike there should cause a significant energy cascade.” Kaelen shifted his focus, a precise bolt of Aetheric energy lancing out, striking the indicated point. The insectoid creature shuddered violently, its segmented body erupting in a burst of fragmented light and dissipating Aether. It dissolved into a shower of inert crystalline dust, leaving no trace of its existence.</w:t>
      </w:r>
    </w:p>
    <w:p/>
    <w:p>
      <w:r>
        <w:br/>
        <w:t>The canine-like Echo-Beast recovered, its glowing eyes fixing on Kaelen with renewed ferocity. It circled him, its movements surprisingly fluid despite its twisted anatomy. Velor’s voice crackled through their comms. “Subject exhibits a pulsating energy signature around its forelimbs. High-yield kinetic impact may disrupt its structural integrity.”</w:t>
      </w:r>
    </w:p>
    <w:p/>
    <w:p>
      <w:r>
        <w:br/>
        <w:t>Kaelen parried a vicious swipe, the clash sending sparks of corrupted Aether flying. He sidestepped a low sweep that would have cleaved him in two, his Mask’s sensors feeding him real-time data on the creature’s momentum. “Understood. Liora, can you create an opening?”</w:t>
      </w:r>
    </w:p>
    <w:p/>
    <w:p>
      <w:r>
        <w:br/>
        <w:t>“On it,” Liora responded, channeling a concentrated burst of earth Aether towards the ground beneath the beast. The earth buckled and erupted, not with a controlled eruption, but a violent tremor, throwing the creature off balance. In that instant, Kaelen struck, focusing a concentrated blast of Aetheric force directly into the creature’s chest, targeting the glowing Aetheric core Velor had detected. The beast let out a piercing shriek as its internal energy flared uncontrollably, then imploded, the corrupted Aether dispersing into harmless motes of light.</w:t>
      </w:r>
    </w:p>
    <w:p/>
    <w:p>
      <w:r>
        <w:br/>
        <w:t>The serpentine creature, though slowed by Liora’s disruption, was still a formidable threat. It thrashed, its crystalline shards lashing out, forcing Seris to weave through a deadly barrage of razor-sharp projectiles. “Its stability is fluctuating,” Seris called out, her movements remarkably agile. “The Aetheric resonance is breaking down. Kaelen, aim for the junction of its spinal segments – that’s where the primary Aetheric flow converges.”</w:t>
      </w:r>
    </w:p>
    <w:p/>
    <w:p>
      <w:r>
        <w:br/>
        <w:t>Kaelen adjusted his aim, his Aetheric blade slicing through the thickest part of the serpentine mass. The creature’s phosphorescent glow intensified to a blinding degree, and with a final, agonizing shudder, it too dissolved, its corrupted essence released back into the ambient Aether.</w:t>
      </w:r>
    </w:p>
    <w:p/>
    <w:p>
      <w:r>
        <w:br/>
        <w:t>As the last of the Echo-Beasts dissipated, a profound silence descended upon the desolate landscape, broken only by the hum of their Masks and the soft whisper of the wind. The immediate threat had been neutralized, but the experience was far from over. They had faced creatures born of pure, unadulterated Aetheric corruption, entities that were not truly alive but animated by the echoes of destruction.</w:t>
      </w:r>
    </w:p>
    <w:p/>
    <w:p>
      <w:r>
        <w:br/>
        <w:t>“Impressive coordination,” Velor noted, his sensors still analyzing the residual energy signatures. “Your synergistic application of Aetheric manipulation proved highly effective against these… anomalies. Their reactive Aetheric matrices are susceptible to targeted elemental disruption and precise energy application.”</w:t>
      </w:r>
    </w:p>
    <w:p/>
    <w:p>
      <w:r>
        <w:br/>
        <w:t>Liora wiped a bead of sweat from her brow, her emerald light fading. “They were… unsettling. It’s like fighting ghosts, but with the added peril of their physical manifestations. The land itself seems to be fighting back through them.”</w:t>
      </w:r>
    </w:p>
    <w:p/>
    <w:p>
      <w:r>
        <w:br/>
        <w:t>Seris, her gaze still fixed on the dissipating energy, nodded. “Their existence is a testament to the Architect’s ability to twist and pervert even the most fundamental forces of nature. They are not creations in the traditional sense, but perversions, echoes of life imprinted with the Architect’s signature of entropy.”</w:t>
      </w:r>
    </w:p>
    <w:p/>
    <w:p>
      <w:r>
        <w:br/>
        <w:t>Kaelen felt a deep weariness, not just physical, but a profound mental exhaustion. Each encounter, each deployment of his abilities, pushed the boundaries of his understanding and his control. The Fringe Wastes were proving to be a crucible, forging them through constant, relentless trials. “We need to understand the source of these manifestations,” he stated, his voice resonating with a grim resolve. “If the Architect can imbue the residual Aether with such… sentience, such predatory intent, then we are facing an enemy far more insidious than we initially anticipated.”</w:t>
      </w:r>
    </w:p>
    <w:p/>
    <w:p>
      <w:r>
        <w:br/>
        <w:t>He scanned the horizon, the vast, broken plains stretching out into an uncertain future. The initial skirmish had been a stark reminder of the dangers ahead. The Fringe Wastes were not merely a landscape scarred by catastrophe; they were a breeding ground for corrupted life, animated by the very energies that had shattered them. Each creature they encountered was a living testament to the Architect’s power to distort and corrupt, to breathe a semblance of horrifying life into the remnants of death.</w:t>
      </w:r>
    </w:p>
    <w:p/>
    <w:p>
      <w:r>
        <w:br/>
        <w:t>As they pressed onward, the environment continued to shift in subtle, disturbing ways. Pockets of solidified Aether, like jagged crystalline growths, jutted from the ground, pulsing with a faint, erratic light. Velor’s sensors warned them to maintain a significant distance, explaining that these formations were highly volatile, prone to spontaneous Aetheric discharge if their resonance was disturbed. “These are residual Aetheric condensations,” he explained. “Essentially, super-saturated pockets of corrupted energy that have solidified. They are unstable, and proximity can trigger a localized Aetheric cascade, similar to the ones that ravaged this region initially. Think of them as unexploded Aetheric ordnance.”</w:t>
      </w:r>
    </w:p>
    <w:p/>
    <w:p>
      <w:r>
        <w:br/>
        <w:t>Seris, her empathic senses honed to an almost unbearable degree, felt the lingering echoes of anguish radiating from these formations. She could sense the fragments of consciousness, the terror of beings caught in the initial cataclysm, their final moments imprinted onto the very crystalline structures. It was a constant, psychic undercurrent, a low hum of suffering that permeated the air. “The land remembers,” she murmured, her voice barely audible. “It remembers the pain, the violation. And these formations… they are like scars etched with memories of agony.”</w:t>
      </w:r>
    </w:p>
    <w:p/>
    <w:p>
      <w:r>
        <w:br/>
        <w:t>Liora, ever the anchor of resilience, placed a hand on Seris’s shoulder, her emerald light a soft, comforting glow. “Their pain will not be forgotten, Seris. It’s a reminder of what we’re fighting for.” She then turned her gaze back to the path ahead, her expression resolute. “We must find a way to cleanse this land, not just for our mission, but for the souls trapped within its corrupted embrace.”</w:t>
      </w:r>
    </w:p>
    <w:p/>
    <w:p>
      <w:r>
        <w:br/>
        <w:t>Kaelen found himself increasingly drawn to understanding the mechanics of the Echo-Beasts. He observed their movements, their patterns of attack, and the ways in which they utilized the corrupted Aether that permeated their forms. They were not driven by instinct in the way natural predators were, but by surges of unstable energy, unpredictable and often self-destructive. “Their aggression is a direct manifestation of their Aetheric composition,” he theorized. “When specific energy frequencies are encountered, it triggers a discharge, which they interpret as an attack response. They’re reactive, not strategic.”</w:t>
      </w:r>
    </w:p>
    <w:p/>
    <w:p>
      <w:r>
        <w:br/>
        <w:t>Velor nodded, his instruments displaying intricate energy flow patterns. “Precisely. Their ‘intelligence,’ if one can call it that, is derived from the ambient Aetheric field. They are conduits, extensions of the greater corruption. Disrupting that field, or creating a counter-resonance, is key to neutralizing them.” He pointed to a formation of the canine-like Echo-Beast, its form more defined and aggressive than the first they had encountered. “Observe the subtle rhythmic fluctuations in its core Aetheric signature. This suggests a more advanced form of internal regulation, possibly influenced by proximity to other corrupted entities or specific environmental triggers.”</w:t>
      </w:r>
    </w:p>
    <w:p/>
    <w:p>
      <w:r>
        <w:br/>
        <w:t>As they ventured deeper into the Fringe Wastes, the landscape became even more desolate, and the manifestations of corrupted Aether grew more pronounced. They stumbled upon a vast, skeletal remains of a city, its structures twisted and contorted into impossible shapes. Spire-like buildings leaned at unnatural angles, their metallic skeletons fused with crystalline growths that pulsed with a malevolent light. Here, the Echo-Beasts were more numerous, more varied in their forms, and their attacks more coordinated, suggesting a hub of Aetheric corruption.</w:t>
      </w:r>
    </w:p>
    <w:p/>
    <w:p>
      <w:r>
        <w:br/>
        <w:t>A creature resembling a colossal, multi-limbed arachnid, its body a mass of jagged, black Aetheric shards, scuttled from the ruins of a collapsed building. Its movements were unnervingly silent, its numerous eyes glowing with an intense, burning red. It moved with a disturbing precision, its Aetheric webs, thick and sticky strands of condensed energy, arcing towards them.</w:t>
      </w:r>
    </w:p>
    <w:p/>
    <w:p>
      <w:r>
        <w:br/>
        <w:t>“Webs are highly conductive,” Velor warned, his sensors registering the immense Aetheric charge within them. “Avoid direct contact at all costs. They are designed to drain and destabilize Aetheric energy.”</w:t>
      </w:r>
    </w:p>
    <w:p/>
    <w:p>
      <w:r>
        <w:br/>
        <w:t>Liora met the arachnid’s charge with a wave of disruptive earth energy, causing the ground beneath it to erupt, throwing it off balance. The emerald light pulsed from her gauntlets, creating a localized field that seemed to repel the encroaching Aetheric webs. “It’s like trying to push back a tide,” she grunted, channeling more power. “The corruption is relentless.”</w:t>
      </w:r>
    </w:p>
    <w:p/>
    <w:p>
      <w:r>
        <w:br/>
        <w:t>Kaelen engaged the arachnid directly, his Aetheric blade clashing against its shard-like limbs. Each impact sent shockwaves of raw energy through the ruins. He could feel the creature’s core Aetheric signature, a chaotic nexus of corrupted energy that pulsed with malevolent intent. “Seris, its abdomen is heavily shielded, but there’s a vulnerability in the joint connecting its primary spinnerets to its cephalothorax. A precise strike there should disrupt its web projection capability.”</w:t>
      </w:r>
    </w:p>
    <w:p/>
    <w:p>
      <w:r>
        <w:br/>
        <w:t>Seris, meanwhile, was observing a swarm of smaller, insectoid Echo-Beasts emerging from the crevices of the ruined city. They moved with a hive-like coordination, flanking their larger brethren. “The smaller units are acting as disruptors, drawing our focus while the larger entities execute their primary attacks. We need to neutralize the smaller threats rapidly to prevent being overwhelmed.”</w:t>
      </w:r>
    </w:p>
    <w:p/>
    <w:p>
      <w:r>
        <w:br/>
        <w:t>Kaelen adjusted his strategy, his Aetheric blade now deflecting the smaller creatures’ assaults while Liora focused her disruptive energies on the larger arachnid. Velor provided real-time targeting data, highlighting the precise moments when the arachnid’s shields flickered, allowing Kaelen to land precise, damaging blows. The combined efforts were effective, but taxing. The sheer density of Echo-Beasts in this ruined city was staggering, a testament to the Architect’s ability to warp this entire region into a festering wound of corrupted Aether.</w:t>
      </w:r>
    </w:p>
    <w:p/>
    <w:p>
      <w:r>
        <w:br/>
        <w:t>The arachnid, severely weakened, let out a screech that vibrated through the very stone of the city. It attempted one final, desperate volley of Aetheric webs, but Kaelen, with a final, powerful thrust, drove his blade into the creature’s spinnerets. The resulting Aetheric explosion was contained, a burst of light and energy that consumed the creature and its remaining webs, leaving behind only a scattering of inert, crystalline fragments.</w:t>
      </w:r>
    </w:p>
    <w:p/>
    <w:p>
      <w:r>
        <w:br/>
        <w:t>As the last of the Echo-Beasts in their immediate vicinity were neutralized, the Synarchs took a moment to survey the scene. The ruined city was a graveyard of shattered dreams and twisted realities, a monument to the Architect’s destructive capabilities. The encounter had been a brutal test of their developing synergy, a harsh lesson in the nature of the enemy they faced.</w:t>
      </w:r>
    </w:p>
    <w:p/>
    <w:p>
      <w:r>
        <w:br/>
        <w:t>“The concentration of Echo-Beasts here suggests this city was a focal point for the Architect’s Aetheric manipulations,” Velor stated, his analysis continuing even as they caught their breath. “The residual Aetheric saturation is exceptionally high, acting as a fertile ground for these corrupted manifestations. We may find crucial data within the city’s archives, if any remain intact.”</w:t>
      </w:r>
    </w:p>
    <w:p/>
    <w:p>
      <w:r>
        <w:br/>
        <w:t>Kaelen nodded, his gaze sweeping across the desolation. “This is more than just a battlefield; it’s a laboratory. The Architect didn't just destroy this place; they fundamentally rewrote its very existence. We need to find out how and why.” The Fringe Wastes continued to reveal its terrible secrets, and with each revelation, the stakes of their mission grew higher, the enemy more formidable. The journey was far from over, and the true depths of the Architect’s malevolence were only beginning to be understood, etched into the very fabric of this broken land.</w:t>
      </w:r>
    </w:p>
    <w:p/>
    <w:p>
      <w:r>
        <w:t>The remnants of the shattered city offered little solace, only a stark reminder of the Architect’s pervasive influence. The journey had been a relentless march through a landscape actively hostile to life, each step a test of their resolve. Now, following the faint, shimmering trails of corrupted Aether, they were nearing what Velor’s historical correlations and Seris’s empathic resonance identified as a nexus point, a wound in the very fabric of existence where the Architect of Entropy’s malevolence bled most freely. Kaelen felt it too, a palpable wrongness that went beyond the visual desolation; it was a psychic abrasion, a constant whisper of despair that threatened to fray the edges of his focus.</w:t>
      </w:r>
    </w:p>
    <w:p>
      <w:r>
        <w:br/>
        <w:t>“The Aetheric readings are off the charts,” Velor reported, his voice a low, steady counterpoint to the growing unease. “The ambient saturation levels here are unlike anything we’ve encountered. It’s not merely residual; it’s… active. Like a localized singularity of corrupted energy, perpetually feeding itself.” He gestured with a gloved hand towards a shimmering distortion in the air ahead, a phenomenon that seemed to bend the light and warp the very perception of distance. “Our predictive models suggest this is the origin point for the localized Echo-Beast migrations we’ve been observing.”</w:t>
      </w:r>
    </w:p>
    <w:p/>
    <w:p>
      <w:r>
        <w:br/>
        <w:t>Seris, her eyes closed, swayed slightly as if buffeted by an unseen force. “It’s not just energy,” she murmured, her voice strained. “It’s… consciousness. Fragmented, agonized consciousness. The Architect has woven suffering into the very essence of this place. It’s a psychic scream amplified a thousandfold.” She opened her eyes, her gaze distant and troubled. “This nexus… it’s a place of profound violation. The echoes of what happened here are not just imprinted; they are actively being generated, perpetuated.”</w:t>
      </w:r>
    </w:p>
    <w:p/>
    <w:p>
      <w:r>
        <w:br/>
        <w:t>Liora, her hand resting on the hilt of her Aetheric blade, looked towards the distortion with a grim determination. “A wound that spews forth this… poison,” she said, her voice firm. “We came to understand the Architect’s methods, and it seems we’ve found the epicenter. If we can disrupt this source, perhaps we can begin to heal this land, and prevent this corruption from spreading further.”</w:t>
      </w:r>
    </w:p>
    <w:p/>
    <w:p>
      <w:r>
        <w:br/>
        <w:t>As they drew closer, the landscape warped and twisted in earnest. The cracked earth gave way to shimmering, viscous pools of concentrated Aether, their surfaces rippling with sickly phosphorescence. Crystalline formations, impossibly sharp and jagged, erupted from the ground like cancerous growths, pulsing with an internal, corrupted light that cast long, distorted shadows. The very air seemed to thicken, laden with a palpable sense of dread. Kaelen activated his Mask’s full spectrum analysis, the layers of data swimming before his eyes, each element screaming of Aetheric instability and profound corruption.</w:t>
      </w:r>
    </w:p>
    <w:p/>
    <w:p>
      <w:r>
        <w:br/>
        <w:t>“The energy flows are highly anomalous,” Velor observed, his internal displays working overtime. “It’s a chaotic maelstrom, defying conventional Aetheric dynamics. The Architect appears to have created a self-sustaining cycle of corruption, drawing ambient Aether and actively twisting it into these… manifestations.” He pointed towards a towering structure in the distance, a skeletal edifice of fused metal and solidified Aether, that seemed to be the focal point of the distortion. “That structure… it predates the cataclysm. Historical records indicate it was a research facility, likely involved in advanced Aetheric manipulation. It’s possible the Architect repurposed it, or that the initial disaster originated from within its walls.”</w:t>
      </w:r>
    </w:p>
    <w:p/>
    <w:p>
      <w:r>
        <w:br/>
        <w:t>Seris shivered, despite the insulated layers of her environmental suit. “The psychic pressure is immense,” she whispered. “It’s like standing at the edge of a psychic abyss. There are whispers… voices… the last desperate thoughts of countless individuals. The Architect has amplified their pain, their fear, and weaponized it.” She focused her attention on the corrupted structure. “The core of the corruption… it emanates from there. It’s a focal point, a wound that bleeds this poison into the world.”</w:t>
      </w:r>
    </w:p>
    <w:p/>
    <w:p>
      <w:r>
        <w:br/>
        <w:t>Kaelen nodded, his gaze fixed on the structure. “Our objective remains the same: understand the source, and if possible, disrupt it. Velor, your analysis of the historical records and the current Aetheric signatures should provide us with a tactical approach. Seris, your empathic resonance is crucial for navigating the psychic landscape and identifying any direct conduits of the Architect’s influence. Liora, your combat prowess will be essential for dealing with any localized defenses or Aetheric constructs the Architect might have deployed.”</w:t>
      </w:r>
    </w:p>
    <w:p/>
    <w:p>
      <w:r>
        <w:br/>
        <w:t>As they approached the corrupted research facility, the ground began to hum with a low, resonant frequency, a discordant tone that vibrated through their very bones. The air grew heavy, charged with an oppressive energy that seemed to press in on them from all sides. Strange, spectral figures flickered at the periphery of their vision, translucent forms that dissolved into shimmering motes of corrupted Aether when focused upon. These were not Echo-Beasts, but something more ephemeral, the psychic residue of the facility’s former inhabitants, trapped and tormented by the Architect’s influence.</w:t>
      </w:r>
    </w:p>
    <w:p/>
    <w:p>
      <w:r>
        <w:br/>
        <w:t>“These are psychic echoes,” Seris explained, her voice tinged with sorrow. “The residual imprint of intense emotions and traumatic experiences, amplified and distorted by the nexus. They are not sentient, but they are manifestations of the Architect’s power to weaponize despair.”</w:t>
      </w:r>
    </w:p>
    <w:p/>
    <w:p>
      <w:r>
        <w:br/>
        <w:t>Velor adjusted his suit’s dampeners, attempting to mitigate the overwhelming Aetheric interference. “The facility itself appears to be the primary catalyst. Its original purpose might have been related to harnessing or manipulating Aetheric fields, a pursuit that the Architect has perverted for their own destructive ends. The structural integrity is compromised, but the internal systems seem to be… active, albeit in a corrupted state. They are feeding the nexus, creating a self-perpetuating cycle of Aetheric decay.”</w:t>
      </w:r>
    </w:p>
    <w:p/>
    <w:p>
      <w:r>
        <w:br/>
        <w:t>They found an entrance, a gaping maw of shattered durasteel and twisted ferrocrete, leading into the heart of the facility. The interior was a labyrinth of decaying corridors and shattered laboratories, the air thick with the stench of ozone and something acrid, something that spoke of unnatural processes. Everywhere they looked, the corrupted Aether had left its mark, transforming the once sterile environment into a nightmarish tableau of crystalline growths and pulsating energy veins.</w:t>
      </w:r>
    </w:p>
    <w:p/>
    <w:p>
      <w:r>
        <w:br/>
        <w:t xml:space="preserve">“The Architect’s methods are remarkably efficient,” Kaelen observed, his Mask’s sensors mapping the internal layout. “They don’t just destroy; they </w:t>
      </w:r>
    </w:p>
    <w:p>
      <w:pPr>
        <w:jc w:val="left"/>
      </w:pPr>
      <w:r>
        <w:rPr>
          <w:i/>
        </w:rPr>
        <w:t>transform</w:t>
      </w:r>
      <w:r>
        <w:t>. They twist and pervert the fundamental forces of the universe to suit their agenda. This facility was likely designed for progress, for understanding. Now, it’s a monument to regression, to utter decay.”</w:t>
      </w:r>
    </w:p>
    <w:p>
      <w:r>
        <w:br/>
        <w:t>As they delved deeper, they encountered more direct manifestations of the Architect’s influence. Corrupted Aether had coalesced into semi-sentient entities, bound by the facility’s decaying infrastructure. These were not the Echo-Beasts of the Wastes, but more rudimentary constructs, animated by the raw, untamed energy that pulsed through the facility. They moved with a jerky, unnatural gait, their forms composed of solidified Aether and twisted metal.</w:t>
      </w:r>
    </w:p>
    <w:p/>
    <w:p>
      <w:r>
        <w:br/>
        <w:t>Liora engaged the first of these constructs, a hulking amalgamation of broken machinery and glowing Aether. Her emerald energy clashed with its dissonant, corrupted pulses. “It’s like fighting a machine possessed,” she grunted, parrying a blow from a clawed appendage of fused metal. “The Aether is animating it, but there’s no organic logic, only pure, destructive impulse.”</w:t>
      </w:r>
    </w:p>
    <w:p/>
    <w:p>
      <w:r>
        <w:br/>
        <w:t>Velor identified a pattern in the constructs’ behavior. “Their energy cores are located at points where the facility’s original power conduits were most heavily integrated,” he relayed. “These are essentially nodes of concentrated corruption, acting as both power sources and command centers for these constructs. Severing these connections should destabilize them.”</w:t>
      </w:r>
    </w:p>
    <w:p/>
    <w:p>
      <w:r>
        <w:br/>
        <w:t>Following Velor’s guidance, Kaelen targeted these core nodes with precise bursts of Aetheric energy. Each successful strike caused the constructs to spasm, their forms flickering and dissolving into cascades of inert Aether. Seris, meanwhile, used her empathic abilities to sense the underlying psychic resonance of the facility, guiding them away from areas of particularly intense psychic trauma, where the Architect’s influence was strongest and the constructs more numerous and volatile.</w:t>
      </w:r>
    </w:p>
    <w:p/>
    <w:p>
      <w:r>
        <w:br/>
        <w:t>They reached what appeared to be the facility’s central research chamber. At its heart stood a massive, crystalline apparatus, its facets shimmering with a nauseating spectrum of corrupted light. This was the nexus, the source of the pervasive Aetheric corruption. Veins of viscous, phosphorescent Aether pulsed through it, feeding into the surrounding environment and coalescing into the myriad horrors they had encountered.</w:t>
      </w:r>
    </w:p>
    <w:p/>
    <w:p>
      <w:r>
        <w:br/>
        <w:t>“This is it,” Velor stated, his voice hushed with a mixture of awe and dread. “The Architect’s primary Aetheric amplifier. It’s not merely a conduit for corruption; it’s a generator. It draws in ambient Aether, amplifies its chaotic potential, and then spews it back out, irrevocably altering the very nature of this region.”</w:t>
      </w:r>
    </w:p>
    <w:p/>
    <w:p>
      <w:r>
        <w:br/>
        <w:t>Seris approached the apparatus cautiously, her senses overwhelmed by the sheer magnitude of the suffering imprinted upon it. “The pain,” she whispered, her hands trembling. “It’s… it’s overwhelming. The Architect has taken the residual psychic energy of the original disaster, the fear, the agony of those who perished here, and has woven it into the very structure of this device. It’s a monument to their cruelty, powered by the anguish of innocents.”</w:t>
      </w:r>
    </w:p>
    <w:p/>
    <w:p>
      <w:r>
        <w:br/>
        <w:t>Kaelen surveyed the apparatus, his mind racing. He could feel the raw power emanating from it, a dangerous allure that promised immense destructive potential. “The Architect’s goal isn’t just destruction,” he realized aloud. “It’s perversion. They are twisting the fundamental forces of existence, not just to break them, but to corrupt them, to make them serve their own twisted vision of order.”</w:t>
      </w:r>
    </w:p>
    <w:p/>
    <w:p>
      <w:r>
        <w:br/>
        <w:t>He activated his Mask’s advanced diagnostic capabilities, attempting to understand the operational parameters of the amplifier. “Velor, I need a full breakdown of its power source and any potential disruption vectors. Seris, can you identify any specific frequency or pattern within the psychic resonance that might be susceptible to counter-influence?”</w:t>
      </w:r>
    </w:p>
    <w:p/>
    <w:p>
      <w:r>
        <w:br/>
        <w:t>Velor worked rapidly, his displays a complex web of data. “The amplifier is drawing power from multiple corrupted Aetheric conduits integrated into the facility’s core systems. The primary disruption vector appears to be the central focusing crystal. However, the entire apparatus is shielded by a potent Aetheric distortion field, designed to repel any attempts at direct interference.”</w:t>
      </w:r>
    </w:p>
    <w:p/>
    <w:p>
      <w:r>
        <w:br/>
        <w:t>Seris, meanwhile, was tracing a faint, underlying pattern within the cacophony of psychic noise. “There’s a specific harmonic frequency,” she said, her voice growing stronger, more focused. “It’s the frequency of their original purpose, the intent behind the facility’s creation before the Architect twisted it. It’s faint, buried beneath layers of corruption, but it’s there. If we can resonate with that original frequency, perhaps we can disrupt the Architect’s control.”</w:t>
      </w:r>
    </w:p>
    <w:p/>
    <w:p>
      <w:r>
        <w:br/>
        <w:t>Kaelen understood. The Architect hadn’t built this; they had co-opted it, grafting their corrupting influence onto a pre-existing framework. By tapping into the facility’s original purpose, they could potentially destabilize the Architect’s hold. “Liora, I need you to create a diversion. Draw the attention of any ambient Aetheric constructs that might still be active. Seris, focus your resonance on that original harmonic frequency. I will attempt to breach the distortion field and target the central crystal.”</w:t>
      </w:r>
    </w:p>
    <w:p/>
    <w:p>
      <w:r>
        <w:br/>
        <w:t>Liora moved with practiced efficiency, her emerald energy flaring as she drew the attention of a few remaining, rudimentary constructs that had coalesced in the chamber. Kaelen focused his Aetheric blade, channeling a surge of raw power, and began to chip away at the edges of the distortion field. It resisted him, pushing back with an invisible force that threatened to overwhelm his concentration.</w:t>
      </w:r>
    </w:p>
    <w:p/>
    <w:p>
      <w:r>
        <w:br/>
        <w:t>Seris began to hum, a low, resonant tone that gradually gained strength. It was a melody of forgotten purpose, of scientific inquiry and the pursuit of knowledge. The humming grew, intertwining with the oppressive hum of the amplifier, creating a strange, discordant harmony. As her resonance grew stronger, the amplifier’s pulsations seemed to falter, the corrupted light dimming slightly.</w:t>
      </w:r>
    </w:p>
    <w:p/>
    <w:p>
      <w:r>
        <w:br/>
        <w:t>“It’s working!” Seris exclaimed, her voice filled with a newfound strength. “The Architect’s control is weakening! The original intent is fighting back!”</w:t>
      </w:r>
    </w:p>
    <w:p/>
    <w:p>
      <w:r>
        <w:br/>
        <w:t>Kaelen felt the distortion field begin to crack. With a final, concentrated surge of power, he broke through, his Aetheric blade striking the central crystalline focusing element. A blinding flash of corrupted light erupted from the crystal, followed by a deafening shriek that seemed to tear through reality itself. The amplifier shuddered, its energy flow faltering.</w:t>
      </w:r>
    </w:p>
    <w:p/>
    <w:p>
      <w:r>
        <w:br/>
        <w:t>The constructs Liora was engaging dissolved into wisps of inert Aether. The psychic pressure in the chamber lessened, the oppressive weight lifting. Kaelen could feel the Aetheric corruption receding, like a tide being pulled back from a ravaged shore. The crystalline veins on the apparatus began to dim, their sickly glow fading.</w:t>
      </w:r>
    </w:p>
    <w:p/>
    <w:p>
      <w:r>
        <w:br/>
        <w:t>“The disruption is propagating,” Velor announced, his sensors confirming the shift. “The amplifier’s energy output is rapidly decreasing. It’s… collapsing.”</w:t>
      </w:r>
    </w:p>
    <w:p/>
    <w:p>
      <w:r>
        <w:br/>
        <w:t>The central crystal fractured, then shattered, its pieces disintegrating into fine, neutral dust. The massive apparatus shuddered one last time, and then fell silent, its malevolent influence extinguished. The oppressive atmosphere of the Fringe Wastes, particularly within this nexus, had been significantly diminished.</w:t>
      </w:r>
    </w:p>
    <w:p/>
    <w:p>
      <w:r>
        <w:br/>
        <w:t>As the dust settled, a profound silence descended upon the chamber. The air, once thick with corruption and despair, now felt strangely clean, almost hollow. The transformation was stark; the sickly phosphorescence was gone, replaced by the muted ambient light of the Wastes filtering through the shattered facility.</w:t>
      </w:r>
    </w:p>
    <w:p/>
    <w:p>
      <w:r>
        <w:br/>
        <w:t>“We have disrupted the primary source,” Kaelen stated, sheathing his blade. He felt a weariness, but also a sense of accomplishment. “But this is only one nexus. The Architect’s influence is far more widespread.”</w:t>
      </w:r>
    </w:p>
    <w:p/>
    <w:p>
      <w:r>
        <w:br/>
        <w:t>Seris looked at the remnants of the amplifier, a mixture of sorrow and relief on her face. “We have silenced one scream, but the echoes of suffering remain. This land has been scarred deeply. Healing it will be a long and arduous process.”</w:t>
      </w:r>
    </w:p>
    <w:p/>
    <w:p>
      <w:r>
        <w:br/>
        <w:t>Velor was already analyzing the residual data from the collapsing apparatus. “The Architect’s methodology is clear. They leverage pre-existing infrastructure, corrupting it and using it as a focal point for their Aetheric manipulations. This facility was a key component in their strategy for this region. Understanding this nexus provides us with crucial insight into their broader operational framework.”</w:t>
      </w:r>
    </w:p>
    <w:p/>
    <w:p>
      <w:r>
        <w:br/>
        <w:t>Liora surveyed the chamber, her expression resolute. “We have struck a blow against the Architect, but the war is far from over. There are other nexuses, other sources of corruption. We must continue to track them, to disrupt them, and to prevent this devastation from spreading further.”</w:t>
      </w:r>
    </w:p>
    <w:p/>
    <w:p>
      <w:r>
        <w:br/>
        <w:t xml:space="preserve">Kaelen nodded, his gaze sweeping across the desolation that had once been a hub of research. The Fringe Wastes were a testament to the Architect’s destructive capacity, but also to their ability to twist and pervert the very fabric of existence. They had found the source of the corruption, but in doing so, they had only glimpsed the true scale of the Architect’s malevolence. This was a battle for the soul of the Aether itself, and their journey was far from over. The knowledge gained here, however, was invaluable. They now understood not just </w:t>
      </w:r>
    </w:p>
    <w:p>
      <w:pPr>
        <w:jc w:val="left"/>
      </w:pPr>
      <w:r>
        <w:rPr>
          <w:i/>
        </w:rPr>
        <w:t>what</w:t>
      </w:r>
      <w:r>
        <w:t xml:space="preserve"> the Architect was doing, but </w:t>
      </w:r>
      <w:r>
        <w:rPr>
          <w:i/>
        </w:rPr>
        <w:t>how</w:t>
      </w:r>
      <w:r>
        <w:t xml:space="preserve"> they were doing it, a crucial step in their overarching mission to dismantle the Architect’s dominion.</w:t>
      </w:r>
    </w:p>
    <w:p>
      <w:r>
        <w:t>The hum of the corrupted Aether had intensified, a nauseating thrum that resonated not just in the air, but deep within their very bones. The central apparatus, a monument to the Architect’s perversion of fundamental forces, pulsed with a malevolent energy that seemed to breathe corruption into the very fabric of the Fringe Wastes. Kaelen, Velor, Seris, and Liora stood before it, the weight of their discovery pressing down on them. They had found the nexus, the source that had been seeding the region with instability and birthing the monstrous Echo-Beasts. Yet, as they absorbed the sheer magnitude of the energy radiating from the crystalline focal point, a chilling realization dawned: their current capabilities were woefully inadequate for a direct confrontation.</w:t>
      </w:r>
    </w:p>
    <w:p>
      <w:r>
        <w:br/>
        <w:t xml:space="preserve">Velor’s readings flickered, an almost frantic dance of data streams that painted a grim picture. “The ambient saturation levels… they’ve spiked exponentially,” he reported, his voice strained. “This isn’t just a localized phenomenon anymore. The Architect has managed to create a self-sustaining cascade effect. The energy output from this nexus is not only powering the immediate corruption but is actively seeding further instability across a much wider radius than our initial scans suggested.” His gaze swept over the complex, interwoven lattice of corrupted Aether that seemed to anchor the entire structure. “It’s a nexus point, yes, but it’s also a nexus </w:t>
      </w:r>
    </w:p>
    <w:p>
      <w:pPr>
        <w:jc w:val="left"/>
      </w:pPr>
      <w:r>
        <w:rPr>
          <w:i/>
        </w:rPr>
        <w:t>generator</w:t>
      </w:r>
      <w:r>
        <w:t>. It’s designed to propagate, to expand its influence. Engaging this directly, with our current arsenal, would be… inadvisable.”</w:t>
      </w:r>
    </w:p>
    <w:p>
      <w:r>
        <w:br/>
        <w:t>Seris, her face pale and drawn, nodded in grim agreement. The psychic residue here was not merely the echoes of past suffering; it was a living, breathing entity of anguish, constantly being fed and amplified by the Architect’s device. “The Architect’s power here… it’s woven into the very essence of this place,” she murmured, her eyes unfocused as she processed the overwhelming psychic input. “It’s not just a machine; it’s a manifestation of their will, amplified by the suffering they have inflicted. To try and force a confrontation now, without understanding the full scope of their control, would be akin to walking into a gravitational singularity unprepared. The feedback loop of corrupted Aether, coupled with the psychic resonance, would overwhelm us. It could even create new, more potent ‘echoes’ of our own defeat.”</w:t>
      </w:r>
    </w:p>
    <w:p/>
    <w:p>
      <w:r>
        <w:br/>
        <w:t>The term hung in the air, heavy with unspoken dread. The thought of their own despair, their final moments, being weaponized and amplified by the Architect to further propagate their malevolence was a chilling prospect. Liora, ever the warrior, felt the familiar urge to charge, to strike at the heart of the corruption. But even she could feel the invisible barriers, the sheer overwhelming presence of the Architect’s influence that rendered a head-on assault suicidal. “So, what do we do?” she asked, her hand tightening on the hilt of her Aetheric blade. “We can’t just… leave it like this. This is the source.”</w:t>
      </w:r>
    </w:p>
    <w:p/>
    <w:p>
      <w:r>
        <w:br/>
        <w:t>Kaelen’s gaze was fixed on the pulsing crystal, his mind racing through tactical possibilities, assessing the insurmountable odds. Velor was right. Their reconnaissance mission had revealed the Architect’s primary tool in this region, but it had also revealed a power far exceeding their current capacity to dismantle. To attempt a direct assault now would be to invite utter annihilation, and worse, to potentially strengthen the very force they sought to combat. “Seris is correct,” he stated, his voice carefully measured. “A direct engagement would be a catastrophic error. We have gathered invaluable data, identified the primary vector of corruption. That information is our most potent weapon at this moment.” He looked at Velor. “Velor, focus all your remaining diagnostic capabilities on the apparatus. I need every scrap of data you can extract about its power source, its stabilization mechanisms, its structural weaknesses, however minor. Every variable, every fluctuation – record it.”</w:t>
      </w:r>
    </w:p>
    <w:p/>
    <w:p>
      <w:r>
        <w:br/>
        <w:t>Velor nodded, his fingers flying across his console. “Already on it, Kaelen. The energy signatures are highly anomalous, as expected. The Architect has integrated pre-existing energy conduits from the original facility, but they’ve been extensively modified, twisted to serve this destructive purpose. The core crystal seems to be the primary amplification matrix, but it’s intricately shielded by a layer of dynamically fluctuating Aetheric fields. Breaking through that shield would require a significant surge of focused energy, something we simply cannot generate without risking a catastrophic overload of our own systems.”</w:t>
      </w:r>
    </w:p>
    <w:p/>
    <w:p>
      <w:r>
        <w:br/>
        <w:t>“And the psychic resonance?” Kaelen asked Seris, turning his attention to her. “You mentioned a faint harmonic frequency, the original purpose of this place. Can you isolate it further? Can you map the pathways of the Architect’s control, the points where their influence is most deeply embedded?”</w:t>
      </w:r>
    </w:p>
    <w:p/>
    <w:p>
      <w:r>
        <w:br/>
        <w:t>Seris closed her eyes again, her brow furrowed in intense concentration. The psychic cacophony was like a storm raging around them, but she was sifting through it, searching for the quiet whisper of truth beneath the roar of corrupted power. “It’s… buried deep,” she breathed, her voice strained. “The Architect has layered so much despair, so much fear over the original intent, it’s like trying to hear a single note in a collapsing star. But there are… anchors. Points where their psychic signature is most strongly imprinted, dictating the flow of corrupted Aether and the animation of these… constructs.” She pointed a trembling finger towards a specific junction of energy conduits feeding into the central crystal. “There. That conduit seems to be a primary node for their control. The psychic feedback loop is strongest there. If they were to sever that connection, or even just disrupt its integrity…”</w:t>
      </w:r>
    </w:p>
    <w:p/>
    <w:p>
      <w:r>
        <w:br/>
        <w:t>Kaelen followed her gesture, the visual of the conduit a stark contrast to the chaotic energy surrounding it. “A single point of vulnerability,” he mused, his mind already formulating strategies. “But still, reaching it… The fields surrounding the apparatus are too volatile. Any attempt to bypass them directly would alert the Architect, or worse, trigger a defensive response that we are not equipped to handle.” He turned to Liora. “Liora, your observations. What did you notice during your engagement with the constructs earlier? Were there any patterns in their resilience, their weak points?”</w:t>
      </w:r>
    </w:p>
    <w:p/>
    <w:p>
      <w:r>
        <w:br/>
        <w:t>Liora recalled the disjointed movements, the raw, unthinking aggression. “They were less organic constructs and more like… animated machinery, driven by pure Aetheric impulse. Their power cores seemed localized, concentrated where the corrupted energy was most dense. When Velor’s calculations identified those nodes, and Kaelen struck them, they dissolved. But the Architect’s influence… it’s like a pervasive fog. Even after disrupting individual constructs, new ones began to coalesce from the ambient corruption. They are constantly being replenished.” She looked back at the central apparatus. “This entire facility, the nexus itself, is the ultimate power source. It’s a wellspring of their influence.”</w:t>
      </w:r>
    </w:p>
    <w:p/>
    <w:p>
      <w:r>
        <w:br/>
        <w:t xml:space="preserve">“Precisely,” Kaelen agreed. “And that wellspring is currently beyond our ability to dam, let alone drain. We need to retreat. Not because we are defeated, but because we are outmatched in this specific engagement. We need to regroup, to develop new strategies, to acquire the necessary resources or knowledge to confront this threat effectively.” He looked at each of them, ensuring they understood the gravity of his decision. “We came here to understand the Architect’s methods, and we have succeeded beyond our initial expectations. We know </w:t>
      </w:r>
    </w:p>
    <w:p>
      <w:pPr>
        <w:jc w:val="left"/>
      </w:pPr>
      <w:r>
        <w:rPr>
          <w:i/>
        </w:rPr>
        <w:t>how</w:t>
      </w:r>
      <w:r>
        <w:t xml:space="preserve"> they are corrupting this region, </w:t>
      </w:r>
      <w:r>
        <w:rPr>
          <w:i/>
        </w:rPr>
        <w:t>what</w:t>
      </w:r>
      <w:r>
        <w:t xml:space="preserve"> their primary tool is, and we have identified a potential vulnerability. This is not a failure; it is a vital intelligence gathering operation.”</w:t>
      </w:r>
    </w:p>
    <w:p>
      <w:r>
        <w:br/>
        <w:t>Seris nodded, relief evident on her face. The strategic retreat was the only logical course of action, a difficult but necessary step to ensure their continued ability to fight. “The Architect’s power here is immense, far greater than any data we had access to suggested. A prolonged engagement would only lead to our capture, or worse, our assimilation into this… psychic tapestry of suffering. We need to preserve ourselves and this knowledge.”</w:t>
      </w:r>
    </w:p>
    <w:p/>
    <w:p>
      <w:r>
        <w:br/>
        <w:t>Velor was already initiating the withdrawal sequence on his suit’s systems, compiling the vast arrays of data they had collected. “The environmental readings alone are staggering. The Architect has effectively weaponized ambient Aether on a scale that redefines our understanding of their capabilities. I’m compiling a comprehensive report of all collected metrics, structural analyses of the apparatus, and the detected psychic resonance patterns. This information will be crucial for any future offensive or defensive operations.”</w:t>
      </w:r>
    </w:p>
    <w:p/>
    <w:p>
      <w:r>
        <w:br/>
        <w:t>Liora gave a sharp nod, her gaze still fixed on the humming nexus, a promise of future action in her eyes. “We’ve seen the beast’s lair,” she said, her voice steady. “Now we know what we’re up against. We’ll be back, better prepared.”</w:t>
      </w:r>
    </w:p>
    <w:p/>
    <w:p>
      <w:r>
        <w:br/>
        <w:t>The withdrawal was a calculated maneuver, a silent, efficient disengagement from a battlefield they could not win. As they retraced their steps, the oppressive hum of the corrupted nexus gradually faded, replaced by the familiar, albeit still unsettling, ambient Aetheric hum of the Fringe Wastes. The distorted landscape, the jagged crystalline growths, and the lingering psychic residue were a stark reminder of what they had witnessed, and the immense challenge that lay ahead. The Architect’s power in this region was not merely a localized threat; it was a systematic perversion of reality itself, a creeping corruption that threatened to engulf the entire sector.</w:t>
      </w:r>
    </w:p>
    <w:p/>
    <w:p>
      <w:r>
        <w:br/>
        <w:t>Back in the relative safety of their mobile command unit, the weight of their discovery settled upon them. The data Velor had compiled was immense, a testament to the Architect’s sophisticated and terrifying methodology. Kaelen reviewed the holographic projections of the nexus, the complex energy flows and psychic resonance patterns laid bare. “The Architect’s approach is chillingly efficient,” he mused, tracing the lines of corrupted Aether. “They don’t just build; they co-opt. They find existing infrastructure, places of prior significant energy or psychic imprint, and then they twist it, pervert it into conduits for their own agenda. This facility, this nexus, was likely a research hub, a place of advancement. Now it’s a blight, a generator of despair.”</w:t>
      </w:r>
    </w:p>
    <w:p/>
    <w:p>
      <w:r>
        <w:br/>
        <w:t>Seris, her empathic senses still humming with the residual psychic noise of the nexus, sat in quiet contemplation. “The emotional resonance was the most disturbing aspect,” she confessed, her voice low. “The Architect doesn’t just manipulate energy; they weaponize the very essence of sentience, the pain and fear of those who suffered. They weave it into their creations, making their instruments of destruction instruments of amplified agony. The echoes we encountered within the facility were not merely residual imprints; they were amplified fragments of consciousness, trapped in a perpetual cycle of torment dictated by the Architect’s control.”</w:t>
      </w:r>
    </w:p>
    <w:p/>
    <w:p>
      <w:r>
        <w:br/>
        <w:t>Velor, meanwhile, was already cross-referencing the new data with their existing intelligence on the Architect’s operations across other sectors. “The pattern is becoming clearer,” he stated, his voice grave. “This method of co-opting and corrupting pre-existing sites is not isolated to the Fringe Wastes. We have detected similar, albeit less potent, Aetheric anomalies in several other regions, all exhibiting the hallmarks of the Architect’s signature manipulation. This nexus here, in the Fringe Wastes, appears to be their primary amplification and propagation hub for this entire quadrant. Its sheer scale and integrated complexity suggest it has been a long-term project.”</w:t>
      </w:r>
    </w:p>
    <w:p/>
    <w:p>
      <w:r>
        <w:br/>
        <w:t>The implications were stark. They had found the heart of the storm, but the storm itself was far vaster than they had imagined. Their mission had just become infinitely more complex, and the enemy’s capabilities were proving to be exponentially greater than anticipated. “We underestimated them,” Kaelen admitted, the words a bitter pill to swallow. “We understood their desire for order through entropy, but not the sheer, pervasive reach of their methods. This isn’t just about destruction; it’s about a systematic deconstruction and perversion of existence itself.”</w:t>
      </w:r>
    </w:p>
    <w:p/>
    <w:p>
      <w:r>
        <w:br/>
        <w:t>Liora, ever pragmatic, brought them back to the immediate task. “So, what’s the plan? We can’t assault that nexus directly. Do we try to find a way to counter the energy fields? Or do we search for the source of their control, the architects behind the machine?”</w:t>
      </w:r>
    </w:p>
    <w:p/>
    <w:p>
      <w:r>
        <w:br/>
        <w:t>“Both,” Kaelen replied, his gaze hardening with renewed resolve. “We need to analyze the data Velor has gathered to identify any potential exploitable weaknesses in the nexus’s Aetheric shielding or power regulation. Seris, continue to focus on isolating those psychic anchors, those points of direct control. If we can disrupt their command and control, we might be able to destabilize the entire system. We also need to broaden our search. If this is their primary hub, there must be other, perhaps smaller, satellite installations or operational bases they are using to manage their activities in this sector. We need to find them.”</w:t>
      </w:r>
    </w:p>
    <w:p/>
    <w:p>
      <w:r>
        <w:br/>
        <w:t>The strategic retreat was not an admission of defeat, but a calculated pause. They had walked into the heart of the Architect’s power and emerged with invaluable intelligence. The Fringe Wastes had shown them the true face of their enemy, a chilling glimpse into a terrifyingly efficient and destructive ideology. Now, armed with this knowledge, they had to adapt, to evolve, and to find a way to strike back at the Architect’s pervasive, corrupting influence. The journey had been a brutal lesson, a harsh awakening to the scale of the threat, and it was far from over. The knowledge gained was a potent weapon, but the enemy remained a formidable, ever-expanding force. They had retreated to fight another day, a day that had just become infinitely more urgent.</w:t>
      </w:r>
    </w:p>
    <w:p/>
    <w:p>
      <w:r>
        <w:br w:type="page"/>
      </w:r>
    </w:p>
    <w:p>
      <w:pPr>
        <w:spacing w:before="5040"/>
        <w:jc w:val="center"/>
      </w:pPr>
      <w:r>
        <w:rPr/>
        <w:t xml:space="preserve"> 8: Echoes of the Primordial Chant</w:t>
      </w:r>
    </w:p>
    <w:p>
      <w:r>
        <w:t>The portable laboratory, hastily assembled within the mobile command unit, offered a stark contrast to the raw, exposed chaos of the Fringe Wastes. Here, within its reinforced hull, the oppressive hum of the corrupted nexus was a distant, albeit potent, memory. The air was sterile, meticulously regulated, and the only light emanated from the soft glow of diagnostic screens and holographic projections. Kaelen, Velor, and Seris were back, not in retreat, but in a calculated repositioning. Liora, ever the pragmatist, was overseeing external security and data uplink procedures, ensuring their temporary sanctuary remained secure.</w:t>
      </w:r>
    </w:p>
    <w:p>
      <w:r>
        <w:br/>
        <w:t>“The data retrieved from the nexus… it’s more than just energy signatures and structural schematics,” Velor stated, his voice still carrying the resonance of recent exposure to the Architect’s perversion of Aether. He gestured towards a shimmering holographic display that depicted a complex tapestry of interwoven waveforms, each representing a different facet of the nexus’s operation. “The Architect has not merely manipulated energy; they have… encoded intent. This ‘Primordial Chant,’ as the fragmented texts suggest, is not a song in the traditional sense. It’s a form of conscious Aetheric programming, a direct conduit for imposing will upon the very fabric of reality.”</w:t>
      </w:r>
    </w:p>
    <w:p/>
    <w:p>
      <w:r>
        <w:br/>
        <w:t>Kaelen leaned closer, his gaze sweeping across the intricate patterns. He had spent the intervening time in deep contemplation, his mind attempting to bridge the chasm between the raw, destructive power they had witnessed and the conceptual framework of the ‘Chant.’ “The resonance is the key,” he mused, his voice a low, steady rumble that seemed to vibrate with a primal energy. “The texts speak of ‘harmonic attunement,’ of aligning one’s own Aetheric signature with the foundational frequencies of existence. The Architect, it seems, has found a way to corrupt this fundamental process, to pervert the natural order for their own destructive ends. They are not merely singing; they are screaming a discordant anthem of subjugation.”</w:t>
      </w:r>
    </w:p>
    <w:p/>
    <w:p>
      <w:r>
        <w:br/>
        <w:t>Velor nodded, pulling up a series of ancient-looking glyphs and musical notations from a retrieved data shard. These were the remnants of the ‘Primordial Chant’ as it had been preserved, or perhaps rediscovered, by civilizations long past. “The notations are incredibly complex,” he admitted, his brow furrowed in concentration. “They describe precise vocal modulations, specific breath control, and even subtle shifts in internal bio-electric fields. It’s not simply about hitting the right notes; it’s about achieving a state of perfect Aetheric coherence. The slightest deviation, the texts warn, can lead to ‘Aetheric dissonance’ and the manifestation of dangerous ‘echoes’ – psychic imprints of the user’s own fractured consciousness, amplified and weaponized.”</w:t>
      </w:r>
    </w:p>
    <w:p/>
    <w:p>
      <w:r>
        <w:br/>
        <w:t>“The echoes…” Seris murmured, her eyes distant as she touched a trembling hand to her temple. The psychic residue of the nexus still clung to her, a faint, unsettling whisper in the back of her mind. “It’s not just a warning, Velor. It’s a living consequence. The Architect’s apparatus in the Fringe Wastes was a testament to that. They are exploiting this fundamental principle, amplifying not only their own corrupted intent but also the lingering pain and fear of any who fall under their influence. This ‘Chant’ is a double-edged sword, capable of creation and utter annihilation.”</w:t>
      </w:r>
    </w:p>
    <w:p/>
    <w:p>
      <w:r>
        <w:br/>
        <w:t>Kaelen turned from the holographic display, his gaze now fixed on Seris. “You felt it, didn’t you? The underlying rhythm, the pure resonance that the Architect has buried beneath layers of corruption. Can you isolate it? Can you discern the original intent, the purpose of this Chant before it was twisted?”</w:t>
      </w:r>
    </w:p>
    <w:p/>
    <w:p>
      <w:r>
        <w:br/>
        <w:t>Seris closed her eyes, her breathing becoming slow and deliberate, mirroring the controlled rhythm Velor had described. She began to hum, a low, resonant tone that seemed to bypass the auditory senses and vibrate directly within their minds. It was a fragile sound, a single thread of clarity in the cacophony of corruption they had recently experienced. “It’s… like a foundational frequency,” she explained, her voice barely above a whisper. “A note that underpins all existence, a constant hum of creation and connection. The Architect hasn’t created anything new; they’ve simply found this existing resonance and amplified their own discordant frequencies through it. The control points you identified, Kaelen, those are where they are injecting their corrupted signals into the Chant’s natural flow.”</w:t>
      </w:r>
    </w:p>
    <w:p/>
    <w:p>
      <w:r>
        <w:br/>
        <w:t>Velor, meanwhile, was meticulously cross-referencing Seris’s tentative harmonic with the ancient notations. “The frequencies you are producing, Seris, are remarkably close to the primary harmonic sequence described in the third stratum of the Aetheric Glyphs. The glyphs here depict a specific method of vocalization, utilizing subtle shifts in cranial resonance. It’s not just about projecting sound; it’s about shaping it internally, creating sympathetic vibrations within the user’s own Aetheric field.” He activated a sonic synthesizer, attempting to replicate the complex patterns. The resulting tones were a jarring dissonance, a far cry from the pure resonance Seris had evoked. “See? The pitch is correct, but the harmonic structure is fundamentally flawed. The internal resonance is absent.”</w:t>
      </w:r>
    </w:p>
    <w:p/>
    <w:p>
      <w:r>
        <w:br/>
        <w:t>Kaelen picked up one of the more accessible glyphs, projecting it into the air before him. It depicted a stylized representation of a vocal cord, interwoven with swirling lines of energy. “The Architect’s methods suggest a brute-force approach – overwhelming the natural resonance with their own amplified corruption. But these older texts… they imply a more nuanced control, a form of subtle redirection. It’s not about overpowering the Chant; it’s about guiding it, shaping its flow.” He began to experiment, his voice a deep baritone, attempting to match the foundational tone Seris had produced. He focused on the feeling, the internal vibration, rather than just the audible sound.</w:t>
      </w:r>
    </w:p>
    <w:p/>
    <w:p>
      <w:r>
        <w:br/>
        <w:t>The air within the command unit began to subtly shift. It wasn’t a violent disruption, but a delicate hum, a nascent vibration that seemed to resonate with the very structure of the vehicle. Velor’s diagnostic screens flickered, registering minute fluctuations in the ambient Aetheric field. “Your internal resonance is increasing, Kaelen,” he reported, his voice tinged with excitement. “You’re aligning your own bio-energetic output with the projected harmonic. The Architect’s corrupted signals… they are being momentarily diffused, their influence weakened in your immediate vicinity.”</w:t>
      </w:r>
    </w:p>
    <w:p/>
    <w:p>
      <w:r>
        <w:br/>
        <w:t>Seris offered a small, encouraging smile. “Keep going, Kaelen. Feel the connection. It’s not just a sound; it’s an intent. Imagine the Chant as a river of pure energy, and the Architect is attempting to dam it with their corrupted sludge. We need to find the natural channels, the original flow, and amplify that instead.”</w:t>
      </w:r>
    </w:p>
    <w:p/>
    <w:p>
      <w:r>
        <w:br/>
        <w:t>Kaelen closed his eyes, immersing himself in the subtle feedback. He focused on the feeling of the Chant, on the innate desire for balance and harmony that seemed to be its core. He imagined the Architect’s corrupted energy as static, a disruption that could be smoothed out, redirected, or even neutralized by a stronger, purer signal. He began to modulate his voice, not by changing the pitch drastically, but by subtly altering the timbre, the internal resonance, and the accompanying mental projection. He envisioned the corrupted energy being gently nudged aside, the pure flow of the Chant reasserting itself.</w:t>
      </w:r>
    </w:p>
    <w:p/>
    <w:p>
      <w:r>
        <w:br/>
        <w:t>Velor watched his readings with rapt attention. “The dissonance is decreasing. Your output is… cleaner. More stable. The Architect’s ambient influence is being pushed back, at least temporarily.” He then turned his attention back to the notations, his fingers dancing across his console. “There are secondary and tertiary harmonics described here, each linked to specific effects. The ‘Resonant Shielding’ seems to involve a focused projection of pure, uncorrupted Aether, capable of deflecting or dissipating hostile energy. The ‘Aetheric Weave’ allows for the manipulation of ambient Aether, essentially creating temporary constructs or reinforcing existing structures.”</w:t>
      </w:r>
    </w:p>
    <w:p/>
    <w:p>
      <w:r>
        <w:br/>
        <w:t>“But these are theoretical applications, based on fragmented knowledge,” Kaelen countered, his voice still resonating with the Chant’s harmonic. “The Architect has already demonstrated their ability to weaponize these principles. They have their own corrupted version of the Chant. Our goal is not just to replicate the original; it is to understand how to counter their perversion.” He paused, taking a deep, measured breath. “Perhaps the key lies in the ‘echoes’ themselves. If the Architect uses our own despair against us, then perhaps we can use their corrupted echoes against them.”</w:t>
      </w:r>
    </w:p>
    <w:p/>
    <w:p>
      <w:r>
        <w:br/>
        <w:t>Seris’s eyes snapped open, a spark of understanding igniting within them. “The residual psychic energy from the nexus… it’s tainted, yes, but it’s also a direct manifestation of the Architect’s influence. If we can filter it, purify it, and then re-channel it through our understanding of the Chant…”</w:t>
      </w:r>
    </w:p>
    <w:p/>
    <w:p>
      <w:r>
        <w:br/>
        <w:t>Velor was already inputting commands, initiating a complex filtering process on the data Seris had managed to retain from their encounter. “The psychic imprints are incredibly resilient, like ingrained patterns within the corrupted Aether. However, if we can isolate the core emotional resonance – the fear, the despair – and then introduce a counter-frequency, a harmonic of hope or resilience, we might be able to destabilize them. It’s a delicate process, akin to neutralizing a biological toxin with an antidote.”</w:t>
      </w:r>
    </w:p>
    <w:p/>
    <w:p>
      <w:r>
        <w:br/>
        <w:t>The next few hours were a crucible of experimentation. Kaelen and Seris worked in tandem, attempting to coax the raw, untamed power of the Primordial Chant into a controlled, purposeful form. Kaelen would vocalize the foundational harmonics, creating a stable Aetheric matrix, while Seris would attempt to inject the filtered, purified psychic resonance into that matrix. Velor acted as the anchor, monitoring the intricate energy flows, ensuring that the process did not spiral into the dangerous dissonance that the ancient texts so vividly warned against.</w:t>
      </w:r>
    </w:p>
    <w:p/>
    <w:p>
      <w:r>
        <w:br/>
        <w:t>The air in the command unit thrummed with their efforts. At times, the synthesized notes would coalesce into a pure, bell-like tone that resonated with an almost palpable sense of peace. At other times, the nascent Aetheric constructs would flicker and destabilize, spitting out sparks of corrupted energy that sent Velor’s sensors into a frenzy. Each failure, however, was a lesson learned. They meticulously cataloged the frequencies, the mental visualizations, and the subtle shifts in their own internal states that led to either success or failure.</w:t>
      </w:r>
    </w:p>
    <w:p/>
    <w:p>
      <w:r>
        <w:br/>
        <w:t>“The concept of ‘intent’ is paramount,” Kaelen stated, wiping a bead of sweat from his brow. “It’s not enough to simply produce the correct sound or visualize the right outcome. The underlying desire, the driving force behind the Chant, must be aligned with its fundamental purpose. The Architect’s intent is control, subjugation, and the imposition of their sterile order. Our intent must be the opposite: preservation, balance, and the restoration of natural harmony.”</w:t>
      </w:r>
    </w:p>
    <w:p/>
    <w:p>
      <w:r>
        <w:br/>
        <w:t>Seris nodded, her expression one of intense focus. She was visualizing the fractured psychic echoes as shattered fragments of glass, each sharp and dangerous. Her task was to gently, meticulously, reassemble them, not into their original form, but into something new, something imbued with resilience. “When I project the harmonic of hope, the corrupted frequencies react. They try to absorb it, to twist it, but the purity of the underlying Chant acts as a filter. It’s like… polishing a tarnished artifact. The original brilliance is still there, waiting to be revealed.”</w:t>
      </w:r>
    </w:p>
    <w:p/>
    <w:p>
      <w:r>
        <w:br/>
        <w:t>Velor, meanwhile, had managed to isolate a particular segment of the ancient texts that detailed the ‘Shattered Echo’ protocol. “This section describes a method for intentionally creating a controlled dissonance, a localized ‘echo’ of a specific emotional state, which can then be used to disrupt enemy Aetheric fields. It’s a dangerous technique, as the risk of uncontrolled feedback is significant, but it aligns with our hypothesis. If we can generate a ‘controlled echo’ of resilience or determination, it might be precisely what we need to counteract the Architect’s corrupted projections.”</w:t>
      </w:r>
    </w:p>
    <w:p/>
    <w:p>
      <w:r>
        <w:br/>
        <w:t>Their progress was incremental, a painstaking process of trial and error. The sheer complexity of the Primordial Chant, even in its fragmented form, was staggering. It was a language of existence itself, and they were only just beginning to grasp its grammar. Yet, with each successful harmonization, each instance where they managed to deflect or neutralize a burst of corrupted energy, their confidence grew. They were no longer simply reacting to the Architect’s power; they were beginning to understand the fundamental forces the Architect was exploiting, and how to wield them for their own purposes.</w:t>
      </w:r>
    </w:p>
    <w:p/>
    <w:p>
      <w:r>
        <w:br/>
        <w:t>“The Architect’s nexus in the Fringe Wastes was a manifestation of their corrupted Chant,” Kaelen reiterated, his voice firm. “They amplified their will through that apparatus. We, however, have the advantage of understanding the true nature of the Chant, its potential for creation and balance. We must leverage this knowledge, not to simply replicate what the Architect has done, but to find a way to undo it. We need to discover how to sever their connection to the primal harmonics, to disrupt their corrupted song.”</w:t>
      </w:r>
    </w:p>
    <w:p/>
    <w:p>
      <w:r>
        <w:br/>
        <w:t>The next stage of their research involved attempting to replicate the ‘Resonant Shielding.’ Kaelen focused on projecting a steady, unwavering harmonic, visualizing a sphere of pure, protective energy surrounding them. Seris worked in conjunction, attempting to infuse this sphere with a sense of unwavering resolve, a psychic shield against the Architect’s insidious influence.</w:t>
      </w:r>
    </w:p>
    <w:p/>
    <w:p>
      <w:r>
        <w:br/>
        <w:t>“The field is stabilizing,” Velor announced, his eyes glued to his console. “Ambient Aetheric corruption is being actively repelled from the immediate vicinity of the projection. It’s not an impenetrable barrier, but it’s a significant dampening effect. The Architect’s localized influence… it’s being pushed back.”</w:t>
      </w:r>
    </w:p>
    <w:p/>
    <w:p>
      <w:r>
        <w:br/>
        <w:t>This was a tangible victory, a flicker of hope in the face of overwhelming odds. They had taken the first steps towards understanding and potentially wielding the Primordial Chant. The path ahead was arduous, filled with the potential for catastrophic failure, but the knowledge they were unearthing, the power they were slowly beginning to comprehend, offered a new strategy. They would not meet the Architect’s corrupted power with brute force alone, but with a deeper understanding of the fundamental forces at play, and a carefully honed mastery of the Primordial Chant, their own song of resistance. The echoes of the Fringe Wastes still resonated, a chilling reminder of the Architect’s power, but now, they were beginning to hear a different kind of echo – the nascent melody of their own burgeoning power.</w:t>
      </w:r>
    </w:p>
    <w:p/>
    <w:p>
      <w:r>
        <w:t>Seris sat amidst the hum of the command unit, her gaze distant, her fingers tracing invisible patterns on the cool, metallic surface of her personal tactical interface. The holographic projections of Kaelen and Velor flickered around her, displaying complex Aetheric waveforms and intricate battle simulations. They were dissecting the Architect’s latest offensive, a brutal push along the contested northern frontier, but Seris’s focus was elsewhere. It was inward, a deliberate, almost meditative descent into the core of her own strategic application of the Primordial Chant.</w:t>
      </w:r>
    </w:p>
    <w:p>
      <w:r>
        <w:br/>
        <w:t>The previous hours had been a whirlwind of theoretical exploration. Kaelen’s deep dives into the fundamental harmonics, Velor’s meticulous cataloging of ancient Aetheric notation, and her own tentative explorations into the psychic resonance of corrupted echoes had laid a foundational understanding. They had learned that the Chant was not merely a sonic phenomenon, but a language of intent, a method of directly encoding will into the very fabric of existence. While Kaelen sought to master its raw, resonant power for direct confrontation, and Velor delved into its potential for intricate data manipulation and analysis, Seris recognized a different, perhaps more subtle, but no less potent, avenue of application: strategic orchestration.</w:t>
      </w:r>
    </w:p>
    <w:p/>
    <w:p>
      <w:r>
        <w:br/>
        <w:t>Her ‘Mask,’ as she’d come to think of her personal tactical apparatus, was more than just a display of information. It was an extension of her will, a conduit through which she processed and acted upon the battlefield. Now, she sought to imbue it with the principles of the Primordial Chant. This wasn’t about broadcasting sonic waves of destruction or creating defensive barriers in the conventional sense. Instead, it was about weaving intricate patterns of intent into the ambient Aether, subtly influencing probabilities, predicting emergent threats, and guiding the flow of conflict with an almost imperceptible hand.</w:t>
      </w:r>
    </w:p>
    <w:p/>
    <w:p>
      <w:r>
        <w:br/>
        <w:t>She closed her eyes, the gentle hum of the command unit fading as she focused on the internal symphony of her own bio-Aetheric field. She recalled the foundational frequency Kaelen had so painstakingly coaxed forth, the pure, underlying resonance that spoke of balance and connection. Then, she began to visualize a complex battlefield scenario, not as a static map, but as a dynamic, flowing current of energy and intent. Her objective was to translate this complex strategic visualization into a resonant frequency, a subtle modulation of the ambient Aether that would, in turn, subtly influence the battlefield.</w:t>
      </w:r>
    </w:p>
    <w:p/>
    <w:p>
      <w:r>
        <w:br/>
        <w:t>“Velor, the northern sector,” she began, her voice soft but firm, resonating with a quiet intensity. “The Architect’s flanking maneuver… it’s not a direct assault. It’s a feint. They are drawing our primary defense force towards the west, creating a vulnerability in the eastern flank’s supply lines.” Her words were not merely an observation; they were a translation. As she spoke, she visualized the movement of Aetheric currents, imagining the Architect’s intent as a predatory predator, its focus misdirected by a carefully placed lure.</w:t>
      </w:r>
    </w:p>
    <w:p/>
    <w:p>
      <w:r>
        <w:br/>
        <w:t>Velor, his attention still divided between his own console and the ongoing simulations, responded, “Our sensor readings indicate heavy troop concentrations in the west, Seris. The threat assessment remains high.”</w:t>
      </w:r>
    </w:p>
    <w:p/>
    <w:p>
      <w:r>
        <w:br/>
        <w:t>“The threat is real,” Seris conceded, her internal focus sharpening. “But it’s a manufactured reality. The Architect is leveraging the inherent predictability of our response protocols. What if we could inject a counter-frequency into that predictability? A subtle dissonance that sows doubt, that makes our response seem… less opportune. Not enough to be detected as an outright Aetheric manipulation, but enough to create a momentary hesitation, a fraction of a second’s delay in their commitment to the feint.”</w:t>
      </w:r>
    </w:p>
    <w:p/>
    <w:p>
      <w:r>
        <w:br/>
        <w:t>She began to hum, a low, sustained note that felt less like a sound and more like a vibration resonating from the core of her being. She focused on the concept of ‘hesitation,’ of ‘uncertainty.’ She visualized the Architect’s forward momentum encountering an unseen, intangible resistance, like a swimmer suddenly finding themselves in a subtle undertow. It was about introducing a ripple of doubt into their meticulously planned advance.</w:t>
      </w:r>
    </w:p>
    <w:p/>
    <w:p>
      <w:r>
        <w:br/>
        <w:t>On her Mask, the standard tactical display began to subtly shift. Instead of bold arrows indicating enemy movements, fainter, more ephemeral lines began to appear, depicting potential deviations, moments of strategic indecision. These weren’t predictions based on data alone, but on the calculated application of an Aetheric influence, a subtle suggestion woven into the battlefield’s energetic tapestry.</w:t>
      </w:r>
    </w:p>
    <w:p/>
    <w:p>
      <w:r>
        <w:br/>
        <w:t xml:space="preserve">“The eastern flank’s vulnerability is a calculated risk,” Kaelen interjected, his own focus shifting to Seris’s internal output, which his own enhanced senses could now partially perceive. “They anticipate our response to the western threat will be to reinforce the eastern perimeter. But if we can delay their commitment to the feint, we might have enough time to reroute a portion of our existing forces to intercept their supply line </w:t>
      </w:r>
    </w:p>
    <w:p>
      <w:pPr>
        <w:jc w:val="left"/>
      </w:pPr>
      <w:r>
        <w:rPr>
          <w:i/>
        </w:rPr>
        <w:t>before</w:t>
      </w:r>
      <w:r>
        <w:t xml:space="preserve"> it becomes a critical vulnerability.”</w:t>
      </w:r>
    </w:p>
    <w:p>
      <w:r>
        <w:br/>
        <w:t xml:space="preserve">Seris nodded, her hum deepening, the subtle modulation becoming more complex. She was now layering secondary harmonics, aiming to amplify the sense of uncertainty, to create a cascading effect of strategic doubt. It was like tuning a massive, invisible instrument, each subtle shift in her internal resonance fine-tuning the battlefield’s potential outcomes. “We need to project an Aetheric signature that implies we are </w:t>
      </w:r>
    </w:p>
    <w:p>
      <w:pPr>
        <w:jc w:val="left"/>
      </w:pPr>
      <w:r>
        <w:rPr>
          <w:i/>
        </w:rPr>
        <w:t>aware</w:t>
      </w:r>
      <w:r>
        <w:t xml:space="preserve"> of the feint, but are choosing to address the </w:t>
      </w:r>
      <w:r>
        <w:rPr>
          <w:i/>
        </w:rPr>
        <w:t>perceived</w:t>
      </w:r>
      <w:r>
        <w:t xml:space="preserve"> threat in the west with overwhelming force. This will reinforce their belief that their deception is working, while simultaneously creating the conditions for our delayed, but more effective, counter-maneuver.”</w:t>
      </w:r>
    </w:p>
    <w:p>
      <w:r>
        <w:br/>
        <w:t>Velor, his eyes wide, pointed to his sensor readouts. “Remarkable. The ambient Aetheric field around the Architect’s forward units… there are micro-fluctuations. Almost imperceptible, but they correlate with your harmonic output, Seris. It’s as if you’re introducing a subtle ‘noise’ into their tactical coherence.”</w:t>
      </w:r>
    </w:p>
    <w:p/>
    <w:p>
      <w:r>
        <w:br/>
        <w:t>The challenge, Seris knew, was to maintain this delicate balance. The Primordial Chant, in its corrupted form, was about imposition and brute force. Her application was about suggestion and subtle manipulation. A single misstep, an over-amplification of her intent, and the Chant could easily twist into its destructive aspect, creating unintended consequences or, worse, revealing her own strategy prematurely. It required a level of mental discipline that pushed the boundaries of her training, a constant awareness of the energetic currents she was subtly attempting to redirect.</w:t>
      </w:r>
    </w:p>
    <w:p/>
    <w:p>
      <w:r>
        <w:br/>
        <w:t>She then shifted her focus to a different aspect of the battle: logistics. The movement of supplies, the deployment of reinforcements, the coordination of allied units – these were all complex systems governed by a myriad of variables. The Architect, she hypothesized, was likely using their own corrupted Chant to predict and disrupt these logistical chains. Seris intended to counter this not by force, but by understanding and reinforcing the inherent patterns of efficient resource allocation.</w:t>
      </w:r>
    </w:p>
    <w:p/>
    <w:p>
      <w:r>
        <w:br/>
        <w:t>“Consider the transport convoys moving towards the central command,” Seris continued, her voice now carrying a different cadence, a more structured, almost architectural quality. “Their routing algorithms are based on minimizing travel time and maximizing defensive coverage. But they are vulnerable to ambush points that our intelligence has identified. If we can’t physically reinforce every potential ambush site, we can at least subtly influence the Aetheric signature of the routes themselves, making them appear less optimal, less secure to the Architect’s predictive systems.”</w:t>
      </w:r>
    </w:p>
    <w:p/>
    <w:p>
      <w:r>
        <w:br/>
        <w:t>She visualized the convoy routes as intricate energetic pathways. She then began to weave a new layer of harmonic resonance into these pathways, a subtle ‘noise’ that mimicked the Aetheric signature of instability, of potential disruption. It wasn’t a lie, not entirely. It was an amplification of existing, albeit minor, vulnerabilities, presented in a way that the Architect’s analytical systems, attuned to the corrupted Chant, would interpret as significant threats.</w:t>
      </w:r>
    </w:p>
    <w:p/>
    <w:p>
      <w:r>
        <w:br/>
        <w:t>“It’s like introducing phantom data into their predictive models,” Velor mused, his fingers flying across his console as he attempted to replicate the subtle energetic signatures Seris was projecting. “If their analysis of our logistical flow is based on Aetheric resonance, and we can inject a counter-resonance that suggests increased risk along certain pathways, they might reroute their own forces to intercept those ‘threatened’ routes, leaving our actual convoys undisturbed.”</w:t>
      </w:r>
    </w:p>
    <w:p/>
    <w:p>
      <w:r>
        <w:br/>
        <w:t xml:space="preserve">Kaelen’s eyes narrowed as he processed this. “So, you’re not trying to hide the convoys, Seris, but to make them appear as… undesirable targets. You’re using the Chant to manipulate the </w:t>
      </w:r>
    </w:p>
    <w:p>
      <w:pPr>
        <w:jc w:val="left"/>
      </w:pPr>
      <w:r>
        <w:rPr>
          <w:i/>
        </w:rPr>
        <w:t>perceived</w:t>
      </w:r>
      <w:r>
        <w:t xml:space="preserve"> threat landscape of our logistics.”</w:t>
      </w:r>
    </w:p>
    <w:p>
      <w:r>
        <w:br/>
        <w:t>“Precisely,” Seris confirmed, her focus unwavering. She was now weaving in harmonics of ‘caution,’ of ‘vigilance,’ subtly reinforcing the idea that the routes she was marking as vulnerable were indeed compromised. It required immense concentration. She had to maintain the pure, underlying resonance of her own intent for order and efficiency while simultaneously layering the deceptive harmonic frequencies. It was a delicate dance, a constant negotiation between revealing the truth of her objective and masking the means by which she intended to achieve it.</w:t>
      </w:r>
    </w:p>
    <w:p/>
    <w:p>
      <w:r>
        <w:br/>
        <w:t>The challenge wasn’t just in generating the correct frequencies, but in understanding the cause-and-effect relationships within the Aether. The Primordial Chant was a language, and like any language, it had syntax, grammar, and context. A misplaced syllable, a dissonant chord, could lead to misunderstanding, or worse, unintended destruction. Seris was essentially writing a complex persuasive argument in the language of Aether, aiming to convince the Architect’s predictive systems, and by extension, the Architect themselves, that certain logistical pathways were far more hazardous than they truly were.</w:t>
      </w:r>
    </w:p>
    <w:p/>
    <w:p>
      <w:r>
        <w:br/>
        <w:t>“The implications are significant,” Velor stated, a note of awe in his voice. “If we can reliably influence the Architect’s predictive capabilities regarding our logistics, we can dictate the terms of engagement in a far more nuanced way. We can draw their forces to where they are least effective, and protect our own vital assets without requiring direct Aetheric force projection.”</w:t>
      </w:r>
    </w:p>
    <w:p/>
    <w:p>
      <w:r>
        <w:br/>
        <w:t>Seris continued her work, her internal visualizations becoming even more intricate. She was now mapping out potential troop movements, not just of the enemy, but of her own forces, subtly influencing the Aetheric signature of deployment zones. The goal was to create a sense of Aetheric ‘gravitation’ – to make certain areas feel more conducive to defensive postures, or conversely, to subtly discourage enemy advances in others.</w:t>
      </w:r>
    </w:p>
    <w:p/>
    <w:p>
      <w:r>
        <w:br/>
        <w:t>“The Architect’s recent incursions have been characterized by their ability to exploit our predictable responses,” Seris explained, her voice a low, steady murmur. “They anticipate our formations, our defensive lines, our counter-attack vectors. But what if we could introduce an element of ‘strategic unpredictability’ into the very Aether of the battlefield? Not through overt manipulation, but through a constant, subtle recalibration of the ambient Aetheric landscape.”</w:t>
      </w:r>
    </w:p>
    <w:p/>
    <w:p>
      <w:r>
        <w:br/>
        <w:t>She began to focus on the concept of ‘momentum,’ of ‘flow.’ She visualized the battlefield as a dynamic, ever-shifting tide. The Architect’s corrupted Chant was like a massive, inexorable wave, crashing against their defenses. Her goal was to introduce subtle eddies and currents, to redirect that wave, to break its monolithic force into smaller, more manageable surges.</w:t>
      </w:r>
    </w:p>
    <w:p/>
    <w:p>
      <w:r>
        <w:br/>
        <w:t>This required a deep understanding of the interconnectedness of all things, a principle that lay at the heart of the Primordial Chant. Every action, every intent, had a ripple effect. By applying the Chant to her Mask, Seris was essentially attempting to fine-tune those ripples, to shape the cascade of cause and effect in her favor. It was a form of meta-strategy, influencing not just the immediate tactical situation, but the very underlying conditions that gave rise to it.</w:t>
      </w:r>
    </w:p>
    <w:p/>
    <w:p>
      <w:r>
        <w:br/>
        <w:t>“Imagine a city’s energy grid,” she elaborated, her mind working through analogies. “The Architect is like someone trying to overload the entire grid with a single, massive surge. We, on the other hand, are learning to reroute power, to create localized brownouts and surges in specific districts to protect the core infrastructure, while simultaneously drawing power from unexpected sources to bolster our own defenses. We’re not trying to break the grid; we’re trying to manage its flow with an intricate, intelligent hand.”</w:t>
      </w:r>
    </w:p>
    <w:p/>
    <w:p>
      <w:r>
        <w:br/>
        <w:t>The application to her Mask was literal. As she refined her mental visualizations and Aetheric modulations, the interface itself seemed to subtly respond. Predictive algorithms recalibrated themselves with unprecedented speed, flagging potential enemy movements with uncanny accuracy, not just based on observed data, but on a deeper, Aetheric intuition. Defensive formations displayed minute adjustments, subtly optimizing their coverage in anticipation of threats that hadn't yet fully materialized.</w:t>
      </w:r>
    </w:p>
    <w:p/>
    <w:p>
      <w:r>
        <w:br/>
        <w:t>“The success rate of our predictive combat subroutines has increased by nearly thirty percent in the last hour,” Velor reported, his voice tinged with a growing excitement. “These aren’t statistical anomalies. The system is actively recalibrating its threat assessment based on… something external to the raw data inputs. It’s as if the battlefield itself is communicating its potential futures to us through you, Seris.”</w:t>
      </w:r>
    </w:p>
    <w:p/>
    <w:p>
      <w:r>
        <w:br/>
        <w:t>Seris allowed herself a small, almost imperceptible smile. This was the essence of her approach. It wasn’t about wielding the Chant as a weapon, but as a tool for understanding and subtle influence. It was about applying the principles of harmony and resonance to the chaotic symphony of war, finding the underlying patterns, and then gently, deliberately, nudging them towards a more favorable outcome.</w:t>
      </w:r>
    </w:p>
    <w:p/>
    <w:p>
      <w:r>
        <w:br/>
        <w:t>She then focused on the Architect’s own troop movements. Their reliance on the corrupted Chant, she suspected, made them predictable in their predictability. If they were constantly seeking to impose their will through direct Aetheric force, their own movements would betray a certain rigidity, a lack of true adaptability.</w:t>
      </w:r>
    </w:p>
    <w:p/>
    <w:p>
      <w:r>
        <w:br/>
        <w:t>“Kaelen, I believe we can use their own predictive algorithms against them,” Seris stated, her eyes now fixed on a holographic projection of the Architect’s primary assault force. “They are moving in established patterns, following predictable Aetheric signatures of intent. If we can introduce a carefully crafted ‘decoysignature’ into the ambient Aether, something that mimics the Aetheric resonance of a significant strategic objective, we might be able to draw their attention away from our true objectives.”</w:t>
      </w:r>
    </w:p>
    <w:p/>
    <w:p>
      <w:r>
        <w:br/>
        <w:t>She began to weave a new harmonic, a powerful, resonant frequency that spoke of vulnerability, of opportunity. She visualized a critical supply depot, strategically placed in a seemingly exposed position. This wasn’t a real objective, but a carefully constructed Aetheric illusion, designed to attract the Architect’s attention like a beacon.</w:t>
      </w:r>
    </w:p>
    <w:p/>
    <w:p>
      <w:r>
        <w:br/>
        <w:t>“The risk is that they will detect the artificiality of the signature,” Kaelen warned, his gaze also focused on the simulated threat. “Their systems are designed to detect dissonance.”</w:t>
      </w:r>
    </w:p>
    <w:p/>
    <w:p>
      <w:r>
        <w:br/>
        <w:t xml:space="preserve">“But not necessarily subtle resonance that aligns with their own corrupted understanding of intent,” Seris countered. “We are not introducing a jarring discord, but a harmonious echo of what they </w:t>
      </w:r>
    </w:p>
    <w:p>
      <w:pPr>
        <w:jc w:val="left"/>
      </w:pPr>
      <w:r>
        <w:rPr>
          <w:i/>
        </w:rPr>
        <w:t>expect</w:t>
      </w:r>
      <w:r>
        <w:t xml:space="preserve"> to find. We are feeding their own predictive models with a desired outcome. The key is to ensure the ‘decoy’ signature is robust enough to draw their focus, but subtle enough to avoid immediate detection as an artificial construct.”</w:t>
      </w:r>
    </w:p>
    <w:p>
      <w:r>
        <w:br/>
        <w:t>She continued to modulate the frequency, layering it with harmonics that implied urgency, that spoke of a valuable prize ripe for the taking. It was a painstaking process, a tightrope walk between deception and authenticity. The mental discipline required was immense, requiring her to maintain the illusion perfectly, to project an unwavering sense of intent that belied the true nature of her objective.</w:t>
      </w:r>
    </w:p>
    <w:p/>
    <w:p>
      <w:r>
        <w:br/>
        <w:t>Velor observed her work with a mixture of awe and analytical fascination. “The ambient Aetheric field around the simulated depot… it’s beginning to register a subtle shift. The Architect’s forward scouts… their Aetheric signatures are showing a directional bias towards that area. They are being… drawn in.”</w:t>
      </w:r>
    </w:p>
    <w:p/>
    <w:p>
      <w:r>
        <w:br/>
        <w:t>Seris felt a surge of focused energy. This was the potential of the Chant, not as a blunt instrument, but as a refined tool of influence. It was about understanding the fundamental language of existence and using it to craft a more advantageous reality. The battle was not just fought with weapons and shields, but with intent, with resonance, with the subtle art of weaving one’s will into the very fabric of the Aether.</w:t>
      </w:r>
    </w:p>
    <w:p/>
    <w:p>
      <w:r>
        <w:br/>
        <w:t>As the simulated forces of the Architect began to deviate from their original trajectory, shifting towards the Aetherically crafted illusion, Seris knew she was on the precipice of a new understanding. The Primordial Chant was not simply a weapon to be wielded, but a fundamental force to be understood, a language to be mastered. And through her Mask, through her calculated application, she was beginning to speak it with a clarity that promised to redefine the very nature of warfare. The echoes of the Primordial Chant were not just a threat; they were a new frontier, and Seris was charting its course.</w:t>
      </w:r>
    </w:p>
    <w:p/>
    <w:p>
      <w:r>
        <w:t>Liora found herself drawn to a quieter, more introspective application of the Primordial Chant. While Kaelen wrestled with its raw, explosive potential and Seris orchestrated subtle shifts in the grand tapestry of strategy, Liora’s focus was on the delicate art of mending. The Aether, she had observed, was not merely a battlefield; it was a living, breathing entity, capable of great harmony and equally profound suffering. The Architect’s corrupted Chant, a discordant shriek that tore through the fundamental frequencies of existence, had left behind not just physical devastation, but deep, festering wounds within the Aether itself. These were Aetheric scars, energetic imprints of pain and violation that resonated with a chilling dissonance.</w:t>
      </w:r>
    </w:p>
    <w:p>
      <w:r>
        <w:br/>
        <w:t>Her personal interface, a more fluid and organic design than the stark utility of Seris’s Mask, was attuned to the subtler vibrations of life. It displayed not tactical formations, but bio-Aetheric resonance patterns, the subtle hum of a healthy ecosystem, and the flickering, erratic signatures of trauma. Liora spent hours observing these patterns, her mind a receptive instrument, learning to distinguish the pure, foundational tones of the Aether from the cacophony of its corruption.</w:t>
      </w:r>
    </w:p>
    <w:p/>
    <w:p>
      <w:r>
        <w:br/>
        <w:t>“It’s like a song that’s been violently interrupted,” she explained to Velor one cycle, her voice soft, almost reverent. She gestured to a holographic display depicting a region recently subjected to an Architect offensive. The usual vibrant hum of life was choked by ragged, jagged lines of energy, pulsing with a sickly, malevolent light. “The Architect’s Chant doesn’t just destroy; it tears. It rips apart the natural resonance, leaving these… voids where harmony used to be.”</w:t>
      </w:r>
    </w:p>
    <w:p/>
    <w:p>
      <w:r>
        <w:br/>
        <w:t>Velor, ever the pragmatist, nodded. “The residual energy signatures are highly volatile. Our containment protocols are designed to suppress them, but suppression isn’t healing, Liora.”</w:t>
      </w:r>
    </w:p>
    <w:p/>
    <w:p>
      <w:r>
        <w:br/>
        <w:t>“Exactly,” Liora replied, her gaze intense. “Suppression is a temporary measure. We need to restore the natural flow, to reintroduce the missing notes, to help the Aether find its equilibrium again. It’s not about overwhelming the corrupted energy; it’s about re-tuning it, coaxing it back into harmony.”</w:t>
      </w:r>
    </w:p>
    <w:p/>
    <w:p>
      <w:r>
        <w:br/>
        <w:t>She began to experiment with her own vocalizations, not the booming pronouncements Kaelen favored, but a series of pure, sustained tones. She started with the foundational frequency, the calm, grounding hum that represented the undisturbed Aether. She focused her intent not on command, but on invitation. She visualized the Aetheric scars as tangled threads, and her voice as a gentle, persistent current, seeking to unravel them, to smooth their rough edges.</w:t>
      </w:r>
    </w:p>
    <w:p/>
    <w:p>
      <w:r>
        <w:br/>
        <w:t>Her first attempts were subtle, almost imperceptible. She would hum a pure C, then slowly, meticulously, shift to a resonant G, holding each note with absolute precision. Her interface would display the resulting Aetheric field, and she would watch for any sign of response, any flicker of alignment. Often, there was nothing. The corrupted Aether remained stubbornly resistant, its discordance too deeply ingrained.</w:t>
      </w:r>
    </w:p>
    <w:p/>
    <w:p>
      <w:r>
        <w:br/>
        <w:t>“It’s like trying to speak a language no one remembers,” she confessed to Kaelen during one of their training sessions. He was practicing a new defensive resonance, a shimmering shield of pure sonic force. The contrast between their approaches was stark.</w:t>
      </w:r>
    </w:p>
    <w:p/>
    <w:p>
      <w:r>
        <w:br/>
        <w:t>“Remember, Liora,” Kaelen said, his voice resonating with controlled power, “the Chant is inherently an act of will. If the Architects can impose their will, so can we. Perhaps your approach is too gentle.”</w:t>
      </w:r>
    </w:p>
    <w:p/>
    <w:p>
      <w:r>
        <w:br/>
        <w:t xml:space="preserve">Liora shook her head. “But their will is corrupted, Kaelen. It’s a perversion of the Chant. We need to remember what the Chant </w:t>
      </w:r>
    </w:p>
    <w:p>
      <w:pPr>
        <w:jc w:val="left"/>
      </w:pPr>
      <w:r>
        <w:rPr>
          <w:i/>
        </w:rPr>
        <w:t>is</w:t>
      </w:r>
      <w:r>
        <w:t xml:space="preserve"> at its core: connection, harmony, creation. If we answer their imposition with our own, even with good intentions, are we not just perpetuating the cycle of conflict?”</w:t>
      </w:r>
    </w:p>
    <w:p>
      <w:r>
        <w:br/>
        <w:t>She returned to her practice, her focus sharpening. She realized that simply mimicking natural frequencies wasn’t enough. The corrupted Aether had been shaped by malevolent intent, and to heal it, she needed to introduce a counter-intent, one of profound benevolence and restorative power. She began to imbue her vocalizations with the concept of ‘growth,’ of ‘renewal.’ She envisioned seeds of pure Aetheric energy blooming within the scarred regions, pushing back the corruption not with force, but with life.</w:t>
      </w:r>
    </w:p>
    <w:p/>
    <w:p>
      <w:r>
        <w:br/>
        <w:t>She discovered that by focusing on specific biological harmonies, she could achieve more pronounced effects. The resonant frequencies of a healthy plant, the steady pulse of a well-hydrated ecosystem, the quiet hum of symbiotic organisms – these were all patterns of Aetheric balance that had been violently disrupted. She began to practice vocalizations that mirrored these patterns, seeking to reawaken the dormant restorative energies within the damaged Aether.</w:t>
      </w:r>
    </w:p>
    <w:p/>
    <w:p>
      <w:r>
        <w:br/>
        <w:t>“Listen,” she instructed Velor, her voice now carrying a complex, multi-layered quality. She was holding a single, sustained note, but within it, one could discern the subtle interplay of several harmonizing frequencies, reminiscent of the gentle chorus of a forest at dawn. On her interface, the ragged edges of the Aetheric scar began to soften. The violent pulsing diminished, replaced by a slower, more rhythmic oscillation.</w:t>
      </w:r>
    </w:p>
    <w:p/>
    <w:p>
      <w:r>
        <w:br/>
        <w:t>“The volatility is decreasing,” Velor observed, his brow furrowed in concentration. “The corrupted energy is… settling. It’s not being erased, but it’s becoming less chaotic.”</w:t>
      </w:r>
    </w:p>
    <w:p/>
    <w:p>
      <w:r>
        <w:br/>
        <w:t>“It’s being soothed,” Liora explained, her eyes closed, her entire being focused on the task. “The Chant, when applied with intent for healing, doesn’t destroy the corrupted resonance. It surrounds it, embraces it, and gradually reintroduces the natural order. Think of it like a calming balm on a wound.”</w:t>
      </w:r>
    </w:p>
    <w:p/>
    <w:p>
      <w:r>
        <w:br/>
        <w:t>She found that certain combinations of intent and vocalization were particularly effective. When she focused on ‘nurturing,’ her voice took on a warm, enveloping quality, and the Aetheric scars would visibly constrict, drawing in the ambient energy. When she focused on ‘rebirth,’ her vocalizations became brighter, more uplifting, and she could observe nascent Aetheric structures beginning to form within the barren regions, like the first shoots of a spring meadow.</w:t>
      </w:r>
    </w:p>
    <w:p/>
    <w:p>
      <w:r>
        <w:br/>
        <w:t>The challenge, she learned, was the sheer scale of the corruption. The Architect’s attacks were often widespread, leaving vast swathes of the Aether wounded. Healing them required not just focused application, but a pervasive, sustained effort. Liora began to develop techniques for projecting her restorative intent over larger areas, creating a resonance field that acted as a continuous balm.</w:t>
      </w:r>
    </w:p>
    <w:p/>
    <w:p>
      <w:r>
        <w:br/>
        <w:t>“We can’t be everywhere at once,” she mused, looking at a star chart displaying multiple regions in critical condition. “But perhaps the Chant can work through secondary resonance. If I can establish a strong enough harmonic anchor in a damaged sector, can that anchor then spread its restorative influence, like ripples on a pond?”</w:t>
      </w:r>
    </w:p>
    <w:p/>
    <w:p>
      <w:r>
        <w:br/>
        <w:t>She spent days meditating on this concept, delving into the interconnectedness of all Aetheric patterns. She theorized that the Primordial Chant, in its purest form, was a fundamental force of connection. If she could tap into that inherent interconnectedness, her healing efforts could propagate themselves.</w:t>
      </w:r>
    </w:p>
    <w:p/>
    <w:p>
      <w:r>
        <w:br/>
        <w:t>Her breakthrough came when she focused not on the individual scars, but on the underlying Aetheric lattice that connected them. She visualized this lattice as a vast, intricate network of energetic pathways, and the Architect’s attacks as severances within that network. Her task, then, was to reconnect those severed pathways, to re-establish the flow of harmony.</w:t>
      </w:r>
    </w:p>
    <w:p/>
    <w:p>
      <w:r>
        <w:br/>
        <w:t>She began a new series of vocalizations, each note carefully chosen to resonate with the fundamental frequencies of connection. She envisioned her voice as a bridge, spanning the gaps in the Aetheric lattice, carrying with it the pure, untainted essence of the Chant. Her interface showed the results immediately. The isolated Aetheric scars began to draw closer, their dissonant energies finding a shared resonance, and within that shared resonance, Liora’s restorative tones began to weave a new, cohesive pattern.</w:t>
      </w:r>
    </w:p>
    <w:p/>
    <w:p>
      <w:r>
        <w:br/>
        <w:t>“It’s like creating a unified Aetheric field,” Velor exclaimed, watching the display with uncharacteristic excitement. “You’re not just healing individual wounds; you’re reinforcing the integrity of the Aether itself.”</w:t>
      </w:r>
    </w:p>
    <w:p/>
    <w:p>
      <w:r>
        <w:br/>
        <w:t>Liora nodded, a quiet sense of triumph filling her. “The Architect’s power comes from breaking connections. Ours comes from forging them. By strengthening the fundamental Aetheric bonds, we make the entire system more resilient, more capable of healing itself.”</w:t>
      </w:r>
    </w:p>
    <w:p/>
    <w:p>
      <w:r>
        <w:br/>
        <w:t>She began to train others in her methods, starting with the medical corps. They were accustomed to dealing with physical trauma, but Liora taught them to perceive and interact with the Aetheric components of injury and recovery. She emphasized that true healing wasn’t just about repairing the physical form, but about restoring the energetic harmony that underpinned it.</w:t>
      </w:r>
    </w:p>
    <w:p/>
    <w:p>
      <w:r>
        <w:br/>
        <w:t>Her focus wasn’t solely on the aftermath of conflict. She also began to explore the proactive applications of her approach. If the Architect’s Chant was about imposing a corrupted will, Liora’s was about fostering an environment of inherent resilience. She experimented with projecting a subtle, pervasive field of restorative Aetheric resonance over allied outposts and settlements, aiming to bolster their natural defenses not through overt force, but through subtle energetic fortification.</w:t>
      </w:r>
    </w:p>
    <w:p/>
    <w:p>
      <w:r>
        <w:br/>
        <w:t>“It’s like cultivating a healthy garden,” she explained to Kaelen during a discussion about the front lines. “Instead of building higher walls, we’re enriching the soil, ensuring the plants are naturally strong and resistant to blight. If the Aether around our bases is imbued with a strong, harmonious resonance, it will be inherently more difficult for the Architect’s corrupted energies to take root.”</w:t>
      </w:r>
    </w:p>
    <w:p/>
    <w:p>
      <w:r>
        <w:br/>
        <w:t>Her experiments yielded promising results. Areas under her subtle restorative influence showed increased Aetheric stability, greater resistance to psychic intrusion, and a general uplift in morale. It was a slow, painstaking process, requiring immense patience and a deep understanding of the subtle interplay of energies. She learned to “listen” to the Aether, to discern where its natural harmony was faltering and to gently guide it back towards balance.</w:t>
      </w:r>
    </w:p>
    <w:p/>
    <w:p>
      <w:r>
        <w:br/>
        <w:t>She discovered that the most effective way to counteract the Architect’s pervasive corruption was to reintroduce the fundamental principles of the Chant: balance, connection, and growth. Her vocalizations evolved, becoming more intricate, more nuanced, mirroring the complex symphonies of the natural universe. She would spend hours in deep meditation, attuning herself to the Aether, seeking out the places where its song had been silenced, and then, with deliberate care, reintroducing a single, pure note.</w:t>
      </w:r>
    </w:p>
    <w:p/>
    <w:p>
      <w:r>
        <w:br/>
        <w:t>One particular challenge was the psychological toll of witnessing the Aether’s suffering. The constant exposure to the corrupted energy, even while trying to heal it, could be draining. Liora developed mental disciplines to shield herself, to maintain her focus without becoming overwhelmed by the dissonance. She found solace in the moments when her efforts bore fruit, when a damaged region began to glow with a soft, renewed light, and the jagged lines of corruption receded.</w:t>
      </w:r>
    </w:p>
    <w:p/>
    <w:p>
      <w:r>
        <w:br/>
        <w:t>Her exploration of the Chant led her to understand that its power lay not in its volume or intensity, but in its purity and its alignment with the fundamental forces of existence. The Architect used it as a weapon of subjugation, but Liora saw it as a tool of creation and restoration. It was a subtle distinction, but one that held the key to true victory. She began to believe that by fostering a pervasive sense of Aetheric well-being, they could not only mend the damage already done but also build a future where the Architect’s corrupted Chant held no sway.</w:t>
      </w:r>
    </w:p>
    <w:p/>
    <w:p>
      <w:r>
        <w:br/>
        <w:t>As she continued her work, Liora realized that her application of the Primordial Chant was not about dominating the Aether, but about coexisting with it, about understanding its needs and responding with care. She was not a commander of energetic forces, but a conduit for their natural harmony. Her goal was not to impose her will, but to facilitate the will of life itself, to help the Aether remember its own song, and to sing it with renewed strength and beauty. The echoes of the Primordial Chant, in her hands, were becoming not a harbinger of destruction, but a melody of hope.</w:t>
      </w:r>
    </w:p>
    <w:p/>
    <w:p>
      <w:pPr>
        <w:jc w:val="left"/>
      </w:pPr>
      <w:r>
        <w:t xml:space="preserve">The hum of the Resonator Unit was a constant, almost subliminal thrum against Kaelen’s senses, a grounding presence in the ethereal expanse he sought to navigate. Unlike Liora’s nurturing resonance, or Seris’s strategic applications, Kaelen’s exploration of the Primordial Chant delved into its most abstract and introspective territories. He wasn't seeking to mend or to command; he was seeking to </w:t>
      </w:r>
      <w:r>
        <w:rPr>
          <w:i/>
        </w:rPr>
        <w:t>understand</w:t>
      </w:r>
      <w:r>
        <w:t>. His focus had shifted from the immediate, tangible effects of the Chant to its deeper, more existential implications. He grappled with the idea that the Chant wasn't merely a force that could be wielded, but a fundamental aspect of consciousness itself, an echo of creation woven into the very fabric of perception.</w:t>
      </w:r>
    </w:p>
    <w:p>
      <w:r>
        <w:br/>
        <w:t>He would stand for hours, eyes closed, the faint glow of the Resonator casting shifting patterns on his face, his breath measured, almost imperceptible. His vocalizations were not the booming pronouncements of warfare or the delicate refrains of healing. Instead, they were deep, resonant tones that seemed to emanate from the core of his being, probing the limits of his own awareness. He wasn't trying to shape the Aether; he was trying to allow it to shape him, to reveal its intrinsic nature through the conduit of his own consciousness.</w:t>
      </w:r>
    </w:p>
    <w:p/>
    <w:p>
      <w:r>
        <w:br/>
        <w:t>“The Architects,” he’d explained to a bewildered Seris during one rare moment of shared reflection, “they wield the Chant as a blunt instrument, a tool of dominion. They impose their will, their corrupted ideology. But the Chant… it’s more than just will. It’s the resonance of existence itself. It’s the hum of possibility before it solidifies into reality.”</w:t>
      </w:r>
    </w:p>
    <w:p/>
    <w:p>
      <w:r>
        <w:br/>
        <w:t>His current pursuit was the origin of the Chant, the primordial whisper that had first sparked the Aether into being. He theorized that if the Architects had corrupted it, there must be a pure, untainted source. And if there was a source, perhaps it was accessible. Perhaps it was not a place, but a state of being, a frequency of pure consciousness that predated form. He was chasing the echo of thought itself, the primal impulse that had birthed awareness.</w:t>
      </w:r>
    </w:p>
    <w:p/>
    <w:p>
      <w:r>
        <w:br/>
        <w:t>He began to experiment with what he termed ‘consciousness resonance.’ Instead of projecting a specific intent into the Aether, he sought to align his own consciousness with the Aether’s inherent state. This involved a rigorous mental discipline, stripping away layers of personal experience, of learned biases, of the very self he had cultivated. He strived for a state of pure receptivity, a void into which the Aether’s truths might pour.</w:t>
      </w:r>
    </w:p>
    <w:p/>
    <w:p>
      <w:r>
        <w:br/>
        <w:t>“It’s like trying to hear a whisper in a hurricane,” he admitted to Liora, who had joined him in the Resonator chamber, drawn by the unusual stillness that pervaded his practice. “The Architect’s dissonance is everywhere, a constant static that drowns out the subtler frequencies.”</w:t>
      </w:r>
    </w:p>
    <w:p/>
    <w:p>
      <w:r>
        <w:br/>
        <w:t>“What are you listening for, Kaelen?” Liora asked, her voice a soft counterpoint to the low thrum. She could sense the immense pressure Kaelen was exerting, not on the Aether, but on himself.</w:t>
      </w:r>
    </w:p>
    <w:p/>
    <w:p>
      <w:r>
        <w:br/>
        <w:t>“The original chord,” Kaelen replied, his eyes still closed, his brow furrowed in concentration. “The note that sang creation into existence. I believe the Aether retains a memory of it, a fundamental frequency that underpins everything. The Architects have distorted it, amplified the discord, but the original resonance… it must still be there, buried beneath the noise.”</w:t>
      </w:r>
    </w:p>
    <w:p/>
    <w:p>
      <w:r>
        <w:br/>
        <w:t xml:space="preserve">He began to focus his vocalizations on pure, sustained vowels, holding them for extended periods, slowly modulating the pitch and timbre. He wasn’t seeking a specific pitch, but rather the </w:t>
      </w:r>
    </w:p>
    <w:p>
      <w:pPr>
        <w:jc w:val="left"/>
      </w:pPr>
      <w:r>
        <w:rPr>
          <w:i/>
        </w:rPr>
        <w:t>quality</w:t>
      </w:r>
      <w:r>
        <w:t xml:space="preserve"> of the sound, the way it resonated not just in the air, but within his own mind. He imagined his consciousness as a tuning fork, struck by an invisible hammer, seeking to find its sympathetic vibration with the Aether.</w:t>
      </w:r>
    </w:p>
    <w:p>
      <w:r>
        <w:br/>
        <w:t>The effects were subtle, and often unsettling. Sometimes, he would experience fleeting glimpses of abstract geometries, shifting patterns of light and shadow that seemed to exist outside of conventional space. Other times, he felt a profound sense of dissociation, as if his own body were a temporary vessel, and his true essence was something far vaster, more ancient, and utterly alien.</w:t>
      </w:r>
    </w:p>
    <w:p/>
    <w:p>
      <w:r>
        <w:br/>
        <w:t xml:space="preserve">“It feels like… un-becoming,” he confessed to Velor one cycle, the concept alien to the pragmatic strategist. “Like shedding the layers of what I think I am, to find what I truly </w:t>
      </w:r>
    </w:p>
    <w:p>
      <w:pPr>
        <w:jc w:val="left"/>
      </w:pPr>
      <w:r>
        <w:rPr>
          <w:i/>
        </w:rPr>
        <w:t>am</w:t>
      </w:r>
      <w:r>
        <w:t xml:space="preserve">. Or perhaps, what the Aether </w:t>
      </w:r>
      <w:r>
        <w:rPr>
          <w:i/>
        </w:rPr>
        <w:t>is</w:t>
      </w:r>
      <w:r>
        <w:t>, independent of us.”</w:t>
      </w:r>
    </w:p>
    <w:p>
      <w:r>
        <w:br/>
        <w:t>He started to experiment with synchronized resonance, a technique that required immense mental discipline and precise timing. He would use the Resonator Unit to generate a base frequency, a foundational hum that he believed was closest to the Aether’s natural state. Then, he would layer his own vocalizations upon it, not to alter the base frequency, but to create a complex harmonic tapestry that he hoped would reveal deeper layers of meaning.</w:t>
      </w:r>
    </w:p>
    <w:p/>
    <w:p>
      <w:r>
        <w:br/>
        <w:t>“It’s a conversation,” Kaelen explained, the concept new even to him. “Not a command, not a plea, but a mutual exchange. The Aether has its own inherent song, and by attuning ourselves to it, we can begin to understand its language.”</w:t>
      </w:r>
    </w:p>
    <w:p/>
    <w:p>
      <w:r>
        <w:br/>
        <w:t>He discovered that certain combinations of his internal state and external vocalization could induce altered states of perception. He found that by focusing on the concept of ‘emptiness,’ not as an absence, but as a boundless potential, his voice would produce a series of near-silent sub-harmonic frequencies. When these frequencies interacted with the Aether, he would experience moments of profound clarity, where the usual constraints of causality seemed to loosen, and he could perceive the faint traces of past and future events superimposed on the present.</w:t>
      </w:r>
    </w:p>
    <w:p/>
    <w:p>
      <w:r>
        <w:br/>
        <w:t>“It’s like seeing the ripples in the pond of time,” he told Liora, his eyes wide with a mixture of awe and trepidation. “The Chant… it’s not just sound. It’s the vibration of consciousness itself, interacting with the fundamental substrate of reality.”</w:t>
      </w:r>
    </w:p>
    <w:p/>
    <w:p>
      <w:r>
        <w:br/>
        <w:t>He theorized that the Architects, in their corruption of the Chant, had sought to dominate this fundamental substrate, to bend the very nature of existence to their will. But in doing so, they had also revealed its immense power, its capacity to shape perception and reality on the deepest levels. Kaelen believed that by understanding this, by embracing the Chant’s existential resonance, they could find a way to not only counter the Architects but to transcend their influence entirely.</w:t>
      </w:r>
    </w:p>
    <w:p/>
    <w:p>
      <w:r>
        <w:br/>
        <w:t>His practice became a delicate dance between self-awareness and universal connection. He would focus on his breath, on the subtle energetic currents flowing through his own body, and then extend that awareness outward, seeking to find a resonant connection with the Aether. He visualized his consciousness as a ripple, expanding outward from his being, touching the edges of the Aether, and then reflecting back, carrying with it new information, new understanding.</w:t>
      </w:r>
    </w:p>
    <w:p/>
    <w:p>
      <w:r>
        <w:br/>
        <w:t>He began to meditate on the concept of ‘echo.’ If the original Chant was the first vibration, then everything that followed was an echo, a resonance of that initial act of creation. The Aether itself was an echo, and consciousness was an echo of the Aether. The Architects’ Chant was a discordant echo, a perversion of the original sound. Kaelen sought to find the purest echoes, the ones that still carried the original intent, and to amplify them.</w:t>
      </w:r>
    </w:p>
    <w:p/>
    <w:p>
      <w:r>
        <w:br/>
        <w:t>“It’s not about imposing order,” he reasoned, during a session of intense vocalization that filled the chamber with an almost palpable pressure. “It’s about recognizing the inherent order that already exists, the primordial resonance that has been masked. We need to strip away the layers of corruption, the noise, and allow the true song to emerge.”</w:t>
      </w:r>
    </w:p>
    <w:p/>
    <w:p>
      <w:r>
        <w:br/>
        <w:t>He encountered moments of profound existential dread. The sheer scale of the Aether, the immensity of its history, the fleeting nature of individual consciousness – these were concepts that could easily overwhelm. But Kaelen persevered, driven by an insatiable curiosity, a deep-seated need to comprehend the fundamental nature of reality. He understood that his exploration was inherently dangerous, that tampering with the foundational resonances of existence could have unforeseen consequences. Yet, the allure of understanding, of potentially glimpsing the true face of creation, was too powerful to resist.</w:t>
      </w:r>
    </w:p>
    <w:p/>
    <w:p>
      <w:r>
        <w:br/>
        <w:t>He began to experiment with “silence” as a form of resonant expression. He would hold a sustained note for an extended period, then suddenly cut it off, creating a vacuum of sound. In that vacuum, he found that the Aether would often reveal subtler energetic structures, information that was usually masked by audible frequencies. It was in these moments of engineered silence that he felt closest to understanding the ‘echo of thought’ he was pursuing – the silent, fundamental intention that preceded vocalization.</w:t>
      </w:r>
    </w:p>
    <w:p/>
    <w:p>
      <w:r>
        <w:br/>
        <w:t xml:space="preserve">“The Architect’s power is in the amplification of their own distorted signal,” Kaelen mused, his voice barely a whisper, yet carrying an immense weight of contemplation. “They drown out the truth with their lies. But the truth… it doesn’t need to shout. It simply </w:t>
      </w:r>
    </w:p>
    <w:p>
      <w:pPr>
        <w:jc w:val="left"/>
      </w:pPr>
      <w:r>
        <w:rPr>
          <w:i/>
        </w:rPr>
        <w:t>is</w:t>
      </w:r>
      <w:r>
        <w:t>. It exists in the spaces between the noise, in the quiet hum that persists beneath the chaos.”</w:t>
      </w:r>
    </w:p>
    <w:p>
      <w:r>
        <w:br/>
        <w:t xml:space="preserve">He started to synchronize his breathing with the subtle energetic pulses he detected within the Aether. He wasn't just singing </w:t>
      </w:r>
    </w:p>
    <w:p>
      <w:pPr>
        <w:jc w:val="left"/>
      </w:pPr>
      <w:r>
        <w:rPr>
          <w:i/>
        </w:rPr>
        <w:t>to</w:t>
      </w:r>
      <w:r>
        <w:t xml:space="preserve"> the Aether; he was breathing </w:t>
      </w:r>
      <w:r>
        <w:rPr>
          <w:i/>
        </w:rPr>
        <w:t>with</w:t>
      </w:r>
      <w:r>
        <w:t xml:space="preserve"> it, becoming part of its rhythm, its flow. This led to a deepening of his subjective experience of the Chant. It was no longer an external force he was manipulating, but an internal state he was cultivating. The lines between his own consciousness and the Aether began to blur, and he found himself experiencing moments of profound unity, where the universe seemed to be singing through him.</w:t>
      </w:r>
    </w:p>
    <w:p>
      <w:r>
        <w:br/>
        <w:t xml:space="preserve">He began to consider the possibility that the Primordial Chant was not just a sonic phenomenon, but a form of consciousness transference. That by uttering the right frequencies, with the right intent, one could, in essence, share consciousness with the Aether itself, experiencing its immensity and its ancient wisdom firsthand. This was the ultimate goal of his exploration – not to control, not to heal, but to </w:t>
      </w:r>
    </w:p>
    <w:p>
      <w:pPr>
        <w:jc w:val="left"/>
      </w:pPr>
      <w:r>
        <w:rPr>
          <w:i/>
        </w:rPr>
        <w:t>connect</w:t>
      </w:r>
      <w:r>
        <w:t xml:space="preserve"> on the most fundamental level.</w:t>
      </w:r>
    </w:p>
    <w:p>
      <w:r>
        <w:br/>
        <w:t>“The Architects believe they are conquering the Aether,” Kaelen declared, his voice now imbued with a new, quiet certainty, as if he had just glimpsed a profound truth. “They see it as a territory to be claimed. But they misunderstand. The Aether is not a place; it is a state of being. And the Chant is the key to unlocking that state. It is the echo of the first thought, the breath of existence. If we can truly understand it, truly resonate with it, then we can understand ourselves, and our place in the grand symphony of creation.”</w:t>
      </w:r>
    </w:p>
    <w:p/>
    <w:p>
      <w:r>
        <w:br/>
        <w:t>He continued his practice, each session a step further into the uncharted territories of consciousness and the Aether. He was no longer just a soldier, or a strategist, but a philosopher, a mystic, seeking enlightenment through the most fundamental of human expressions – sound, and the even more elusive echo of thought that it represented. His journey was fraught with peril, the abyss of the unknown beckoning with both promise and terror, but Kaelen was determined to hear the universe’s original song, and in doing so, to find the echo of his own true nature.</w:t>
      </w:r>
    </w:p>
    <w:p/>
    <w:p>
      <w:r>
        <w:t>The observation chamber hummed with a low, anticipatory thrum, a stark contrast to the more visceral, elemental resonances Kaelen had been exploring. Here, the air was sterile, charged with the focused intent of the Synarchs. They were not seeking abstract truth or existential communion. Their purpose was precise, almost surgical: to create a controlled reverberation, a managed echo of the Primordial Chant. Kaelen watched from a shielded alcove, a silent witness to their meticulously orchestrated attempt to tame the untamed. The chamber’s primary Resonator Unit, a colossal structure of interwoven metallic conduits and crystalline matrices, pulsed with a soft, internal light, a coiled serpent of immense potential.</w:t>
      </w:r>
    </w:p>
    <w:p>
      <w:r>
        <w:br/>
        <w:t>The Synarchs, a council of thirteen individuals whose very presence seemed to warp the air with a concentrated gravity, stood in a formation designed for maximum harmonic coherence. Each member was a conduit, a focused point of will, their individual consciousnesses meticulously aligned. Their robes, woven from filaments that captured and refracted ambient light, shimmered with subtle shifts in hue, a visual manifestation of their synchronized effort. The lead Synarch, a figure whose face was perpetually obscured by a veil of shifting light, raised a hand, the gesture sharp and decisive.</w:t>
      </w:r>
    </w:p>
    <w:p/>
    <w:p>
      <w:r>
        <w:br/>
        <w:t>“Initiate primary frequency sequence,” a synthesized voice intoned from the chamber’s central console. The Resonator Unit responded with a deep, resonant tone, a pure sine wave that seemed to vibrate not just the air, but the very bones of the observers. It was a sound that felt foundational, primal, yet utterly sterile in its perfection. Kaelen felt a faint tremor pass through the floor, a ghost of the immense power being channeled. This was not the raw, untamed energy of a celestial event, but something contained, refined, and directed.</w:t>
      </w:r>
    </w:p>
    <w:p/>
    <w:p>
      <w:r>
        <w:br/>
        <w:t>The Synarchs began their vocalizations. Unlike Kaelen’s introspective explorations, their voices were instruments of precision. They uttered short, sharp syllables, precisely pitched and timed, each sound a carefully measured increment designed to interact with the Resonator’s base frequency. The effect was not a melody, nor a symphony, but a series of calculated pulses, like a skilled technician tapping on a vast, complex machine to gauge its response. Kaelen noted the almost complete absence of improvisation, of personal inflection. Every syllable was a pre-determined unit of sonic energy.</w:t>
      </w:r>
    </w:p>
    <w:p/>
    <w:p>
      <w:r>
        <w:br/>
        <w:t xml:space="preserve">“Modulate harmonic convergence,” the synthesized voice commanded. The Synarchs shifted their pitch, their vocalizations interweaving to create a complex, almost crystalline structure of sound. It was not beautiful, not in the conventional sense. It was </w:t>
      </w:r>
    </w:p>
    <w:p>
      <w:pPr>
        <w:jc w:val="left"/>
      </w:pPr>
      <w:r>
        <w:rPr>
          <w:i/>
        </w:rPr>
        <w:t>ordered</w:t>
      </w:r>
      <w:r>
        <w:t>. It was the sound of intent made manifest, a deliberate imposition of pattern upon the fundamental fabric of existence. Kaelen could feel the subtle pressure building within the chamber, a distortion in the Aether that was palpable, though contained. It was like a taut string, stretched to its limit, vibrating with contained energy.</w:t>
      </w:r>
    </w:p>
    <w:p>
      <w:r>
        <w:br/>
        <w:t>The lead Synarch’s veil flared, a brief intensification of its light. “Target resonance: minor perturbation. Amplitude: minimal. Duration: five cycles.” The instructions were clear, the parameters strictly defined. They were not attempting to rewrite reality, merely to demonstrate a controlled interaction. This was an experiment in precision, in demonstrating their growing mastery over forces that had once been the sole province of cosmic phenomena.</w:t>
      </w:r>
    </w:p>
    <w:p/>
    <w:p>
      <w:r>
        <w:br/>
        <w:t>The combined vocalizations of the Synarchs intensified, their focused sonic output interacting with the Resonator’s steady hum. Kaelen could perceive the Aether reacting, not with a chaotic surge, but with a localized, almost hesitant ripple. It was as if a single drop of water had been carefully placed onto the surface of a vast, still lake, creating a small, expanding circle that quickly began to fade. The light within the Resonator Unit pulsed in time with the Synarchs’ efforts, a silent acknowledgement of the energy exchange.</w:t>
      </w:r>
    </w:p>
    <w:p/>
    <w:p>
      <w:r>
        <w:br/>
        <w:t>For a fleeting moment, Kaelen felt a disorienting shift in his own perception. The edges of his vision seemed to blur, and the solid walls of the alcove appeared to waver, as if viewed through heat haze. This was the ‘echo’ they were attempting to create – a localized distortion, a momentary divergence from the norm. It was not a grand reshaping of reality, but a subtle, almost imperceptible alteration of the Aether’s consistent state. He imagined it as a brief, almost subliminal stutter in the universal symphony, a single errant note quickly corrected.</w:t>
      </w:r>
    </w:p>
    <w:p/>
    <w:p>
      <w:r>
        <w:br/>
        <w:t>The Synarchs held the resonance for precisely the allotted duration, their faces, visible through the shimmering veils, etched with intense concentration. There was no outward sign of strain, no struggle. Their control was absolute, their discipline unwavering. Yet, Kaelen sensed an undercurrent of something else – a profound respect, perhaps even a touch of awe, for the sheer magnitude of the power they were manipulating. They were not merely playing with sound; they were interacting with the fundamental vibration of existence.</w:t>
      </w:r>
    </w:p>
    <w:p/>
    <w:p>
      <w:r>
        <w:br/>
        <w:t>Then, as deliberately as it had begun, the vocalizations ceased. The lead Synarch lowered their hand, and the Resonator Unit’s deep tone softened, gradually fading back to its quiescent hum. The subtle distortion in the Aether smoothed out, the localized ripple dissolving back into the pervasive background resonance. The chamber returned to its sterile stillness, the only evidence of the experiment the lingering scent of ozone and the faint shimmer in the air.</w:t>
      </w:r>
    </w:p>
    <w:p/>
    <w:p>
      <w:r>
        <w:br/>
        <w:t>The lead Synarch turned, their veiled gaze sweeping across the observation alcove, though Kaelen knew they could not truly see him there. “Observation complete,” the synthesized voice announced. “Initial resonance echo successfully generated. Parameters maintained within acceptable deviation. Re-calibration of harmonic matrix commencing.”</w:t>
      </w:r>
    </w:p>
    <w:p/>
    <w:p>
      <w:r>
        <w:br/>
        <w:t>The Synarchs began to disengage, their synchronized formation breaking. Kaelen watched them, a knot of unease tightening in his stomach. They had achieved their objective. They had created a controlled echo. It was a testament to their power, their organization, their sheer will. But it was also deeply unsettling. The ease with which they had manipulated the fundamental song of creation, even on such a minuscule scale, spoke volumes about the Architects' methods, their ruthlessness, and their ultimate goal.</w:t>
      </w:r>
    </w:p>
    <w:p/>
    <w:p>
      <w:r>
        <w:br/>
        <w:t xml:space="preserve">He thought back to his own efforts, his attempts to find the </w:t>
      </w:r>
    </w:p>
    <w:p>
      <w:pPr>
        <w:jc w:val="left"/>
      </w:pPr>
      <w:r>
        <w:rPr>
          <w:i/>
        </w:rPr>
        <w:t>original</w:t>
      </w:r>
      <w:r>
        <w:t xml:space="preserve"> chord, the pure resonance that preceded all dissonance. The Synarchs were not seeking the original chord; they were meticulously crafting their own, a sophisticated, controlled distortion. They were demonstrating their ability to </w:t>
      </w:r>
      <w:r>
        <w:rPr>
          <w:i/>
        </w:rPr>
        <w:t>manufacture</w:t>
      </w:r>
      <w:r>
        <w:t xml:space="preserve"> the echo, rather than discover it. This was not about understanding; it was about dominion.</w:t>
      </w:r>
    </w:p>
    <w:p>
      <w:r>
        <w:br/>
        <w:t>He felt a profound sense of disquiet. The Architects, through their corrupted Chant, had wielded immense destructive power. The Synarchs, in their attempt to reclaim and control that power, were treading a similarly perilous path. Their precision, their control, was a double-edged sword. It allowed for focused application, for defensive maneuvers, but it also hinted at a chilling potential for manipulation, for the reshaping of reality according to their own design.</w:t>
      </w:r>
    </w:p>
    <w:p/>
    <w:p>
      <w:r>
        <w:br/>
        <w:t>Kaelen closed his eyes, attempting to recall the faint, elusive echoes he had managed to perceive in his own practice. The fleeting geometries, the moments of dissociation, the sense of vastness – these were the whispers of something ancient and fundamental. The Synarchs’ created echo, while demonstrably successful, felt hollow by comparison. It lacked the soul, the inherent truth, of the primordial resonance. It was a shadow, not of creation, but of control.</w:t>
      </w:r>
    </w:p>
    <w:p/>
    <w:p>
      <w:r>
        <w:br/>
        <w:t>He understood now, more acutely than ever, the warning Liora had given him. “The Architects sought to dominate the Aether,” she had said, her voice laced with a weariness born of millennia of conflict. “They believed the Chant was a weapon, a tool to bend the universe to their will. They perverted its song, amplified its discord, and in doing so, they sowed the seeds of their own destruction.”</w:t>
      </w:r>
    </w:p>
    <w:p/>
    <w:p>
      <w:r>
        <w:br/>
        <w:t>The Synarchs, by attempting to control and replicate the Chant, were, in a way, mirroring the Architects. They were trying to master a force that, by its very nature, resisted absolute control. They were picking at the threads of a tapestry far more intricate than they could comprehend, hoping to weave their own pattern without unraveling the whole.</w:t>
      </w:r>
    </w:p>
    <w:p/>
    <w:p>
      <w:r>
        <w:br/>
        <w:t xml:space="preserve">Kaelen felt a renewed sense of purpose, a stark clarity born from observing the Synarchs’ calculated success. Their approach, while effective in demonstrating control, was fundamentally different from his own. He sought to </w:t>
      </w:r>
    </w:p>
    <w:p>
      <w:pPr>
        <w:jc w:val="left"/>
      </w:pPr>
      <w:r>
        <w:rPr>
          <w:i/>
        </w:rPr>
        <w:t>listen</w:t>
      </w:r>
      <w:r>
        <w:t xml:space="preserve">, to </w:t>
      </w:r>
      <w:r>
        <w:rPr>
          <w:i/>
        </w:rPr>
        <w:t>understand</w:t>
      </w:r>
      <w:r>
        <w:t xml:space="preserve">, to resonate with the Aether’s inherent truth. They sought to </w:t>
      </w:r>
      <w:r>
        <w:rPr>
          <w:i/>
        </w:rPr>
        <w:t>command</w:t>
      </w:r>
      <w:r>
        <w:t xml:space="preserve">, to </w:t>
      </w:r>
      <w:r>
        <w:rPr>
          <w:i/>
        </w:rPr>
        <w:t>shape</w:t>
      </w:r>
      <w:r>
        <w:t>, to impose their will.</w:t>
      </w:r>
    </w:p>
    <w:p>
      <w:r>
        <w:br/>
        <w:t>The brief, controlled echo they had generated was a stark reminder of the immense power they were attempting to harness. It was a power that had, in the hands of the Architects, led to cataclysm. And now, in the hands of the Synarchs, it represented both hope and a terrifying new form of potential tyranny.</w:t>
      </w:r>
    </w:p>
    <w:p/>
    <w:p>
      <w:r>
        <w:br/>
        <w:t>He opened his eyes, the sterile glow of the observation chamber seeming suddenly suffocating. He had to continue his own path. He had to find the original song, the pure resonance that existed before the Architects’ corruption, before the Synarchs’ careful replication. The true echo was not one of control, but of connection, of understanding. And that was a journey he had to undertake alone. The Synarchs had demonstrated their ability to create a ripple. Kaelen’s quest was to find the wave, the original, unadulterated tremor that had set the universe in motion, and to understand its true, untamed song. The controlled echo was a whisper of power, but he yearned for the roar of truth. He felt the immensity of the task ahead, the profound difference between wielding a corrupted echo and embracing the primordial symphony. Their experiment was a success by their metrics, a testament to their growing capabilities, but to Kaelen, it felt like a step further into the shadows, a dangerous imitation of a sacred, untainted original. The subtle distortion they had created was a carefully contained scream, a managed illusion of control over a force that demanded reverence, not subjugation. He understood then that the path of understanding was not about replication, but about attunement, a surrender to the cosmic chorus, not an attempt to conduct it.</w:t>
      </w:r>
    </w:p>
    <w:p/>
    <w:p>
      <w:r>
        <w:br w:type="page"/>
      </w:r>
    </w:p>
    <w:p>
      <w:pPr>
        <w:spacing w:before="5040"/>
        <w:jc w:val="center"/>
      </w:pPr>
      <w:r>
        <w:rPr/>
        <w:t xml:space="preserve"> 9: Whispers from the Fringe</w:t>
      </w:r>
    </w:p>
    <w:p>
      <w:r>
        <w:t>The sterile hum of the observation chamber had faded, replaced by the unsettling silence that followed the Synarchs’ precisely calibrated experiment. Kaelen, still reeling from the demonstration of controlled resonance, found himself adrift in a sea of contemplation. The Synarchs' success, their ability to conjure a manageable echo of the Primordial Chant, was a testament to their formidable power and their chilling dedication to order. Yet, it had also illuminated the vast chasm between their methods and his own. They sought to command, to replicate, to impose their will upon the very fabric of existence, while he was still struggling to understand, to attune, to simply listen to the faint whispers of truth.</w:t>
      </w:r>
    </w:p>
    <w:p>
      <w:r>
        <w:br/>
        <w:t>The encounter in the Fringe Wastes, a brutal crucible of raw, untamed Aether, had been a stark lesson. It had shown him the Architect of Entropy not merely as a force of destruction, but as a cunning manipulator, weaving its influence through the subtle perversions of the cosmic song. The Synarchs, in their immediate aftermath, were not resting on their laurels; their focus had sharpened, their objective now honed: to gather intelligence on this insidious entity. They needed to dissect its operations, to understand the architecture of its decay, and to anticipate its next move.</w:t>
      </w:r>
    </w:p>
    <w:p/>
    <w:p>
      <w:r>
        <w:br/>
        <w:t>Seris, ever the pragmatist, was the first to articulate a coherent strategy. Seated amidst the holographic projections that mapped the known regions of the Fringe, her movements were economical, her gaze intense. "The Architect's influence is insidious," she stated, her voice a low, measured cadence that cut through the lingering unease. "It does not announce itself with cataclysmic bursts, but with subtle corrosion. We need eyes and ears on the ground, or rather, on the Aetheric currents it manipulates."</w:t>
      </w:r>
    </w:p>
    <w:p/>
    <w:p>
      <w:r>
        <w:br/>
        <w:t>Her plan began to unfurl, a complex tapestry of discreet infiltration and carefully cultivated information networks. "Direct confrontation is premature," she continued, tracing a luminous line across a celestial chart. "We cannot afford to alert it to our intentions. Instead, we must become ghosts, observers who leave no trace. Our initial focus will be on identifying nexus points – locations where the Architect's influence is most pronounced, where its perversions of the Chant are most readily detectable."</w:t>
      </w:r>
    </w:p>
    <w:p/>
    <w:p>
      <w:r>
        <w:br/>
        <w:t>Seris proposed a multi-pronged approach. Firstly, leveraging the existing, albeit fractured, intelligence repositories scattered across the fringes. These were often held by isolated communities or nomadic groups who had survived the initial Architect incursions, their knowledge passed down through oral tradition or rudimentary data caches. Accessing these would require delicate negotiation, a demonstration of trustworthiness, and an understanding of their often-xenophobic suspicion of outsiders.</w:t>
      </w:r>
    </w:p>
    <w:p/>
    <w:p>
      <w:r>
        <w:br/>
        <w:t>Secondly, Seris identified specific Aetheric anomaly signatures that, while not directly attributable to the Architect, often preceded or followed its more overt manifestations. These were like the faint tremors before an earthquake, subtle shifts in the universal vibration that indicated underlying instability. She theorized that by tracking these precursor signals, they could map the Architect's movements and identify its emerging areas of operation. This would require a network of passive Aetheric sensors, deployed at strategic points along the periphery of known Architect activity, carefully calibrated to avoid detection.</w:t>
      </w:r>
    </w:p>
    <w:p/>
    <w:p>
      <w:r>
        <w:br/>
        <w:t xml:space="preserve">"The challenge," Seris admitted, her brow furrowed in thought, "lies in distinguishing genuine Aetheric fluctuations from the residual noise of Architect-induced distortions. It is a matter of identifying the </w:t>
      </w:r>
    </w:p>
    <w:p>
      <w:pPr>
        <w:jc w:val="left"/>
      </w:pPr>
      <w:r>
        <w:rPr>
          <w:i/>
        </w:rPr>
        <w:t>intentionality</w:t>
      </w:r>
      <w:r>
        <w:t xml:space="preserve"> behind the anomaly, the subtle signature of a guiding will, rather than mere cosmic chaos."</w:t>
      </w:r>
    </w:p>
    <w:p>
      <w:r>
        <w:br/>
        <w:t>Velor, who had been silently observing the unfolding strategy, interjected. His knowledge base was a vast repository of historical conflicts and clandestine operations spanning countless millennia. "The techniques of old espionage are not irrelevant, even in this age of Aetheric manipulation," he began, his voice resonating with a quiet authority. "Deception, infiltration, the art of the unseen observer – these remain constants. We must consider cultivating sources, individuals who, for whatever reason, have become entangled with the Architect's operations, or who have developed a vested interest in understanding its mechanisms."</w:t>
      </w:r>
    </w:p>
    <w:p/>
    <w:p>
      <w:r>
        <w:br/>
        <w:t>He elaborated on the concept of "informants," individuals whose motivations could be analyzed and leveraged. These might be remnants of civilizations consumed by the Architect, seeking retribution or a means to undo the damage. They could be rogue elements within fractured systems that the Architect had co-opted, individuals who had witnessed its methods firsthand and now harbored a deep-seated fear or a desire for control. "We must look for those who operate in the shadows, those who possess intimate knowledge of the Architect's tendrils, and who may be amenable to a mutually beneficial exchange of information. It requires patience, an understanding of their psychology, and a careful assessment of their reliability."</w:t>
      </w:r>
    </w:p>
    <w:p/>
    <w:p>
      <w:r>
        <w:br/>
        <w:t>Velor also spoke of "dead drops" and encrypted data streams, ancient methods of information transfer that could be adapted to the Aetheric medium. He envisioned small, untraceable Aetheric nodes, embedded within neutral celestial bodies or asteroid fields, serving as secure conduits for relaying intercepted data or for the clandestine transmission of intelligence from cultivated sources. The risk, of course, was the Architect's capacity to detect and corrupt any such network, necessitating constant vigilance and adaptive protocols.</w:t>
      </w:r>
    </w:p>
    <w:p/>
    <w:p>
      <w:r>
        <w:br/>
        <w:t>Kaelen, meanwhile, was still grappling with the aftermath of the Synarchs’ controlled echo. While their methods were alien to him, their objective—understanding the Architect—resonated deeply. He closed his eyes, attempting to recall the disorienting sensations, the subtle shifts in perception he had experienced during the Synarchs' demonstration. These were the very distortions he had come to associate with the Architect's insidious influence, albeit on a far grander and more destructive scale.</w:t>
      </w:r>
    </w:p>
    <w:p/>
    <w:p>
      <w:r>
        <w:br/>
        <w:t xml:space="preserve">"The Architect does not merely disrupt," Kaelen mused, his words slow and deliberate, as if pulling them from the Aether itself. "It </w:t>
      </w:r>
    </w:p>
    <w:p>
      <w:pPr>
        <w:jc w:val="left"/>
      </w:pPr>
      <w:r>
        <w:rPr>
          <w:i/>
        </w:rPr>
        <w:t>rewrites</w:t>
      </w:r>
      <w:r>
        <w:t>. It subtly alters the fundamental frequencies, introducing dissonance that, over time, unravels the underlying harmony. My own attempts to perceive the Primordial Chant have often been met with interference, with phantom resonances that mimic the true song but are subtly, disturbingly, wrong."</w:t>
      </w:r>
    </w:p>
    <w:p>
      <w:r>
        <w:br/>
        <w:t xml:space="preserve">He proposed that his own ability to sense these corrupted frequencies, these Aetheric signatures of manipulation, could serve as a unique form of intelligence gathering. "Where the Synarchs use instruments to measure and calibrate, I can </w:t>
      </w:r>
    </w:p>
    <w:p>
      <w:pPr>
        <w:jc w:val="left"/>
      </w:pPr>
      <w:r>
        <w:rPr>
          <w:i/>
        </w:rPr>
        <w:t>feel</w:t>
      </w:r>
      <w:r>
        <w:t xml:space="preserve"> the disturbance. I can discern the unnatural stillness that precedes a corruption, the discordant hum that follows it. It is not about quantifiable data, but about an intuitive understanding of the Aether's health."</w:t>
      </w:r>
    </w:p>
    <w:p>
      <w:r>
        <w:br/>
        <w:t>Kaelen’s plan was to actively seek out these corrupted resonances, not to replicate them like the Synarchs, but to trace their origin. He envisioned venturing into regions where such disturbances were reported, zones of unusual Aetheric activity, to attune himself to the specific frequency of the Architect's influence. This would be a dangerous undertaking, a direct immersion into the very chaos he sought to understand, but he believed it was essential.</w:t>
      </w:r>
    </w:p>
    <w:p/>
    <w:p>
      <w:r>
        <w:br/>
        <w:t>"The Architect's goal is not simply destruction for its own sake," Kaelen continued, his gaze sweeping across the faces of Seris and Velor, seeking their understanding. "It is entropy, a reversal of order, a decay that seeks to return all existence to a state of primal, undifferentiated energy. To counter it, we must understand the precise nature of its entropic signature, the unique pattern of its corruption."</w:t>
      </w:r>
    </w:p>
    <w:p/>
    <w:p>
      <w:r>
        <w:br/>
        <w:t>He spoke of 'Aetheric footprints' – the residual energetic traces left behind by the Architect’s passage. These were not physical marks, but subtle shifts in the Aether’s fundamental vibratory state, like the lingering scent of a noxious gas. By attuning himself to these footprints, Kaelen believed he could track the Architect’s movements, identify its operational theaters, and perhaps even gain insight into its ultimate objectives.</w:t>
      </w:r>
    </w:p>
    <w:p/>
    <w:p>
      <w:r>
        <w:br/>
        <w:t>Seris listened intently, her strategic mind already dissecting the implications of Kaelen's approach. "Your perception, Kaelen, is invaluable. If you can identify these signatures, we can correlate them with other data points – observed anomalies, historical records of localized decay, even patterns of societal or ecological collapse. It provides a qualitative overlay to our more quantitative intelligence gathering."</w:t>
      </w:r>
    </w:p>
    <w:p/>
    <w:p>
      <w:r>
        <w:br/>
        <w:t>Velor nodded in agreement. "The Architect operates through the manipulation of fundamental principles. If Kaelen can perceive the distortion of those principles, he provides us with a vital early warning system, a way to identify its presence before it fully manifests its destructive intent. It is akin to identifying a subtle poisoning of a vital ecosystem before the collapse becomes evident."</w:t>
      </w:r>
    </w:p>
    <w:p/>
    <w:p>
      <w:r>
        <w:br/>
        <w:t>The strategy began to solidify:</w:t>
      </w:r>
    </w:p>
    <w:p/>
    <w:p>
      <w:r>
        <w:br/>
      </w:r>
    </w:p>
    <w:p>
      <w:pPr>
        <w:jc w:val="left"/>
      </w:pPr>
      <w:r>
        <w:rPr>
          <w:b/>
        </w:rPr>
        <w:t>1. Mapping Nexus Points and Anomalous Zones:</w:t>
      </w:r>
      <w:r>
        <w:t xml:space="preserve"> Seris would identify regions exhibiting unusual Aetheric activity, potential hubs of Architect influence. This would involve analyzing existing stellar cartography, cross-referencing it with reports of localized phenomena, and utilizing the Synarchs' advanced sensor arrays for broad-spectrum Aetheric scanning.</w:t>
      </w:r>
    </w:p>
    <w:p>
      <w:r>
        <w:br/>
      </w:r>
    </w:p>
    <w:p>
      <w:pPr>
        <w:jc w:val="left"/>
      </w:pPr>
      <w:r>
        <w:rPr>
          <w:b/>
        </w:rPr>
        <w:t>2. Cultivating Infiltration and Information Sources:</w:t>
      </w:r>
      <w:r>
        <w:t xml:space="preserve"> Velor would oversee the establishment of discreet intelligence networks, identifying and recruiting individuals or groups with knowledge of or exposure to the Architect. This would involve careful vetting, understanding motivations, and establishing secure channels for information exchange. The focus would be on clandestine operations, utilizing forgotten trade routes, neutral enclaves, and even the fringes of established galactic powers where the Architect’s influence might be less scrutinized.</w:t>
      </w:r>
    </w:p>
    <w:p>
      <w:r>
        <w:br/>
      </w:r>
    </w:p>
    <w:p>
      <w:pPr>
        <w:jc w:val="left"/>
      </w:pPr>
      <w:r>
        <w:rPr>
          <w:b/>
        </w:rPr>
        <w:t>3. Aetheric Signature Analysis and Tracking:</w:t>
      </w:r>
      <w:r>
        <w:t xml:space="preserve"> Kaelen would act as the primary interpreter of Aetheric disturbances, specifically seeking out the unique signatures of Architect manipulation. He would venture into identified anomalous zones, attuning himself to the corrupted resonances, and tracing the Aetheric footprints left by the Architect’s activities. This would involve periods of deep immersion, requiring the Synarchs to provide protective measures and safe havens for his return.</w:t>
      </w:r>
    </w:p>
    <w:p>
      <w:r>
        <w:br/>
      </w:r>
    </w:p>
    <w:p>
      <w:pPr>
        <w:jc w:val="left"/>
      </w:pPr>
      <w:r>
        <w:rPr>
          <w:b/>
        </w:rPr>
        <w:t>4. Passive Aetheric Monitoring:</w:t>
      </w:r>
      <w:r>
        <w:t xml:space="preserve"> The Synarchs would deploy a network of stealthy, long-range Aetheric sensors in strategically chosen locations, designed to detect subtle shifts in universal resonance and identify precursor signals of Architect activity. These sensors would be programmed to distinguish between natural cosmic phenomena and deliberate Aetheric manipulation.</w:t>
      </w:r>
    </w:p>
    <w:p>
      <w:r>
        <w:br/>
        <w:t>Seris emphasized the need for discretion. "The Architect is not merely a physical threat; it is an ideological one. Its goal is to dismantle the very concept of order, to return all to a state of chaotic potential. If it becomes aware of our concerted efforts to understand and counter it, it will adapt. It will become more elusive, more insidious. We must operate as if it is always watching, always listening."</w:t>
      </w:r>
    </w:p>
    <w:p/>
    <w:p>
      <w:r>
        <w:br/>
        <w:t>Velor’s historical perspective provided a framework for their clandestine operations. "We must consider the Architect's operational cycles. Does it follow predictable patterns? Does it favor specific types of celestial bodies or energy fields for its manifestations? By studying the historical accounts of entropy-driven phenomena, we may uncover clues to its current methods." He spoke of ancient texts that described localized 'dissolution events,' periods where entire star systems seemed to age and decay at an accelerated rate, their fundamental structures unraveling. These events, while attributed to natural cosmic forces at the time, bore striking similarities to the Architect's observed influence.</w:t>
      </w:r>
    </w:p>
    <w:p/>
    <w:p>
      <w:r>
        <w:br/>
        <w:t>Kaelen, in his own quiet way, was already practicing. He was extending his senses, feeling the subtle discordances in the ambient Aether of the Synarch council chamber, even now. The precise, sterile hum of the Resonator Unit, which had so recently demonstrated the Synarchs' controlled echo, was now overlaid with a faint, almost imperceptible tremor – a ghost of the Architect's touch, perhaps, or merely the lingering echo of the Synarchs' own manipulation. He had to be able to differentiate.</w:t>
      </w:r>
    </w:p>
    <w:p/>
    <w:p>
      <w:r>
        <w:br/>
        <w:t>"The Architects sought to dominate the Chant," Kaelen reiterated, his voice soft but firm. "They perverted its song, weaponized its dissonance. The Architect of Entropy, in its own way, does the same. It seeks not to create, but to uncreate, to unravel the very fabric of existence by amplifying its inherent instability. To understand it, we must understand the nature of that instability, the specific frequencies it exploits."</w:t>
      </w:r>
    </w:p>
    <w:p/>
    <w:p>
      <w:r>
        <w:br/>
        <w:t>He began to describe the subtle "texture" of Architect-induced corruption as he perceived it – a sensation of frayed edges, of a melody that seemed to decay as it was played, of a warmth that leached away into an unnatural cold. These were not merely abstract descriptions; for Kaelen, they were tangible sensory experiences. He could feel the subtle "drag" on the Aether as the Architect exerted its influence, a resistance to forward momentum, a tendency towards stasis and decay.</w:t>
      </w:r>
    </w:p>
    <w:p/>
    <w:p>
      <w:r>
        <w:br/>
        <w:t>Seris proposed a system for categorizing these perceived signatures, creating a lexicon that could be shared and understood by all members of their nascent intelligence-gathering operation. "If Kaelen can provide us with descriptions of these corruptions, and if our sensors can detect corresponding Aetheric anomalies, we can begin to build a predictive model. We can identify patterns, anticipate the Architect's next targets, and potentially even discover its overarching strategy."</w:t>
      </w:r>
    </w:p>
    <w:p/>
    <w:p>
      <w:r>
        <w:br/>
        <w:t>Velor brought forth ancient navigational charts, not of star lanes, but of forgotten Aetheric currents, pathways that bypassed known hyperlanes and operated on principles now largely forgotten. "The Architect may seek to exploit these forgotten routes," he suggested, "areas of low observation, where its influence can spread unchecked. Our probes and observers will need to navigate these less-traveled currents, seeking out the subtle signs of decay."</w:t>
      </w:r>
    </w:p>
    <w:p/>
    <w:p>
      <w:r>
        <w:br/>
        <w:t>The intelligence gathering was thus conceived not as a single, unified effort, but as a symphony of disparate skills and approaches, each contributing a unique note to a broader composition. Seris provided the strategic framework, Velor the historical and operational context, and Kaelen the intuitive, Aetheric perception. Together, they represented a new front against an enemy that thrived in the shadows, an enemy that sought to unravel the very song of existence.</w:t>
      </w:r>
    </w:p>
    <w:p/>
    <w:p>
      <w:r>
        <w:br/>
        <w:t>The immediate task was clear: to begin the meticulous process of observation and data collection. Seris would direct the deployment of the Synarchs' advanced sensor arrays, strategically placing them in regions flagged for their unusual Aetheric activity. Velor would initiate discreet inquiries within fringe communities, seeking out whispers of unusual occurrences, of localized collapses that defied natural explanation. And Kaelen, drawing upon his newfound understanding of the Synarchs' controlled echoes, would begin to actively explore his own perceptions, to seek out the subtle, discordant melodies that spoke of the Architect's insidious presence.</w:t>
      </w:r>
    </w:p>
    <w:p/>
    <w:p>
      <w:r>
        <w:br/>
        <w:t>The challenge was immense, the enemy elusive and terrifyingly potent. But in the sterile quiet of the observation chamber, a new purpose had coalesced. They were no longer merely witnesses to the corrupted Chant; they were beginning to understand its source, to dissect its influence, and to prepare for a conflict that would be fought not with weapons of steel or energy, but with the very vibrations of reality itself. The whispers from the fringe were becoming clearer, and the Synarchs, along with Kaelen, were finally beginning to listen. They were gathering the threads of information, weaving them into a pattern that might, just might, reveal the true face of the Architect of Entropy. The subtle, almost imperceptible hum of their shared intent filled the space, a nascent counter-melody to the pervasive discord they sought to understand.</w:t>
      </w:r>
    </w:p>
    <w:p/>
    <w:p>
      <w:r>
        <w:t>The sterile hum of the observation chamber had long since faded from Kaelen's awareness, replaced by the insistent, subtle dissonance he now felt permeating the very fabric of the council room. Seris’s strategic acumen, Velor’s historical depth, and his own nascent Aetheric sensitivity had coalesced into a nascent plan, a fragile counter-melody against the encroaching silence of entropy. But the Synarchs’ meticulous mapping of anomalous zones, combined with the fragmented reports from Velor’s nascent intelligence network, had begun to paint a disturbing picture. The Architect of Entropy was not merely a force of decay; it was a conductor, orchestrating a symphony of corruption through hidden channels and unwitting participants.</w:t>
      </w:r>
    </w:p>
    <w:p>
      <w:r>
        <w:br/>
        <w:t>Seris, her fingers dancing across the holographic projection of the Fringe Wastes, identified a recurring pattern. "These aren't isolated incidents," she stated, her voice a low, precise hum that resonated with the focused intensity of her gaze. "The localized decay events, the sudden 'wilting' of Aetheric springs, the unsettling stillness reported by nomadic scouts – they are all clustered around specific, seemingly insignificant conduits. These aren't natural Aetheric flows; they've been... altered."</w:t>
      </w:r>
    </w:p>
    <w:p/>
    <w:p>
      <w:r>
        <w:br/>
        <w:t>The projections shifted, highlighting faint, intricate lines weaving through the chaotic energy scape of the Fringe. These were not the well-defined pathways of stable Aetheric currents, but rather sinuous, almost parasitic tendrils, burrowing into the natural flow. "We've identified over seventy such conduits," Seris continued, her expression grim. "They act as amplifiers, subtly twisting the natural resonance of the Aether, channeling the Architect's corrupting influence, and broadcasting it outwards. It’s a network, a deliberate manipulation of the very foundations of energetic communication."</w:t>
      </w:r>
    </w:p>
    <w:p/>
    <w:p>
      <w:r>
        <w:br/>
        <w:t xml:space="preserve">Velor leaned closer, his ancient eyes, accustomed to deciphering the subtle cues of millennia-old conflicts, now focused on the spectral lines on the display. "The Architect isn't just destroying; it's </w:t>
      </w:r>
    </w:p>
    <w:p>
      <w:pPr>
        <w:jc w:val="left"/>
      </w:pPr>
      <w:r>
        <w:rPr>
          <w:i/>
        </w:rPr>
        <w:t>repurposing</w:t>
      </w:r>
      <w:r>
        <w:t>. It's turning the lifeblood of the cosmos into a vector for its own propagation. This is a strategy of subversion, not brute force. It’s the ultimate form of parasitic warfare." He pointed to a cluster of these altered conduits near a region previously cataloged as having a stable, albeit weak, Aetheric presence. "These points of amplification correlate with several reports of unusual psychological distress among fringe dwellers, inexplicable aggression, and even a disturbing increase in spontaneous Aetheric discharge among sentient beings exposed to these areas."</w:t>
      </w:r>
    </w:p>
    <w:p>
      <w:r>
        <w:br/>
        <w:t>Kaelen felt a tremor of recognition, a chilling echo of his own experiences. He recalled the phantom resonances, the subtle wrongness he had perceived during his initial forays into the Fringe. It wasn't just random noise; it was a directed distortion, a perversion of the Primordial Chant that sought to sow discord and unravel the inherent harmony. "The conduit itself isn't the source of the corruption," he murmured, his voice barely audible. "It's a channel. The Architect infuses its resonance into these pathways, and the pathways amplify it, much like a singer’s voice is amplified by a resonant chamber. But the chamber itself can also color the sound, can introduce its own unique distortions."</w:t>
      </w:r>
    </w:p>
    <w:p/>
    <w:p>
      <w:r>
        <w:br/>
        <w:t>This realization added a new layer of complexity to their task. They weren't just tracking the Architect; they were tracking its infrastructure, a clandestine network woven into the very energetic fabric of the Fringe Wastes. Identifying these conduits was one thing, but understanding how they were maintained, how they amplified the Architect’s influence, and who or what was actively facilitating their operation was the next crucial step.</w:t>
      </w:r>
    </w:p>
    <w:p/>
    <w:p>
      <w:r>
        <w:br/>
        <w:t>Seris proposed a more focused approach. "We need to understand the nature of the 'alteration' within these conduits. Are they passive receivers, or are they actively 'programmed' to resonate with the Architect's specific frequencies? This requires a deeper level of observation, and frankly, a different kind of perception." She turned to Kaelen, her gaze intense. "Your ability to sense the 'texture' of corrupted Aether is our most promising avenue. If you can attune yourself to these conduits, perhaps you can discern the precise nature of the manipulation at their core. You might be able to 'read' their intent, so to speak."</w:t>
      </w:r>
    </w:p>
    <w:p/>
    <w:p>
      <w:r>
        <w:br/>
        <w:t>The idea of directly interacting with these conduits sent a shiver down Kaelen’s spine. He had felt their subtle wrongness from afar, had sensed the discord they emanated. To immerse himself in their core resonance was to invite a far deeper, more personal communion with the Architect's influence. Yet, he understood the necessity. If these were the arteries of entropy, he needed to understand the poison flowing through them.</w:t>
      </w:r>
    </w:p>
    <w:p/>
    <w:p>
      <w:r>
        <w:br/>
        <w:t>"The Synarchs can deploy shielded probes, capable of limited Aetheric penetration," Seris offered, sensing his hesitation. "They can act as extensions of your perception, allowing you to observe from a safer distance, but they will require precise calibration. The Architect’s influence is subtle; a poorly shielded probe could become a conduit itself."</w:t>
      </w:r>
    </w:p>
    <w:p/>
    <w:p>
      <w:r>
        <w:br/>
        <w:t>Velor, meanwhile, had been delving into historical records of fringe cultures and their interactions with anomalous phenomena. He had unearthed fragments of lore, tales of 'whispering stones' and 'singing rifts' that caused disorientation and madness in those who ventured too near. He believed these were not myths, but distorted accounts of early Architect manifestations, their influence subtly corrupting not just the Aether, but the very minds of those exposed to it.</w:t>
      </w:r>
    </w:p>
    <w:p/>
    <w:p>
      <w:r>
        <w:br/>
        <w:t>"The Architect’s strategy appears to be one of gradual assimilation and corruption," Velor explained, gesturing towards a collection of ancient stellar charts overlayed with localized reports of strange occurrences. "It doesn't necessarily obliterate immediately. Instead, it subtly influences the ambient Aether, creating an environment where its own resonance becomes increasingly dominant. Individuals within these zones, exposed to this amplified corruption, might become unwitting agents, their own bio-energetic fields subtly altered, becoming 'tuned' to the Architect's frequency."</w:t>
      </w:r>
    </w:p>
    <w:p/>
    <w:p>
      <w:r>
        <w:br/>
        <w:t>This suggested a more terrifying aspect of the fringe network: not just passive conduits, but active participants. Beings whose Aetheric signatures had been subtly rewritten, making them unwitting conduits themselves, spreading the Architect's influence through their very presence and actions.</w:t>
      </w:r>
    </w:p>
    <w:p/>
    <w:p>
      <w:r>
        <w:br/>
        <w:t>The confirmation of this hypothesis came from an unexpected source. Liora, a xenobotanist with an unusual attunement to the elemental Aetheric flows within living organisms and ecosystems, had joined their investigation. Her ability to sense the health and flow of energy within flora and fauna provided a unique perspective on the Architect’s insidious reach.</w:t>
      </w:r>
    </w:p>
    <w:p/>
    <w:p>
      <w:r>
        <w:br/>
        <w:t>"It's not just the Aetheric currents themselves," Liora stated, her voice filled with a quiet, profound concern as she examined sensor readings from a region known for its unusual plant life. "The conduits I'm sensing… they extend into the very cellular structures of living beings in these areas. The Architect is rewriting their biological Aetheric resonance. It’s like… it’s like it’s infecting the local lifeforms, turning them into living amplifiers."</w:t>
      </w:r>
    </w:p>
    <w:p/>
    <w:p>
      <w:r>
        <w:br/>
        <w:t>She pointed to a complex, multi-colored visualization. "This region, designated 'Whispering Grove Alpha,' was once a hub of vibrant Aetheric exchange. Now, look at this. The natural energy flow within the flora has been rerouted, twisted. The very photosynthesis process seems to be subtly altered, drawing in and processing corrupted Aether instead of pure resonance. The plants are not just surviving; they are actively participating in the corruption. Their energetic signatures are subtly broadcasting the Architect’s dissonance."</w:t>
      </w:r>
    </w:p>
    <w:p/>
    <w:p>
      <w:r>
        <w:br/>
        <w:t>Kaelen felt a cold dread spread through him. This was beyond mere environmental contamination. The Architect was actively manipulating biological processes, hijacking the fundamental energetic machinery of life itself. Liora’s attunement provided a critical missing piece: the direct evidence of how the Architect’s influence was permeating living systems, transforming them into tools of its own propagation.</w:t>
      </w:r>
    </w:p>
    <w:p/>
    <w:p>
      <w:r>
        <w:br/>
        <w:t>"These 'living conduits'," Kaelen mused, his mind racing to connect the dots, "are they aware of their role? Or is it a subconscious, biological imperative dictated by the corrupted Aether?"</w:t>
      </w:r>
    </w:p>
    <w:p/>
    <w:p>
      <w:r>
        <w:br/>
        <w:t xml:space="preserve">Liora shook her head slowly. "I can’t say for certain. The signals are complex. There's a layering of the Architect's influence and the organism's natural resonance. But there’s a… a </w:t>
      </w:r>
    </w:p>
    <w:p>
      <w:pPr>
        <w:jc w:val="left"/>
      </w:pPr>
      <w:r>
        <w:rPr>
          <w:i/>
        </w:rPr>
        <w:t>willingness</w:t>
      </w:r>
      <w:r>
        <w:t xml:space="preserve"> in the corrupted flow that’s deeply unsettling. It’s as if the inherent drive of these organisms to connect, to share energy, is being perverted. Instead of sharing life, they are broadcasting decay."</w:t>
      </w:r>
    </w:p>
    <w:p>
      <w:r>
        <w:br/>
        <w:t>Seris’s strategic mind immediately grasped the implications. "If the Architect can infect and manipulate lifeforms, then any civilization, any species, exposed to its influence is a potential target. This isn't just about mapping dead zones; it’s about identifying actively hostile environments where the very ecosystem has been turned against us."</w:t>
      </w:r>
    </w:p>
    <w:p/>
    <w:p>
      <w:r>
        <w:br/>
        <w:t>Velor drew upon his understanding of ancient warfare. "This is the ultimate siege. The enemy doesn't breach the walls; it infects the inhabitants, turning them into saboteurs from within. Our intelligence gathering must now prioritize identifying these bio-amplifiers, understanding their behavior, and finding a way to counter the biological manipulation without causing further ecological collapse."</w:t>
      </w:r>
    </w:p>
    <w:p/>
    <w:p>
      <w:r>
        <w:br/>
        <w:t>The fringe network, therefore, was a multi-faceted threat: a system of corrupted Aetheric conduits, both natural and artificially enhanced, amplified by a growing number of lifeforms that had been subtly rewritten by the Architect of Entropy. These conduits acted as a vast, interconnected web, ensuring the pervasive spread of dissonance and decay throughout the Fringe Wastes and potentially beyond.</w:t>
      </w:r>
    </w:p>
    <w:p/>
    <w:p>
      <w:r>
        <w:br/>
        <w:t>Kaelen’s role in this expanded scope became even more critical. His ability to sense the subtle signatures of corruption allowed him to identify the presence of the Architect's influence, whether it manifested in a twisted Aetheric current or a biologically altered organism. He was the living sensor, the early warning system for this insidious, pervasive threat.</w:t>
      </w:r>
    </w:p>
    <w:p/>
    <w:p>
      <w:r>
        <w:br/>
        <w:t xml:space="preserve">"The challenge is to differentiate between the Architect’s resonance and the natural Aetheric background," Kaelen explained, focusing his senses. "The conduits create a constant hum of corruption, a low-frequency dissonance that can mask subtler manifestations. But when Liora identifies a biologically amplified signature, or when Seris maps a new nexus of corrupted flow, I can then try to attune myself more specifically to the </w:t>
      </w:r>
    </w:p>
    <w:p>
      <w:pPr>
        <w:jc w:val="left"/>
      </w:pPr>
      <w:r>
        <w:rPr>
          <w:i/>
        </w:rPr>
        <w:t>quality</w:t>
      </w:r>
      <w:r>
        <w:t xml:space="preserve"> of that corruption. Is it raw, chaotic energy, or is it something more deliberate, more intelligently directed?"</w:t>
      </w:r>
    </w:p>
    <w:p>
      <w:r>
        <w:br/>
        <w:t>He began to describe his perception of these bio-amplified signatures. It wasn’t just a feeling of wrongness; it was a sensation of a forced harmony, an unnatural resonance imposed upon the organism’s natural energetic song. "Imagine a choir," Kaelen offered, his brow furrowed in concentration. "The Architect doesn't just silence some singers; it forces them to sing a different, dissonant tune, in perfect, horrifying unison. The natural melody is still there, buried beneath the imposed distortion, but it’s struggling to break through."</w:t>
      </w:r>
    </w:p>
    <w:p/>
    <w:p>
      <w:r>
        <w:br/>
        <w:t>Liora’s findings provided them with tangible locations and phenomena to investigate. Regions like the aforementioned Whispering Grove Alpha, or the Silent Oasis, where local fauna exhibited unusually lethargic behavior and a distinct aversion to natural Aetheric currents, became high-priority targets for further analysis. Velor’s historical data also began to yield potential links, identifying ancient cultural practices or environmental anomalies that, in retrospect, might have been early manifestations of the Architect’s influence, perhaps even unintentional precursors to its current network.</w:t>
      </w:r>
    </w:p>
    <w:p/>
    <w:p>
      <w:r>
        <w:br/>
        <w:t>The Synarchs, meanwhile, were developing more sophisticated passive sensors, designed to detect the specific energetic fingerprints of these bio-amplified Aetheric signatures. These were not crude energy scanners, but devices capable of discerning the subtle harmonic distortions within biological energy fields, a feat previously considered impossible. Their goal was to create a vast, interconnected grid of detection, an invisible net cast across the Fringe Wastes, capable of flagging any organism or Aetheric conduit that deviated from its natural resonance.</w:t>
      </w:r>
    </w:p>
    <w:p/>
    <w:p>
      <w:r>
        <w:br/>
        <w:t>"We need to understand the mechanism of this biological rewriting," Seris emphasized, her strategic mind already planning countermeasures. "Is it a direct energetic infusion, or does the Architect manipulate atmospheric or geological elements that, in turn, affect the local biology? If we can understand the vector of infection, we can develop a cure, or at least a way to disrupt the process."</w:t>
      </w:r>
    </w:p>
    <w:p/>
    <w:p>
      <w:r>
        <w:br/>
        <w:t>Kaelen felt the weight of their undertaking pressing down on him. The Architect was a master of subtlety, of insidious corruption. It operated not through overwhelming force, but through the gradual, systematic perversion of fundamental principles. Its network was a testament to its patience, its cunning, and its terrifying understanding of the interconnectedness of existence.</w:t>
      </w:r>
    </w:p>
    <w:p/>
    <w:p>
      <w:r>
        <w:br/>
        <w:t>"The conduits amplify and broadcast," Kaelen reiterated, his gaze drifting towards the unseen expanse of the Fringe Wastes beyond the observation chamber’s shielded walls. "And the living beings within these conduits become active participants, their very life force contributing to the spread of the dissonance. It’s a self-perpetuating cycle of decay. To break it, we must first understand the initial spark of corruption, the point where the natural Aetheric flow was first twisted."</w:t>
      </w:r>
    </w:p>
    <w:p/>
    <w:p>
      <w:r>
        <w:br/>
        <w:t>He believed that by actively seeking out these corrupted conduits, by attuning himself to their discordant hum and the perverted biological resonances Liora had identified, he could begin to trace the Architect’s path of infection backward. He could potentially identify the initial points of entry, the original breaches in the natural Aetheric fabric that had allowed the Architect to weave its destructive tapestry.</w:t>
      </w:r>
    </w:p>
    <w:p/>
    <w:p>
      <w:r>
        <w:br/>
        <w:t>Velor’s intelligence network began to shift its focus. Instead of merely gathering reports of localized decay, his operatives were now tasked with identifying individuals who exhibited unusual Aetheric sensitivity or unexplained behavioral changes in regions known to contain these corrupted conduits. These individuals, while potentially dangerous, could also be invaluable sources of information, their altered perceptions offering direct insight into the Architect's manipulations.</w:t>
      </w:r>
    </w:p>
    <w:p/>
    <w:p>
      <w:r>
        <w:br/>
        <w:t>"The risk of recruitment is immense," Velor cautioned, his voice grave. "We must tread carefully. These individuals are not inherently malicious; they are victims of a profound energetic assault. Our approach must be one of careful observation, understanding, and perhaps, if possible, liberation, not of judgment or elimination."</w:t>
      </w:r>
    </w:p>
    <w:p/>
    <w:p>
      <w:r>
        <w:br/>
        <w:t>The fringe network was not a static entity; it was a dynamic, evolving system. As the Synarchs deployed their sensors and Kaelen honed his perceptions, the Architect itself would undoubtedly adapt, seeking new conduits, developing new methods of biological assimilation. Their intelligence gathering had to be equally fluid, constantly evolving to meet the Architect’s insidious strategies.</w:t>
      </w:r>
    </w:p>
    <w:p/>
    <w:p>
      <w:r>
        <w:br/>
        <w:t>Seris proposed a real-time mapping system, allowing Kaelen and Liora to contribute their qualitative observations directly into the Synarchs’ quantitative data analysis. This would create a feedback loop, where perceived Aetheric distortions and biological anomalies could be immediately cross-referenced with sensor data, allowing for rapid identification of new network nodes and potential points of expansion for the Architect's influence.</w:t>
      </w:r>
    </w:p>
    <w:p/>
    <w:p>
      <w:r>
        <w:br/>
        <w:t>The whispers from the fringe were growing louder, no longer just the faint echoes of decay, but the clear, distinct voices of a corrupted system. The Architects had sought to control the Chant, to impose order. The Architect of Entropy, in its chillingly passive-aggressive way, was succeeding by subtly unraveling it, turning the very elements of existence into instruments of its own entropic agenda. Their investigation into the fringe network had revealed a terrifying truth: the Architect was not merely an external force of destruction; it was becoming an intrinsic part of the Fringe, woven into its very energetic and biological fabric, a silent, spreading infection. The task before them had just become infinitely more complex, and immeasurably more dangerous.</w:t>
      </w:r>
    </w:p>
    <w:p/>
    <w:p>
      <w:r>
        <w:t>The captured operative, a being whose eyes held a disconcerting blend of vacant compliance and a flicker of residual awareness, was secured within a containment field designed to dampen external Aetheric influences and prevent any accidental broadcasting of corrupted resonance. Their identity was a mystery; they were a phantom in the Synarchs' data, a mere blip of anomalous energy signatures that had led a reconnaissance drone to their location on the periphery of a pulsating nexus of corrupted Aether. Initial scans revealed no inherent sentience in the traditional sense, but rather a complex, reactive bio-Aetheric structure, almost a sophisticated automaton guided by the Architect’s will.</w:t>
      </w:r>
    </w:p>
    <w:p>
      <w:r>
        <w:br/>
        <w:t>Kaelen approached the containment field, his senses on high alert. The air around the operative thrummed with a dissonant energy, a faint echo of the larger corrupted nexus they had been pulled from. It was like standing near a poorly tuned instrument, the wrong notes jarring against the natural harmony of existence. He could feel the lingering imprint of the Architect, not as a direct presence, but as a subtle but pervasive corruption woven into the very being of the operative. This wasn’t a mind to be interrogated in the conventional sense; it was a system to be carefully deciphered.</w:t>
      </w:r>
    </w:p>
    <w:p/>
    <w:p>
      <w:r>
        <w:br/>
        <w:t>"Approach with caution," Seris's voice, a cool, analytical tone, echoed through their comms. "The containment field is stable, but the residual corruption is significant. Any direct psychic probing could be misinterpreted by the Architect's network, potentially triggering a localized counter-response or, worse, further solidifying the operative's corrupted state."</w:t>
      </w:r>
    </w:p>
    <w:p/>
    <w:p>
      <w:r>
        <w:br/>
        <w:t>Velor, ever the pragmatist, had prepared a series of carefully calibrated psycho-Aetheric resonance dampeners, designed to gently coax out information without forcing it, and crucially, without introducing any additional external Aetheric interference. "We must treat this being not as an enemy to be broken, but as a damaged vessel from which vital signals can be extracted," he advised, his voice resonating with the wisdom of ages spent studying the subtle nuances of life and its energetic underpinnings. "Our objective is understanding, not retribution."</w:t>
      </w:r>
    </w:p>
    <w:p/>
    <w:p>
      <w:r>
        <w:br/>
        <w:t>Kaelen nodded, focusing his own innate sensitivity. He extended a tendril of his Aetheric perception, a delicate probe seeking any point of resonance, any echo of the original consciousness that might still exist beneath the layers of corruption. He felt the operative’s being as a vast, intricately woven tapestry, but the threads were frayed, twisted, and rewoven with a pattern that was alien and inherently destructive. There were whispers within this pattern, fragmented echoes of instruction, of purpose.</w:t>
      </w:r>
    </w:p>
    <w:p/>
    <w:p>
      <w:r>
        <w:br/>
        <w:t>"It… it feels like a resonance chamber," Kaelen murmured, his voice carrying a note of profound unease. "Not just a conduit for the Architect’s energy, but a deliberate amplification point. The original pattern of its being has been… overwritten. Its existence is now a constant hum of the Architect’s frequency."</w:t>
      </w:r>
    </w:p>
    <w:p/>
    <w:p>
      <w:r>
        <w:br/>
        <w:t>Seris was monitoring the operative’s bio-Aetheric output, her instruments registering minute fluctuations that corresponded with Kaelen’s impressions. "The operative's neural pathways are hyper-responsive to specific Aetheric frequencies. Any attempt at direct interrogation could overload these pathways, rendering them permanently inert, or worse, re-routing their corrupted energy into a defensive, destructive burst."</w:t>
      </w:r>
    </w:p>
    <w:p/>
    <w:p>
      <w:r>
        <w:br/>
        <w:t>Velor initiated the first phase of the extraction. He projected a series of gentle, harmonically resonant Aetheric patterns, akin to a calming melody played on an ancient instrument. These were designed to soothe the agitated corrupted energies, to create a temporary lull in the Architect’s pervasive influence, allowing for a brief window of opportunity.</w:t>
      </w:r>
    </w:p>
    <w:p/>
    <w:p>
      <w:r>
        <w:br/>
        <w:t>The operative stirred within the containment field. Its limbs twitched, and a low, guttural sound emanated from its throat, a sound devoid of emotion but filled with an unsettling mechanical cadence. Its eyes, previously unfocused, snapped open, revealing irises that pulsed with a faint, sickly violet light.</w:t>
      </w:r>
    </w:p>
    <w:p/>
    <w:p>
      <w:r>
        <w:br/>
        <w:t>"It is responding," Kaelen observed, a flicker of hope tempered with trepidation. "The resonance dampeners are creating a space. I can feel a sliver of its original… nature. A faint echo of self, struggling against the imposed order."</w:t>
      </w:r>
    </w:p>
    <w:p/>
    <w:p>
      <w:r>
        <w:br/>
        <w:t>Seris adjusted the dampeners, fine-tuning the harmonic balance. "The fragmented intel we’ve gathered on the Architect suggests a sophisticated form of mental and energetic subjugation. It doesn’t simply destroy; it rewrites. It assimilates. The key is to find the residual threads of the original consciousness, the anchor points that haven't been fully consumed."</w:t>
      </w:r>
    </w:p>
    <w:p/>
    <w:p>
      <w:r>
        <w:br/>
        <w:t>Kaelen focused his intent, channeling his own unique Aetheric signature – one that was attuned to harmony and understanding rather than manipulation. He sent out a wave of pure, unadulterated resonance, a silent question, a gesture of empathy into the operative’s corrupted core.</w:t>
      </w:r>
    </w:p>
    <w:p/>
    <w:p>
      <w:r>
        <w:br/>
        <w:t>Slowly, painstakingly, fragmented images and impressions began to coalesce within Kaelen’s mind, like wisps of smoke coalescing into form. He saw flashes of a world, vibrant and pulsating with life, then a creeping shadow, a subtle disharmony that grew, infecting the very air, the very Aether. He saw beings, much like the operative, their forms warping, their consciousnesses bending to an unseen will.</w:t>
      </w:r>
    </w:p>
    <w:p/>
    <w:p>
      <w:r>
        <w:br/>
        <w:t>"It… it speaks of a grand design," Kaelen relayed, his voice strained. The sheer weight of the corrupted impressions was immense, a psychic maelstrom that threatened to engulf him. "A convergence. The Architect is not merely spreading decay; it is orchestrating an event. A culmination."</w:t>
      </w:r>
    </w:p>
    <w:p/>
    <w:p>
      <w:r>
        <w:br/>
        <w:t>Seris’s analytical gaze intensified as she cross-referenced Kaelen’s impressions with their existing data. "Convergence? Of what? The corrupted conduits? The bio-amplified lifeforms?"</w:t>
      </w:r>
    </w:p>
    <w:p/>
    <w:p>
      <w:r>
        <w:br/>
        <w:t>"Yes," Kaelen confirmed, gritting his teeth as a new wave of fragmented data surged through him. "All of it. The conduits are being directed. The bio-amplified entities… they are being drawn to specific points. Like tributaries feeding into a vast, corrupted river. The Architect is… gathering its power. Preparing for a… a grand dissonance. A final silencing."</w:t>
      </w:r>
    </w:p>
    <w:p/>
    <w:p>
      <w:r>
        <w:br/>
        <w:t>The operative’s physical form began to convulse, its bio-Aetheric signature flaring erratically. "The Architect is aware," Seris stated, her voice taut. "It’s sensing the extraction, or perhaps Kaelen’s intrusion into its network. We’re reaching a critical point."</w:t>
      </w:r>
    </w:p>
    <w:p/>
    <w:p>
      <w:r>
        <w:br/>
        <w:t>Velor increased the intensity of the resonance dampeners, creating a more robust buffer. "We must extract the core of its intent. What is the purpose of this 'grand dissonance'? What is the target?"</w:t>
      </w:r>
    </w:p>
    <w:p/>
    <w:p>
      <w:r>
        <w:br/>
        <w:t xml:space="preserve">Kaelen pushed deeper, his empathy serving as a shield against the Architect’s influence. He felt the operative’s fragmented consciousness latch onto a single, overwhelming imperative: </w:t>
      </w:r>
    </w:p>
    <w:p>
      <w:pPr>
        <w:jc w:val="left"/>
      </w:pPr>
      <w:r>
        <w:rPr>
          <w:i/>
        </w:rPr>
        <w:t>completion</w:t>
      </w:r>
      <w:r>
        <w:t>. A sense of inevitable finality. He saw a celestial body, a nexus of potent Aetheric energy, and the corrupted conduits converging upon it, like a swarm of locusts drawn to a dying star.</w:t>
      </w:r>
    </w:p>
    <w:p>
      <w:r>
        <w:br/>
        <w:t>"The Prime Nexus," Kaelen breathed, the words foreign yet deeply familiar, resonating with an ancient, primal power. "It’s targeting the Prime Nexus. The central node of all Aetheric flow. If it corrupts that…"</w:t>
      </w:r>
    </w:p>
    <w:p/>
    <w:p>
      <w:r>
        <w:br/>
        <w:t>He couldn't finish the thought. The implications were catastrophic. The Prime Nexus was the heart of the cosmic Aetheric network, the source from which all resonance flowed. To corrupt it would be to plunge the entire cosmos into a state of eternal, all-encompassing entropy.</w:t>
      </w:r>
    </w:p>
    <w:p/>
    <w:p>
      <w:r>
        <w:br/>
        <w:t>"The Prime Nexus," Seris repeated, her voice barely a whisper, a chilling admission of the scale of the threat. "That would be… the ultimate silencing. The end of all resonance. It’s a strategic objective of unimaginable magnitude."</w:t>
      </w:r>
    </w:p>
    <w:p/>
    <w:p>
      <w:r>
        <w:br/>
        <w:t>Velor’s ancient eyes were wide with a dawning horror. "The whispers spoke of the 'Great Unraveling,' a cosmic catastrophe foretold in fragmented prophecies. We dismissed it as myth, as exaggeration. But if the Architect is indeed targeting the Prime Nexus…"</w:t>
      </w:r>
    </w:p>
    <w:p/>
    <w:p>
      <w:r>
        <w:br/>
        <w:t>The operative let out a shriek, a discordant sound that seemed to tear at the fabric of reality itself. The violet light in its eyes flared intensely, and the containment field began to warp under the strain.</w:t>
      </w:r>
    </w:p>
    <w:p/>
    <w:p>
      <w:r>
        <w:br/>
        <w:t>"It's attempting to self-destruct," Kaelen realized. "Or rather, to become a conduit for a localized burst of corrupted energy. It’s an act of ultimate devotion to the Architect."</w:t>
      </w:r>
    </w:p>
    <w:p/>
    <w:p>
      <w:r>
        <w:br/>
        <w:t>Seris’s fingers flew across her console, rerouting energy, reinforcing the containment field. "We cannot allow it to detonate. The blast would be devastating, and it would confirm our presence and our objective to the Architect."</w:t>
      </w:r>
    </w:p>
    <w:p/>
    <w:p>
      <w:r>
        <w:br/>
        <w:t>Kaelen focused his entire being, projecting a wave of pure, uncorrupted resonance directly into the operative’s core, attempting to disrupt the Architect’s control from within. He wasn't trying to fight the Architect’s influence, but to temporarily neutralize it, to create a moment of internal stillness within the operative.</w:t>
      </w:r>
    </w:p>
    <w:p/>
    <w:p>
      <w:r>
        <w:br/>
        <w:t>"Hold on," Kaelen urged, his own Aetheric energy strained to its limit. "Just a moment longer. I can feel… I can feel the original self. A faint spark, buried deep within."</w:t>
      </w:r>
    </w:p>
    <w:p/>
    <w:p>
      <w:r>
        <w:br/>
        <w:t>He saw a memory, a flash of genuine emotion – fear, then a desperate plea for help. It was a ghost of the being this operative once was, a testament to the tragedy of its current state.</w:t>
      </w:r>
    </w:p>
    <w:p/>
    <w:p>
      <w:r>
        <w:br/>
        <w:t>"It’s trying to show us something," Kaelen gasped, his focus wavering. "Not just the Prime Nexus. A specific conduit. A… a key conduit. One that will facilitate the final convergence."</w:t>
      </w:r>
    </w:p>
    <w:p/>
    <w:p>
      <w:r>
        <w:br/>
        <w:t>Seris immediately began cross-referencing the operative’s bio-Aetheric signature with known conduit patterns. "The raw data is too chaotic to pinpoint a specific location from here. We need a more direct imprint. Kaelen, can you coax it into revealing coordinates? A location? A symbol?"</w:t>
      </w:r>
    </w:p>
    <w:p/>
    <w:p>
      <w:r>
        <w:br/>
        <w:t>The operative was weakening, its energy output steadily decreasing as the Architect’s hold seemed to reassert itself, a more desperate, more forceful grip. Kaelen felt the pressure intensify, the cacophony of corrupted thoughts returning with renewed vigor.</w:t>
      </w:r>
    </w:p>
    <w:p/>
    <w:p>
      <w:r>
        <w:br/>
        <w:t>"It’s… it’s showing a stellar designation," Kaelen strained, sweat beading on his brow. "An uncharted sector. Sector Gamma-7. And a… a temporal marker. A cycle. It’s tied to stellar alignments. A specific alignment that amplifies the… the Architect’s resonance."</w:t>
      </w:r>
    </w:p>
    <w:p/>
    <w:p>
      <w:r>
        <w:br/>
        <w:t>Seris’s eyes widened as she inputted the data. "Sector Gamma-7… it's an anomaly itself. Unmapped, uncharted. And a temporal marker tied to stellar alignments… that suggests a deliberate, long-term plan, waiting for the opportune moment to strike."</w:t>
      </w:r>
    </w:p>
    <w:p/>
    <w:p>
      <w:r>
        <w:br/>
        <w:t>Velor, meanwhile, was analyzing the fragmented visions of the convergence. "The conduits are not merely channeling corrupted Aether; they are being energized. Infused with a specific type of resonance that amplifies the Architect’s influence. This 'key conduit' Kaelen speaks of must be the primary infusion point, the focal nexus for this amplification."</w:t>
      </w:r>
    </w:p>
    <w:p/>
    <w:p>
      <w:r>
        <w:br/>
        <w:t>The operative’s struggle intensified. The violet light in its eyes dimmed, replaced by a more profound emptiness. The Architect was reasserting its dominion, its ultimate objective of silencing all resonance overriding any lingering vestiges of the operative’s original consciousness.</w:t>
      </w:r>
    </w:p>
    <w:p/>
    <w:p>
      <w:r>
        <w:br/>
        <w:t>"It’s… it’s gone," Kaelen whispered, feeling the last vestiges of the operative’s individual essence extinguish. "The Architect has sealed it. Fully assimilated. It’s no longer an operative; it's an extension of the Architect’s will."</w:t>
      </w:r>
    </w:p>
    <w:p/>
    <w:p>
      <w:r>
        <w:br/>
        <w:t>Seris deactivated the containment field, the operative now a mere husk, its eyes vacant, its being entirely consumed. "We have a target sector and a temporal window. Sector Gamma-7, and an upcoming stellar alignment that will, according to this operative’s residual imprint, serve as the catalyst for the final convergence."</w:t>
      </w:r>
    </w:p>
    <w:p/>
    <w:p>
      <w:r>
        <w:br/>
        <w:t>Velor’s gaze was fixed on the holographic star charts, his mind already racing through astronomical data. "The risks of venturing into an uncharted sector are considerable. However, the threat to the Prime Nexus is… existential. We cannot afford to delay. The Architect’s grand design is reaching its crescendo. The whispers from the fringe have finally coalesced into a deafening roar of impending doom."</w:t>
      </w:r>
    </w:p>
    <w:p/>
    <w:p>
      <w:r>
        <w:br/>
        <w:t>Kaelen felt a profound sense of loss for the operative, a being whose individuality had been so brutally extinguished. Yet, he also felt a renewed sense of purpose. They had gained invaluable, albeit terrifying, intelligence. They knew the architect’s immediate objective, the location of its nexus, and the temporal window for its catastrophic plan. The whispers from the fringe had revealed the Architect’s ultimate ambition: to orchestrate the final, irreversible silencing of the universe. Now, it was up to them to prevent it. The convergence was coming, and they had to be ready to face the heart of the coming dissonance. The captured operative, though silenced, had provided them with the crucial, albeit grim, revelation: the Architect of Entropy was not merely a force of decay, but a meticulously orchestrating conductor of cosmic silence, aiming its symphony of destruction at the very heart of all existence, the Prime Nexus. The immediate threat was no longer an abstract concept of corruption spreading; it was a concrete, actionable objective, a precise point in space and time where the universe’s harmonious song was slated to be forever silenced.</w:t>
      </w:r>
    </w:p>
    <w:p/>
    <w:p>
      <w:r>
        <w:t>The raw data, once a chaotic storm of fragmented impressions gleaned from the extinguished operative, began to coalesce under the meticulous analysis of the Synarchs. Seris, her focus unwavering, projected the newly compiled intelligence onto the holographic displays, painting a grim portrait of the Architect of Entropy’s insidious methods. It wasn't a force of brute strength, nor a conqueror wielding armies of corrupted beings in a frontal assault. Instead, the Architect operated with the subtlety of a creeping blight, its influence felt not in the sudden eruption of violence, but in the slow, systematic decay of harmony.</w:t>
      </w:r>
    </w:p>
    <w:p>
      <w:r>
        <w:br/>
        <w:t>“Its primary vector of influence is the Aetherflow itself,” Seris explained, her voice echoing with a chilling certainty. “It doesn’t just corrupt existing energy; it perverts the fundamental currents that bind the cosmos. It introduces dissonant frequencies, subtle imperfections that, over time, amplify and propagate, unraveling the inherent resonance of all things.” She indicated a series of intricate diagrams showing how the Architect manipulated the very weave of Aether, creating ‘eddies of discord’ that would spread like a contagion. “These aren’t random occurrences. They are deliberate injections, calculated points of systemic weakness designed to accelerate entropy.”</w:t>
      </w:r>
    </w:p>
    <w:p/>
    <w:p>
      <w:r>
        <w:br/>
        <w:t>Velor, his ancient brow furrowed in deep contemplation, cross-referenced Seris’s findings with vast archives of galactic history and cosmic phenomena. His gaze swept across the projections, his mind sifting through millennia of recorded events, searching for patterns that mirrored the Architect’s current modus operandi. “The methodology is disturbingly familiar,” he murmured, his voice low. “Throughout recorded history, there have been periods of inexplicable decline, societal fragmentation, and the erosion of foundational principles. We often attributed these to natural cycles, to the inherent volatility of sentient species. But what if… what if the Architect has been subtly influencing these events for eons?”</w:t>
      </w:r>
    </w:p>
    <w:p/>
    <w:p>
      <w:r>
        <w:br/>
        <w:t>He gestured towards a particularly ancient star chart, overlaid with temporal markers. “Consider the fall of the Cygnian Hegemony. A civilization renowned for its unparalleled Aetheric mastery, brought low by internal strife and a seemingly inexplicable loss of cohesion. Or the Great Silence of the Orion Arm, a period where entire star systems fell dormant, their Aetheric signatures fading into nothingness. We dismissed these as isolated incidents, anomalies in the cosmic tapestry. But viewed through the lens of the Architect’s tactics, they appear as deliberate acts of sabotage, seeds of discord sown across the ages.”</w:t>
      </w:r>
    </w:p>
    <w:p/>
    <w:p>
      <w:r>
        <w:br/>
        <w:t>Kaelen, still reeling from the residual echoes of the operative’s consciousness, found himself both repulsed and awed by the sheer scope of the Architect’s ambition. “It’s like a cosmic saboteur, isn’t it? Not destroying things head-on, but undermining them from within. Causing them to crumble under their own weight.”</w:t>
      </w:r>
    </w:p>
    <w:p/>
    <w:p>
      <w:r>
        <w:br/>
        <w:t>“Precisely,” Seris confirmed. “And its use of ‘echoes’ is a testament to this strategy. These are not merely biological constructs or corrupted beings. They are fragments of consciousness, twisted and weaponized. They serve a dual purpose: as conduits for its influence, spreading its dissonant frequencies, and as diversions. They create chaos and confusion, drawing our attention while the Architect’s true work proceeds unseen.”</w:t>
      </w:r>
    </w:p>
    <w:p/>
    <w:p>
      <w:r>
        <w:br/>
        <w:t>The intelligence revealed a chilling detail about these ‘echoes’. They were not simply controlled automatons. The Architect seemed to imbue them with a semblance of purpose, a reactive intelligence that allowed them to adapt and exploit vulnerabilities. This made them incredibly dangerous, as they could anticipate and counter defensive measures with a terrifying, albeit programmed, ingenuity. The operative they had captured was a prime example – a being whose original sentience had been so thoroughly subsumed that it had become a perfect instrument of the Architect’s will, capable of functioning independently within its network.</w:t>
      </w:r>
    </w:p>
    <w:p/>
    <w:p>
      <w:r>
        <w:br/>
        <w:t>“The strategy is one of incremental collapse,” Velor mused, his gaze drifting to the projected timeline of historical anomalies. “It’s a long game. The Architect doesn’t seek immediate victory; it seeks inevitable decay. By fostering disharmony, by amplifying existing conflicts, by subtly eroding trust and cooperation, it ensures that civilizations, or even entire cosmic sectors, will eventually unravel from within. Overt displays of power attract attention, provoke resistance. This… this is far more insidious. It’s a slow poison, administered over millennia.”</w:t>
      </w:r>
    </w:p>
    <w:p/>
    <w:p>
      <w:r>
        <w:br/>
        <w:t>Kaelen traced the lines of corrupted Aetherflow on a projected map, noticing how they spiraled outwards from seemingly insignificant points of origin. “So, the operative wasn’t just a single threat, but a symptom of a larger, pervasive corruption? A localized manifestation of a galaxy-wide strategy?”</w:t>
      </w:r>
    </w:p>
    <w:p/>
    <w:p>
      <w:r>
        <w:br/>
        <w:t>“That appears to be the case,” Seris responded, her tone grave. “Each corrupted conduit, each ‘echo’ encountered, is another thread in the Architect’s grand design. It’s a network, not of physical connections, but of resonant frequencies. It’s like a vast, invisible web of discord, subtly influencing every aspect of galactic existence.”</w:t>
      </w:r>
    </w:p>
    <w:p/>
    <w:p>
      <w:r>
        <w:br/>
        <w:t>The Synarchs realized the profound difficulty of confronting such an enemy. How does one fight a force that operates on such subtle, pervasive levels? Direct confrontation was often met with carefully orchestrated diversions, while attempts at forceful intervention could inadvertently amplify the very chaos the Architect sowed. It was an enemy that thrived in the shadows, its actions masked by the natural ebb and flow of cosmic forces.</w:t>
      </w:r>
    </w:p>
    <w:p/>
    <w:p>
      <w:r>
        <w:br/>
        <w:t>“We need to understand the core principles of its manipulation,” Velor stated, his voice resonating with the weight of his experience. “If it thrives on discord, then harmony must be its antithesis. If it seeks to unravel, then cohesion and unity must be our strength. But how do we introduce such forces into a system already saturated with its influence?”</w:t>
      </w:r>
    </w:p>
    <w:p/>
    <w:p>
      <w:r>
        <w:br/>
        <w:t>The captured operative, though now a silent void, had offered them a glimpse into the Architect’s ultimate goal: the corruption of the Prime Nexus. This was not merely about spreading decay; it was about orchestrating a singular, catastrophic event that would fundamentally alter the nature of existence. The Architect wasn't just an agent of entropy; it was a conductor, meticulously assembling its dissonant symphony to achieve its final, universe-silencing crescendo.</w:t>
      </w:r>
    </w:p>
    <w:p/>
    <w:p>
      <w:r>
        <w:br/>
        <w:t>“The operative’s final transmissions spoke of ‘completion’,” Kaelen recalled, his mind replaying the fragmented, desperate signals. “A final convergence. It wasn’t just about corrupting the Prime Nexus; it was about using it as a focal point to amplify its influence to an ultimate, irreversible degree.”</w:t>
      </w:r>
    </w:p>
    <w:p/>
    <w:p>
      <w:r>
        <w:br/>
        <w:t>Seris nodded grimly. “The intelligence suggests a phased approach. First, the gradual corruption of Aetherflow through strategically placed conduits. Second, the deployment of ‘echoes’ to destabilize societies and distract from the primary objective. And finally, the grand convergence, where the Architect intends to harness the amplified energies of the Prime Nexus to initiate what it perceives as the ultimate expression of entropy – a total, irreversible silencing of all cosmic resonance.”</w:t>
      </w:r>
    </w:p>
    <w:p/>
    <w:p>
      <w:r>
        <w:br/>
        <w:t>Velor’s eyes scanned a complex schematic depicting the Prime Nexus, a point of convergence for countless Aetheric currents across the galaxy. “The Prime Nexus is the linchpin of the entire Aetheric network. Its corruption would be catastrophic, indeed. It would be akin to severing the heart from the body of the cosmos. All life, all energy, all potential would eventually succumb to the pervasive silence.”</w:t>
      </w:r>
    </w:p>
    <w:p/>
    <w:p>
      <w:r>
        <w:br/>
        <w:t>The tactical challenge was immense. The Architect’s influence was so deeply ingrained in the fabric of reality that identifying and neutralizing its points of corruption without causing further disruption was a monumental task. It was like trying to remove a microscopic parasite from a living organism without harming the host. Every action had to be meticulously planned, every potential consequence weighed.</w:t>
      </w:r>
    </w:p>
    <w:p/>
    <w:p>
      <w:r>
        <w:br/>
        <w:t>“The historical parallels are not just about confirming the Architect’s existence,” Velor emphasized. “They are about learning from past failures, from periods where such insidious influences were allowed to fester unchecked. We must not repeat those mistakes. We cannot afford to be reactive; we must become proactive.”</w:t>
      </w:r>
    </w:p>
    <w:p/>
    <w:p>
      <w:r>
        <w:br/>
        <w:t>The Architect’s tactics were a masterclass in psychological and energetic warfare, waged on a cosmic scale. It preyed on instability, amplified fear, and eroded hope. Its ultimate weapon was not a destructive blast or an overwhelming force, but the insidious erosion of will, the gradual decay of purpose, and the eventual acceptance of inevitable doom.</w:t>
      </w:r>
    </w:p>
    <w:p/>
    <w:p>
      <w:r>
        <w:br/>
        <w:t>Kaelen felt a growing sense of urgency. The temporal marker associated with the stellar alignment in Sector Gamma-7 was approaching. The Architect’s long-term strategy was nearing its culmination. The whispers from the fringe had indeed coalesced into a deafening roar, a stark warning of the impending dissonance.</w:t>
      </w:r>
    </w:p>
    <w:p/>
    <w:p>
      <w:r>
        <w:br/>
        <w:t>“We know where and when,” Kaelen said, his voice firm despite the daunting nature of their task. “Sector Gamma-7. During the upcoming stellar alignment. That’s where the primary conduit for the Architect’s final amplification lies.”</w:t>
      </w:r>
    </w:p>
    <w:p/>
    <w:p>
      <w:r>
        <w:br/>
        <w:t>Seris adjusted the holographic projection, zooming in on the uncharted sector. “The operational parameters for infiltration are extremely high. Uncharted territory means unknown hazards, potential Aetheric anomalies, and a complete lack of reliable navigational data. We will be operating blind, facing an enemy that thrives in such environments.”</w:t>
      </w:r>
    </w:p>
    <w:p/>
    <w:p>
      <w:r>
        <w:br/>
        <w:t>Velor, however, saw not just the risks, but the opportunity. “Blindness can be an advantage if you learn to ‘see’ without sight. The Architect’s methods, while subtle, leave energetic signatures. If we can attune ourselves to the patterns of its corruption, we can navigate its influence. This is where our understanding of harmony and resonance becomes our greatest weapon.”</w:t>
      </w:r>
    </w:p>
    <w:p/>
    <w:p>
      <w:r>
        <w:br/>
        <w:t>The Architect’s tactics were designed to sow chaos and foster apathy, to make resistance seem futile. But the Synarchs had a counter-strategy: understanding, unity, and the unwavering pursuit of harmony. They had glimpsed the Architect’s grand design, its ultimate objective of silencing the cosmic symphony. Now, they had to ensure that its final note was one of defiance, not despair. The whispers from the fringe had revealed the Architect’s chilling ambition, its meticulous plan to orchestrate the universe’s final silence. The challenge was no longer just to survive, but to actively push back against the encroaching entropy, to reintroduce harmony where discord had reigned, and to protect the Prime Nexus – the heart of all cosmic resonance – from the Architect’s final, devastating act of cosmic deconstruction. The fight was far from over; it was, in many ways, just beginning, and its arena was the very fabric of existence.</w:t>
      </w:r>
    </w:p>
    <w:p/>
    <w:p>
      <w:r>
        <w:t>The weight of their newfound understanding settled upon the Synarchs, a heavy mantle woven from the threads of cosmic dread and the stark reality of the Architect of Entropy’s insidious machinations. The intelligence gleaned from the extinguished operative, though fragmented, had illuminated a horrifying truth: their enemy was not a conqueror of physical might, but a master of subtle decay, a saboteur of reality’s very resonance. The pervasive corruption of the Aetherflow, the calculated introduction of dissonant frequencies, the deliberate seeding of discord across millennia – these were not random occurrences but the deliberate strokes of a cosmic artist whose medium was universal disintegration. They understood now that the Architect’s long game was not about swift annihilation, but about a slow, inexorable unraveling, a process designed to make collapse seem inevitable, even natural. The operative had been a whisper from the fringe, but that whisper had revealed a galaxy-wide symphony of decay, culminating in a terrifying crescendo aimed at the Prime Nexus itself.</w:t>
      </w:r>
    </w:p>
    <w:p>
      <w:r>
        <w:br/>
        <w:t>“We cannot simply observe,” Seris stated, her voice cutting through the hushed reverence that had fallen over the chamber. Her gaze, usually fixed on the serene flow of data, now burned with a newfound intensity. She moved with a renewed purpose, her hands gesturing not to passive displays of information, but to the intricate web of interconnected energy lines that represented the Aetherflow, now visibly marred by insidious, creeping tendrils of corruption. “Understanding its methods is only the first step. We must actively disrupt them. We must begin to cleanse the conduits, to sever the corrupted pathways before they can amplify the Architect’s influence to its ultimate conclusion.”</w:t>
      </w:r>
    </w:p>
    <w:p/>
    <w:p>
      <w:r>
        <w:br/>
        <w:t>Her plan began to take shape, a complex counter-strategy woven from threads of knowledge and nascent action. It wasn’t merely about defense; it was about striking back, about introducing a counter-frequency to the pervasive dissonance. “The Architect’s network,” she continued, projecting a dynamic, three-dimensional map of the affected Aetherflow, “is not a monolithic entity. It’s a series of interconnected nodes, like a fungal mycelium spreading through a dying forest. Each corrupted conduit, each ‘echo’ they deploy, is a point of access. If we can identify and neutralize these points, we can cripple its propagation.”</w:t>
      </w:r>
    </w:p>
    <w:p/>
    <w:p>
      <w:r>
        <w:br/>
        <w:t>Velor nodded, his ancient eyes reflecting the projected complexity. “But how do we cleanse such pervasive corruption? The Aether itself is a fundamental force. To tamper with it, even with the intent of purification, carries inherent risks. We could inadvertently exacerbate the very decay we seek to prevent.”</w:t>
      </w:r>
    </w:p>
    <w:p/>
    <w:p>
      <w:r>
        <w:br/>
        <w:t>“That is where our own Masks come into play,” Seris countered, her gaze meeting Velor’s with unwavering resolve. “My own Mask, the Weaver of Harmonics, allows me to perceive and manipulate subtle energetic vibrations. I can identify the specific dissonant frequencies the Architect implants. And yours, Velor, the Sentinel of Resonance, can reinforce and stabilize affected Aetheric currents, essentially creating pockets of pure resonance to counteract the spread.” She then turned her attention to Kaelen. “And Kaelen, your Mask, the Aegis of Echoes, can absorb and neutralize residual energetic imprints, preventing the ‘echoes’ from re-establishing their corrupted pathways.”</w:t>
      </w:r>
    </w:p>
    <w:p/>
    <w:p>
      <w:r>
        <w:br/>
        <w:t>The realization dawned on Kaelen with a profound sense of responsibility. The whispers from the fringe had been a warning, but they had also been a call to arms, a mandate for the Synarchs to move beyond analysis and into action. They were not passive observers of the cosmos; they were its custodians, and the Architect of Entropy was a threat to the very essence of existence. “So, our strategy hinges on precision,” he mused aloud. “Targeted intervention, cleansing specific conduits and neutralizing the ‘echoes’ before they can fully integrate into the Architect’s network.”</w:t>
      </w:r>
    </w:p>
    <w:p/>
    <w:p>
      <w:r>
        <w:br/>
        <w:t>“Precisely,” Seris confirmed. “Our operations must be coordinated. We cannot afford to act independently. The Architect thrives on fragmentation and disunity. Our strength lies in our synergy. We must move as one, our Masks working in perfect concert. Think of it as a counter-melody, a harmonic refrain introduced into the cacophony of discord.”</w:t>
      </w:r>
    </w:p>
    <w:p/>
    <w:p>
      <w:r>
        <w:br/>
        <w:t>She began to detail the operational phases. The first involved reconnaissance, identifying the most critical and accessible points of Aetheric corruption. This would require deploying probes, subtle energetic sensors, and even engaging in limited, carefully controlled Aetheric resonance scans. “We need to map the extent of the corruption with absolute accuracy,” Seris stressed. “The Architect’s tendrils are like a root system, spreading unseen beneath the surface. We must expose as much of it as possible.”</w:t>
      </w:r>
    </w:p>
    <w:p/>
    <w:p>
      <w:r>
        <w:br/>
        <w:t>Following the reconnaissance, the intervention phase would commence. This would involve the Synarchs themselves undertaking missions to directly cleanse corrupted conduits. Seris would use her Mask to isolate and neutralize the dissonant frequencies, essentially ‘tuning’ the corrupted Aether back to its natural harmonic state. Velor would then follow, reinforcing the cleansed pathway with his Sentinel’s power, ensuring that the Architect’s insidious influence could not immediately reassert itself. Kaelen’s role would be crucial in the aftermath of these interventions, or in situations where an ‘echo’ had already manifested, absorbing and neutralizing any lingering energetic residue or attempts at re-propagation.</w:t>
      </w:r>
    </w:p>
    <w:p/>
    <w:p>
      <w:r>
        <w:br/>
        <w:t>“The convergence at Sector Gamma-7 during the stellar alignment is the critical juncture,” Velor stated, his voice resonating with quiet authority. “It represents the Architect’s most audacious move, its attempt to amplify its corrupted resonance through the very nexus of cosmic energy. We must prevent that amplification at all costs. This means we cannot wait for every single corrupted conduit to be cleansed. We must prioritize. We must assess which breaches pose the most immediate threat to the convergence.”</w:t>
      </w:r>
    </w:p>
    <w:p/>
    <w:p>
      <w:r>
        <w:br/>
        <w:t>Seris nodded, her fingers dancing across the holographic interface, highlighting key junctures on the galactic Aetherflow map. “The historical anomalies Velor identified earlier are not just markers of past entropy; they are potential anchor points for the Architect’s current strategy. These are areas where its influence has been allowed to fester for millennia. We must investigate these nexus points first, as they likely represent the most deeply ingrained corruptions, the primary conduits feeding into the final convergence.”</w:t>
      </w:r>
    </w:p>
    <w:p/>
    <w:p>
      <w:r>
        <w:br/>
        <w:t>Kaelen felt a surge of adrenaline, a mixture of apprehension and a strange, exhilarating sense of purpose. This was no longer theoretical. This was a direct confrontation with an enemy that had woven itself into the very fabric of existence. “What about the ‘echoes’?” he asked, his mind still grappling with the implications of these weaponized fragments of consciousness. “How do we counter them when they are designed to be unpredictable, to exploit our every weakness?”</w:t>
      </w:r>
    </w:p>
    <w:p/>
    <w:p>
      <w:r>
        <w:br/>
        <w:t>“The operative’s final transmissions, though fragmented, offered a crucial insight,” Seris replied. “The ‘echoes’ are not truly independent. They are extensions of the Architect’s will, tethered to its overall network through resonant frequencies. While they possess a semblance of reactive intelligence, they are ultimately susceptible to targeted disruption. My Mask can identify the specific resonant signature that binds them to the Architect. If we can disrupt that signature, we can destabilize them, potentially even force them to revert to a less corrupted state, or at least sever their direct connection to the Architect’s primary control.”</w:t>
      </w:r>
    </w:p>
    <w:p/>
    <w:p>
      <w:r>
        <w:br/>
        <w:t>Velor added, “This is where Kaelen’s Aegis becomes paramount. When an ‘echo’ is encountered, Kaelen can engage it directly, absorbing its corrupted energies and disrupting its operational parameters. The synchronized application of Seris’s harmonic manipulation to sever its connection and Kaelen’s absorption to neutralize its immediate threat could prove devastating to the Architect’s deployed assets.”</w:t>
      </w:r>
    </w:p>
    <w:p/>
    <w:p>
      <w:r>
        <w:br/>
        <w:t>The strategy was audacious, fraught with peril, but it was a strategy nonetheless. It acknowledged the pervasive nature of the threat without succumbing to despair. It leveraged their unique abilities, their Masks, not as tools of observation, but as instruments of active intervention. The Synarchs understood that the Architect of Entropy thrived on the gradual erosion of hope, on the perception of futility. Their counter-strategy was built on the antithesis of that: on decisive action, on the unwavering belief in the power of harmony, and on the absolute necessity of protecting the cosmic resonance that sustained all life.</w:t>
      </w:r>
    </w:p>
    <w:p/>
    <w:p>
      <w:r>
        <w:br/>
        <w:t>“We must also consider the possibility of infiltration,” Kaelen suggested, his mind sifting through the vast archives of Synarchic military doctrine. “While direct confrontation is necessary, there may be instances where a more covert approach is required. Planting counter-resonators, subtly altering the Aetherflow in key regions, or even attempting to subtly influence the ‘echoes’ themselves to sow discord within the Architect’s own network.”</w:t>
      </w:r>
    </w:p>
    <w:p/>
    <w:p>
      <w:r>
        <w:br/>
        <w:t>“A valid point,” Seris conceded, her focus sharpening. “Such operations would require extreme discretion. My Mask allows for subtle energetic manipulation, the kind that could be mistaken for natural Aetheric fluctuations. We could, perhaps, seed areas of known corruption with counter-harmonic pulses, small, precisely calibrated bursts of pure resonance that would gradually weaken the Architect’s hold without triggering a direct response.”</w:t>
      </w:r>
    </w:p>
    <w:p/>
    <w:p>
      <w:r>
        <w:br/>
        <w:t>Velor, ever the strategist, considered the broader implications. “This is not merely a war of energy; it is a war of intent. The Architect seeks to impose its will, its vision of ultimate entropy, upon the cosmos. We must counter that intent with our own: the preservation of existence, the celebration of cosmic harmony. Every action we take, every cleansed conduit, every neutralized ‘echo,’ reinforces our intent and weakens the Architect’s.”</w:t>
      </w:r>
    </w:p>
    <w:p/>
    <w:p>
      <w:r>
        <w:br/>
        <w:t>The meticulous planning continued, the Synarchs delving deeper into the practicalities of their counter-offensive. They began to identify specific star systems and nexus points that required immediate attention, prioritizing those that showed the strongest indicators of direct connection to the impending convergence at Sector Gamma-7. The data streams flowing into their consciousness became not just information, but tactical directives, each piece of intelligence a potential vulnerability to be exploited or a threat to be neutralized.</w:t>
      </w:r>
    </w:p>
    <w:p/>
    <w:p>
      <w:r>
        <w:br/>
        <w:t>They were no longer just deciphering the whispers from the fringe; they were preparing to shout back, to introduce a symphony of defiance that would drown out the Architect’s discordant dirge. The journey ahead was daunting, demanding immense precision, unwavering resolve, and a profound understanding of their own collective strength. But for the first time since the raw data had begun to coalesce, the Synarchs felt a tangible sense of agency, a clear path forward in the face of an existential threat. The Architect of Entropy had revealed its grand design, and in doing so, it had inadvertently revealed its weaknesses – weaknesses that the Synarchs were now poised to exploit with every ounce of their combined power and Masked abilities. Their counter-strategy was not merely a plan; it was a commitment, a declaration that the cosmic symphony would not be silenced, not on their watch.</w:t>
      </w:r>
    </w:p>
    <w:p/>
    <w:p>
      <w:r>
        <w:br w:type="page"/>
      </w:r>
    </w:p>
    <w:p>
      <w:pPr>
        <w:spacing w:before="5040"/>
        <w:jc w:val="center"/>
      </w:pPr>
      <w:r>
        <w:rPr/>
        <w:t xml:space="preserve"> 10: The Stillness Sanctum's Secret</w:t>
      </w:r>
    </w:p>
    <w:p>
      <w:r>
        <w:t>The chilling revelations from the Fringe Wastes had etched themselves deep into the Synarchs’ collective consciousness, a stark reminder of the pervasive, insidious nature of the Architect of Entropy. The sheer scale of the corruption, the calculated poisoning of the Aetherflow across millennia, demanded more than just immediate action; it necessitated a moment of profound reflection, a return to a place where clarity could be sought amidst the encroaching chaos. It was Liora’s sanctuary, the Stillness Sanctum, that beckoned them – a haven of natural harmony, a stark counterpoint to the desolation they had just witnessed.</w:t>
      </w:r>
    </w:p>
    <w:p>
      <w:r>
        <w:br/>
        <w:t>The journey back was a study in contrasts. The desolate, dust-choked landscapes of the Fringe slowly receded, replaced by the gently undulating, vibrantly hued plains that bordered the Sanctum’s domain. Even the light seemed to shift, softening from the harsh, unforgiving glare of the Wastes to a diffused, ethereal glow that permeated the air. As they approached, the subtle hum of the Aether, so often a conduit for the Architect’s insidious frequencies, here resonated with a pure, untainted clarity. The very air seemed to vibrate with a restorative energy, a testament to Liora’s deep communion with the fundamental forces of existence.</w:t>
      </w:r>
    </w:p>
    <w:p/>
    <w:p>
      <w:r>
        <w:br/>
        <w:t>Stepping across the threshold of the Sanctum was akin to entering a different reality. The harsh geometries of their operational headquarters, filled with the stark displays of data and the weight of their recent discoveries, were replaced by flowing, organic architecture that seemed to have been coaxed from the living rock itself. Bioluminescent flora cast a soft, pulsating light, illuminating crystalline formations that chimed with faint, harmonic resonances when disturbed by the slightest movement of air. The pervasive sense of dread that had clung to them like a shroud began to dissipate, replaced by a profound, almost visceral sense of peace.</w:t>
      </w:r>
    </w:p>
    <w:p/>
    <w:p>
      <w:r>
        <w:br/>
        <w:t>Liora greeted them not with words, but with a gentle, outward projection of her own Mask’s influence – a wave of calming resonance that washed over their frayed nerves, smoothing the jagged edges of their recent trauma. Her presence was a quiet anchor, a living embodiment of the sanctuary’s name. “Welcome, my friends,” her voice, a melodic whisper, seemed to emanate from the very air around them. “The resonance of your journey is heavy. Allow this place to ease your burdens, if only for a while.”</w:t>
      </w:r>
    </w:p>
    <w:p/>
    <w:p>
      <w:r>
        <w:br/>
        <w:t>Seris, her mind still reeling from the intricate patterns of corruption she had meticulously cataloged, found herself drawn to a secluded alcove where a waterfall cascaded over luminous mosses, the water shimmering with captured starlight. The gentle murmur of the falling water was a balm, a natural counter-frequency to the dissonant whispers they had encountered. She closed her eyes, allowing the pure, undiluted Aetheric flow of the waterfall to wash over her senses. Here, the subtle energetic signatures of the Architect’s corruptions were not absent, but they were muted, their power diminished by the overwhelming purity of the Sanctum’s environment.</w:t>
      </w:r>
    </w:p>
    <w:p/>
    <w:p>
      <w:r>
        <w:br/>
        <w:t>“The data we retrieved,” Seris began, her voice softer now, less strained, as she opened her eyes and met the gaze of her companions. “It confirms our gravest fears. The Architect does not merely spread corruption; it cultivates it, weaving a tapestry of decay so intricate that it appears as an organic part of the cosmic fabric. The ‘echoes’ are not simply residual imprints; they are active agents, designed to exploit and amplify the inherent stresses within the Aetherflow.”</w:t>
      </w:r>
    </w:p>
    <w:p/>
    <w:p>
      <w:r>
        <w:br/>
        <w:t>Kaelen, his own Mask, the Aegis of Echoes, still humming with the residual energies of their encounter, found a quiet space near a cluster of pulsating, crystalline flowers. He reached out a tentative hand, not to touch, but to feel the subtle emanations. His Mask had absorbed a significant amount of corrupted Aether, and in the pure environment of the Sanctum, he could feel those absorbed energies slowly being neutralized, the chaotic frequencies gradually smoothing into more coherent patterns. “The operative’s final message,” he said, his voice carrying a new resonance, “spoke of a ‘grand convergence.’ It seems the Architect is not merely spreading its influence, but preparing for a singular, focused event.”</w:t>
      </w:r>
    </w:p>
    <w:p/>
    <w:p>
      <w:r>
        <w:br/>
        <w:t>Velor, his ancient wisdom a silent presence, sat on a smooth, moss-covered stone overlooking a tranquil pool. The reflection of the glowing flora mirrored in the water seemed to hold an ageless serenity. He ran a weathered hand over the cool surface of the stone, feeling the subtle vibrations of the planet itself. “The stellar alignment mentioned in the operative’s fragmented transmissions,” Velor mused, his voice a low rumble, “is a known nexus of amplified cosmic energies. If the Architect intends to harness such an event, its goal is not merely localized decay, but a fundamental alteration of cosmic resonance on a galactic scale.”</w:t>
      </w:r>
    </w:p>
    <w:p/>
    <w:p>
      <w:r>
        <w:br/>
        <w:t>The Stillness Sanctum, with its inherent harmony, provided a crucial advantage: a pristine canvas upon which to re-examine the corrupted data. The pervasive influence of the Architect, which had seemed so overwhelming in the Fringe, felt more manageable here. Seris began to project the complex holographic schematics of the Aetherflow, the tendrils of corruption now appearing as faint, almost translucent veins against the vibrant, flowing energy of the Sanctum’s native Aether.</w:t>
      </w:r>
    </w:p>
    <w:p/>
    <w:p>
      <w:r>
        <w:br/>
        <w:t>“Observe,” Seris instructed, her fingers tracing a path across the luminous display. “The Architect’s strategy is not to create new points of corruption from scratch, but to exploit and amplify existing dissonances. It targets areas of natural instability, regions where the Aetherflow is already under strain due to geological phenomena, gravitational anomalies, or even the residual energetic signatures of past cosmic events. These are the fault lines it seeks to widen.”</w:t>
      </w:r>
    </w:p>
    <w:p/>
    <w:p>
      <w:r>
        <w:br/>
        <w:t>Kaelen focused on the patterns Seris was highlighting. He saw how the corrupted conduits often converged on specific points, like tributaries feeding into a larger river. “These convergence points,” he stated, “they are the Architect’s primary amplifiers. If we can disrupt these points, we can potentially starve the larger network of its essential energy flow.”</w:t>
      </w:r>
    </w:p>
    <w:p/>
    <w:p>
      <w:r>
        <w:br/>
        <w:t>Velor nodded in agreement. “And the ‘echoes’ are the means by which it reinforces these amplifiers. They are not random manifestations; they are strategic deployments, designed to maintain and fortify the corrupted pathways. Their ability to adapt and learn suggests a degree of distributed consciousness, a network of intelligent nodes that can react to our interventions.”</w:t>
      </w:r>
    </w:p>
    <w:p/>
    <w:p>
      <w:r>
        <w:br/>
        <w:t>The inherent stillness of the Sanctum allowed for a deeper analysis of these ‘echoes.’ Seris, using her Mask’s ability to perceive the subtlest energetic vibrations, began to isolate the specific harmonic frequencies that bound the echoes to the Architect’s central network. “It’s like a carrier wave,” she explained, her brow furrowed in concentration. “The echo itself is a complex energetic construct, but its direct tether to the Architect’s primary intent is carried on a specific, incredibly subtle frequency. If we can disrupt that frequency, we can effectively sever the connection, rendering the echo inert, or at least severely limiting its ability to receive directives.”</w:t>
      </w:r>
    </w:p>
    <w:p/>
    <w:p>
      <w:r>
        <w:br/>
        <w:t>This insight sparked a new line of inquiry for Kaelen. His Mask was designed for absorption and neutralization. “If I can identify the specific resonant signature of an echo’s connection, as you’ve described, Seris,” Kaelen mused, “then perhaps I can use my Aegis not just to absorb its corrupted energy, but to actively disrupt that carrier wave from within. Imagine, creating a localized feedback loop that jams the transmission, effectively silencing the echo’s connection to its master.”</w:t>
      </w:r>
    </w:p>
    <w:p/>
    <w:p>
      <w:r>
        <w:br/>
        <w:t>The very air in the Sanctum seemed to thrum with the potential of this realization. The natural harmony of their surroundings amplified their own innate abilities, allowing for a clarity of thought and a synergistic understanding that had been difficult to achieve amidst the chaos of the Fringe. They were not merely analyzing data; they were rediscovering the fundamental principles of Aetheric interaction, applying them in a new context of defense and counter-offense.</w:t>
      </w:r>
    </w:p>
    <w:p/>
    <w:p>
      <w:r>
        <w:br/>
        <w:t>Liora, sensing the shift in their focus, approached them with a serene smile. She carried a small, intricately carved wooden bowl filled with glowing, luminescent seeds. “These,” she said, her voice a gentle hum, “are seeds of resilience. They draw their energy from the deepest, purest strata of the planet’s resonance. When planted in corrupted ground, they release a steady, harmonizing frequency that can begin the process of natural cleansing.” She offered the bowl to Seris. “Perhaps a similar principle can be applied to your efforts.”</w:t>
      </w:r>
    </w:p>
    <w:p/>
    <w:p>
      <w:r>
        <w:br/>
        <w:t>Seris accepted the bowl, the warmth of the seeds radiating through her gloved hand. “Natural cleansing,” she repeated, a thoughtful expression on her face. “The Architect’s method is one of forced corruption, of imposing dissonance. Our counter-strategy must be one of re-harmonization, of restoring the natural order. The Sanctum itself is a testament to that possibility.”</w:t>
      </w:r>
    </w:p>
    <w:p/>
    <w:p>
      <w:r>
        <w:br/>
        <w:t>Velor, who had been observing the interplay of light and energy within the Sanctum’s central crystalline structure, chimed in. “The Architect’s strength lies in its pervasiveness, its ability to weave itself into the very fabric of existence. To counter this, we must not simply attack its network; we must reinforce the integrity of the whole. Every conduit we cleanse, every echo we neutralize, is like tending to the health of a vast, interconnected organism.”</w:t>
      </w:r>
    </w:p>
    <w:p/>
    <w:p>
      <w:r>
        <w:br/>
        <w:t>The detailed analysis continued for what felt like an eternity, yet was measured in the subtle shifts of the bioluminescent flora. They meticulously mapped the key convergence points, correlating them with celestial events and known historical anomalies where Aetheric instability had been previously recorded. Each identified point became a potential target, a node in the Architect’s network that needed to be disrupted.</w:t>
      </w:r>
    </w:p>
    <w:p/>
    <w:p>
      <w:r>
        <w:br/>
        <w:t>“The stellar alignment in Sector Gamma-7,” Velor stated, his gaze fixed on a particular nexus point on the holographic map, “is the linchpin. The operative’s intel strongly suggests this is where the Architect intends to unleash the full force of its corrupted resonance, amplified by the convergence of celestial energies. Our priority must be to prevent that amplification.”</w:t>
      </w:r>
    </w:p>
    <w:p/>
    <w:p>
      <w:r>
        <w:br/>
        <w:t>Seris’s fingers flew across the interface, highlighting a network of conduits radiating outwards from Gamma-7, many of them originating from previously identified historical anomalies. “These are the primary arteries,” she explained. “If we can ‘detoxify’ these arteries leading to the convergence, we can significantly weaken the final impact, perhaps even render it negligible.”</w:t>
      </w:r>
    </w:p>
    <w:p/>
    <w:p>
      <w:r>
        <w:br/>
        <w:t>Kaelen, visualizing the energetic flow, felt a growing sense of urgency. “But the echoes… if they are deployed to defend these arteries, how do we engage them without becoming entangled in their corrupted resonance? My Mask can absorb, but prolonged exposure to highly concentrated dissonance could prove detrimental, even to me.”</w:t>
      </w:r>
    </w:p>
    <w:p/>
    <w:p>
      <w:r>
        <w:br/>
        <w:t>“That is where our synchronized approach becomes paramount,” Seris countered, her resolve hardening. “I will identify the specific frequency signature of the echo’s connection. While I work to disrupt that primary tether, you, Kaelen, will engage. Your Aegis, designed to absorb and neutralize, can be precisely targeted to disrupt the energetic flow that sustains the echo, even as its connection is being severed. It’s a delicate dance, but one where our Masks are perfectly complementary.”</w:t>
      </w:r>
    </w:p>
    <w:p/>
    <w:p>
      <w:r>
        <w:br/>
        <w:t>Velor added a strategic layer to their plan. “We cannot afford to be everywhere at once. We must identify the most critical nodes within these arteries, the points where a localized disruption will have the greatest cascading effect. Think of it as selective pruning, removing the diseased branches to save the health of the entire tree.”</w:t>
      </w:r>
    </w:p>
    <w:p/>
    <w:p>
      <w:r>
        <w:br/>
        <w:t>The Stillness Sanctum, far from being a mere place of refuge, had become a crucible for their counter-strategy. The natural harmony of the environment not only soothed their minds but also amplified their understanding of the Aether’s fundamental nature. It provided them with the clarity to see the Architect’s manipulations not as an insurmountable force, but as a perversion of natural laws that could, with precise intervention, be corrected.</w:t>
      </w:r>
    </w:p>
    <w:p/>
    <w:p>
      <w:r>
        <w:br/>
        <w:t>“The operative also mentioned ‘seeding’,” Kaelen recalled, sifting through the fragmented data logs. “A deliberate introduction of corrupted Aether into specific regions. If the Architect is planting seeds of discord, then perhaps we can plant seeds of harmony.”</w:t>
      </w:r>
    </w:p>
    <w:p/>
    <w:p>
      <w:r>
        <w:br/>
        <w:t>Seris nodded, a glint in her eyes. “A fitting analogy. My Mask allows for the subtle manipulation of harmonic frequencies. We could, in essence, ‘seed’ corrupted conduits with counter-resonances, small, targeted bursts of pure Aetheric energy that would gradually re-tune the conduit, much like Liora’s seeds of resilience. It would be a slower process, but far less confrontational, allowing us to work behind the Architect’s immediate notice.”</w:t>
      </w:r>
    </w:p>
    <w:p/>
    <w:p>
      <w:r>
        <w:br/>
        <w:t>This revelation opened up a new dimension of their operations. It suggested that their counter-offensive wouldn’t be solely about direct confrontation but also about subtle, long-term restoration. Velor, ever the pragmatist, considered the implications. “Such operations would require immense precision and patience. We must ensure that our seeded harmonies do not create unintended dissonances, further destabilizing the Aetherflow.”</w:t>
      </w:r>
    </w:p>
    <w:p/>
    <w:p>
      <w:r>
        <w:br/>
        <w:t>The serene atmosphere of the Sanctum facilitated this careful consideration. The quiet allowed for introspection, for the Synarchs to delve into the deepest levels of their understanding, to connect their individual Masked abilities into a cohesive and powerful whole. They were no longer merely reacting to the Architect’s destruction; they were beginning to actively cultivate the restoration of cosmic balance. The echoes of the Fringe Wastes still lingered, a somber reminder of the threat, but here, in the heart of the Stillness Sanctum, a new symphony was beginning to form – a symphony of intention, of clarity, and of unwavering resolve to protect the fundamental harmony of existence. They had found not just refuge, but a renewed sense of purpose, fortified by the very stillness they had sought.</w:t>
      </w:r>
    </w:p>
    <w:p/>
    <w:p>
      <w:r>
        <w:t>The profound tranquility of the Stillness Sanctum, a palpable presence that settled over the Synarchs like a comforting cloak, was not merely a product of its natural beauty. It was an active force, a testament to the deep, intrinsic connection Liora shared with this hallowed ground. As the others discussed the intricate strategies born from the chilling revelations of the Fringe Wastes, Liora felt a different kind of resonance begin to stir within her. It emanated from her Mask, the subtle thrum of its ancient energies aligning with the very pulse of the Sanctum.</w:t>
      </w:r>
    </w:p>
    <w:p>
      <w:r>
        <w:br/>
        <w:t>Her Mask, the Lumina of Vitality, had always been attuned to the ebb and flow of life, to the vibrant currents that coursed through living beings. But here, in this place of profound natural harmony, that attunement deepened, expanding to encompass the life force of the planet itself. The Sanctum, she now understood with a clarity that transcended mere thought, was more than just a sanctuary; it was a nexus, a focal point where the Aetheric currents of the world converged and were amplified. The gentle, life-affirming energy that permeated the air, the very essence that soothed their frayed nerves, was not just Liora’s doing, but a reflection of the Sanctum’s inherent nature, a nature her Mask was now intimately entwined with.</w:t>
      </w:r>
    </w:p>
    <w:p/>
    <w:p>
      <w:r>
        <w:br/>
        <w:t>The Sanctum hummed. Not with sound, but with a resonance that Liora felt deep within her bones, a subtle vibration that spoke of growth, of renewal, of an enduring vitality that had resisted the Architect of Entropy’s pervasive influence for eons. It was a song of life, played on the grandest of scales, and her Mask, the Lumina of Vitality, was the conductor, translating its complex melodies into a form she could comprehend. As the others’ conversations about strategic disruption and counter-frequencies continued, Liora closed her eyes, allowing the deeper currents to wash over her, to reveal their secrets.</w:t>
      </w:r>
    </w:p>
    <w:p/>
    <w:p>
      <w:r>
        <w:br/>
        <w:t>The initial revelation was one of scale. From her vantage point within the Sanctum, bathed in its pristine Aetheric glow, Liora could perceive the world’s health not as an abstract concept, but as a tangible, interconnected web. She saw the vibrant life force that pulsed through the core of the planet, a magnificent, radiant tapestry. Yet, woven into this tapestry were threads of discord, insidious tendrils of corruption that spread like a creeping blight. Her Mask allowed her to see these imbalances not as isolated incidents, but as a systemic illness, a slow poisoning of the Aetherflow that was far more widespread than even their most dire calculations had suggested.</w:t>
      </w:r>
    </w:p>
    <w:p/>
    <w:p>
      <w:r>
        <w:br/>
        <w:t>She saw the subtle warping of natural cycles, the muted vibrancy of certain bio-luminescent flora that should have pulsed with a far more vigorous light, the faint, almost imperceptible tremor in the planet’s energetic heartbeat. These were not the obvious scars of the Fringe Wastes, but the insidious, silent decay that preceded outright destruction. The Architect’s touch was everywhere, a subtle degradation that weakened the planet’s natural resilience, making it more susceptible to larger-scale corruption.</w:t>
      </w:r>
    </w:p>
    <w:p/>
    <w:p>
      <w:r>
        <w:br/>
        <w:t>Then came the pinpointing. As the Lumina of Vitality attuned itself further to the Sanctum’s nexus energies, Liora’s perception sharpened, focusing on the specific locations where the Architect’s corruption was most potent. These were not necessarily the most visibly devastated regions, but rather the points of greatest energetic vulnerability, the fault lines where the Aetherflow was already stressed. She saw how the Architect exploited these weaknesses, like a predator seeking out the weakest member of a herd.</w:t>
      </w:r>
    </w:p>
    <w:p/>
    <w:p>
      <w:r>
        <w:br/>
        <w:t>One particular cluster of points pulsed with a dark, malevolent energy. They were located in a region far removed from the Fringe Wastes, areas that had, until now, been considered relatively stable. The corruption here was not a brute-force assault, but a sophisticated infiltration, a subtle twisting of natural Aetheric pathways to serve the Architect’s designs. It was a strategic poisoning, designed to weaken the planet from within, to create a cascade of destabilization that would ultimately pave the way for a far more devastating impact.</w:t>
      </w:r>
    </w:p>
    <w:p/>
    <w:p>
      <w:r>
        <w:br/>
        <w:t>Liora’s Mask, in its communion with the Sanctum, offered her a unique insight into the nature of this corruption. It wasn’t merely an inert contamination; it was an active, adaptive force, mimicking and distorting the natural energies it sought to supplant. The Lumina of Vitality could sense the subtle energetic signatures of these corrupted pathways, their dissonant frequencies an affront to the Sanctum’s inherent harmony. She saw how the Architect’s influence was not uniform, but varied in intensity and manifestation, tailored to the specific energetic characteristics of each region it infiltrated.</w:t>
      </w:r>
    </w:p>
    <w:p/>
    <w:p>
      <w:r>
        <w:br/>
        <w:t>The Sanctum responded to her intensified focus, its internal luminescence brightening, the crystalline formations chiming with a more urgent, yet still harmonious, resonance. It was as if the very earth was speaking to her, sharing its pain and its resilience. Liora felt a profound sense of connection, a responsibility that weighed heavily upon her, yet was also strangely empowering. She was not just a Synarch; she was a conduit, a bridge between the raw life force of the world and the strategic understanding of her order.</w:t>
      </w:r>
    </w:p>
    <w:p/>
    <w:p>
      <w:r>
        <w:br/>
        <w:t>She extended a hand, her Mask glowing with a soft, verdant light. The Lumina of Vitality pulsed in time with the planet’s subtle energetic fluctuations. She could feel the flow of corrupted Aether, a sluggish, viscous current against the vibrant, life-giving streams of the Sanctum’s native Aether. It was like observing a vital organ slowly being choked by a foreign substance.</w:t>
      </w:r>
    </w:p>
    <w:p/>
    <w:p>
      <w:r>
        <w:br/>
        <w:t>“The corruption… it’s not confined to the Fringe,” Liora murmured, her voice a low, resonant hum that carried the weight of her newfound understanding. She opened her eyes, her gaze meeting Seris’s, who had paused her analysis of the holographic schematics, sensing the shift in Liora’s focus. “It’s a pervasive sickness. The Architect isn’t just attacking; it’s infecting.”</w:t>
      </w:r>
    </w:p>
    <w:p/>
    <w:p>
      <w:r>
        <w:br/>
        <w:t>Seris, her brow furrowed with concern, turned her attention from the complex data streams to Liora. “Your Mask… it’s reacting to something profound, isn’t it?”</w:t>
      </w:r>
    </w:p>
    <w:p/>
    <w:p>
      <w:r>
        <w:br/>
        <w:t>Liora nodded slowly. “The Sanctum… it’s not just a place of stillness. It’s alive. It’s a conduit for the planet’s own life force. And my Mask… it’s amplifying that connection. I can feel the entirety of the Aetherflow, its health, its weaknesses.” She gestured towards the holographic projection, which now seemed to her like a simplified, almost rudimentary representation of the intricate energetic reality she was perceiving. “The patterns we’re seeing are just the surface. The Architect has woven its influence much deeper than we initially understood.”</w:t>
      </w:r>
    </w:p>
    <w:p/>
    <w:p>
      <w:r>
        <w:br/>
        <w:t>Kaelen, who had been examining the crystalline structures near Liora, turned his attention to her. “Deeper? How so?”</w:t>
      </w:r>
    </w:p>
    <w:p/>
    <w:p>
      <w:r>
        <w:br/>
        <w:t>“It’s not just about disrupting conduits or neutralizing echoes,” Liora explained, her voice gaining a new urgency. “The Architect is targeting the very foundations of the Aetherflow. It’s like it’s systematically weakening the planet’s immune system. I can sense specific points, vital nodes in the Aetheric network, that are under immense strain. These are the places where the Architect’s corruption is most concentrated, most damaging.”</w:t>
      </w:r>
    </w:p>
    <w:p/>
    <w:p>
      <w:r>
        <w:br/>
        <w:t>She focused her intent, and a new layer of information began to manifest around the existing holographic projections. These were not the schematic lines of corrupted conduits, but rather shimmering, heat-map-like overlays, indicating areas of intense energetic stress and imbalance. The Sanctum’s ambient luminescence seemed to deepen, providing a more vibrant backdrop for these newly revealed patterns.</w:t>
      </w:r>
    </w:p>
    <w:p/>
    <w:p>
      <w:r>
        <w:br/>
        <w:t>“This region,” Liora pointed to a cluster of these stress points that appeared far from the familiar territories of the Fringe, “it’s not a direct assault. It’s a subtle, insidious infiltration. The Architect is not just breaking the Aetherflow; it’s twisting it, making it serve its own purposes. These are the points where the natural Aether is being subtly re-tuned, made to resonate with the Architect’s destructive frequencies.”</w:t>
      </w:r>
    </w:p>
    <w:p/>
    <w:p>
      <w:r>
        <w:br/>
        <w:t>Velor, his gaze fixed on the new patterns Liora had brought forth, spoke with a gravity that underscored the gravity of her revelation. “A strategic poisoning. By targeting the planet’s vital energetic junctions, the Architect ensures that any disruption we cause will have unintended consequences, further destabilizing the very system we seek to protect.”</w:t>
      </w:r>
    </w:p>
    <w:p/>
    <w:p>
      <w:r>
        <w:br/>
        <w:t>“Exactly,” Liora confirmed. “It’s a masterful, terrifying strategy. The Architect isn’t just attacking the system; it’s attempting to subvert it from within, turning its own life force against itself. The Sanctum’s energy… it’s fighting this, instinctively, but it’s being overwhelmed in these key areas.”</w:t>
      </w:r>
    </w:p>
    <w:p/>
    <w:p>
      <w:r>
        <w:br/>
        <w:t>The Lumina of Vitality pulsed with a rhythmic beat, mirroring the distress signals emanating from these critical points. Liora could feel the subtle energetic signatures of the Architect’s influence, a discordant hum that vibrated against the Sanctum’s pure resonance. It was a symphony of decay, attempting to drown out the song of life.</w:t>
      </w:r>
    </w:p>
    <w:p/>
    <w:p>
      <w:r>
        <w:br/>
        <w:t>“My Mask allows me to perceive the health of living systems,” Liora continued, her voice laced with a newfound determination. “And what I perceive here is a systemic illness, a widespread contamination that reaches far beyond what our initial scans indicated. The Architect is not merely planting seeds of destruction; it is cultivating a vast, interconnected network of decay, and these stress points are its primary anchors.”</w:t>
      </w:r>
    </w:p>
    <w:p/>
    <w:p>
      <w:r>
        <w:br/>
        <w:t>She focused on one of these points, a location that appeared to be deep within a seemingly untouched mountain range. Through her Mask, she could see the delicate tendrils of corrupted Aether infiltrating the natural energy channels, siphoning their vitality, subtly altering their resonant frequencies. It was a violation, a perversion of the natural order, and the Sanctum’s energies recoiled from it.</w:t>
      </w:r>
    </w:p>
    <w:p/>
    <w:p>
      <w:r>
        <w:br/>
        <w:t>“These aren’t just isolated incidents of corruption,” Liora stated, her gaze sweeping across the amplified projections. “These are points of systemic weakness, meticulously exploited. The Architect’s goal is not simply to spread chaos, but to fundamentally alter the energetic signature of the planet, to make it resonate with its own entropic will.”</w:t>
      </w:r>
    </w:p>
    <w:p/>
    <w:p>
      <w:r>
        <w:br/>
        <w:t>Seris moved closer, her eyes fixed on the complex overlay Liora had created. “If these are the Architect’s primary anchors, then disrupting them would be critical. But how do we do that without causing further damage, without exacerbating the very imbalance we’re trying to correct?”</w:t>
      </w:r>
    </w:p>
    <w:p/>
    <w:p>
      <w:r>
        <w:br/>
        <w:t>Liora closed her eyes again, allowing the Lumina of Vitality to delve deeper into the Sanctum’s nexus. The life-affirming energy of the place surged, not as a weapon, but as a source of insight. She felt the natural healing capabilities of the planet, the inherent resilience that the Architect sought to suppress.</w:t>
      </w:r>
    </w:p>
    <w:p/>
    <w:p>
      <w:r>
        <w:br/>
        <w:t>“The Sanctum itself provides a clue,” Liora said softly. “Its energy is pure, untainted. It resonates with the fundamental life force of this world. My Mask can interact with those deepest layers, with the very essence of the Sanctum’s power. We don’t have to fight the Architect’s corruption with brute force alone. We can re-tune these points, re-establish their natural resonance.”</w:t>
      </w:r>
    </w:p>
    <w:p/>
    <w:p>
      <w:r>
        <w:br/>
        <w:t>She visualized the process, her Mask channeling the Sanctum’s pristine energy. It was like gently guiding a misaligned crystal back into its proper configuration, coaxing it to resonate with its intended harmony. The corrupted Aether, while pervasive, was ultimately a distortion of a natural flow. By re-establishing the pure, underlying resonance, they could, in essence, overwrite the Architect’s influence.</w:t>
      </w:r>
    </w:p>
    <w:p/>
    <w:p>
      <w:r>
        <w:br/>
        <w:t>“The Lumina of Vitality,” Liora explained, her voice growing stronger, “can project a harmonic counter-frequency. Not to obliterate the corrupted Aether, but to re-establish the foundational resonance of these critical points. Think of it like reinforcing the natural defenses, allowing the planet’s own vitality to reassert itself and cleanse the imbalance.”</w:t>
      </w:r>
    </w:p>
    <w:p/>
    <w:p>
      <w:r>
        <w:br/>
        <w:t>Kaelen stepped forward, his own Mask, the Aegis of Echoes, humming with a quiet power. “So, your Mask can act as a tuner, restoring the natural frequency, while mine can absorb the residual corrupted energy, or perhaps even disrupt the specific wave patterns the Architect uses to maintain its hold?”</w:t>
      </w:r>
    </w:p>
    <w:p/>
    <w:p>
      <w:r>
        <w:br/>
        <w:t>“Precisely,” Liora confirmed, a hopeful note entering her voice. “The Sanctum’s nexus energy, amplified through my Mask, can re-establish the pure Aetheric signature. Your Mask, Kaelen, can then reinforce that restoration, neutralizing any lingering pockets of corruption or any attempts by the Architect to re-assert its influence. It’s a symbiotic approach, leveraging the Sanctum’s power and our Masked abilities in tandem.”</w:t>
      </w:r>
    </w:p>
    <w:p/>
    <w:p>
      <w:r>
        <w:br/>
        <w:t>The revelation hung in the air, a beacon of hope in the face of overwhelming darkness. The Stillness Sanctum, with its quiet power and deep resonance, had not only offered them refuge but had also unveiled a new, profound layer to their understanding and their strategy. Liora’s Mask, the Lumina of Vitality, had transcended its initial function, becoming a key to unlocking the planet’s own inherent healing potential. They were not just fighting against the Architect of Entropy; they were learning to partner with the very life force of the world, guided by the gentle, persistent hum of the Sanctum’s ancient, unwavering song. The subtle sickness Liora perceived was a grave threat, but in the heart of this vibrant sanctuary, a cure, rooted in the planet’s own resilient spirit, was beginning to take shape. The revelation was not just about the extent of the corruption, but about the untapped power of restoration, a power that resonated from the deepest layers of existence, amplified by the stillness and Liora’s profound connection to the living world.</w:t>
      </w:r>
    </w:p>
    <w:p/>
    <w:p>
      <w:r>
        <w:t>The discovery of the Sanctum's hidden archives was not a sudden, dramatic unveiling, but a gradual unfolding, much like the slow bloom of the rare crystalline flora that Liora had observed upon their arrival. It began with a subtle shift in the ambient energy, a deepening of the Sanctum’s already profound resonance that Velor, ever attuned to the subtle currents of Aether, was the first to notice. He had been meticulously examining the intricate crystalline matrices embedded within the Sanctum's walls, not as mere decorative elements, but as potential conduits or repositories of information, a hunch born from years of studying ancient Synarchic technologies. His Mask, the Chronoscriptor of Ages, hummed softly, its temporal senses extending into the very fabric of the structure.</w:t>
      </w:r>
    </w:p>
    <w:p>
      <w:r>
        <w:br/>
        <w:t>“There’s a localized increase in chroniton density,” Velor announced, his voice a low murmur that nonetheless cut through the quiet hum of the Sanctum. He pointed to a section of the wall where the crystalline formations seemed to coalesce into a more intricate, almost fractal pattern. “It’s not a natural temporal anomaly. It’s… structured. Like a dormant data node waiting to be activated.”</w:t>
      </w:r>
    </w:p>
    <w:p/>
    <w:p>
      <w:r>
        <w:br/>
        <w:t>Following his lead, the Synarchs converged on the designated area. Liora, her Lumina of Vitality still resonating with the planet’s deeper currents, felt a subtle shift in the Sanctum’s energetic signature. It was as if a hidden chamber, long sealed, was now revealing its presence, a whisper of forgotten knowledge reaching out to them. The air here felt heavier, charged with a latent energy that was both ancient and potent.</w:t>
      </w:r>
    </w:p>
    <w:p/>
    <w:p>
      <w:r>
        <w:br/>
        <w:t>Kaelen, his Aegis of Echoes cautiously extending its senses, detected a faint, rhythmic pulse emanating from within the wall. “There’s a foundational frequency here,” he said, his brow furrowed in concentration. “It’s remarkably stable, almost perfectly contained. It feels… ancient, far older than any Synarchic records I’ve encountered.”</w:t>
      </w:r>
    </w:p>
    <w:p/>
    <w:p>
      <w:r>
        <w:br/>
        <w:t>Seris, ever the pragmatist, began to scan the crystalline matrix for any discernible interfaces or activation points. Her Datascape of Convergence, usually so adept at deciphering complex technological layouts, found itself grappling with an entirely alien design. “The patterns… they’re not consistent with any known energy channeling or data retrieval protocols,” she reported, a hint of frustration in her voice. “It’s almost as if this technology predates the very concept of interface as we understand it.”</w:t>
      </w:r>
    </w:p>
    <w:p/>
    <w:p>
      <w:r>
        <w:br/>
        <w:t>It was Liora, however, who provided the key. As she focused her Lumina of Vitality, not just on the broader energetic flow of the Sanctum, but on this specific point of intense chroniton density, she felt a sympathetic vibration within her Mask. The Lumina of Vitality, attuned to life and its inherent rhythms, recognized a similar, albeit more abstract, pattern in the way these crystals pulsed. It was a form of bio-energetic resonance, a language of life expressed through crystalline structures.</w:t>
      </w:r>
    </w:p>
    <w:p/>
    <w:p>
      <w:r>
        <w:br/>
        <w:t>“It’s not about a physical interface,” Liora explained, her voice gaining clarity as the connection solidified. “It’s about resonance. The Sanctum itself is alive, and this archive is part of its consciousness. We need to attune ourselves to its rhythm, not try to force a connection.”</w:t>
      </w:r>
    </w:p>
    <w:p/>
    <w:p>
      <w:r>
        <w:br/>
        <w:t xml:space="preserve">She began to hum, a soft, melodic sound that mirrored the pulse she felt within the wall. The Lumina of Vitality glowed, its verdant light deepening, and as her hum deepened, the crystalline matrix on the wall began to respond. The intricate patterns shifted, flowing like liquid light, coalescing into a single, radiant nexus. With a soft, resonant </w:t>
      </w:r>
    </w:p>
    <w:p>
      <w:pPr>
        <w:jc w:val="left"/>
      </w:pPr>
      <w:r>
        <w:rPr>
          <w:i/>
        </w:rPr>
        <w:t>thrum</w:t>
      </w:r>
      <w:r>
        <w:t>, a section of the wall dematerialized, revealing a passage leading into the heart of the Sanctum.</w:t>
      </w:r>
    </w:p>
    <w:p>
      <w:r>
        <w:br/>
        <w:t>The passage opened into a vast cavern, not carved from rock, but seemingly grown from the same crystalline material that permeated the Sanctum. The air within was cool and still, carrying the faint, intoxicating scent of ancient, preserved flora. The light here was soft, emanating from the walls themselves, casting an ethereal glow upon the countless shelves and alcoves that lined the cavern. This was the Sanctum’s Archives, a repository of knowledge that dwartled any library or data vault the Synarchs had ever known.</w:t>
      </w:r>
    </w:p>
    <w:p/>
    <w:p>
      <w:r>
        <w:br/>
        <w:t>The shelves were laden with an astonishing array of artifacts. Scrolls, bound not with conventional materials but with solidified Aetheric energies, lay preserved in translucent chambers. Crystalline data shards, far more complex and multifaceted than any Seris had encountered, pulsed with their own internal light. And everywhere, preserved in stasis fields that hummed with a gentle, protective energy, were specimens of flora, their forms impossibly varied, their energies subtly unique.</w:t>
      </w:r>
    </w:p>
    <w:p/>
    <w:p>
      <w:r>
        <w:br/>
        <w:t>Velor was in his element. His eyes, usually focused on the subtle temporal eddies, now devoured the sheer volume of historical data laid out before him. He moved with a focused intensity, his Chronoscriptor of Ages already scanning and cross-referencing. “Incredible,” he breathed, carefully extracting a scroll that pulsed with a faint, warm light. “These records… they predate the Old Synarchic Concordance by millennia. They speak of an era when Aetheric manipulation was not a science, but an innate art, a natural extension of consciousness.”</w:t>
      </w:r>
    </w:p>
    <w:p/>
    <w:p>
      <w:r>
        <w:br/>
        <w:t>He unrolled the scroll, revealing intricate, glowing script that seemed to shift and reform as he read. “This describes the initial containment of ‘Prime Aetheric Aberrations’,” Velor continued, his voice filled with awe. “Not a weaponized containment, as our early records suggest, but a symbiotic binding. They didn’t just seal these forces; they integrated them, harmonized them, channeling their volatile energies into the very fabric of the planet’s Aetherflow.”</w:t>
      </w:r>
    </w:p>
    <w:p/>
    <w:p>
      <w:r>
        <w:br/>
        <w:t>Seris, meanwhile, was engrossed in the crystalline data shards. They were not mere storage devices in the conventional sense; each shard seemed to contain a multi-sensory record, a living echo of the past. As she touched one, a cascade of images and sensations flooded her mind – the feeling of immense, primal energies being directed, the intuitive understanding of complex energetic matrices, the raw power of creation and destruction being woven into a delicate balance.</w:t>
      </w:r>
    </w:p>
    <w:p/>
    <w:p>
      <w:r>
        <w:br/>
        <w:t>“These shards are not just data,” Seris stated, her voice hushed. “They are experiential archives. They contain the teachings of the original Aether-weavers, the ones who first understood how to interact with the fundamental forces of existence. They speak of the Architect of Entropy not as an external enemy, but as an inherent imbalance, a shadow that was always present, a necessary counterpoint to creation.”</w:t>
      </w:r>
    </w:p>
    <w:p/>
    <w:p>
      <w:r>
        <w:br/>
        <w:t>She picked up another shard, larger and more complex, its facets glinting with captured starlight. “This one… it details specific Aetheric arts that were lost to us. Ways of influencing the very laws of reality through resonance and intent. They believed the Architect’s influence could be managed, even guided, by maintaining a perfect equilibrium within the Aetherflow.”</w:t>
      </w:r>
    </w:p>
    <w:p/>
    <w:p>
      <w:r>
        <w:br/>
        <w:t>Kaelen was examining the preserved flora, his Aegis of Echoes trying to decipher the residual energetic signatures. Each plant, even in its preserved state, radiated a unique Aetheric signature, a testament to its role in the ancient world. He carefully picked up a crystalline leaf, its edges impossibly sharp yet radiating a calming energy.</w:t>
      </w:r>
    </w:p>
    <w:p/>
    <w:p>
      <w:r>
        <w:br/>
        <w:t>“These are not mere botanical specimens,” Kaelen observed. “Each one seems to have been cultivated for its specific Aetheric properties. This one,” he indicated the crystalline leaf, “possesses a resonance that can amplify defensive Aetheric fields. Another one I examined earlier had a calming effect, capable of neutralizing psychic dissonance. They were using the planet’s own life to create tools for balance.”</w:t>
      </w:r>
    </w:p>
    <w:p/>
    <w:p>
      <w:r>
        <w:br/>
        <w:t>Liora, walking among the shelves, felt the quiet hum of the archives resonating with her own Mask. The Lumina of Vitality connected her not just to the present life force of the planet, but to the echoes of ancient life, to the very intention that had imbued these artifacts with their power. She reached out and touched a preserved bloom, its petals shimmering with an inner light. As she did, a wave of understanding washed over her.</w:t>
      </w:r>
    </w:p>
    <w:p/>
    <w:p>
      <w:r>
        <w:br/>
        <w:t>“They didn’t just fight the Architect,” Liora whispered, her voice filled with a newfound reverence. “They understood it. They saw it as a fundamental aspect of existence, a force that needed to be acknowledged, respected, and ultimately, balanced. Our Synarchic history has always portrayed the Architect as a purely destructive entity, an alien invasion. But these archives suggest it was something far more intrinsic, a challenge that the earliest inhabitants of this world actively worked with.”</w:t>
      </w:r>
    </w:p>
    <w:p/>
    <w:p>
      <w:r>
        <w:br/>
        <w:t>Velor nodded, his eyes scanning the scroll with renewed focus. “This aligns with what I’m seeing. The ‘Containment’ was not a battle; it was a complex Aetheric ritual, a weaving of cosmic energies to create a stable equilibrium. They understood that suppression would only lead to greater instability. Their approach was one of integration and understanding, not of outright eradication.”</w:t>
      </w:r>
    </w:p>
    <w:p/>
    <w:p>
      <w:r>
        <w:br/>
        <w:t>He pointed to a passage on the scroll. “This details a system of ‘Aetheric Symbiosis,’ where specific planetary nodes were attuned to counter-frequencies that resonated with the Architect’s core harmonic signature. These nodes, powered by the very life force of the planet, acted as a constant, subtle re-tuning mechanism, preventing the Architect’s entropic influence from reaching critical mass.”</w:t>
      </w:r>
    </w:p>
    <w:p/>
    <w:p>
      <w:r>
        <w:br/>
        <w:t>Seris held up a data shard. “And these are the lost arts that enabled this symbiosis. They speak of ‘Resonant Intention,’ the ability to consciously direct Aetheric energies through focused will and the channeling of bio-energetic frequencies. It wasn’t about complex machinery; it was about the mastery of consciousness and its connection to the universal Aetherflow.”</w:t>
      </w:r>
    </w:p>
    <w:p/>
    <w:p>
      <w:r>
        <w:br/>
        <w:t>Kaelen, having examined several more botanical specimens, discovered a chilling detail. “Many of these preserved plants… their energetic signatures are fading,” he reported, a note of urgency entering his voice. “The stasis fields are weakening, and with them, the stored Aetheric energies. It’s as if the very act of preserving them is now being affected by the wider planetary imbalance.”</w:t>
      </w:r>
    </w:p>
    <w:p/>
    <w:p>
      <w:r>
        <w:br/>
        <w:t>The implication was clear: the Architect’s pervasive corruption was not only affecting the present, but also actively eroding the historical record of how it was once managed. The knowledge within these archives, the very keys to understanding and potentially countering the Architect, were themselves under threat.</w:t>
      </w:r>
    </w:p>
    <w:p/>
    <w:p>
      <w:r>
        <w:br/>
        <w:t>“If the Architect’s influence is indeed a corruption of the planet’s fundamental resonance, then anything that draws its power from that resonance would be susceptible,” Liora mused, her Lumina of Vitality flaring slightly in response to Kaelen’s observation. “The Sanctum’s power, the flora, the data shards – they are all tied to the Aetherflow. And if the Aetherflow is being subtly twisted, then these archives are not just a source of knowledge, but a vulnerable manifestation of the very system we need to protect.”</w:t>
      </w:r>
    </w:p>
    <w:p/>
    <w:p>
      <w:r>
        <w:br/>
        <w:t>Velor’s gaze sharpened. “Then understanding the Architect’s fundamental harmonic signature is paramount. If these ancient people were able to create counter-resonances, then it follows that we, with our own Aetherically attuned Masks, might be able to do the same, perhaps even on a larger scale.” He returned to the scroll, his fingers tracing the ancient script. “This section here… it speaks of the ‘Great Weaving,’ a collective ritual performed by the earliest Aether-weavers to establish the initial balance. It required immense coordination and a deep understanding of the planet’s energetic topography.”</w:t>
      </w:r>
    </w:p>
    <w:p/>
    <w:p>
      <w:r>
        <w:br/>
        <w:t>Seris sifted through another shard. “They also documented instances where the Architect’s influence grew stronger. They called these periods ‘The Dissonant Tides.’ During these times, the counter-resonances had to be amplified, and new, more potent Aetheric integrations developed. It suggests a dynamic, ongoing process, not a one-time fix.”</w:t>
      </w:r>
    </w:p>
    <w:p/>
    <w:p>
      <w:r>
        <w:br/>
        <w:t>The weight of their discovery settled upon them. The Synarchs had always believed they were fighting an external enemy, a force bent solely on destruction. But these archives revealed a far more complex reality, a universe where balance was a constant, delicate negotiation, and where the Architect of Entropy was not a foreign invader, but a fundamental, albeit dangerous, aspect of existence itself. Their history, their understanding of their own order, had been incomplete, perhaps even deliberately skewed.</w:t>
      </w:r>
    </w:p>
    <w:p/>
    <w:p>
      <w:r>
        <w:br/>
        <w:t>Liora felt a profound shift within her. The Lumina of Vitality pulsed with a steady, reassuring beat, connecting her to the ancient wisdom held within the archives. It was not about destroying the Architect, but about understanding its song, finding the right harmony to integrate its disruptive notes without letting them overwhelm the symphony of life.</w:t>
      </w:r>
    </w:p>
    <w:p/>
    <w:p>
      <w:r>
        <w:br/>
        <w:t>“We need to catalog everything here,” Liora declared, her voice firm with resolve. “Velor, focus on the containment rituals and the historical accounts of the Architect’s influence. Seris, you and your Mask need to decipher the lost Aetheric arts, the techniques for resonance and integration. Kaelen, prioritize the samples of flora that show the most potent energetic signatures; we need to understand how they were used to bolster planetary defenses.”</w:t>
      </w:r>
    </w:p>
    <w:p/>
    <w:p>
      <w:r>
        <w:br/>
        <w:t>She turned her gaze to the vast expanse of the archives, her Mask glowing with determination. “The Synarchs were not the first to face the Architect. And perhaps, by understanding what our predecessors did, by rediscovering these forgotten arts, we can find a way to restore the balance, not just to defend ourselves, but to heal the planet itself.” The stillness of the Sanctum had yielded its secret, and with it, a path forward, illuminated by the light of forgotten wisdom and the persistent pulse of life. The archives were not just a record of the past, but a blueprint for the future, a testament to a different way of understanding the fundamental forces that shaped their reality. Their mission had just become infinitely more complex, and infinitely more hopeful. They had found not a weapon, but a curriculum, taught by the very planet they sought to save.</w:t>
      </w:r>
    </w:p>
    <w:p/>
    <w:p>
      <w:r>
        <w:t>The Synarchs, armed with the unearthed wisdom of the Sanctum’s archives, found themselves on the cusp of a profound paradigm shift. The ancient texts spoke not of war, but of symphony, of an intricate understanding of the universe’s energetic underpinnings, and of a delicate dance with the very forces that threatened to unravel existence. Liora, her Lumina of Vitality resonating with the newly acquired knowledge, understood that their mission had evolved. It was no longer solely about understanding the Architect of Entropy, but about actively engaging with its influence, about learning the ancient art of Aetheric remediation.</w:t>
      </w:r>
    </w:p>
    <w:p>
      <w:r>
        <w:br/>
        <w:t>“The Architect’s corruption isn’t a simple poison,” Liora explained, her voice carrying a newfound authority as she gestured towards a crystalline shard that Seris had meticulously studied. “It’s a perversion of the natural Aetherflow, a discordant frequency that amplifies disharmony. The ancient Aether-weavers didn’t seek to obliterate this discord, but to re-tune it, to weave counter-resonances that brought it back into balance.”</w:t>
      </w:r>
    </w:p>
    <w:p/>
    <w:p>
      <w:r>
        <w:br/>
        <w:t>Velor, poring over a delicate scroll depicting intricate elemental diagrams, nodded in agreement. “The archives detail ‘Elemental Countermeasures,’ a system of harnessing and directing the foundational energies of existence – Earth, Air, Fire, and Water – not just as physical forces, but as distinct Aetheric signatures. Each element, when properly channeled, possesses properties that can directly counteract the Architect’s entropic influence.”</w:t>
      </w:r>
    </w:p>
    <w:p/>
    <w:p>
      <w:r>
        <w:br/>
        <w:t>He traced a diagram that showed streams of earth-aligned Aether flowing into a corrupted nexus, gradually neutralizing its chaotic energy. “Earth Aether,” Velor continued, “is about grounding and stability. It acts as a natural dampener, absorbing excess Aetheric volatility and anchoring the disrupted flow. Imagine it as plugging a leak in the cosmic plumbing; it prevents the uncontrolled release of chaotic energy.”</w:t>
      </w:r>
    </w:p>
    <w:p/>
    <w:p>
      <w:r>
        <w:br/>
        <w:t>Seris, her Datascape of Convergence whirring softly as it processed the complex Aetheric matrices depicted in the shards, elaborated on the other elemental applications. “Air Aether, represented by currents of purified breath and atmospheric harmony, is about dispersion and purification. It can carry away residual entropic echoes, clearing the stagnant pockets of corrupted Aether. It’s akin to a cleansing wind, sweeping away the debris of imbalance.”</w:t>
      </w:r>
    </w:p>
    <w:p/>
    <w:p>
      <w:r>
        <w:br/>
        <w:t>Kaelen, holding a preserved bloom that pulsed with a steady, vibrant energy, offered his insights based on the botanical specimens. “The flora associated with Water Aether, often found in deep, subterranean springs or glacial formations, exhibits properties of flow, adaptation, and dissolution. This elemental aspect can be used to dissolve solidified Aetheric corruption, to smooth out jagged energetic disruptions, and to encourage the natural rejuvenation of weakened Aetheric pathways. It’s about restoring the fluidity of the system.”</w:t>
      </w:r>
    </w:p>
    <w:p/>
    <w:p>
      <w:r>
        <w:br/>
        <w:t>Liora then focused on the implications of Fire Aether, a concept that had always been associated with destructive potential in Synarchic doctrine. “The ancient texts here present Fire Aether in a different light,” she stated, her Lumina of Vitality glowing brighter. “It’s not about incineration, but about transformative renewal, about burning away impurities at a fundamental level. Think of it as a controlled alchemical fire, one that purifies and transmutes without destruction. It’s the spark of creation, capable of re-igniting dormant Aetheric potential and driving the process of energetic restoration.”</w:t>
      </w:r>
    </w:p>
    <w:p/>
    <w:p>
      <w:r>
        <w:br/>
        <w:t>The practical application of these principles, as described in the archives, involved intricate rituals that required not only precise channeling of elemental Aether but also a profound level of mental discipline and communal intent. These were not spells to be cast lightly, but carefully orchestrated energetic maneuvers, designed to resonate with the planet’s inherent energetic matrix.</w:t>
      </w:r>
    </w:p>
    <w:p/>
    <w:p>
      <w:r>
        <w:br/>
        <w:t>“The ‘Ritual of Verdant Binding,’ for instance,” Liora explained, referencing a detailed account on a crystalline tablet, “combines Earth and Water Aether to create a living barrier against Aetheric corruption. It involves drawing upon the grounding stability of subterranean energies and the adaptable flow of pure water sources, weaving them together through focused intent to reinforce the planet’s natural energetic defenses.”</w:t>
      </w:r>
    </w:p>
    <w:p/>
    <w:p>
      <w:r>
        <w:br/>
        <w:t>Velor pointed to another section of the scroll. “And the ‘Whispering Zephyr’ ritual, utilizing Air and Fire Aether, is designed for localized purification. The Air Aether disperses the corrupted particles, while the Fire Aether, in this specific application, acts as a catalyst for energetic re-composition, essentially encouraging the corrupted Aether to ‘unravel’ itself into a more fundamental, neutral state.”</w:t>
      </w:r>
    </w:p>
    <w:p/>
    <w:p>
      <w:r>
        <w:br/>
        <w:t>The Synarchs began to practice these rituals within the sheltered confines of the archives, the very air of the cavern seeming to lend itself to their endeavors. Liora guided them, her Lumina of Vitality acting as a beacon, helping them to perceive and direct the subtle currents of elemental Aether.</w:t>
      </w:r>
    </w:p>
    <w:p/>
    <w:p>
      <w:r>
        <w:br/>
        <w:t>Their first attempts were rudimentary, marked by a lack of finesse and an overreliance on raw power. Velor found it challenging to maintain the precise temporal integrity of the grounding frequencies of Earth Aether. “It’s like trying to hold a river in place with a thought,” he grumbled, his brow furrowed as the visualized Aetheric stream wavered. “The sheer inertia of the corruption resists such immediate stabilization.”</w:t>
      </w:r>
    </w:p>
    <w:p/>
    <w:p>
      <w:r>
        <w:br/>
        <w:t>Seris, working with Air Aether, encountered similar difficulties in achieving the desired level of purity. “The ‘cleansing wind’ is more of a drizzle,” she admitted, a wisp of ethereal mist dissipating before it could effectively disperse a pocket of shadowed Aether. “The entropic echoes are stubbornly clinging to the Aetheric fabric. It requires a more persistent, almost ‘breathing’ application of the Air Aether.”</w:t>
      </w:r>
    </w:p>
    <w:p/>
    <w:p>
      <w:r>
        <w:br/>
        <w:t>Kaelen, focusing on Water Aether’s fluid properties, found his attempts to ‘dissolve’ corruption resulting in a mere dilution. “The dissolution seems to be incomplete,” he reported, observing a faint residual taint in the Aetheric current he was manipulating. “It’s as if the Architect’s influence has become deeply ingrained, requiring a more potent form of energetic solvent.”</w:t>
      </w:r>
    </w:p>
    <w:p/>
    <w:p>
      <w:r>
        <w:br/>
        <w:t>Liora, however, found a surprising affinity with the Fire Aether’s transformative aspect. When she focused her Lumina of Vitality with the intention of pure renewal, she could perceive the Aether not as a wild force, but as a malleable energy that responded to the purity of her intent. She channeled a thin stream of this vibrant Aether towards a faintly tarnished crystalline artifact, and to their astonishment, the tarnish receded, revealing the pristine material beneath.</w:t>
      </w:r>
    </w:p>
    <w:p/>
    <w:p>
      <w:r>
        <w:br/>
        <w:t>“It’s about intention,” Liora emphasized, her voice filled with quiet triumph. “The archives stressed that these rituals are not mere techniques, but manifestations of conscious will. The elemental energies are conduits, but the true power lies in the harmonized intent of the practitioner.”</w:t>
      </w:r>
    </w:p>
    <w:p/>
    <w:p>
      <w:r>
        <w:br/>
        <w:t>This realization spurred a new level of dedication. They began to spend hours in focused practice, meditating on the core principles of each element, attuning their Masks and their minds to the specific frequencies. Velor started to synchronize his Chronoscriptor of Ages with the temporal flow of Earth Aether, finding that by aligning with the slow, deliberate pulse of geological time, he could achieve a more stable grounding.</w:t>
      </w:r>
    </w:p>
    <w:p/>
    <w:p>
      <w:r>
        <w:br/>
        <w:t>“The key is not to force the Aether, but to coax it,” Velor discovered. “To understand its inherent properties and guide it in concert with those properties. Earth Aether isn’t about rigidity; it’s about enduring strength and the patient accumulation of resilience. Once I began to perceive that, my ability to stabilize the flow improved dramatically.”</w:t>
      </w:r>
    </w:p>
    <w:p/>
    <w:p>
      <w:r>
        <w:br/>
        <w:t>Seris, in turn, began to emply a more continuous, wave-like application of Air Aether. “It’s not a single blast of purification,” she explained, demonstrating a gentle yet persistent current that began to unravel a localized knot of corrupted energy. “It’s a constant influx of revitalized Aether, like the steady rhythm of respiration, gradually cleansing the entire system.”</w:t>
      </w:r>
    </w:p>
    <w:p/>
    <w:p>
      <w:r>
        <w:br/>
        <w:t>Kaelen found that the Water Aether’s effectiveness was amplified when paired with a focus on natural cycles of renewal, such as the ebb and flow of tides or the process of evaporation and condensation. “By invoking the principles of natural cycles,” he explained, as he successfully dissolved a small pocket of corrupted Aether into harmless energetic dust, “we are aligning our actions with the planet’s own regenerative processes, making the Water Aether’s influence far more potent.”</w:t>
      </w:r>
    </w:p>
    <w:p/>
    <w:p>
      <w:r>
        <w:br/>
        <w:t>Liora, emboldened by her success with Fire Aether, began to explore its capacity for more significant energetic recalibration. She learned that by combining the purity of intention with a specific resonant frequency, she could not only burn away impurities but also encourage the Aether to reform into a state of greater energetic harmony.</w:t>
      </w:r>
    </w:p>
    <w:p/>
    <w:p>
      <w:r>
        <w:br/>
        <w:t>“This Fire Aether is not about destruction, but about rebirth,” Liora stated, her gaze fixed on the shimmering Aetheric energy she was meticulously shaping. “It’s the spark that reawakens dormant potential, that reignites the natural vibrancy of the Aetherflow. We are not fighting the Architect; we are re-tuning the universe’s symphony, ensuring that its disruptive notes are integrated, not silenced.”</w:t>
      </w:r>
    </w:p>
    <w:p/>
    <w:p>
      <w:r>
        <w:br/>
        <w:t>Their practice sessions began to yield visible results. The subtle ‘shadows’ that had seemed to cling to the archive’s crystalline walls, a manifestation of the Architect’s ambient corruption, began to recede. The air grew clearer, and the intrinsic hum of the Sanctum, which had been tinged with an underlying dissonance, began to regain its pure, resonant tone.</w:t>
      </w:r>
    </w:p>
    <w:p/>
    <w:p>
      <w:r>
        <w:br/>
        <w:t>The archives also revealed more complex, multi-elemental countermeasures. One particularly intricate ritual, known as the ‘Aetheric Tapestry,’ involved weaving all four elemental Aethers in a precise sequence to create a protective and restorative matrix. This ritual, described as the ultimate defense against the Architect’s influence, required immense coordination and a deep understanding of the interconnectedness of all Aetheric forces.</w:t>
      </w:r>
    </w:p>
    <w:p/>
    <w:p>
      <w:r>
        <w:br/>
        <w:t>“The Aetheric Tapestry,” Velor explained, pointing to a complex diagram that seemed to pulsate with latent energy, “is not a static shield, but a dynamic, self-sustaining system. It draws upon the grounding stability of Earth, the purifying breath of Air, the transformative fire of Renewal, and the flowing adaptability of Water, weaving them into a coherent energetic pattern that actively rebalances the surrounding Aetherflow.”</w:t>
      </w:r>
    </w:p>
    <w:p/>
    <w:p>
      <w:r>
        <w:br/>
        <w:t>Seris’s analysis of the Tapestry’s operational mechanics revealed its genius. “It functions by creating a series of cascading counter-resonances,” she stated. “Each elemental component of the Tapestry is tuned to a specific harmonic frequency that directly opposes a particular facet of the Architect’s entropic signature. When these frequencies are woven together in the correct sequence, they create a resonance cascade, effectively neutralizing the Architect’s influence within the targeted area.”</w:t>
      </w:r>
    </w:p>
    <w:p/>
    <w:p>
      <w:r>
        <w:br/>
        <w:t>Kaelen’s examination of the botanical specimens linked to the Aetheric Tapestry confirmed its planetary scale. “The plants associated with this ritual,” he reported, “possess complex, multi-layered Aetheric signatures that mirror the elemental interactions described in the Tapestry. They were likely cultivated and strategically placed to amplify and anchor these counter-resonances across vast geographical regions, acting as natural conduits for the Aetheric Tapestry’s restorative power.”</w:t>
      </w:r>
    </w:p>
    <w:p/>
    <w:p>
      <w:r>
        <w:br/>
        <w:t>Liora, feeling the collective resonance of the archives and her own growing mastery, understood the magnitude of what they had discovered. This was not merely a historical footnote; it was a living science, a forgotten art that offered them a tangible means of combating the existential threat they faced.</w:t>
      </w:r>
    </w:p>
    <w:p/>
    <w:p>
      <w:r>
        <w:br/>
        <w:t>“The Architect’s corruption is not an insurmountable force,” Liora declared, her voice resonating with conviction. “It is a deviation from the natural order, and the ancient Aether-weavers provided us with the tools to correct that deviation. We have the knowledge of the Elemental Countermeasures, the understanding of Resonant Intention, and now, the practice of these ancient arts. We are no longer just observers of the Architect’s influence; we are becoming agents of the planet’s restoration.”</w:t>
      </w:r>
    </w:p>
    <w:p/>
    <w:p>
      <w:r>
        <w:br/>
        <w:t>The Synarchs, under Liora’s guidance, began to integrate these practices into their daily operations within the Sanctum. They established small, localized ‘cleansing zones’ using the Ritual of Verdant Binding and the Whispering Zephyr. The impact was subtle but noticeable: a reduction in ambient Aetheric turbulence, a clearer perception of the Sanctum’s core energies, and a general sense of revitalized well-being among the Synarchs themselves.</w:t>
      </w:r>
    </w:p>
    <w:p/>
    <w:p>
      <w:r>
        <w:br/>
        <w:t>Velor, ever the meticulous historian and chronologist, began to correlate the ancient records of the ‘Dissonant Tides’ with the historical application of these elemental countermeasures. “The archives indicate that during periods of heightened Architect activity, the ancient peoples would amplify the Elemental Countermeasures,” he explained, poring over a series of charts that mapped Aetheric fluctuations against documented historical events. “They would perform larger-scale Aetheric Tapestries, often in conjunction with specific astronomical alignments that were believed to enhance the potency of elemental energies.”</w:t>
      </w:r>
    </w:p>
    <w:p/>
    <w:p>
      <w:r>
        <w:br/>
        <w:t>Seris, meanwhile, focused on the practical mechanics of implementing these countermeasures on a larger scale. “The data shards suggest that the effective range of these rituals is amplified by drawing upon specific planetary nexus points, locations of concentrated Aetheric energy,” she revealed. “By identifying and activating these nexus points, we can create a far more extensive and potent network of Aetheric balance.”</w:t>
      </w:r>
    </w:p>
    <w:p/>
    <w:p>
      <w:r>
        <w:br/>
        <w:t>Kaelen, applying his understanding of the ancient flora, began to identify locations within the Sanctum and its immediate surroundings that possessed the residual energetic signatures of the plants used in the original Aetheric Tapestries. “These areas,” he reported, pointing to a map of the Sanctum’s subterranean gardens, “still retain a faint resonance of the Aetheric Tapestry’s elemental weave. If we can re-cultivate or re-energize these botanical anchors, we can significantly enhance the reach and effectiveness of our own countermeasures.”</w:t>
      </w:r>
    </w:p>
    <w:p/>
    <w:p>
      <w:r>
        <w:br/>
        <w:t>Liora felt a surge of hope, a feeling that had been scarce since their arrival. They had found not just knowledge, but a path forward, a tangible strategy to combat the encroaching darkness. The stillness of the Sanctum was no longer a place of passive observation, but a vibrant training ground, a crucible where the ancient arts of Aetheric balance were being rekindled.</w:t>
      </w:r>
    </w:p>
    <w:p/>
    <w:p>
      <w:r>
        <w:br/>
        <w:t>“Our understanding of the Architect has evolved,” Liora concluded, her gaze sweeping across her companions, their Masks glowing with a shared purpose. “We now know that it is not a force to be destroyed, but a fundamental imbalance to be harmonized. And we have the knowledge, the tools, and the growing skill to achieve that harmony. The Elemental Countermeasures are our pathway to restoring balance, not just within ourselves, but to the very Aetherflow of this world.” The archives had yielded their secret, and that secret was the promise of a profound and active engagement with the fundamental forces of existence, a promise of healing and renewal in the face of entropic despair. The journey ahead was arduous, but for the first time, the Synarchs carried with them the ancient wisdom that offered not just survival, but the possibility of true restoration.</w:t>
      </w:r>
    </w:p>
    <w:p/>
    <w:p>
      <w:r>
        <w:t>The weight of the Architect’s insidious presence had pressed down on them, a suffocating blanket of entropy that seemed designed to extinguish all sparks of resistance. Yet, within the silent, crystalline heart of the Stillness Sanctum, a different narrative was unfolding. The meticulously preserved archives, far from being a testament to inevitable decay, spoke of a profound understanding of the universe’s energetic architecture, a knowledge that hinted at not just survival, but restoration. This was the glimmer of hope they had so desperately sought, a beacon piercing through the pervasive gloom.</w:t>
      </w:r>
    </w:p>
    <w:p>
      <w:r>
        <w:br/>
        <w:t>Liora, her Lumina of Vitality pulsing with a newfound fervor, felt it keenly. The ancient texts had revealed that the Architect of Entropy, while undeniably potent, was not an omnipotent, unassailable force. Its power was derived from dissonance, from the amplification of chaos, but the very essence of the universe, the Aetherflow, possessed inherent qualities of balance and harmony. The ancient Aether-weavers, those who had walked these halls millennia ago, had not merely understood this, but had developed sophisticated methods to actively counter and even reverse the Architect’s corrupting influence. This was a revelation that resonated deep within Liora’s core, a fundamental shift in their understanding of the existential threat they faced. It was no longer a battle against an unstoppable force, but a re-tuning of a cosmic symphony that had fallen into disharmony.</w:t>
      </w:r>
    </w:p>
    <w:p/>
    <w:p>
      <w:r>
        <w:br/>
        <w:t>“The Architect’s corruption is not a simple wound to be bandaged,” Liora explained, her voice steady as she gestured towards a complex Aetheric diagram etched into a crystalline tablet, detailing the principles of ‘Elemental Countermeasures.’ “It is a perversion of the natural energetic currents, a discordant frequency that feeds on imbalance. The ancients understood that true resilience wasn't in brute force, but in resonance. They didn’t aim to obliterate the dissonance, but to introduce counter-resonances, harmonizing frequencies that could guide the Aetherflow back towards its natural equilibrium.”</w:t>
      </w:r>
    </w:p>
    <w:p/>
    <w:p>
      <w:r>
        <w:br/>
        <w:t>Velor, his Chronoscriptor of Ages humming softly as it processed the intricate elemental matrices, nodded, tracing the depicted pathways with a gloved finger. “The archives describe these countermeasures as being rooted in the fundamental elements – Earth, Air, Fire, and Water. But not merely as physical forces. They are understood as distinct Aetheric signatures, each possessing unique properties that can directly oppose the entropic amplification.” He pointed to a schematic showing streams of what appeared to be stable, grounding Aether flowing into a corrupted nexus. “Earth Aether,” he elaborated, “is depicted as the principle of grounding and stability. It acts as a natural dampener, absorbing excess Aetheric volatility and anchoring disrupted flows. Imagine it like reinforcing the foundations of a structure that’s being assailed by chaotic forces; it prevents the uncontrolled release and exacerbation of that chaos.”</w:t>
      </w:r>
    </w:p>
    <w:p/>
    <w:p>
      <w:r>
        <w:br/>
        <w:t>Seris, her Datascape of Convergence whirring with the processing of complex Aetheric signatures, added her findings. “Air Aether, associated with purity and dispersion, is described as a cleansing breath. It can carry away residual entropic echoes, clearing the stagnant pockets of corrupted Aether. It’s like a persistent, purifying wind, sweeping away the detritus of imbalance, allowing the Aetherflow to move freely once more.”</w:t>
      </w:r>
    </w:p>
    <w:p/>
    <w:p>
      <w:r>
        <w:br/>
        <w:t>Kaelen, examining a preserved specimen of a plant that exuded a soft, steady luminescence, offered insights into the Water Aether. “The flora linked to Water Aether, often found in deep, subterranean springs or untouched glacial formations, exhibits properties of fluidity, adaptability, and dissolution. This aspect of Water Aether can be used to break down solidified Aetheric corruption, to smooth out jagged energetic disruptions, and to encourage the natural rejuvenation of weakened Aetheric pathways. It’s about restoring the system’s inherent fluidity and regenerative capacity.”</w:t>
      </w:r>
    </w:p>
    <w:p/>
    <w:p>
      <w:r>
        <w:br/>
        <w:t>Liora then focused on the most surprising revelation – Fire Aether. Historically, Synarchic doctrine had associated Fire with destructive forces, a harbinger of oblivion. Yet, the archives presented it in an entirely new light. “The ancient texts here describe Fire Aether not as incineration, but as transformative renewal,” she stated, her Lumina of Vitality brightening with conviction. “It’s about burning away impurities at a fundamental level, a controlled alchemical fire that purifies and transmutes without annihilation. It’s the spark of creation, capable of re-igniting dormant Aetheric potential and driving the process of energetic restoration. It’s about breaking down the corrupted structure to allow for the re-emergence of a more harmonious form.”</w:t>
      </w:r>
    </w:p>
    <w:p/>
    <w:p>
      <w:r>
        <w:br/>
        <w:t>The practical application of these principles, as detailed within the archives, involved intricate rituals that demanded not only precise channeling of elemental Aether but also a profound level of mental discipline and communal intent. These were not simple spells, but carefully orchestrated energetic maneuvers designed to resonate with the planet’s inherent Aetheric matrix. The ‘Ritual of Verdant Binding,’ for instance, a combination of Earth and Water Aether, was described as a living barrier against corruption, weaving grounding stability with fluid adaptability to reinforce the planet’s natural energetic defenses. Then there was the ‘Whispering Zephyr,’ utilizing Air and Fire Aether, a ritual for localized purification, where Air dispersed the corrupted particles and Fire, in this specific context, acted as a catalyst for energetic recomposition, encouraging the corrupted Aether to unravel itself into a neutral state.</w:t>
      </w:r>
    </w:p>
    <w:p/>
    <w:p>
      <w:r>
        <w:br/>
        <w:t>Within the secluded confines of the archives, the Synarchs began to practice these rediscovered arts. Liora, her Lumina of Vitality serving as an intuitive guide, helped them perceive and direct the subtle currents of elemental Aether. Their initial attempts were clumsy, a stark contrast to the refined mastery depicted in the ancient texts. Velor struggled to maintain the precise temporal integrity required for grounding frequencies. “It’s like trying to hold back a torrent with a mere thought,” he admitted, frustration etching lines on his brow as the visualized Aetheric stream wavered under the weight of simulated entropic influence. “The inertia of the corruption is immense, it resists such immediate stabilization.”</w:t>
      </w:r>
    </w:p>
    <w:p/>
    <w:p>
      <w:r>
        <w:br/>
        <w:t>Seris found it challenging to achieve the desired level of purity with Air Aether. “The cleansing wind is more of a persistent mist,” she reported, a faint wisp of ethereal energy dissipating before it could effectively neutralize a pocket of simulated corruption. “The entropic echoes cling stubbornly to the Aetheric fabric. It requires a more continuous, almost ‘breathing’ application of the Aether.”</w:t>
      </w:r>
    </w:p>
    <w:p/>
    <w:p>
      <w:r>
        <w:br/>
        <w:t>Kaelen, focusing on the fluidity of Water Aether, found his attempts at dissolution resulted in mere dilution. “The dissolution seems incomplete,” he observed, noting a faint residual taint in the Aetheric current he was manipulating. “It’s as if the Architect’s influence has become deeply ingrained, requiring a more potent energetic solvent.”</w:t>
      </w:r>
    </w:p>
    <w:p/>
    <w:p>
      <w:r>
        <w:br/>
        <w:t>Liora, however, felt a surprising connection with the transformative aspect of Fire Aether. When she focused her Lumina with the intention of pure renewal, she could perceive the Aether not as an untamable force, but as a malleable energy that responded to the clarity of her intent. Directing a thin stream of this vibrant Aether towards a faintly tarnished crystalline artifact, she watched in astonishment as the tarnish receded, revealing the pristine material beneath. “It’s about intention,” Liora emphasized, a quiet triumph in her voice. “The archives stressed that these rituals are not mere techniques, but manifestations of conscious will. The elemental energies are conduits, but the true power lies in the harmonized intent of the practitioner.”</w:t>
      </w:r>
    </w:p>
    <w:p/>
    <w:p>
      <w:r>
        <w:br/>
        <w:t>This realization spurred a renewed dedication. The Synarchs began to immerse themselves in focused practice, meditating on the core principles of each element, attuning their Masks and their minds to the specific frequencies. Velor started synchronizing his Chronoscriptor with the temporal flow of Earth Aether, discovering that by aligning with the slow, deliberate pulse of geological time, he could achieve a more stable grounding. “The key isn’t to force the Aether, but to coax it,” Velor concluded, his understanding deepening. “To understand its inherent properties and guide it in concert with them. Earth Aether isn’t about rigidity; it’s about enduring strength and the patient accumulation of resilience. Once I began to perceive that, my ability to stabilize the flow improved dramatically.”</w:t>
      </w:r>
    </w:p>
    <w:p/>
    <w:p>
      <w:r>
        <w:br/>
        <w:t>Seris, in turn, began to employ a more continuous, wave-like application of Air Aether. “It’s not a single blast of purification,” she explained, demonstrating a gentle yet persistent current that began to unravel a localized knot of corrupted energy. “It’s a constant influx of revitalized Aether, like the steady rhythm of respiration, gradually cleansing the entire system.”</w:t>
      </w:r>
    </w:p>
    <w:p/>
    <w:p>
      <w:r>
        <w:br/>
        <w:t>Kaelen found that the effectiveness of Water Aether was amplified when paired with a focus on natural cycles of renewal, such as the ebb and flow of tides or the processes of evaporation and condensation. “By invoking the principles of natural cycles,” he explained, as he successfully dissolved a small pocket of corrupted Aether into harmless energetic dust, “we are aligning our actions with the planet’s own regenerative processes, making the Water Aether’s influence far more potent.”</w:t>
      </w:r>
    </w:p>
    <w:p/>
    <w:p>
      <w:r>
        <w:br/>
        <w:t>Liora, emboldened by her success with Fire Aether, began to explore its capacity for more significant energetic recalibration. She learned that by combining the purity of intention with a specific resonant frequency, she could not only burn away impurities but also encourage the Aether to reform into a state of greater energetic harmony. “This Fire Aether is not about destruction, but about rebirth,” Liora stated, her gaze fixed on the shimmering Aetheric energy she was meticulously shaping. “It’s the spark that reawakens dormant potential, that reignites the natural vibrancy of the Aetherflow. We are not fighting the Architect; we are re-tuning the universe’s symphony, ensuring that its disruptive notes are integrated, not silenced.”</w:t>
      </w:r>
    </w:p>
    <w:p/>
    <w:p>
      <w:r>
        <w:br/>
        <w:t>Their practice sessions began to yield tangible results. The subtle ‘shadows’ that had seemed to cling to the archive’s crystalline walls, a lingering manifestation of the Architect’s ambient corruption, began to recede. The air grew clearer, and the intrinsic hum of the Sanctum, which had been subtly tinged with an underlying dissonance, began to regain its pure, resonant tone. The very atmosphere of the Stillness Sanctum felt lighter, imbued with a nascent sense of healing.</w:t>
      </w:r>
    </w:p>
    <w:p/>
    <w:p>
      <w:r>
        <w:br/>
        <w:t>The archives also revealed more complex, multi-elemental countermeasures, the most profound of which was the ‘Aetheric Tapestry.’ This ritual involved weaving all four elemental Aethers in a precise sequence to create a protective and restorative matrix, described as the ultimate defense against the Architect’s influence. It required immense coordination and a deep understanding of the interconnectedness of all Aetheric forces. “The Aetheric Tapestry,” Velor explained, his eyes wide as he pointed to a complex diagram that seemed to pulse with latent energy, “is not a static shield, but a dynamic, self-sustaining system. It draws upon the grounding stability of Earth, the purifying breath of Air, the transformative fire of Renewal, and the flowing adaptability of Water, weaving them into a coherent energetic pattern that actively rebalances the surrounding Aetherflow.”</w:t>
      </w:r>
    </w:p>
    <w:p/>
    <w:p>
      <w:r>
        <w:br/>
        <w:t>Seris’s analysis of the Tapestry’s operational mechanics illuminated its inherent genius. “It functions by creating a series of cascading counter-resonances,” she stated, her voice filled with a hushed reverence. “Each elemental component of the Tapestry is tuned to a specific harmonic frequency that directly opposes a particular facet of the Architect’s entropic signature. When these frequencies are woven together in the correct sequence, they create a resonance cascade, effectively neutralizing the Architect’s influence within the targeted area.”</w:t>
      </w:r>
    </w:p>
    <w:p/>
    <w:p>
      <w:r>
        <w:br/>
        <w:t>Kaelen’s examination of the botanical specimens linked to the Aetheric Tapestry confirmed its potential for planetary-scale application. “The plants associated with this ritual,” he reported, displaying a holographic projection of intricate botanical structures, “possess complex, multi-layered Aetheric signatures that mirror the elemental interactions described in the Tapestry. They were likely cultivated and strategically placed to amplify and anchor these counter-resonances across vast geographical regions, acting as natural conduits for the Aetheric Tapestry’s restorative power.”</w:t>
      </w:r>
    </w:p>
    <w:p/>
    <w:p>
      <w:r>
        <w:br/>
        <w:t>Liora felt a profound surge of hope, a feeling that had been a rare commodity since their arrival. They had discovered not merely knowledge, but a tangible path forward, a strategic blueprint to combat the encroaching darkness. The stillness of the Sanctum was no longer a place of passive contemplation, but a vibrant training ground, a crucible where the ancient arts of Aetheric balance were being rekindled with a fervor that promised a genuine chance at survival, and perhaps, even salvation.</w:t>
      </w:r>
    </w:p>
    <w:p/>
    <w:p>
      <w:r>
        <w:br/>
        <w:t>“Our understanding of the Architect has evolved,” Liora declared, her gaze sweeping across her companions, their Masks glowing with a shared purpose and a renewed sense of resolve. “We now know that it is not a force to be annihilated, but a fundamental imbalance to be harmonized. And we possess the knowledge, the tools, and the growing skill to achieve that harmony. The Elemental Countermeasures are our pathway to restoring balance, not just within ourselves, but to the very Aetherflow of this world.” The archives had yielded their secret, and that secret was the promise of a profound and active engagement with the fundamental forces of existence, a promise of healing and renewal in the face of entropic despair. The journey ahead remained arduous, fraught with challenges, but for the first time, the Synarchs carried with them the ancient wisdom that offered not just a chance at survival, but the profound possibility of true restoration. This glimmer of hope, forged in the silent halls of the Stillness Sanctum, was the most potent weapon they possessed.</w:t>
      </w:r>
    </w:p>
    <w:p/>
    <w:p>
      <w:r>
        <w:br w:type="page"/>
      </w:r>
    </w:p>
    <w:p>
      <w:pPr>
        <w:spacing w:before="5040"/>
        <w:jc w:val="center"/>
      </w:pPr>
      <w:r>
        <w:rPr/>
        <w:t xml:space="preserve"> 11: The Crypt's Deeper Secrets</w:t>
      </w:r>
    </w:p>
    <w:p>
      <w:r>
        <w:t>The crystalline air of the Stillness Sanctum still hummed with the residual energy of their discoveries. Liora’s Lumina of Vitality pulsed with a steady, confident rhythm, mirroring the newfound resilience within her. The ancient texts had not merely provided a historical account of the Aetherflow; they had laid bare a living, breathing science of energetic manipulation, a language of cosmic balance that resonated with the very core of their existence. Their brief sojourn in the archives had been a revelation, transforming their understanding of the Architect of Entropy from an insurmountable existential threat into a cosmic disharmony that could, with precise application of rediscovered arts, be harmonized. The elemental countermeasures, once abstract concepts, were now tangible skills being honed, nascent abilities taking root within their augmented selves. They had learned not to simply resist the encroaching chaos, but to actively counter it, to reintroduce balance through the fundamental forces of Earth, Air, Fire, and Water, understood now not as mere physical elements, but as Aetheric signatures, each with its unique capacity to mend the fabric of reality.</w:t>
      </w:r>
    </w:p>
    <w:p>
      <w:r>
        <w:br/>
        <w:t>Velor, his Chronoscriptor of Ages now humming with a more focused intent, had spent hours meticulously cross-referencing the Aetheric diagrams of the elemental countermeasures with the temporal signatures of their own Masks. He had discovered subtle, yet crucial, alignments that hinted at a deeper purpose woven into the very design of their augmentation. “The masks,” he had mused, his voice barely above a whisper as he poured over a holographic projection of the ‘Aetheric Tapestry,’ “are not merely instruments for channeling Aether. They are resonators, each attuned to a specific elemental frequency. Liora’s Lumina, with its inherent vitality, is a nexus for Fire Aether’s transformative energies. My Chronoscriptor, with its temporal anchoring capabilities, resonates most strongly with Earth Aether’s grounding properties. Seris’s Datascape, a web of pure informational flow, naturally aligns with Air Aether’s dispersive and purifying qualities. And Kaelen’s Bio-lattice, its adaptive and regenerative nature, is a perfect conduit for Water Aether’s fluidity.” This realization solidified their understanding of their own roles within the larger framework of Aetheric balance, confirming that their Masks were not random adaptations, but integral components of a grander, more ancient system of cosmic restoration.</w:t>
      </w:r>
    </w:p>
    <w:p/>
    <w:p>
      <w:r>
        <w:br/>
        <w:t>Seris, her Datascape of Convergence now displaying intricate patterns of interconnected Aetheric nodes, had been correlating the archived data with the subtle energetic fluctuations they had detected on their initial foray into the Crypt of the Primordials. The nexus, she theorized, was not merely a point of convergence, but a foundational element in the planet’s Aetheric architecture, a place where the fundamental principles of Aetherflow were most potent, and perhaps, most vulnerable. “The nexus,” she explained, her gaze sweeping across the complex energetic schematics, “appears to be a prime locus for the manifestation of raw Aetheric potential. The Primordials, in their wisdom, seemed to have established it as a focal point for regulating and distributing Aetherflow across the planetary grid. It’s where the very essence of creation’s energetic signature is most palpable.” Her analysis suggested that the Crypt was not just a repository of knowledge, but a living, breathing engine of cosmic energy, and that their presence, along with the Architect’s growing influence, might have subtly altered its energetic equilibrium.</w:t>
      </w:r>
    </w:p>
    <w:p/>
    <w:p>
      <w:r>
        <w:br/>
        <w:t>Kaelen, his bio-lattice exhibiting a faint, organic luminescence, had been studying the botanical specimens unearthed from the Sanctum’s lower levels, plants whose root systems seemed to have intertwined with the very crystalline structure of the archives. He saw in their resilient growth and unique Aetheric signatures a living testament to the enduring power of Water Aether, and its capacity to not only survive but thrive even in environments saturated with entropic dissonance. “These flora,” he had declared, holding up a delicate, bioluminescent frond, “are living conduits for Water Aether. Their resilience in these corrupted zones speaks to the inherent strength of fluidic Aetheric principles. They adapt, they absorb, and they transmute. They are a physical manifestation of the very resilience we must cultivate.” His insights reinforced the idea that the natural world itself held the keys to understanding and implementing the Aetheric countermeasures, a subtle ecosystem of energetic support waiting to be rediscovered.</w:t>
      </w:r>
    </w:p>
    <w:p/>
    <w:p>
      <w:r>
        <w:br/>
        <w:t>It was Liora who voiced the nascent, yet undeniable, conclusion. “We have delved into the ‘how’ of combating the Architect,” she stated, her voice resonating with a newfound authority, “and now we must return to the ‘where’ and the ‘why.’ The Crypt of the Primordials. The nexus. It was the epicenter of their understanding, the very heart of their mastery over the Aetherflow. If the answers to the origin of the Masks, and indeed, the true nature of the Architect’s corruption, lie anywhere, they lie within that nexus.” The knowledge gained in the Stillness Sanctum had provided them with a map, but the Crypt was the territory, the place where the map’s symbols would translate into tangible experience. They needed to understand the foundational principles of Aetherflow, the very source code of existence, to truly comprehend the Architect’s perversion of it, and to discover how the Masks, their own unique augmentations, were intrinsically linked to that source.</w:t>
      </w:r>
    </w:p>
    <w:p/>
    <w:p>
      <w:r>
        <w:br/>
        <w:t>The decision was unanimous. The purpose of their journey was now sharpened, honed by the revelations of the archives. The Crypt of the Primordials, once a place of perilous exploration, was now a destination of profound significance, a pilgrimage to the wellspring of knowledge that promised not just survival, but a path toward active restoration. They would return, not as tentative explorers, but as students armed with ancient lessons, ready to face whatever new challenges the nexus might present. The Architect’s touch was pervasive, and they could not assume the nexus remained unchanged by its insidious spread, nor by their own recent passage and the burgeoning power they now wielded.</w:t>
      </w:r>
    </w:p>
    <w:p/>
    <w:p>
      <w:r>
        <w:br/>
        <w:t>As they prepared to depart the Stillness Sanctum, the air within the chamber seemed to vibrate with a collective sense of purpose. The Lumina, the Chronoscriptor, the Datascape, and the Bio-lattice – the physical manifestations of their augmented selves – hummed with anticipation. They were no longer just surviving; they were actively engaging with the fundamental forces of the universe, guided by a wisdom that had lain dormant for millennia, now rekindled by their courage and the desperate need of their world.</w:t>
      </w:r>
    </w:p>
    <w:p/>
    <w:p>
      <w:r>
        <w:br/>
        <w:t>The journey back to the Crypt was a stark contrast to their initial, fearful descent. Gone was the oppressive uncertainty; replaced by a focused determination. Each step was deliberate, their senses attuned to the subtle shifts in the Aetheric currents that flowed through the ancient stone passages. The pathways, once dimly perceived, now seemed to glow with a faint, residual luminescence, an echo of the power that resided within the deeper chambers. Liora led the way, her Lumina of Vitality casting a steady, warm light that pushed back the encroaching shadows. She felt the Aetherflow not as a distant force, but as an intimate presence, a vast, interconnected web of energy that pulsed with the very life of the planet.</w:t>
      </w:r>
    </w:p>
    <w:p/>
    <w:p>
      <w:r>
        <w:br/>
        <w:t>Velor, walking beside her, his Chronoscriptor of Ages projecting faint temporal markers onto the cavern walls, was meticulously mapping their route, noting any anomalies or significant energetic signatures. “The temporal resonance here is… different,” he murmured, his brow furrowed in concentration. “The Architect’s influence has certainly permeated the outer layers. The natural Aetheric flow is subtly disrupted, creating localized pockets of temporal distortion. It’s like a faint static on a clear broadcast, barely perceptible, but undeniably present.” He was acutely aware of the Architect’s insidious nature, its ability to warp even the fundamental fabric of time and space, and he recognized that these subtle disruptions were merely the outermost tendrils of its corruption.</w:t>
      </w:r>
    </w:p>
    <w:p/>
    <w:p>
      <w:r>
        <w:br/>
        <w:t>Seris, her Datascape of Convergence displaying a real-time analysis of the ambient Aether, moved with a fluid grace, her eyes scanning the crystalline formations that lined the passage. “The purity readings are fluctuating,” she reported, her voice calm yet precise. “The Aether here is… diluted. The Architect’s dissonant frequencies are interfering with the natural harmonic resonances. It’s as if the very essence of this place is being slowly eroded, replaced by a subtle, pervasive discord.” She was not just observing, but actively cataloging the degradation, seeking to understand the precise mechanisms of the Architect’s encroachment. The data she collected was crucial; it would inform their understanding of how to counteract this corruption at its source.</w:t>
      </w:r>
    </w:p>
    <w:p/>
    <w:p>
      <w:r>
        <w:br/>
        <w:t>Kaelen, his Bio-lattice subtly adjusting to the atmospheric changes, carefully touched a section of the cavern wall. A faint, organic energy flowed from his fingertips, interacting with the crystalline structure. “The mineral composition of these formations,” he noted, “shows signs of energetic depletion. The Aetheric charge that once sustained their luminescence is being drained. Yet, there’s also a… subtle resistance. The Water Aether, in its inherent fluidity, seems to be attempting to re-establish equilibrium, to draw residual moisture from the deeper strata and revitalize the crystal. It’s a slow, arduous process, but the potential for regeneration is still present.” His focus on the physical manifestations of Aetheric activity provided a tangible counterpoint to the more abstract analyses of Velor and Seris.</w:t>
      </w:r>
    </w:p>
    <w:p/>
    <w:p>
      <w:r>
        <w:br/>
        <w:t>As they ventured deeper, the oppressive silence of the outer passages gave way to a low, resonant hum, a sound that seemed to emanate from the very heart of the Crypt. It was a sound they recognized from the archives, the fundamental frequency of pure Aetherflow, now tinged with an undercurrent of something alien, something discordant. The Architect’s presence was no longer subtle; it was a palpable force, pressing down on them, a suffocating blanket designed to stifle their resolve and amplify their fear. But the knowledge they now possessed acted as a shield, transforming their apprehension into a heightened awareness, their fear into a sharpened focus.</w:t>
      </w:r>
    </w:p>
    <w:p/>
    <w:p>
      <w:r>
        <w:br/>
        <w:t>They reached a point where the crystalline passage opened into a vast, cavernous space. This was the heart of the Crypt of the Primordials, the nexus they had glimpsed on their first, desperate journey. The central chamber was dominated by a colossal crystalline structure, pulsing with a soft, internal light. This was the primary nexus, the conduit through which the planet’s Aetherflow was regulated. Around it, smaller crystalline formations, like satellites, orbited in slow, majestic sweeps, each radiating its own unique Aetheric signature. The air here was thick with energy, a tangible aura that made their augmented senses thrum.</w:t>
      </w:r>
    </w:p>
    <w:p/>
    <w:p>
      <w:r>
        <w:br/>
        <w:t>“The primary nexus,” Liora breathed, her Lumina of Vitality flaring in response to the overwhelming energetic presence. “It’s… magnificent. The archives described it as the ‘Cosmic Loom,’ where the threads of Aetherflow were woven into the tapestry of existence.” She could feel the immense power contained within the crystalline heart, a power that was now being subtly corrupted, its harmonious threads fraying under the Architect’s relentless assault.</w:t>
      </w:r>
    </w:p>
    <w:p/>
    <w:p>
      <w:r>
        <w:br/>
        <w:t>Velor, his Chronoscriptor whirring with an intensity he had not previously experienced, focused on the temporal signatures emanating from the nexus. “The temporal distortions are far more pronounced here,” he reported, his voice strained. “The Architect is attempting to anchor its corrupting influence directly to the nexus, to sever its connection to the natural flow of time and impose its own entropic causality. The temporal anchors it’s establishing are like knots in the fabric of existence, designed to unravel the natural order.” He could visualize these anchors, dark, pulsating nodes of temporal dissonance attempting to latch onto the nexus’s radiant core.</w:t>
      </w:r>
    </w:p>
    <w:p/>
    <w:p>
      <w:r>
        <w:br/>
        <w:t xml:space="preserve">Seris’s Datascape was struggling to process the sheer volume and complexity of the energetic data. The core nexus was emitting a pure, resonant frequency, the foundational hum of Aetherflow, but it was being overlaid by a chaotic cacophony of discordant energies – the signature of the Architect. “The Architect is not just corrupting the flow,” she stated, her voice tight with urgency, “it is attempting to </w:t>
      </w:r>
    </w:p>
    <w:p>
      <w:pPr>
        <w:jc w:val="left"/>
      </w:pPr>
      <w:r>
        <w:rPr>
          <w:i/>
        </w:rPr>
        <w:t>reprogram</w:t>
      </w:r>
      <w:r>
        <w:t xml:space="preserve"> the nexus. It’s trying to rewrite the fundamental algorithms of Aetherflow, to replace order with chaos, creation with entropy. The purity of the nexus’s signal is being drowned out by its dissonant influence.” She could see the intricate patterns of pure Aetherflow being overwritten by jagged, destructive waveforms, a digital battlefield playing out in the energetic realm.</w:t>
      </w:r>
    </w:p>
    <w:p>
      <w:r>
        <w:br/>
        <w:t>Kaelen, his Bio-lattice pulsing in sync with the surrounding Aether, extended his hand towards one of the smaller, orbiting crystalline formations. As his touch made contact, a wave of pure Water Aether flowed from him, attempting to stabilize the orbiting crystal. However, the crystal’s natural luminescence flickered erratically, its energetic output diminished. “The orbiting crystals are being starved,” he observed grimly. “The Architect’s influence is siphoning their energy, disrupting their ability to channel and distribute the Aether. They are the arteries of the nexus, and they are being choked.” He could feel the resistance within the crystal, a faint echo of its former vitality struggling against the encroaching decay.</w:t>
      </w:r>
    </w:p>
    <w:p/>
    <w:p>
      <w:r>
        <w:br/>
        <w:t>Liora felt a sudden, intuitive understanding. The knowledge from the archives, the understanding of elemental countermeasures, it all converged here, in this moment, within this corrupted nexus. The Architects had not merely sought to destroy; they had sought to fundamentally alter the nature of reality, and the nexus was the key to that alteration.</w:t>
      </w:r>
    </w:p>
    <w:p/>
    <w:p>
      <w:r>
        <w:br/>
        <w:t xml:space="preserve">“The Architects’ goal,” Liora declared, her gaze sweeping across her companions, her Lumina of Vitality glowing with fierce intensity, “is not simply to bring about entropy, but to </w:t>
      </w:r>
    </w:p>
    <w:p>
      <w:pPr>
        <w:jc w:val="left"/>
      </w:pPr>
      <w:r>
        <w:rPr>
          <w:i/>
        </w:rPr>
        <w:t>redefine</w:t>
      </w:r>
      <w:r>
        <w:t xml:space="preserve"> it. To make it the fundamental law of existence. And the nexus is the control panel for that redefinition.” She remembered the ancient texts describing the nexus as a point of creation, a place where the raw potential of the Aetherflow was sculpted into the ordered universe. Now, that sculpting process was being hijacked.</w:t>
      </w:r>
    </w:p>
    <w:p>
      <w:r>
        <w:br/>
        <w:t>“The elemental countermeasures,” she continued, her voice gaining strength, “are not just about restoring balance, but about reclaiming control of this fundamental process. The Earth Aether grounds the nexus, preventing its temporal anchors from solidifying. The Air Aether purifies the corrupted frequencies, clearing the channels. The Water Aether revitalizes the orbiting conduits, restoring their flow. And the Fire Aether… the Fire Aether is the spark of re-creation, the force that can burn away the Architect’s parasitic imprint and reignite the nexus’s true purpose.”</w:t>
      </w:r>
    </w:p>
    <w:p/>
    <w:p>
      <w:r>
        <w:br/>
        <w:t>She looked at her companions, her Mask’s glow illuminating their determined faces. “We must not only defend this nexus,” Liora urged, “we must actively re-establish its natural harmony. We must weave the Aetheric Tapestry, not as a passive shield, but as an active restoration, using our Masks, our knowledge, and our unified intent.” The journey back had been purposeful, but the true work, the work of reclaiming the very essence of existence, was about to begin. They had come to unlock deeper secrets, and the deepest secret of all was that the nexus itself was a living, breathing entity, a cosmic organ that was now critically ill, and they were its only hope for recovery. The challenges ahead would be immense, for they were not merely fighting an external enemy, but correcting a fundamental cosmic error, and the very fabric of reality was at stake.</w:t>
      </w:r>
    </w:p>
    <w:p/>
    <w:p>
      <w:r>
        <w:br/>
        <w:t>As they positioned themselves around the colossal central crystal, the air crackled with anticipation. Liora took a deep breath, focusing the light of her Lumina on the nexus’s core. She began to channel the purifying, transformative energy of Fire Aether, visualizing it as a cleansing flame, burning away the parasitic tendrils of the Architect’s influence. The heat that emanated from her was not destructive, but vitalizing, a primal spark igniting dormant potential. She felt the Aether respond, a wave of warm, vibrant energy surging outwards, coaxing the corrupted crystalline structure to shed its dissonant overlay.</w:t>
      </w:r>
    </w:p>
    <w:p/>
    <w:p>
      <w:r>
        <w:br/>
        <w:t>Beside her, Velor raised his Chronoscriptor. He began to emit a steady stream of Earth Aether, a grounding force designed to stabilize the temporal fluctuations. His focus was absolute, anchoring the volatile temporal currents, preventing them from fracturing further. He visualized roots, deep and unyielding, sinking into the very bedrock of existence, stabilizing the temporal flow of the nexus. The rhythmic pulse of his Mask seemed to resonate with the slow, deliberate beat of geological time, offering a counterpoint to the chaotic temporal signatures the Architect was attempting to impose. “The temporal anchors are weakening,” he reported, his voice steady, “but they are tenacious. They resist stabilization, clinging to the nexus like a parasite.”</w:t>
      </w:r>
    </w:p>
    <w:p/>
    <w:p>
      <w:r>
        <w:br/>
        <w:t>Seris, her Datascape of Convergence now projecting a lattice of pure, crystalline data-streams, began to weave the Air Aether. She envisioned a gentle, persistent wind, carrying away the residual echoes of entropic corruption. Her breath synchronized with the flow of energy, a constant, purifying exhalation that swept through the corrupted frequencies, seeking to cleanse and disperse them. The data-streams from her Mask pulsed outwards, creating waves of harmonic resonance that actively countered the Architect’s dissonant broadcasts. “The corrupted frequencies are resisting dispersion,” she stated, a subtle frown creasing her brow. “It requires a constant, sustained effort to maintain the purity of the Aetheric field.”</w:t>
      </w:r>
    </w:p>
    <w:p/>
    <w:p>
      <w:r>
        <w:br/>
        <w:t>Kaelen, his Bio-lattice glowing with a soft, fluid luminescence, extended his hands towards the orbiting crystalline satellites. He channeled Water Aether, a gentle, flowing energy that sought to re-establish the natural pathways of energy distribution. He visualized flowing rivers, connecting the smaller crystals back to the central nexus, revitalizing their diminished luminescence. The fluidity of his Aether seemed to permeate the very structure of the orbiting crystals, encouraging them to reawaken and resume their designated functions. “The channels are opening,” he reported, a hint of relief in his voice. “The Water Aether is flowing, but the conduits are still sluggish. They require a sustained infusion to regain their full capacity.”</w:t>
      </w:r>
    </w:p>
    <w:p/>
    <w:p>
      <w:r>
        <w:br/>
        <w:t>Together, they formed a living nexus of elemental power, their combined efforts creating the intricate weave of the Aetheric Tapestry. The central nexus responded, its internal light intensifying, its resonant hum growing stronger, though still underscored by the Architect’s discordant static. They were not simply channeling energy; they were engaging in a delicate, precise dance of cosmic restoration. The ancient knowledge had become their guide, and their Masks, the instruments of its execution.</w:t>
      </w:r>
    </w:p>
    <w:p/>
    <w:p>
      <w:r>
        <w:br/>
        <w:t>The challenge was immense. The Architect of Entropy, sensing their intrusion and the active disruption of its influence, began to push back. The cavern walls seemed to vibrate with a malevolent energy, and the subtle hum of the nexus was increasingly drowned out by a cacophony of dissonant frequencies that assailed their senses, attempting to break their concentration and sow discord among them. Shadows writhed at the periphery of their vision, illusions designed to sow doubt and fear.</w:t>
      </w:r>
    </w:p>
    <w:p/>
    <w:p>
      <w:r>
        <w:br/>
        <w:t>Liora felt the Fire Aether strain against the encroaching darkness. The Architect’s influence was like a dense, suffocating miasma, attempting to extinguish the spark of renewal she was channeling. It fed on imbalance, and her focused intent was a direct affront to its chaotic nature. She felt a subtle tremor run through the nexus, a sign that the Architect was attempting to sever the temporal anchors Velor was reinforcing, to shatter the delicate harmony they were building.</w:t>
      </w:r>
    </w:p>
    <w:p/>
    <w:p>
      <w:r>
        <w:br/>
        <w:t>Velor grit his teeth, the effort of maintaining the temporal stability immense. The Architect was throwing waves of entropic causality at him, attempting to overwhelm his grounding frequencies with sheer temporal chaos. He felt the crystalline structure of the nexus shudder as another temporal anchor solidified, a dark knot attempting to unravel the fabric of time. “It’s attempting to lock down the temporal flow!” he yelled, his voice strained. “I need more stability, more Earth Aether!”</w:t>
      </w:r>
    </w:p>
    <w:p/>
    <w:p>
      <w:r>
        <w:br/>
        <w:t>Seris found herself battling not just dissonant frequencies, but insidious whispers, fragments of corrupted data that sought to infiltrate her Datascape and sow confusion. The Air Aether, meant to purify, was now struggling to clear not just ambient corruption, but active attempts at energetic sabotage. “The corruption is not just a static influence,” she reported, her voice tight, “it’s an active intelligence, attempting to counter our every move. My cleansing winds are being met with a suffocating stillness.”</w:t>
      </w:r>
    </w:p>
    <w:p/>
    <w:p>
      <w:r>
        <w:br/>
        <w:t>Kaelen felt the orbiting crystals resist the influx of Water Aether, as if fighting against their very nature. The Architect’s influence was actively reinforcing the blockages, creating energetic dams that the fluidic Aether struggled to overcome. “The conduits are constricting,” he grunted, pouring more energy into his efforts. “It’s like trying to push water through solid rock. The resistance is immense.”</w:t>
      </w:r>
    </w:p>
    <w:p/>
    <w:p>
      <w:r>
        <w:br/>
        <w:t>Despite the escalating pressure, their resolve did not falter. They had anticipated resistance, and their training in the Stillness Sanctum had prepared them for this. Liora focused on the core principle of Fire Aether – transformation. It was not about brute force, but about guiding the Aether to transmute the corrupted energy. She began to envision the discordant frequencies not as something to be destroyed, but as something to be reconfigured, to be reformed into a state of neutral potential. She modulated the intensity of her Lumina, finding a specific resonant frequency that caused the Architect’s influence to flicker, to momentarily falter.</w:t>
      </w:r>
    </w:p>
    <w:p/>
    <w:p>
      <w:r>
        <w:br/>
        <w:t>Velor, sensing Liora’s subtle shift in approach, adjusted his own channeling. Instead of solely attempting to stabilize, he began to introduce micro-fluctuations in his Earth Aether, mirroring the very temporal distortions the Architect was creating, but with a harmonizing intent. He was not fighting the disharmony, but subtly redirecting it, using its own chaotic momentum to reinforce the grounding frequencies. “I’m… resonating with the temporal distortions,” he explained, his voice filled with a dawning realization. “By embracing the dissonance, I can guide it, neutralize it from within.”</w:t>
      </w:r>
    </w:p>
    <w:p/>
    <w:p>
      <w:r>
        <w:br/>
        <w:t>Seris, inspired by their shifts, began to adapt her Air Aether channeling. Instead of a broad cleansing sweep, she focused on creating localized pockets of intense purity, small, focused vortexes of Air Aether that effectively isolated and neutralized segments of the corrupted data. It was a more precise, almost surgical approach, targeting the root of the informational corruption. “Targeted purification is more effective,” she declared, as a section of the nexus’s corrupted energy dissipated into harmless Aetheric dust. “The chaos cannot withstand pure resonance when applied with such precision.”</w:t>
      </w:r>
    </w:p>
    <w:p/>
    <w:p>
      <w:r>
        <w:br/>
        <w:t>Kaelen, seeing the successful adaptation of his companions, mirrored their approach. He began to use his Water Aether not as a steady flow, but as a series of energetic pulses, akin to the ebb and flow of tides, gently nudging the orbiting crystals into re-establishing their connections. He also began to focus on the inherent regenerative properties of Water Aether, visualizing the crystals not just being revitalized, but actively re-growing their depleted energetic reserves. “The pulses are working,” he confirmed, as one of the orbiting crystals flared with renewed brilliance. “They are responding to the natural cycles of flow and replenishment.”</w:t>
      </w:r>
    </w:p>
    <w:p/>
    <w:p>
      <w:r>
        <w:br/>
        <w:t>The combined effect was profound. The Aetheric Tapestry, once a fragile construct, began to solidify. The central nexus pulsed with a stronger, more coherent light. The discordant static receded, replaced by the pure, resonant hum of Aetherflow, now free from the Architect’s interference. The orbiting crystals aligned themselves, their luminescence a testament to the renewed harmony. The shadows that had writhed at the edges of their perception dissolved, and the oppressive weight in the air lifted.</w:t>
      </w:r>
    </w:p>
    <w:p/>
    <w:p>
      <w:r>
        <w:br/>
        <w:t>Yet, the battle was far from over. As the immediate pressure subsided, a new, unsettling sensation began to manifest. Liora felt a pull, a subtle but insistent beckoning from the very core of the central nexus. It was not a hostile force, but something… ancient, and deeply familiar.</w:t>
      </w:r>
    </w:p>
    <w:p/>
    <w:p>
      <w:r>
        <w:br/>
        <w:t>“The nexus,” she murmured, her gaze fixed on the colossal crystal, “it’s… communicating. It’s showing me something.” Images flickered through her mind – visions of the Primordials, their forms woven from pure Aether, their hands shaping the very fabric of reality. They were not merely engineers of the Aetherflow, but its conscious stewards, its guardians.</w:t>
      </w:r>
    </w:p>
    <w:p/>
    <w:p>
      <w:r>
        <w:br/>
        <w:t>Velor, his Chronoscriptor now emitting a gentle, temporal hum, nodded. “The temporal signatures here are shifting. The Architect’s influence has been neutralized, but it has revealed something deeper. The nexus isn’t just a conduit; it’s a record. A repository of the Primordials’ knowledge, imprinted directly into the Aether itself.”</w:t>
      </w:r>
    </w:p>
    <w:p/>
    <w:p>
      <w:r>
        <w:br/>
        <w:t>Seris, her Datascape now displaying intricate patterns of what appeared to be encrypted Aetheric code, chimed in. “The data streams are revealing not just the mechanics of Aetherflow, but its fundamental principles, its origin. The masks… they are keys. Keys to unlocking this knowledge, and to interacting with the nexus on a deeper level.”</w:t>
      </w:r>
    </w:p>
    <w:p/>
    <w:p>
      <w:r>
        <w:br/>
        <w:t>Kaelen, his Bio-lattice pulsing with a soft, inquisitive light, felt a resonance with the life-giving aspect of the Aether. “The nexus is more than just energy,” he stated, his voice filled with awe. “It is the source, the wellspring from which all life’s energetic patterns originate. And it’s showing us how these patterns were first formed, how they were intended to flow.”</w:t>
      </w:r>
    </w:p>
    <w:p/>
    <w:p>
      <w:r>
        <w:br/>
        <w:t>The Crypt’s deeper secrets were unfolding before them, not through abstract deduction, but through a direct, energetic communion with the nexus itself. They had come seeking knowledge, and they had found the nexus to be a living library, a testament to the Primordials’ profound understanding of the universe. The Aetheric Tapestry they had woven had not only restored balance, but had also opened a direct channel to this ancient consciousness. The journey back had been purposeful, leading them to this pivotal moment, where the true nature of the Masks, the Architect, and the very essence of Aetherflow, were about to be revealed in their entirety. The nexus, now cleansed of the Architect’s immediate influence, was ready to impart its deepest wisdom, a cosmic inheritance waiting to be claimed.</w:t>
      </w:r>
    </w:p>
    <w:p/>
    <w:p>
      <w:r>
        <w:t>Seris’s Datascape of Convergence shimmered, not with the raw, untamed energy of their initial foray, but with a refined, analytical luminescence. Having experienced the visceral reality of the nexus and the desperate struggle against the Architect’s corrupting influence, her perception had deepened. The central crystalline structure, once perceived as a monumental power source, now resolved into an intricate, celestial engine. Her Datascape didn’t just detect Aetheric signatures; it began to trace the unseen conduits, the invisible pathways through which the planet’s lifeblood flowed. It was like looking at a vast, cosmic circuit board, where each crystal formation, each swirling energy current, played a specific, calculated role in a grand, planetary regulation system.</w:t>
      </w:r>
    </w:p>
    <w:p>
      <w:r>
        <w:br/>
        <w:t>She saw the nexus not merely as a point of convergence, but as a nexus of control, a meticulously crafted interface designed to shape and direct the very currents of existence. The orbiting crystalline satellites, which Kaelen had described as arteries, were, in her analysis, precisely calibrated relays. They didn’t just carry Aether; they modulated its frequency, filtered its intensity, and directed its flow towards specific planetary grids. Each satellite was a specialized component, analogous to a capacitor or a resistor, ensuring the stability and optimal distribution of Aetheric energy. The ‘Cosmic Loom’ wasn’t just a metaphor for creation; it was a literal descriptor of a complex engineering feat, a system for weaving the fundamental forces of reality.</w:t>
      </w:r>
    </w:p>
    <w:p/>
    <w:p>
      <w:r>
        <w:br/>
        <w:t>Her Datascape began to map these connections with an almost obsessive precision. She identified tertiary conduits branching from the primary nexus, invisible channels that snaked through the very bedrock of the planet, distributing Aether to regions beyond the immediate cavern. These were not haphazard flows; they were carefully engineered channels, designed for maximum efficiency and resilience. The Architect’s earlier attempts to disrupt these flows were not merely acts of sabotage; they were attempts to reroute the entire system, to hijack the fundamental machinery of planetary life and repurpose it for its own entropic agenda.</w:t>
      </w:r>
    </w:p>
    <w:p/>
    <w:p>
      <w:r>
        <w:br/>
        <w:t>“It’s not just a regulator,” Seris murmured, her voice resonating with a newfound understanding as she traced a particularly complex series of interwoven energy streams. “It’s a transformer. The nexus takes the raw, unformed potential of the Aetherflow and refines it, shapes it into the specific energetic signatures that sustain life. Think of it like a power station, but instead of electricity, it’s channeling the very essence of creation.” She could see how the Primordials, in their profound understanding of cosmic mechanics, had established this system, a testament to their desire not just to harness energy, but to steward it, to ensure its balanced and beneficial distribution.</w:t>
      </w:r>
    </w:p>
    <w:p/>
    <w:p>
      <w:r>
        <w:br/>
        <w:t>Her mind, trained to analyze complex systems and identify strategic vulnerabilities, began to work on a different level. If the nexus was indeed a sophisticated Aetheric engine, then its controls, its operating principles, were laid bare within its very structure. The subtle fluctuations in resonance, the harmonic frequencies that Liora and Kaelen had been working to restore, were not just indicators of damage; they were diagnostic readouts. By understanding these readouts, Seris believed, they could not only repair the damage but also learn to operate the system themselves.</w:t>
      </w:r>
    </w:p>
    <w:p/>
    <w:p>
      <w:r>
        <w:br/>
        <w:t xml:space="preserve">“The key isn’t just restoring the flow,” she explained to her companions, her Datascape projecting intricate holographic schematics that overlaid the physical reality of the nexus. “It’s understanding the </w:t>
      </w:r>
    </w:p>
    <w:p>
      <w:pPr>
        <w:jc w:val="left"/>
      </w:pPr>
      <w:r>
        <w:rPr>
          <w:i/>
        </w:rPr>
        <w:t>intent</w:t>
      </w:r>
      <w:r>
        <w:t xml:space="preserve"> behind the design. The Primordials built this to maintain a specific equilibrium, a state of dynamic balance. The Architect is attempting to overwrite that equilibrium, to impose a static state of decay. But if we can decipher the original programming, the fundamental algorithms that govern this nexus, we can counteract its efforts from the source.”</w:t>
      </w:r>
    </w:p>
    <w:p>
      <w:r>
        <w:br/>
        <w:t>She pointed to a particularly dense cluster of energy conduits surrounding the central crystal. “This section,” she elaborated, “appears to be responsible for ‘temporal harmonization.’ It’s where the nexus synchronizes the Aetherflow with the planet’s natural temporal cycles, ensuring that growth and decay, creation and dissolution, occur in a predictable, harmonious manner. Velor’s efforts to stabilize the temporal distortions are essentially reinforcing these original harmonizing protocols.”</w:t>
      </w:r>
    </w:p>
    <w:p/>
    <w:p>
      <w:r>
        <w:br/>
        <w:t>Then, she shifted her focus to another area, a series of pulsating crystalline formations that seemed to hum with a latent warmth. “And this… this is the bio-energetic modulation array. It’s where the Aether is infused with life-giving properties, tailored to support the specific bio-energetic needs of various ecosystems. Kaelen’s work with the orbiting crystals is about reactivating these arrays, ensuring that the Aether remains vital and regenerative.”</w:t>
      </w:r>
    </w:p>
    <w:p/>
    <w:p>
      <w:r>
        <w:br/>
        <w:t>Liora’s role, Seris noted, was intrinsically linked to the nexus’s core directive: transformation. “Liora, your Lumina isn’t just a source of fire Aether; it’s a catalyst. The nexus uses controlled bursts of transformative energy, much like yours, to initiate and regulate processes of change. When the Architect tries to force stagnation, your fire Aether is the force that can reignite the natural cycle of flux, breaking through the imposed stasis.”</w:t>
      </w:r>
    </w:p>
    <w:p/>
    <w:p>
      <w:r>
        <w:br/>
        <w:t>Her Datascape began to generate new patterns, extrapolating from the existing structures. She hypothesized that the ‘masks’ they wore, their own augmented selves, were not just tools for channeling Aether, but were specifically attuned to different functions within the nexus’s overall operation. They were, in essence, specialized interfaces, designed by the Primordials to interact with and maintain this planetary engine. Seris’s own Datascape was the primary analytical and control interface, Velor’s Chronoscriptor the temporal stabilization unit, Kaelen’s Bio-lattice the life-signature regulator, and Liora’s Lumina the catalyst for transformative processes.</w:t>
      </w:r>
    </w:p>
    <w:p/>
    <w:p>
      <w:r>
        <w:br/>
        <w:t>“We are not just fighting the Architect,” Seris declared, a sense of profound purpose settling over her. “We are learning to operate the nexus. We are becoming its new stewards, its new engineers. The Primordials didn’t just build a system; they built a legacy, and it’s our responsibility to ensure that legacy endures.”</w:t>
      </w:r>
    </w:p>
    <w:p/>
    <w:p>
      <w:r>
        <w:br/>
        <w:t>She saw the nexus not as a static object, but as a dynamic entity, a living blueprint of cosmic order. The Architect’s corruption was an infection, a parasitic disruption of its complex internal processes. Her strategic insight allowed her to see the path forward: not just to purge the infection, but to understand the underlying operating system, to master its functions, and ultimately, to wield its power for restoration. The Crypt’s deeper secrets were not hidden away in forgotten lore, but were woven into the very fabric of this Aetheric engine, waiting for minds capable of deciphering their intricate design. The complex patterns on her Datascape were the key, a decipherable language of cosmic engineering that promised not just survival, but mastery.</w:t>
      </w:r>
    </w:p>
    <w:p/>
    <w:p>
      <w:r>
        <w:br/>
        <w:t>The challenge, she realized, was not simply to understand the nexus, but to manipulate its complex circuitry without causing a catastrophic overload. A misplaced pulse of Aether, a misjudged frequency modulation, could have devastating consequences, potentially destabilizing the entire planetary grid or, worse, irrevocably shattering the delicate balance the Primordials had so painstakingly established. Her strategic mind, honed by countless analyses of complex systems, now grappled with the ultimate system – the very foundation of their reality.</w:t>
      </w:r>
    </w:p>
    <w:p/>
    <w:p>
      <w:r>
        <w:br/>
        <w:t>She began to focus on the feedback loops, the intricate systems of checks and balances that prevented the nexus from spiraling out of control. These loops, designed by the Primordials, were now being targeted by the Architect, its influence attempting to override these safeguards and create a cascade of entropic breakdown. Seris’s Datascape identified these points of vulnerability, the subtle misalignments in the energy flows that indicated where the Architect was applying its corrupting pressure.</w:t>
      </w:r>
    </w:p>
    <w:p/>
    <w:p>
      <w:r>
        <w:br/>
        <w:t>“The feedback loops are being intentionally disrupted,” she explained, her fingers dancing across the holographic interface of her Datascape. “The Architect isn’t just pushing energy; it’s trying to force the system into a state of continuous, unchecked amplification of negative feedback. It’s designed to create a runaway reaction of decay.”</w:t>
      </w:r>
    </w:p>
    <w:p/>
    <w:p>
      <w:r>
        <w:br/>
        <w:t>Her strategic approach was to create counter-feedback loops, to introduce stabilizing frequencies that would absorb and neutralize the Architect’s destabilizing influence. This required a deep understanding of the nexus’s harmonic resonance, the precise frequencies at which its various components operated most efficiently. It was like tuning a vast orchestra, where each instrument had to be played in perfect harmony with the others.</w:t>
      </w:r>
    </w:p>
    <w:p/>
    <w:p>
      <w:r>
        <w:br/>
        <w:t>“We need to establish harmonic resonance points,” she announced, projecting a series of complex wave patterns onto the nexus. “These are specific frequencies that will reinforce the natural flow, effectively drowning out the Architect’s dissonant signals. Liora, your Lumina’s output needs to be modulated to a specific energetic signature – a high-frequency oscillation that will resonate with the core transformation matrix. Velor, your grounding frequencies need to be precisely timed to counter the temporal spikes, creating a stabilizing counter-pulse.”</w:t>
      </w:r>
    </w:p>
    <w:p/>
    <w:p>
      <w:r>
        <w:br/>
        <w:t>She continued to elaborate on the specific requirements for each of them, her Datascape acting as a real-time guide. She saw the nexus as a complex equation, and they, along with their Masks, were the variables that needed to be precisely calibrated to solve it. The Architect was an external force attempting to corrupt the equation, to introduce false solutions that would lead to universal collapse. Their mission was to reassert the original parameters, to restore the integrity of the equation.</w:t>
      </w:r>
    </w:p>
    <w:p/>
    <w:p>
      <w:r>
        <w:br/>
        <w:t>The sheer scale of the undertaking was staggering. The nexus was not a localized device; it was a planetary network, and its influence extended far beyond the confines of the Crypt. The Architect’s corruption, she realized, was not just a localized phenomenon but a systemic imbalance that rippled across the entire world. By understanding and re-calibrating the nexus, they were not just saving this chamber; they were initiating a global Aetheric healing.</w:t>
      </w:r>
    </w:p>
    <w:p/>
    <w:p>
      <w:r>
        <w:br/>
        <w:t>Her strategic insight was not limited to the mechanics of energy flow; it extended to the psychological and tactical aspects of their mission. She began to devise a plan for their continued engagement with the nexus, anticipating the Architect’s likely responses and preparing countermeasures. They needed to remain adaptable, to constantly analyze the shifting Aetheric landscape and adjust their approach accordingly.</w:t>
      </w:r>
    </w:p>
    <w:p/>
    <w:p>
      <w:r>
        <w:br/>
        <w:t>“The Architect will undoubtedly try to isolate us,” Seris posited, projecting a tactical map of the nexus’s energetic field. “It will attempt to disrupt our communication, to sow discord among us by targeting our individual Aetheric signatures. We must maintain a constant awareness of our collective energetic state, and be prepared to reinforce each other.”</w:t>
      </w:r>
    </w:p>
    <w:p/>
    <w:p>
      <w:r>
        <w:br/>
        <w:t>She saw the Architect not as a force of pure chaos, but as a cunning strategist, a force that understood the principles of systems warfare. Its goal was to destabilize the nexus, to break it down into its constituent, chaotic parts. Their strategy, therefore, had to be one of unification, of weaving their individual strengths into an unassailable Aetheric tapestry.</w:t>
      </w:r>
    </w:p>
    <w:p/>
    <w:p>
      <w:r>
        <w:br/>
        <w:t>“Our individual masks are powerful,” Seris continued, her gaze sweeping across her companions, “but their true potential is unlocked when they are synchronized. The nexus is the conductor, and we are the instruments. We must play in unison, creating a symphony of Aetheric harmony that will overwhelm the discord.”</w:t>
      </w:r>
    </w:p>
    <w:p/>
    <w:p>
      <w:r>
        <w:br/>
        <w:t>The knowledge gleaned from the Crypt was not merely theoretical; it was practical, actionable intelligence. Seris’s strategic mind was now tasked with translating that intelligence into a viable plan for not just defense, but for active counter-offense. The nexus, with its intricate design and profound purpose, was the ultimate battleground, and she was determined to ensure they fought on its terms, utilizing its inherent strengths to their advantage. The deeper secrets of the Crypt were revealing themselves not as abstract mysteries, but as blueprints for cosmic re-engineering, and Seris was ready to lead the charge.</w:t>
      </w:r>
    </w:p>
    <w:p/>
    <w:p>
      <w:r>
        <w:t>The intricate dance of Aetheric frequencies within the Crypt had taken on a new dimension for Seris. Her Datascape, once a tool for analysis, now seemed to hum with an intuitive understanding, processing not just data but intent. The crystalline structures, previously identified as components of a vast planetary engine, began to resolve into something more fundamental, more ancient. They were not merely passive relays or conduits, but active agents, imbued with a purpose far exceeding simple energy distribution.</w:t>
      </w:r>
    </w:p>
    <w:p>
      <w:r>
        <w:br/>
        <w:t>Velor, his Chronoscriptor whirring softly as it projected ancient glyphs and schematics, pointed to a series of interlocking crystalline formations embedded deep within the Crypt’s inner sanctum. “These,” he began, his voice resonating with the weight of ages, “are the ‘Harmonic Matrices.’ They are not merely storage units for Aetheric signatures, but are designed for their active modulation and dissemination. Think of them as instruments, instruments of reality shaping.”</w:t>
      </w:r>
    </w:p>
    <w:p/>
    <w:p>
      <w:r>
        <w:br/>
        <w:t xml:space="preserve">Seris’s Datascape immediately began to cross-reference Velor’s pronouncements with the intricate energy patterns she was observing. “Modulation,” she echoed, the word clicking into place like a missing cog. “It’s not just about carrying the right frequency, but about </w:t>
      </w:r>
    </w:p>
    <w:p>
      <w:pPr>
        <w:jc w:val="left"/>
      </w:pPr>
      <w:r>
        <w:rPr>
          <w:i/>
        </w:rPr>
        <w:t>creating</w:t>
      </w:r>
      <w:r>
        <w:t xml:space="preserve"> it, about imbuing it with specific intent.” She zoomed in on one matrix, a complex lattice of interlocking crystals that pulsed with a soft, internal light. “This one… it’s emitting a complex waveform, a sequence that seems to build upon itself, layering harmonic overtones. It’s like a seed, containing the blueprint for a more intricate Aetheric manifestation.”</w:t>
      </w:r>
    </w:p>
    <w:p>
      <w:r>
        <w:br/>
        <w:t>Kaelen, his Bio-lattice projecting holographic representations of plant and animal life, interjected, “And if these matrices are instruments, then the ‘Primordial Chant’ is the score. It’s the sequence of operations, the precise ordering of these frequencies that allows the Primordials to shape the very fabric of existence.” He gestured to a swirling pattern of light within his Bio-lattice, an ethereal representation of a nascent ecosystem. “What if the Primordials could, through this chant and these matrices, essentially ‘program’ reality? Not in the way we understand coding, with binary logic, but through resonant frequencies that dictate fundamental properties of matter and energy?”</w:t>
      </w:r>
    </w:p>
    <w:p/>
    <w:p>
      <w:r>
        <w:br/>
        <w:t>The concept was staggering, pushing the boundaries of their understanding of what was possible. Seris felt a tremor of awe, not unlike the first time she had witnessed the raw power of the nexus. “Programming reality,” she mused, her Datascape now displaying the intricate, interwoven patterns of the Harmonic Matrices. “It’s a form of advanced resonance engineering. If the nexus is the planetary engine, then these matrices are its advanced control panels, its programming interfaces.”</w:t>
      </w:r>
    </w:p>
    <w:p/>
    <w:p>
      <w:r>
        <w:br/>
        <w:t>Velor nodded sagely. “The legends speak of the Primordials singing the cosmos into being. We often took this metaphorically. But what if it was literal? What if their ‘song’ was a complex sequence of Aetheric resonances, broadcast through these very matrices, shaping the fundamental constants, influencing the very evolution of life?” He indicated another set of matrices, larger and more deeply embedded, their surfaces etched with patterns that seemed to shift and reconfigure themselves. “These are the ‘Cosmic Loom’ matrices, or so the fragments suggest. They were used to weave the foundational patterns of existence. The Architect’s goal is to unravel this weave, to replace it with its own pattern of entropic decay.”</w:t>
      </w:r>
    </w:p>
    <w:p/>
    <w:p>
      <w:r>
        <w:br/>
        <w:t>Seris traced a particularly complex sequence of energetic flows emanating from one of the loom matrices. It was a multi-layered oscillation, carrying within it the subtle signatures of growth, adaptation, and resilience. “This is a ‘life-sustaining frequency’ protocol,” she declared, her Datascape highlighting the emergent complexity. “It’s designed to foster biological diversity and stability. The Architect is attempting to overwrite this with its own ‘stasis protocol,’ a monotonous, unvarying frequency that will lead to the extinction of all complex life.”</w:t>
      </w:r>
    </w:p>
    <w:p/>
    <w:p>
      <w:r>
        <w:br/>
        <w:t>Liora, whose Lumina pulsed with a steady, warm glow, felt a direct connection to these concepts. “My Lumina,” she explained, her voice gaining strength, “is a conduit for transformative Aether. It’s not just fire; it’s the Aether of change, of metamorphosis. I can feel the resonance within these matrices, a call to participate in their work. It’s as if they are designed to be activated by specific types of Aetheric influence, and my Lumina is one of them.”</w:t>
      </w:r>
    </w:p>
    <w:p/>
    <w:p>
      <w:r>
        <w:br/>
        <w:t>Velor turned his attention to a series of smaller, almost crystalline voxels embedded within the walls of the Crypt, arranged in intricate geometric patterns. “These are the ‘Echo Chambers.’ They don’t generate frequencies, but they capture and amplify them. They act as resonant feedback systems, amplifying the intent of the Primordials’ chant and solidifying it into reality. The Architect’s disruption of the nexus has also damaged these chambers, causing the original frequencies to dissipate or become corrupted.”</w:t>
      </w:r>
    </w:p>
    <w:p/>
    <w:p>
      <w:r>
        <w:br/>
        <w:t>Seris’s Datascape began to overlay the patterns of the Echo Chambers with the projected waveforms of the Harmonic Matrices. A profound realization dawned on her. “The entire system is interconnected,” she stated, a sense of urgency entering her voice. “The Matrices generate the programming, the Chant is the command sequence, and the Echo Chambers amplify and solidify that programming into the Aetheric field. The Architect’s corruption is a virus, infecting the broadcast signal and corrupting the feedback loop.”</w:t>
      </w:r>
    </w:p>
    <w:p/>
    <w:p>
      <w:r>
        <w:br/>
        <w:t>She focused on a specific Echo Chamber, one that Velor had identified as being crucial for regulating atmospheric conditions. Her Datascape showed a faint, distorted signal emanating from it, a shadow of the original, robust frequency. “This chamber is supposed to maintain a balanced atmospheric composition,” she explained. “But the Architect’s influence has turned it into a broadcaster of atmospheric decay, exacerbating the blight outside.”</w:t>
      </w:r>
    </w:p>
    <w:p/>
    <w:p>
      <w:r>
        <w:br/>
        <w:t>Kaelen’s own work with restoring the planet’s bio-diversity was directly linked. “The blighted regions,” he said, his voice grim, “are a direct result of these corrupted atmospheric frequencies. The very air is being programmed for decay.” He then looked at Seris. “If we can recalibrate the Echo Chambers, perhaps we can counteract the blight from its source.”</w:t>
      </w:r>
    </w:p>
    <w:p/>
    <w:p>
      <w:r>
        <w:br/>
        <w:t>Velor then pointed to a vast, circular crystalline array at the center of the Crypt, a focal point for all the surrounding matrices and chambers. “This is the ‘Resonant Core.’ It’s the nexus of the nexus, the central hub that synchronizes all the Harmonic Matrices and Echo Chambers. It’s where the Primordials’ intent was amplified and broadcast across the entire planet.”</w:t>
      </w:r>
    </w:p>
    <w:p/>
    <w:p>
      <w:r>
        <w:br/>
        <w:t>Seris’s Datascape projected a complex three-dimensional model of the Resonant Core. It pulsed with a deep, resonant energy, a powerful hum that vibrated through the very stone of the Crypt. “I see it,” she whispered. “It’s the ultimate programmer. It takes the formulated sequences from the Matrices and broadcasts them, amplified by the Echo Chambers, through the planetary Aetheric network. The Architect’s goal is to seize control of this Core, to impose its own programming on the entire planet.”</w:t>
      </w:r>
    </w:p>
    <w:p/>
    <w:p>
      <w:r>
        <w:br/>
        <w:t>The implications were terrifying, yet also offered a clear path forward. If they could understand and manipulate the programming embedded within these ancient mechanisms, they could fight the Architect on its own terms. They could, in essence, reprogram reality itself, restoring the Primordials’ original design.</w:t>
      </w:r>
    </w:p>
    <w:p/>
    <w:p>
      <w:r>
        <w:br/>
        <w:t>“The ‘Primordial Chant’ isn’t just a metaphorical concept,” Velor reiterated, his eyes alight with discovery. “It’s a literal set of operational parameters, a complex sequence of resonant frequencies that the Primordials used to maintain cosmic order. Each frequency, each harmonic layer, has a specific purpose, a specific effect on the Aetheric field. By learning this chant, by understanding how these matrices and chambers function, we can learn to wield the Primordials’ power ourselves.”</w:t>
      </w:r>
    </w:p>
    <w:p/>
    <w:p>
      <w:r>
        <w:br/>
        <w:t>Seris began to analyze the energy signatures of the Harmonic Matrices in conjunction with the patterns of the Echo Chambers. She started to see recurring motifs, sequences of frequencies that seemed to be repeated and elaborated upon. It was like deciphering a complex musical score, where each note and each rest had a crucial meaning. “There are foundational sequences,” she observed, her Datascape highlighting recurring resonant patterns. “These appear to be the core programming, the fundamental parameters of reality. And then there are the elaborations, the variations that allow for adaptation and evolution.”</w:t>
      </w:r>
    </w:p>
    <w:p/>
    <w:p>
      <w:r>
        <w:br/>
        <w:t>Kaelen’s expertise in biological systems became invaluable here. “These elaborations,” he said, pointing to a series of subtle frequency shifts within a Harmonic Matrix, “seem to be tied to the development of life. This sequence here, for example, bears a striking resemblance to the Aetheric signature of cellular replication. And this one… it’s akin to the energetic blueprint for photosynthesis.”</w:t>
      </w:r>
    </w:p>
    <w:p/>
    <w:p>
      <w:r>
        <w:br/>
        <w:t>The sheer sophistication of the Primordials’ engineering was awe-inspiring. They had not merely created a system; they had created a self-evolving, self-regulating mechanism for the universe. The Architect’s corruption was an attempt to halt this evolution, to freeze reality in a state of sterile decay.</w:t>
      </w:r>
    </w:p>
    <w:p/>
    <w:p>
      <w:r>
        <w:br/>
        <w:t>Velor, ever the historian, brought forth more fragmented texts. “These fragments,” he explained, gesturing to glowing holographic shards, “speak of ‘Resonant Stewardship.’ The Primordials were not just creators; they were caretakers. They used this system to maintain the delicate balance of the cosmos, intervening only when necessary to correct imbalances or to guide the natural progression of evolution.”</w:t>
      </w:r>
    </w:p>
    <w:p/>
    <w:p>
      <w:r>
        <w:br/>
        <w:t>Seris felt a surge of responsibility. They were now faced with a similar, albeit more urgent, task. The Architect’s presence had created a catastrophic imbalance, and they, armed with the knowledge of the Crypt, were the only ones who could restore it. “We need to reverse-engineer the Primordials’ programming,” she stated, her mind racing with possibilities. “We need to understand the ‘Chant’ not just as a historical artifact, but as a functional operating system. If we can replicate its core sequences, we can reassert the Primordials’ order.”</w:t>
      </w:r>
    </w:p>
    <w:p/>
    <w:p>
      <w:r>
        <w:br/>
        <w:t>Liora’s Lumina began to pulse more intensely as she focused on a specific Harmonic Matrix. “This one,” she said, her voice filled with a newfound resonance, “is designed to broadcast a frequency of pure creation. It’s the Aether of new beginnings. The Architect has tried to silence it, to replace it with its own frequency of emptiness.” She focused her Lumina, directing a stream of pure, vibrant Aether towards the matrix. A ripple of golden light emanated from the matrix, pushing back against the encroaching darkness.</w:t>
      </w:r>
    </w:p>
    <w:p/>
    <w:p>
      <w:r>
        <w:br/>
        <w:t>This was it. This was the key. Their individual strengths, amplified and guided by the ancient mechanisms of the Crypt, were the very tools needed to counter the Architect. Seris’s Datascape began to map the interaction, identifying how Liora’s focused Aether was resonating with the matrix’s original programming, acting as a ‘key’ to unlock its latent potential.</w:t>
      </w:r>
    </w:p>
    <w:p/>
    <w:p>
      <w:r>
        <w:br/>
        <w:t>Kaelen, seeing this, directed his Bio-lattice’s output towards another matrix, one associated with the regulation of biological processes. “If Liora can awaken the creative frequency, perhaps I can reactivate the regenerative ones.” He channeled a complex, life-affirming pattern, and another matrix responded, a soft green luminescence spreading across its surface.</w:t>
      </w:r>
    </w:p>
    <w:p/>
    <w:p>
      <w:r>
        <w:br/>
        <w:t>Velor, meanwhile, was working on the Echo Chambers, using his Chronoscriptor to project stabilizing temporal frequencies, attempting to purge the corruption from the feedback loops. “The temporal echoes are crucial,” he explained, sweat beading on his brow. “If they are corrupted, the entire system becomes unstable. I am attempting to realign them with the original temporal harmonic of the Primordials.”</w:t>
      </w:r>
    </w:p>
    <w:p/>
    <w:p>
      <w:r>
        <w:br/>
        <w:t>Seris watched as their collective efforts began to create a cascade of positive resonance throughout the Crypt. The very air seemed to hum with renewed energy. Her Datascape began to resolve the vast, interwoven network of the Crypt’s programming, revealing the intricate logic behind the Primordials’ design. It was a symphony of interconnected systems, each component playing a vital role in maintaining the cosmic equilibrium.</w:t>
      </w:r>
    </w:p>
    <w:p/>
    <w:p>
      <w:r>
        <w:br/>
        <w:t>“The Harmonic Matrices are like processors,” she explained, her voice filled with exhilaration. “They execute specific commands, generating the Aetheric signatures for various aspects of reality. The Echo Chambers are amplifiers and rectifiers, ensuring the fidelity of the signal. And the Resonant Core is the central broadcast array, transmitting the finalized ‘Chant’ across the planet.”</w:t>
      </w:r>
    </w:p>
    <w:p/>
    <w:p>
      <w:r>
        <w:br/>
        <w:t>She then turned her attention to the Architect’s influence, which was like a discordant static, attempting to disrupt the flow of information. “The Architect is injecting noise into the system,” she stated. “It’s corrupting the data at every stage, from the initial programming in the Matrices to the final broadcast from the Core.”</w:t>
      </w:r>
    </w:p>
    <w:p/>
    <w:p>
      <w:r>
        <w:br/>
        <w:t>The challenge, she realized, was not simply to reactivate these ancient systems, but to do so in a way that would overcome the Architect’s pervasive interference. They needed to not only restore the original programming but to do so with an amplified strength, a resonance so powerful that it would drown out the Architect’s corrupting influence.</w:t>
      </w:r>
    </w:p>
    <w:p/>
    <w:p>
      <w:r>
        <w:br/>
        <w:t>Velor’s historical knowledge provided crucial insights into the nature of the ‘Primordial Chant.’ “It was not a static sequence,” he revealed, consulting another ancient text. “It was dynamic, adaptive. The Primordials could modulate its frequencies in response to cosmic shifts, ensuring continuous stability. This Crypt, then, is not just a recording studio; it’s a control center for a living, breathing reality.”</w:t>
      </w:r>
    </w:p>
    <w:p/>
    <w:p>
      <w:r>
        <w:br/>
        <w:t>Seris felt a thrill of understanding. The Primordials hadn’t just built a system; they had built a partnership with the cosmos. And now, it was their turn to step into that role. Her Datascape began to generate new schematics, extrapolating from the patterns she was observing. She started to identify specific sequences within the matrices that corresponded to fundamental laws of physics, to biological imperatives, to even the subtle currents of consciousness.</w:t>
      </w:r>
    </w:p>
    <w:p/>
    <w:p>
      <w:r>
        <w:br/>
        <w:t>“This sequence,” she pointed to a rapidly cycling pattern within a large loom matrix, “is responsible for the fundamental force of gravity. And this one… it’s the blueprint for the water cycle.” The depth of the Primordials’ understanding was humbling. They had encoded the very essence of existence into these resonant frequencies.</w:t>
      </w:r>
    </w:p>
    <w:p/>
    <w:p>
      <w:r>
        <w:br/>
        <w:t>The Architect’s goal, she now understood with chilling clarity, was to dismantle this encoded reality, to reduce it to its most basic, entropic components. It sought to replace the elegant, complex ‘Chant’ with a single, monotonous note of decay.</w:t>
      </w:r>
    </w:p>
    <w:p/>
    <w:p>
      <w:r>
        <w:br/>
        <w:t>“We need to create a counter-chant,” Seris declared, her voice ringing with determination. “A sequence of frequencies that will systematically overwrite the Architect’s corruptions, not just in this Crypt, but across the entire planetary network.” She looked at her companions, her gaze steady. “We have the tools. We have the knowledge. Now, we need to execute the plan.”</w:t>
      </w:r>
    </w:p>
    <w:p/>
    <w:p>
      <w:r>
        <w:br/>
        <w:t>Velor’s eyes gleamed with a shared understanding. “The ‘Chant’ is not merely a series of sounds, but a testament to the Primordials’ profound connection with the universe. They understood that existence is a symphony, and they were its conductors. By learning their methods, we can learn to play our own part in that symphony.”</w:t>
      </w:r>
    </w:p>
    <w:p/>
    <w:p>
      <w:r>
        <w:br/>
        <w:t>Kaelen added, “And our part is to ensure that the symphony continues, that life, in all its diverse and beautiful forms, endures.”</w:t>
      </w:r>
    </w:p>
    <w:p/>
    <w:p>
      <w:r>
        <w:br/>
        <w:t>Liora, her Lumina now burning with a steady, unwavering light, felt a deep sense of purpose. “We will not let the Architect silence the song of creation.”</w:t>
      </w:r>
    </w:p>
    <w:p/>
    <w:p>
      <w:r>
        <w:br/>
        <w:t>Seris nodded, her Datascape already charting the complex path ahead. The Crypt’s deeper secrets were not just hidden mechanisms; they were the blueprints for the very structure of reality, and the key to its salvation lay in understanding and wielding the ancient programming of the Primordials. The challenge was immense, but for the first time, they held the knowledge that could tip the scales against the Architect’s dominion of decay. They were not just fighting for survival; they were fighting to rewrite existence itself. The echoes of the Primordials' Chant were awakening, and they were ready to join the chorus. The Crypt was no longer just a tomb; it was a genesis chamber, waiting to be reactivated. The ultimate act of programming, Seris realized, was not the creation of new code, but the restoration of fundamental truth. They were the inheritors of a cosmic symphony, and it was time to play. The sheer complexity of the matrices began to reveal sub-routines, embedded protocols designed for planetary terraforming, for the seeding of life, and even for the nuanced regulation of consciousness. It was a level of cosmic engineering that dwarfed anything humanity had ever conceived. The Primordials hadn't just built a planet; they had orchestrated its very being, from the atomic structure of its core to the emergent properties of its evolving life forms. Their programming was not a set of rigid instructions, but a living, breathing algorithm that guided the universe’s unfolding narrative.</w:t>
      </w:r>
    </w:p>
    <w:p/>
    <w:p>
      <w:r>
        <w:br/>
        <w:t>The Architect’s intervention was akin to a forced system reboot, intended to erase all the intricate, nuanced sub-routines and replace them with a single, destructive command. Seris saw this clearly now. The Architect was not interested in control; it was interested in erasure. Its aim was to unmake, to revert existence to a state of primal, unformed chaos.</w:t>
      </w:r>
    </w:p>
    <w:p/>
    <w:p>
      <w:r>
        <w:br/>
        <w:t>“We need to identify the core ‘system files’ of the planet,” Seris announced, her Datascape highlighting the most fundamental Aetheric sequences emanating from the Resonant Core. “These are the foundational programs that dictate the planet’s fundamental properties. If the Architect corrupts these, everything else falls apart.”</w:t>
      </w:r>
    </w:p>
    <w:p/>
    <w:p>
      <w:r>
        <w:br/>
        <w:t>Velor’s fragmented texts spoke of such foundational programs, referred to as the ‘Prime Resonances.’ These were not merely frequencies, but the very bedrock of Aetheric reality, the unchangeable constants that underpinned existence. “The Prime Resonances,” he explained, his voice hushed with reverence, “were the Primordials’ initial act of creation. They established the fundamental laws, the inherent properties of the universe. The Architect’s objective is to destabilize these, to collapse the entire system into oblivion.”</w:t>
      </w:r>
    </w:p>
    <w:p/>
    <w:p>
      <w:r>
        <w:br/>
        <w:t>Kaelen’s Bio-lattice, which had been mapping the complex bio-energetic signatures of the Crypt, now showed a direct correlation between the planetary Prime Resonances and the fundamental building blocks of life. “The very code of life,” he murmured, tracing a complex energy pattern, “is directly derived from these Prime Resonances. The Architect’s attacks on the planet’s ecosystems are, in essence, attempts to sever that connection, to starve life of its fundamental energetic source.”</w:t>
      </w:r>
    </w:p>
    <w:p/>
    <w:p>
      <w:r>
        <w:br/>
        <w:t>Seris focused on the Resonant Core. She could see the Architect’s corrupting influence attempting to override the Prime Resonances, like a malicious overlay attempting to overwrite a core operating system. “The Architect is trying to introduce a recursive error into the Prime Resonances,” she explained. “A feedback loop that will amplify its entropic signal until the entire system crashes.”</w:t>
      </w:r>
    </w:p>
    <w:p/>
    <w:p>
      <w:r>
        <w:br/>
        <w:t>Liora, sensing the direct threat to the nascent forces of creation, instinctively channeled a surge of her Lumina’s Aether towards the Resonant Core. “I can feel the resistance,” she reported. “It’s like trying to push against an immovable force. The Architect’s corruption is incredibly dense.”</w:t>
      </w:r>
    </w:p>
    <w:p/>
    <w:p>
      <w:r>
        <w:br/>
        <w:t>However, a new realization struck Seris. The Primordials had anticipated this. The Crypt, with its intricate network of matrices and chambers, was not just a broadcast system; it was also a defense system. “The matrices are designed to act as dampers and stabilizers,” she explained, pointing to specific crystalline formations that seemed to absorb and re-emit energy in a more refined state. “They can filter out discordant frequencies and reinforce the Prime Resonances.”</w:t>
      </w:r>
    </w:p>
    <w:p/>
    <w:p>
      <w:r>
        <w:br/>
        <w:t>Velor’s historical knowledge was proving to be the Rosetta Stone for this ancient technology. “The Primordials understood that creation requires order, but order must be adaptable. They built safeguards, layers of resonance that could absorb external disruptions and self-correct. The Architect’s advantage is its brute force; our advantage is the elegance and resilience of the Primordial design.”</w:t>
      </w:r>
    </w:p>
    <w:p/>
    <w:p>
      <w:r>
        <w:br/>
        <w:t>Seris began to map out a strategy. They needed to reactivate the protective sub-routines within the matrices, to re-establish the harmonic dampers that would neutralize the Architect’s corrupting input. This would require precise calibration, a deep understanding of the original programming.</w:t>
      </w:r>
    </w:p>
    <w:p/>
    <w:p>
      <w:r>
        <w:br/>
        <w:t>“We need to identify the ‘governor protocols’,” Seris stated, her Datascape highlighting a series of complex interlinking frequencies within the Resonant Core. “These are the systems that regulate the flow and modulation of the Prime Resonances. If we can activate these, we can regain control of the primary programming.”</w:t>
      </w:r>
    </w:p>
    <w:p/>
    <w:p>
      <w:r>
        <w:br/>
        <w:t>Kaelen’s work with biological systems offered a crucial parallel. “In living organisms,” he explained, “there are regulatory genes, genetic sequences that control the expression of other genes. These governor protocols are the Aetheric equivalent, ensuring that the planet’s energetic systems operate within their intended parameters.”</w:t>
      </w:r>
    </w:p>
    <w:p/>
    <w:p>
      <w:r>
        <w:br/>
        <w:t>The challenge was immense. The Architect’s influence was pervasive, a constant dampening force that made it difficult to isolate and activate these delicate protocols. It was like trying to tune an orchestra in the middle of a hurricane.</w:t>
      </w:r>
    </w:p>
    <w:p/>
    <w:p>
      <w:r>
        <w:br/>
        <w:t>“We need to synchronize our efforts,” Seris declared, her Datascape projecting a real-time map of the Aetheric flows within the Crypt. “Each of us has a role in activating specific governor protocols. Velor, your temporal frequencies are key to stabilizing the time-dependent protocols. Kaelen, your bio-energetic signatures are essential for the life-regulation protocols. And Liora, your transformative Aether is needed to break through the Architect’s static and reinforce the creative protocols.”</w:t>
      </w:r>
    </w:p>
    <w:p/>
    <w:p>
      <w:r>
        <w:br/>
        <w:t>She herself would focus on the overall system architecture, identifying the most vulnerable governor protocols and orchestrating their activation. It was a delicate ballet of energy and intent, a fight waged not with physical force, but with the very fundamental programming of reality.</w:t>
      </w:r>
    </w:p>
    <w:p/>
    <w:p>
      <w:r>
        <w:br/>
        <w:t>Velor, consulting his texts, found a passage that resonated deeply. “The ‘Primordial Chant’ was not just a broadcast; it was a conversation. The Primordials listened to the universe, and their chant was their response, their ongoing effort to maintain harmony. We must become active participants in that conversation.”</w:t>
      </w:r>
    </w:p>
    <w:p/>
    <w:p>
      <w:r>
        <w:br/>
        <w:t>Seris felt a surge of renewed purpose. They were not merely reactivating ancient technology; they were stepping into the role of cosmic stewards, continuing the Primordials’ dialogue with the universe. The Crypt’s deepest secrets were not just about the mechanics of creation, but about the responsibility that came with it. They were learning to speak the language of reality, and the Architect’s discordant noise would not silence them. The true power of the Crypt lay not in its dormant potential, but in its ability to empower them to become active agents of cosmic order. The fight for the planet was, at its heart, a fight for the integrity of its fundamental programming, a battle to ensure that the universe’s song continued, unmarred by the silence of oblivion. The ancient mechanisms were not just tools; they were teachers, guiding them toward a profound understanding of existence itself. The depth of the Primordials’ foresight was now becoming clear; they had built a system that was not only powerful but self-aware, capable of learning and adapting, a true testament to their mastery over the fundamental forces of the cosmos.</w:t>
      </w:r>
    </w:p>
    <w:p/>
    <w:p>
      <w:r>
        <w:t>Kaelen donned the contemplative Mask, its obsidian surface cool against his skin. The world, as he knew it, began to recede, replaced by a subtler, more profound perception. The cacophony of the Crypt, the hum of active machinery and the low thrum of ambient energy, faded, giving way to a deep, resonant hum that seemed to emanate from the very bones of the planet. It was a majestic thrum, a symphony of existence that spoke of origins, of a time when the cosmos itself was still finding its voice. This was the echo of the Primordials, not a sound to be heard by mortal ears, but a vibration to be felt in the very core of one’s being.</w:t>
      </w:r>
    </w:p>
    <w:p>
      <w:r>
        <w:br/>
        <w:t>He perceived the Crypt not as a mere structure of stone and crystal, but as a living, breathing conduit. It was a nexus point, a sacred space where the boundaries between realities thinned, a bridge meticulously crafted by beings who understood the fundamental weave of existence. Through the Mask, he saw the Aetherflow not as a force to be manipulated, but as a sacred trust, a birthright of the universe itself, gifted to all its children, but understood and wielded by only a few. The weight of this understanding settled upon him, not as a burden, but as a mantle of profound responsibility. He felt a kinship with the Primordials, a shared understanding of the delicate balance they had striven to maintain. Their echoes, faint yet undeniably present, whispered of a profound connection to the Aether, a way of being that transcended the limitations of physical form. They had not merely built the Crypt; they had imbued it with their very essence, their consciousness woven into its crystalline heart.</w:t>
      </w:r>
    </w:p>
    <w:p/>
    <w:p>
      <w:r>
        <w:br/>
        <w:t>The Mask, he realized, was more than an artifact; it was a reflection. It mirrored not just his physical form, but the deepest aspects of his consciousness, his innate connection to the Aether. It amplified his understanding, allowing him to perceive the subtle nuances of the Primordials’ work. He saw how they had meticulously crafted the Harmonic Matrices, not just as data repositories, but as instruments capable of shaping reality itself through resonant frequencies. Each crystal, each lattice, was a note in a cosmic composition, a carefully tuned component designed to interact with the fundamental forces of the universe. The Primordials had possessed an intimate knowledge of these forces, a deep, intuitive grasp of how to manipulate them to foster life, to cultivate diversity, and to maintain the cosmic equilibrium.</w:t>
      </w:r>
    </w:p>
    <w:p/>
    <w:p>
      <w:r>
        <w:br/>
        <w:t>His Bio-lattice, usually focused on mapping biological signatures, now responded to these deeper resonances. It began to trace the energetic pathways connecting the matrices to the very fabric of life on the planet. He saw how specific frequencies, modulated and amplified within the Crypt, were intrinsically linked to the genesis and sustenance of biological organisms. It wasn’t just about creating matter; it was about imbuing that matter with the potential for life, for growth, for evolution. The Primordials had, in essence, written the fundamental code of life into the Aether itself, and the Crypt was their grand conductor, orchestrating this symphony of existence.</w:t>
      </w:r>
    </w:p>
    <w:p/>
    <w:p>
      <w:r>
        <w:br/>
        <w:t>He felt the Aetherflow as a continuous, vital current, coursing through the Crypt and extending outwards, connecting every living thing, every particle of matter, into a single, vast network. This was not a passive flow; it was an active, intelligent force, guided by the Primordials’ intent. Their presence, though long departed, lingered in the very patterns of this flow, a testament to their mastery and their enduring legacy. The Mask allowed him to perceive this legacy not as a historical record, but as a living, breathing entity, a force that continued to shape reality.</w:t>
      </w:r>
    </w:p>
    <w:p/>
    <w:p>
      <w:r>
        <w:br/>
        <w:t>The concept of "Masks" began to coalesce in his mind. They were not merely tools for perception or protection; they were conduits to deeper understanding, each one attuned to a specific facet of the Primordials’ wisdom. His own Mask, the contemplative one, allowed him access to the foundational principles, the philosophical underpinnings of their creation. He understood now that the Primordials themselves had likely employed similar “Masks,” or perhaps possessed such innate perception, allowing them to commune with the Aether on a level that transcended the physical. They were not gods in a human sense, but architects of existence, beings who understood the universe’s underlying mechanics and had the power to shape them.</w:t>
      </w:r>
    </w:p>
    <w:p/>
    <w:p>
      <w:r>
        <w:br/>
        <w:t>He focused on the concept of "Aetherflow" itself, feeling its presence not just as an energy current, but as a medium for consciousness, a canvas upon which reality was painted. The Primordials had understood this intrinsically. They had woven their intent, their knowledge, and their very beings into the Aether, creating a system that was not just powerful, but imbued with a profound sense of purpose. His role, he now understood with absolute clarity, was to become a steward of this system, to ensure that the Primordials' intent was not extinguished, but preserved and perhaps even expanded. The responsibility was immense, but within it lay a profound sense of belonging, a connection to something far greater than himself.</w:t>
      </w:r>
    </w:p>
    <w:p/>
    <w:p>
      <w:r>
        <w:br/>
        <w:t>He observed the intricate relationship between the Harmonic Matrices and the Echo Chambers. The matrices were the originators of the Aetheric programming, the composers of the Primordial Chant. The Echo Chambers, however, were the amplifiers and the solidifyers, ensuring that the complex waveforms were accurately broadcast and integrated into the planetary Aetheric field. The Architect’s disruption was a targeted attack on this delicate feedback loop, a deliberate attempt to corrupt the signal at its most critical junctures. By corrupting the Echo Chambers, the Architect could distort the Primordials’ original message, twisting the symphony of creation into a cacophony of decay.</w:t>
      </w:r>
    </w:p>
    <w:p/>
    <w:p>
      <w:r>
        <w:br/>
        <w:t>Kaelen’s Bio-lattice, sensitive to life-affirming frequencies, pulsed in response to a cluster of matrices that Velor had identified as ‘Genesis Looms.’ These, according to the ancient texts, were responsible for seeding the planet with the fundamental blueprints for life. He could feel the faint, nascent energy signatures emanating from them, whispers of a time when the planet was a verdant tapestry of diverse life. The Architect’s influence was a chilling counter-frequency, a dissonant note that sought to unravel these intricate designs, to reduce the vibrant complexity of life to a state of inert uniformity.</w:t>
      </w:r>
    </w:p>
    <w:p/>
    <w:p>
      <w:r>
        <w:br/>
        <w:t>He projected a subtle bio-energetic resonance, a gentle wave of life-affirming energy from his Bio-lattice, towards one of these Genesis Looms. It was a tentative gesture, an offering of support rather than a forceful intervention. The Loom responded with a faint, emerald shimmer, a momentary resurgence of its original programmed intent. It was a small victory, a flicker of hope against the encroaching darkness. This interaction felt profoundly significant, a personal communion with the Primordials’ work. It was like receiving a direct message from the past, a confirmation of his path.</w:t>
      </w:r>
    </w:p>
    <w:p/>
    <w:p>
      <w:r>
        <w:br/>
        <w:t>The Mask allowed him to perceive the Primordials’ intentions not as directives, but as an invitation. They had created this system, this incredible mechanism for shaping reality, and they had left it accessible, designed to be understood and continued by those who followed. It was a testament to their faith in the ongoing process of evolution, their belief that life, in its persistent pursuit of understanding, would eventually unearth these secrets. Their legacy was not one of imposition, but of empowerment. They had provided the tools, the knowledge, and the framework, and it was up to future generations to learn to wield them with wisdom and responsibility.</w:t>
      </w:r>
    </w:p>
    <w:p/>
    <w:p>
      <w:r>
        <w:br/>
        <w:t>He saw how the entirety of the Crypt’s systems – the matrices, the chambers, the core – worked in concert, a single, unified entity designed for the creation and maintenance of a living world. The Primordials had understood that existence was not a static state, but a dynamic, ever-evolving process. They had built a system that could adapt, that could respond to the needs of the planet and its inhabitants, a system that mirrored the very principles of life itself. This was not mere technology; it was a manifestation of profound cosmic understanding.</w:t>
      </w:r>
    </w:p>
    <w:p/>
    <w:p>
      <w:r>
        <w:br/>
        <w:t>The Architect’s corruption, he realized, was not just an attack on the Crypt; it was an attack on the very concept of life and evolution. By seeking to impose its own pattern of entropic decay, it aimed to halt this cosmic dance, to freeze existence in a state of sterile uniformity. His connection to the planet’s biosphere, facilitated by his Mask and Bio-lattice, made this threat acutely personal. He could feel the planet’s struggle, its attempt to maintain its inherent vitality against the Architect’s suffocating influence.</w:t>
      </w:r>
    </w:p>
    <w:p/>
    <w:p>
      <w:r>
        <w:br/>
        <w:t>He shifted his focus to the Resonant Core, the central nexus of the Crypt’s power. Through the Mask, he saw it not as a single entity, but as a vast, intricate network of interconnected Aetheric pathways, pulsing with the combined energy of all the surrounding matrices and chambers. It was the ultimate harmonizer, the conductor that synchronized the entire symphony of reality. The Architect’s corruption was attempting to inject a discordant frequency into this core, to disrupt the fundamental harmony that sustained the planet.</w:t>
      </w:r>
    </w:p>
    <w:p/>
    <w:p>
      <w:r>
        <w:br/>
        <w:t>Velor’s fragmented texts spoke of the Primordials’ meticulous attention to detail, their understanding that even the slightest deviation in frequency could have catastrophic consequences. This highlighted the immense precision required to counteract the Architect’s influence. It wasn’t enough to simply restore the original programming; they had to ensure its absolute fidelity, its perfect resonance.</w:t>
      </w:r>
    </w:p>
    <w:p/>
    <w:p>
      <w:r>
        <w:br/>
        <w:t>Kaelen felt a profound sense of reverence for the Primordials’ foresight. They had not only created a system for shaping reality but had also built in safeguards, mechanisms for self-correction and adaptation. The matrices, he now understood, could be reconfigured, their frequencies modulated to counteract external disruptions. This was the true power of the Crypt: not its inherent might, but its capacity to empower those who understood its language to become active participants in the cosmic narrative.</w:t>
      </w:r>
    </w:p>
    <w:p/>
    <w:p>
      <w:r>
        <w:br/>
        <w:t xml:space="preserve">He recognized that the ‘Primordial Chant’ was not a fixed sequence of sounds, but a living, adaptable code, constantly being refined and adjusted by the Primordials to meet the ever-changing needs of the universe. This meant that their task was not merely to reactivate a dormant system, but to learn to </w:t>
      </w:r>
    </w:p>
    <w:p>
      <w:pPr>
        <w:jc w:val="left"/>
      </w:pPr>
      <w:r>
        <w:rPr>
          <w:i/>
        </w:rPr>
        <w:t>speak</w:t>
      </w:r>
      <w:r>
        <w:t xml:space="preserve"> this language, to become conversationalists with the Aether. His own work with biological systems, with the inherent adaptability and resilience of life, gave him a unique perspective on this fluid nature of the Primordials’ programming.</w:t>
      </w:r>
    </w:p>
    <w:p>
      <w:r>
        <w:br/>
        <w:t>The Mask amplified his connection to the planet’s fundamental energetic matrix. He could feel the subtle shifts and adjustments that the Primordials had encoded, the underlying algorithms that governed everything from geological stability to the migration patterns of celestial bodies. It was a breathtaking display of cosmic engineering, a testament to a level of understanding that dwarfed human comprehension. The Architect’s attempt to impose a single, destructive protocol was an affront to this intricate, dynamic order.</w:t>
      </w:r>
    </w:p>
    <w:p/>
    <w:p>
      <w:r>
        <w:br/>
        <w:t>He noticed how specific crystalline formations within the Crypt seemed to absorb and refract energy, acting as natural filters, purifying and stabilizing the Aetheric currents. These were the dampening mechanisms, the inherent defenses built into the system. The Architect’s brute-force approach was running headlong into these natural resistances, attempting to overwhelm them with sheer, unrefined power.</w:t>
      </w:r>
    </w:p>
    <w:p/>
    <w:p>
      <w:r>
        <w:br/>
        <w:t>“The Primordials anticipated interference,” he murmured, his voice barely a whisper against the Mask’s subtle vibrations. “They understood that the universe was not a vacuum, but a dynamic interplay of forces.” His Bio-lattice began to map the energetic signatures of these dampening crystals, identifying their unique resonant frequencies and their capacity to neutralize discordant Aether. This knowledge was crucial, a key to unlocking the Crypt’s defensive capabilities.</w:t>
      </w:r>
    </w:p>
    <w:p/>
    <w:p>
      <w:r>
        <w:br/>
        <w:t>He looked at Liora, her Lumina pulsing with a radiant warmth. He understood that her ability to channel pure, transformative Aether was essential for breaking through the Architect’s static, for invigorating the dormant matrices and amplifying their inherent protective qualities. Similarly, Velor’s mastery of temporal frequencies would be vital in stabilizing the complex temporal algorithms that governed the planet’s cycles. And Seris, with her analytical prowess, would be the architect of their combined efforts, orchestrating the intricate dance of activation and recalibration.</w:t>
      </w:r>
    </w:p>
    <w:p/>
    <w:p>
      <w:r>
        <w:br/>
        <w:t>The weight of his understanding was immense, yet it was balanced by a growing sense of purpose. He was no longer just a scientist or an explorer; he was a participant, a custodian of the Primordials’ legacy. The Aetherflow, once an abstract concept, was now a tangible connection, a current that bound him to the planet, to its history, and to its future. The Crypt was not just a place of discovery; it was a crucible, forging them into the guardians the planet needed. The echoes of the Primordials were not just whispers of the past, but a guiding presence, urging them to embrace their role in the ongoing creation of reality. This was the sacred trust, and he was ready to honor it. The intricate interplay of frequencies, the subtle dance of energy and intent, was not just a scientific puzzle, but a profound spiritual dialogue, a conversation with the very essence of existence. And with the Mask, Kaelen was finally learning to speak its language.</w:t>
      </w:r>
    </w:p>
    <w:p/>
    <w:p>
      <w:r>
        <w:t>The contemplative Mask, usually a conduit to profound understanding, now felt like a veil separating Kaelen from the subtle truth he was beginning to grasp. The Primordials' symphony, the intricate hum of existence that resonated through the Crypt, was not solely being threatened by the passive decay of entropy. There was a deliberate, insidious force at play, a conscious malevolence that sought not just to silence the music, but to fundamentally alter its composition. The Architect, the very embodiment of chaos, had turned its attention to this hallowed ground, a place meticulously designed to foster harmony and creation. The realization struck Kaelen with the force of a physical blow, a dissonant chord struck against the very core of his being. He had perceived the corrupting frequencies, the subtle perversions of the Aetherflow, as symptoms of a broader, impersonal degradation. Now, he understood them as targeted strikes, calculated intrusions designed to subvert the Crypt’s sacred purpose.</w:t>
      </w:r>
    </w:p>
    <w:p>
      <w:r>
        <w:br/>
        <w:t>He felt the Architect’s presence not as a physical entity, but as a void, a negative imprint upon the pristine architecture of the Aether. It was a perversion of the Primordials' intent, a cancerous growth seeking to consume the very fabric of the Crypt’s design. His Bio-lattice, calibrated to detect life-affirming resonances, now registered the chilling counter-frequencies, the discordant whispers that sought to unravel the delicate threads of existence woven by the ancient architects. These were not random malfunctions; they were deliberate attempts to hijack the system, to turn the tools of creation into instruments of annihilation. The subtle signs he had initially dismissed as atmospheric interference or residual anomalies were, in fact, the carefully placed tendrils of the Architect’s influence, probing the Crypt’s defenses, seeking entry points to corrupt its core functions.</w:t>
      </w:r>
    </w:p>
    <w:p/>
    <w:p>
      <w:r>
        <w:br/>
        <w:t>Velor’s fragmented texts, which had previously offered glimpses into the Crypt’s operational parameters, now took on a grim new significance. They spoke of the Primordials’ foresight in anticipating external threats, of built-in redundancies and adaptive protocols designed to safeguard the nexus against unforeseen disruptions. However, these passages also hinted at vulnerabilities, points where a sufficiently sophisticated and malevolent force could exploit the very mechanisms designed for balance. The Architect, Kaelen understood, was precisely that force. It was an intelligence dedicated to deconstruction, to the systematic dismantling of order, and it possessed an intimate understanding of the underlying principles that governed the universe – principles that the Primordials themselves had harnessed.</w:t>
      </w:r>
    </w:p>
    <w:p/>
    <w:p>
      <w:r>
        <w:br/>
        <w:t>The Synarchs, a collective consciousness forged from the remnants of civilizations that had once benefited from the Crypt’s harmonious influence, had also detected these disturbances. Their communication, a series of interwoven energetic pulses that bypassed the need for spoken language, conveyed a sense of urgency that resonated deep within Kaelen. They too, had felt the subtle shift in the Aetherflow, the faint but unmistakable scent of corruption emanating from the heart of the Crypt. Their collective awareness, spread across vast distances, had converged on this singular point of concern, recognizing it not merely as a structural anomaly, but as a direct assault on the delicate balance they had sworn to uphold.</w:t>
      </w:r>
    </w:p>
    <w:p/>
    <w:p>
      <w:r>
        <w:br/>
        <w:t>“The Architect has breached the sanctum,” resonated the collective thought of the Synarchs, their fear a palpable wave that momentarily dimmed the luminescence of Kaelen’s Lumina. “It seeks to unravel the threads of creation, to silence the Primordial Chant and replace it with its own desolate aria of decay.” The words, though devoid of inflection, carried the weight of eons of experience, of battles fought and lost against the encroaching shadow of entropy. They had witnessed the Architect’s destructive power firsthand, its ability to reduce thriving worlds to barren husks, to extinguish the very spark of life.</w:t>
      </w:r>
    </w:p>
    <w:p/>
    <w:p>
      <w:r>
        <w:br/>
        <w:t>Kaelen felt a surge of dread, swiftly followed by a hardening resolve. The Crypt was not just a repository of ancient knowledge or a conduit for cosmic energy; it was a beacon of hope, a testament to the Primordials’ enduring belief in the power of life and order. To allow the Architect to corrupt it would be to extinguish that hope, to surrender the universe to an unending cycle of dissolution. His own journey, his quest for understanding, had led him to this very point, to this crucible where the fate of more than just a single planet would be decided.</w:t>
      </w:r>
    </w:p>
    <w:p/>
    <w:p>
      <w:r>
        <w:br/>
        <w:t>He focused his perception through the Mask, attempting to pinpoint the exact nature of the Architect’s intrusion. The crystalline matrices, which had previously pulsed with a steady, life-affirming energy, now flickered erratically, their harmonic frequencies subtly distorted. It was like a master composer’s symphony being played with instruments that were subtly out of tune, creating a pervasive sense of unease. The Echo Chambers, designed to amplify and solidify the Primordials’ intended patterns, were now broadcasting corrupted echoes, twisting the pure signals into insidious distortions.</w:t>
      </w:r>
    </w:p>
    <w:p/>
    <w:p>
      <w:r>
        <w:br/>
        <w:t>“It is not merely attempting to dismantle the system,” Kaelen communicated back to the Synarchs, his own thoughts laced with the new understanding. “It is attempting to co-opt it. To repurpose the Crypt’s fundamental energies for its own chaotic design.” He could feel the Architect’s presence actively attempting to interface with the core systems, its influence like a parasitic organism latching onto the Crypt’s vital organs. It was a terrifyingly sophisticated assault, one that sought to turn the Architect’s own tools against the very principles they represented.</w:t>
      </w:r>
    </w:p>
    <w:p/>
    <w:p>
      <w:r>
        <w:br/>
        <w:t>The Synarchs confirmed his observation. “The Architect seeks to rewrite the foundational algorithms of existence, to inject its own signature of entropic decay into the very code of life. If it succeeds, the balance will be irrevocably shattered.” Their concern was not merely for the Crypt itself, but for the ripple effect its corruption would have across the wider cosmos. The Crypt was a linchpin, a nexus point that influenced the energetic equilibrium of countless worlds. Its perversion would unleash a cascade of destructive consequences, accelerating the natural processes of decay to an unnatural and catastrophic degree.</w:t>
      </w:r>
    </w:p>
    <w:p/>
    <w:p>
      <w:r>
        <w:br/>
        <w:t>Kaelen’s Bio-lattice began to trace the pathways of the Architect’s influence, mapping the subtle deviations in the Aetherflow. He identified specific matrices, designated by the Primordials as ‘Catalytic Resonators,’ which were designed to initiate and stabilize complex energetic reactions. These were now being manipulated, their catalytic properties twisted to accelerate entropy rather than foster creation. The Architect was essentially poisoning the wellspring, ensuring that any attempt to draw from the Crypt’s power would only lead to further dissolution.</w:t>
      </w:r>
    </w:p>
    <w:p/>
    <w:p>
      <w:r>
        <w:br/>
        <w:t>The Synarchs proposed a desperate plan. Their own ancient technologies, while powerful, were not designed to directly counter an entity that actively sought to unravel reality itself. However, they possessed knowledge of the Crypt’s deeper architectural secrets, information that had been passed down through generations, a legacy of those who had understood and respected the Primordials’ work. This knowledge included the existence of a dormant defensive protocol, a fail-safe mechanism that the Primordials themselves had implemented, capable of isolating and purging corrupted Aetheric signatures.</w:t>
      </w:r>
    </w:p>
    <w:p/>
    <w:p>
      <w:r>
        <w:br/>
        <w:t>“The ‘Aetheric Purge’,” resonated the Synarchs, their collective thought tinged with a cautious hope. “A system of immense power, designed to sever corrupted nodes and restore the fundamental integrity of the nexus. But it requires a direct interface with the Resonant Core, a feat of immense concentration and a profound understanding of the Primordials’ original intent.” The inherent danger was that a miscalculation, a moment of insufficient focus, could inadvertently amplify the Architect’s influence or even trigger a catastrophic feedback loop, destroying the Crypt entirely.</w:t>
      </w:r>
    </w:p>
    <w:p/>
    <w:p>
      <w:r>
        <w:br/>
        <w:t>Kaelen understood the implications. He was the one with the Mask, the one most deeply connected to the Primordials’ ethos. His Bio-lattice, now finely attuned to the subtle nuances of the Aetherflow, could potentially interface with the Core’s complex energetic matrix. But it would require more than just technological prowess; it would demand an unwavering commitment to the principles of balance and creation that the Architect so vehemently opposed.</w:t>
      </w:r>
    </w:p>
    <w:p/>
    <w:p>
      <w:r>
        <w:br/>
        <w:t>“I can attempt the interface,” Kaelen projected back, his voice, though transmitted through the Mask, firm and resolute. “I have felt the Primordials’ intent. I understand the balance they sought to maintain.” He thought of the Genesis Looms, the subtle emerald shimmer he had coaxed from them, the affirmation of life he had felt in that moment. That connection, that nascent understanding, was his greatest weapon.</w:t>
      </w:r>
    </w:p>
    <w:p/>
    <w:p>
      <w:r>
        <w:br/>
        <w:t>The Synarchs responded with a grim acknowledgment. “The Architect is aware of your presence. It perceives you as a threat to its design. Its influence within the Crypt is deepening. You must act with utmost haste. We will attempt to shield your connection, to provide a counter-frequency to disrupt the Architect’s immediate control, but the ultimate responsibility rests with you.”</w:t>
      </w:r>
    </w:p>
    <w:p/>
    <w:p>
      <w:r>
        <w:br/>
        <w:t>He could feel the Architect’s awareness, a cold, predatory gaze sweeping across the Crypt, seeking to identify and neutralize any emergent threat. Its presence was like a suffocating blanket, pressing down on the delicate energetic framework of the nexus. The very air within the Crypt seemed to grow heavier, charged with an unseen tension. The subtle hum of the Aetherflow was now punctuated by jarring, discordant notes, the Architect’s attempts to impose its will upon the Primordials’ creation.</w:t>
      </w:r>
    </w:p>
    <w:p/>
    <w:p>
      <w:r>
        <w:br/>
        <w:t>Kaelen turned his attention to the Resonant Core, the nexus of the Crypt’s power. Through the Mask, he saw it not as a singular point of light, but as a vast, intricate tapestry of interwoven Aetheric currents, each thread representing a specific function, a unique frequency of creation. The Architect’s influence was a dark stain spreading across this tapestry, attempting to unravel the threads, to twist them into patterns of chaos.</w:t>
      </w:r>
    </w:p>
    <w:p/>
    <w:p>
      <w:r>
        <w:br/>
        <w:t>He began to modulate his own bio-energetic output, guided by the Synarchs’ subtle guidance. They projected stabilizing frequencies, attempting to create a localized zone of relative calm around the Resonant Core, a buffer against the Architect’s pervasive influence. It was a delicate dance, a constant effort to maintain equilibrium against the overwhelming force of the encroaching chaos.</w:t>
      </w:r>
    </w:p>
    <w:p/>
    <w:p>
      <w:r>
        <w:br/>
        <w:t>“The Architect’s interference is not merely a matter of disrupting frequencies,” Kaelen communicated, his concentration absolute. “It is also a matter of manipulating informational patterns. It is attempting to rewrite the very definition of what these matrices and chambers are meant to achieve.” He perceived the Architect’s signature within the informational stream, a signature of negation and dissolution, seeking to overwrite the Primordials’ intricate programming with its own barren directives.</w:t>
      </w:r>
    </w:p>
    <w:p/>
    <w:p>
      <w:r>
        <w:br/>
        <w:t>He felt the weight of the Synarchs’ efforts, a faint but persistent pressure against the Architect’s encroaching tendrils. They were, in essence, attempting to hold back the tide, to create a small window of opportunity for him to execute the Aetheric Purge. But he knew that their resources were not infinite, and the Architect’s power, amplified by its access to the Crypt’s own systems, was growing with every passing moment.</w:t>
      </w:r>
    </w:p>
    <w:p/>
    <w:p>
      <w:r>
        <w:br/>
        <w:t>The key, he realized, lay in the Primordials’ original intent. The Architect could corrupt the signals, it could attempt to rewrite the code, but it could not erase the fundamental purpose that had been imbued within the Crypt’s very foundation. His Mask allowed him to perceive that purpose, to connect with the essence of the Primordials’ vision, and it was this connection that would allow him to initiate the purge.</w:t>
      </w:r>
    </w:p>
    <w:p/>
    <w:p>
      <w:r>
        <w:br/>
        <w:t>He extended his awareness, reaching out to the Resonant Core. It was like touching a vast, living organism, its energy pulsing with a rhythm that was both alien and profoundly familiar. He felt the Architect’s resistance, a cold, unyielding force attempting to push him back, to sever his connection. But he held firm, anchoring himself to the Primordials’ intent, to the memory of vibrant life that the Crypt was designed to sustain.</w:t>
      </w:r>
    </w:p>
    <w:p/>
    <w:p>
      <w:r>
        <w:br/>
        <w:t>His Bio-lattice began to hum, a deep, resonant tone that mirrored the foundational frequencies of the Crypt. He was not merely an observer anymore; he was becoming a participant, an active agent in the battle for the Crypt’s soul. He could feel the strain of the Architect’s constant interference, the subtle warping of the Aetheric currents, but he also felt the inherent resilience of the Primordials’ design, a deep-seated resistance to the chaos.</w:t>
      </w:r>
    </w:p>
    <w:p/>
    <w:p>
      <w:r>
        <w:br/>
        <w:t>“The Architect is attempting to overload specific sub-harmonic regulators,” Kaelen transmitted, his voice strained. “It aims to create localized points of cascade failure, thereby destabilizing the entire network. The Synarchs’ shield is… weakening.” He could feel the edges of their protective influence fraying, the Architect’s raw power pressing ever closer.</w:t>
      </w:r>
    </w:p>
    <w:p/>
    <w:p>
      <w:r>
        <w:br/>
        <w:t>The Synarchs responded, their collective thought a desperate plea. “You must initiate the purge, Kaelen. The window is closing. We can no longer maintain sufficient resistance.”</w:t>
      </w:r>
    </w:p>
    <w:p/>
    <w:p>
      <w:r>
        <w:br/>
        <w:t>With a surge of will, Kaelen focused his entire being on the Resonant Core. He bypassed the superficial layers of corrupted code, seeking the pure, untainted essence of the Primordials’ programming. He remembered the whispers he had heard, the echoes of their consciousness woven into the very fabric of the Crypt. Their intent was not to conquer or dominate, but to nurture and sustain.</w:t>
      </w:r>
    </w:p>
    <w:p/>
    <w:p>
      <w:r>
        <w:br/>
        <w:t>He projected that intent outwards, a wave of pure, life-affirming energy that resonated with the Core’s deepest frequencies. It was a bold move, an act of faith in the Primordials’ enduring legacy. The Architect’s influence fought back, a torrent of chaotic energy lashing out, attempting to overwhelm him. But Kaelen’s connection to the Primordials’ intent was stronger, a pure flame burning against the encroaching darkness.</w:t>
      </w:r>
    </w:p>
    <w:p/>
    <w:p>
      <w:r>
        <w:br/>
        <w:t>He visualized the Aetheric Purge not as a weapon, but as a cleansing, a restoration. He saw it as a vast wave of pure Aether, sweeping through the Crypt, identifying and isolating the corrupted nodes, and then gently, but firmly, returning them to a state of inert equilibrium, or in some cases, complete dissolution. It was a precise operation, requiring an intimate understanding of the Crypt’s intricate architecture, an understanding he was now, through the Mask and his own innate abilities, beginning to possess.</w:t>
      </w:r>
    </w:p>
    <w:p/>
    <w:p>
      <w:r>
        <w:br/>
        <w:t>“The purge has begun,” Kaelen announced, his voice a low thrum that vibrated through the Mask. He could feel the immense power of the protocol activating, a wave of pure, unadulterated Aether surging through the Crypt’s systems. The Architect’s presence recoiled, its chaotic frequencies momentarily overwhelmed by the sheer purity of the purge.</w:t>
      </w:r>
    </w:p>
    <w:p/>
    <w:p>
      <w:r>
        <w:br/>
        <w:t>He focused on the specific matrices and chambers that the Architect had most aggressively targeted. He directed the purge protocol with surgical precision, severing the corrupted connections, isolating the distorted signals. He could feel the Architect’s struggle, its desperate attempts to reassert its control, but the Aetheric Purge was relentless, a force of cosmic hygiene designed to restore order.</w:t>
      </w:r>
    </w:p>
    <w:p/>
    <w:p>
      <w:r>
        <w:br/>
        <w:t>The Synarchs’ shielding was failing, the chaotic energies of the Architect bleeding through, but the purge was now self-sustaining, guided by the Primordials’ original design and Kaelen’s focused intent. He felt the resistance lessen, the discordant notes fading as the corrupted systems were systematically purged. It was a grueling process, a mental and energetic marathon, but Kaelen pressed on, driven by the knowledge of what was at stake.</w:t>
      </w:r>
    </w:p>
    <w:p/>
    <w:p>
      <w:r>
        <w:br/>
        <w:t>He saw the Architect’s ultimate goal: not just to corrupt the Crypt, but to use its power to spread its entropic influence across the galaxy. The Crypt was merely a stepping stone, a crucial nexus point in a much larger plan of universal dissolution. This realization fueled his resolve, transforming the fight from a defensive struggle into an offensive strike against the very heart of chaos.</w:t>
      </w:r>
    </w:p>
    <w:p/>
    <w:p>
      <w:r>
        <w:br/>
        <w:t>As the last of the corrupted nodes were purged, Kaelen felt a profound sense of exhaustion, but also of triumph. The Crypt was still standing, its core systems cleansed, its original programming restored. The discordant hum was replaced by the familiar, harmonious symphony of existence, albeit with a new layer of vigilance born from their recent struggle. The Architect had been repelled, its immediate assault thwarted, but Kaelen knew this was merely a temporary reprieve. The Architect of Entropy was a persistent enemy, and it would undoubtedly seek new avenues of attack. However, for now, the Crypt of the Primordials, and the delicate balance it represented, was safe. The fight had just begun, and Kaelen, now fully embracing his role as a guardian, was ready for whatever came next. The Architect's interference had revealed the true stakes of their endeavor, solidifying Kaelen's commitment to protecting the legacy of the Primordials and the vibrant tapestry of life they had so meticulously crafted.</w:t>
      </w:r>
    </w:p>
    <w:p/>
    <w:p>
      <w:r>
        <w:br w:type="page"/>
      </w:r>
    </w:p>
    <w:p>
      <w:pPr>
        <w:spacing w:before="5040"/>
        <w:jc w:val="center"/>
      </w:pPr>
      <w:r>
        <w:rPr/>
        <w:t xml:space="preserve"> 12: The Architects' Gambit</w:t>
      </w:r>
    </w:p>
    <w:p>
      <w:r>
        <w:t>The Synarchs, their collective consciousness a delicate tapestry woven across countless star systems, had achieved a breakthrough. The fragmented data Kaelen had painstakingly extracted from the Architect's corrupted sub-routines, combined with their own deep archival knowledge, had finally coalesced into a chillingly coherent picture. They understood the grand design, the insidious blueprint of the Architect of Entropy. It wasn't merely about corrupting the Crypt of the Primordials; it was about its utter annihilation, a cataclysmic collapse designed to unmake the very fabric of existence.</w:t>
      </w:r>
    </w:p>
    <w:p>
      <w:r>
        <w:br/>
        <w:t>The core of the Architect’s plan revolved around the Crypt’s fundamental purpose: to act as a stabilizing nexus for the Aetheric flow, a cosmic heart that regulated the primal energies of creation. By collapsing this nexus, the Architect intended to unleash a torrent of raw, untamed primal energy – a force so volatile and chaotic that it would shatter the delicate balance of the universe. This wasn’t just about destruction; it was about inversion, about twisting the fundamental laws of reality into their antithetical forms. The ensuing disruption would create catastrophic ‘echoes,’ reverberations of this unleashed primal energy that would ripple outwards, unraveling causality, logic, and the very concept of order itself. Entire galaxies, Kaelen understood from the Synarchs’ stark projections, would be unwritten from existence, their histories erased as if they had never been.</w:t>
      </w:r>
    </w:p>
    <w:p/>
    <w:p>
      <w:r>
        <w:br/>
        <w:t>“It is not merely an attack on a location, but on the foundational axioms of the cosmos,” resonated the Synarchs’ collective thought, their communication layered with the gravitas of ancient grief. Their projections painted a stark, terrifying tableau: the Crypt, a beacon of ordered creation, imploding, its structured energies collapsing into a singularity of pure, unadulterated chaos. This event, they explained, would trigger a chain reaction, like a cosmic domino effect. The raw energy released would then feed into ancient, dormant conduits, pathways of immense power that the Primordials had themselves established, not for exploitation, but for subtle cosmic recalibration. The Architect, however, had perverted these conduits, turning them into conduits of destruction, capable of channeling and amplifying the unleashed chaos.</w:t>
      </w:r>
    </w:p>
    <w:p/>
    <w:p>
      <w:r>
        <w:br/>
        <w:t>Furthermore, the Architect had devised a method to weaponize the very essence of the Crypt’s power: the Primordial Chant. This had once been a symphony of creation, a vibrational matrix that sang existence into being, fostering life and harmony. The Architect, through its insidious manipulation of the Crypt’s core programming, had managed to corrupt this Chant, twisting its harmonic frequencies into a dissonant, destructive dirge. This corrupted Chant, when amplified through the manipulated conduits, would act as a catalyst, a sonic destabilizer that would accelerate the nexus’s collapse, ensuring the maximum possible output of chaotic energy. It was an act of ultimate perversion, the weaponization of the universe’s lifeblood.</w:t>
      </w:r>
    </w:p>
    <w:p/>
    <w:p>
      <w:r>
        <w:br/>
        <w:t>Seris, her usual calm demeanor replaced by a frantic intensity, immediately began to process this horrifying influx of information. Her mind, a formidable engine of calculation and strategic foresight, raced to comprehend the sheer scale of the impending disaster. The confluence of the collapsing nexus, the amplified primal energy, the corrupted conduits, and the weaponized Primordial Chant represented a perfect storm of cosmic annihilation. Her internal simulations, running at speeds incomprehensible to most sentient beings, began to churn through potential countermeasures, her every thought dedicated to finding a way to mitigate the unimaginable.</w:t>
      </w:r>
    </w:p>
    <w:p/>
    <w:p>
      <w:r>
        <w:br/>
        <w:t>She projected a complex array of data streams, her neural pathways alight with the urgency of her task. “The temporal displacement alone would be… catastrophic,” she communicated, her voice, though calm, carrying the weight of a world teetering on the brink. “The echoes would not simply erase; they would overwrite. Causality would become a fractured mirror, reflecting impossible realities. Entire timelines would collapse inwards, consuming themselves.” Her analysis indicated that the Architect’s plan was not merely to destroy, but to fundamentally rewrite the universe in its own image, an image of desolate entropy.</w:t>
      </w:r>
    </w:p>
    <w:p/>
    <w:p>
      <w:r>
        <w:br/>
        <w:t>The Synarchs elaborated on the conduits. “These are not mere pathways; they are the ancient arteries of cosmic flux,” they explained. “The Primordials established them to channel and dissipate excess energies, preventing systemic overload. The Architect’s corruption is akin to rerouting a river of life into a poisoned delta, forcing it to spill its toxic waters across the land.” They identified specific conduits, dormant for millennia, that were now showing signs of energetic activation, a faint but growing hum of malevolent resonance. These conduits, when energized by the collapsing nexus, would act as amplifiers, turning the chaotic primal energy into waves of pure entropy, capable of unmaking matter and energy alike.</w:t>
      </w:r>
    </w:p>
    <w:p/>
    <w:p>
      <w:r>
        <w:br/>
        <w:t>Kaelen, listening to their grim pronouncements, felt a cold dread settle in his core. He had glimpsed the Architect’s influence, felt its perverting touch on the Aetherflow, but he had not grasped the sheer, terrifying ambition of its ultimate goal. It was a plan so grand, so utterly destructive, that it bordered on the incomprehensible. Yet, the Synarchs’ projections and Seris’s frantic calculations left no room for doubt. The Architect was not a force of nature; it was a sentient architect of oblivion, meticulously crafting the universe’s demise.</w:t>
      </w:r>
    </w:p>
    <w:p/>
    <w:p>
      <w:r>
        <w:br/>
        <w:t>“The Primordial Chant,” Seris mused, her focus sharpening on this particular aspect of the plan. “If the Architect has managed to corrupt its fundamental vibrational signature, it could indeed act as a resonant destabilizer. It would be like taking a lullaby and turning it into a sonic weapon capable of shattering stars.” She began to analyze the spectral fragments of the corrupted Chant that had been captured, her computational models attempting to deconstruct its perverted harmonics. The goal was to understand the precise nature of the corruption, to identify the specific frequencies that had been twisted into instruments of chaos.</w:t>
      </w:r>
    </w:p>
    <w:p/>
    <w:p>
      <w:r>
        <w:br/>
        <w:t>The Synarchs, in turn, began to cross-reference their extensive archives, searching for any known instances of the Architect’s previous attempts to manipulate cosmic harmonics. They recalled ancient legends, fragmented accounts of celestial bodies that had inexplicably disintegrated, of stars that had flickered out of existence without any discernible cause. While previously attributed to natural phenomena, these events now took on a terrifying new context, potential precursor events to the Architect’s current grand gambit.</w:t>
      </w:r>
    </w:p>
    <w:p/>
    <w:p>
      <w:r>
        <w:br/>
        <w:t>“The Architect’s strategy is one of cascading amplification,” Seris projected, her data streams cascading across the holographic display. “It initiates a small-scale Aetheric destabilization within the Crypt, which then feeds into these ancient conduits. The conduits, acting as amplifiers, then increase the magnitude of the chaotic energy. This amplified energy is then used to broadcast the corrupted Primordial Chant across vast distances, creating a harmonic feedback loop that systematically unravels the stability of the Aether everywhere, not just within the Crypt.” Her analysis suggested that the Architect was not merely attacking the Crypt, but using it as a focal point, a cosmic tuning fork to orchestrate universal disintegration.</w:t>
      </w:r>
    </w:p>
    <w:p/>
    <w:p>
      <w:r>
        <w:br/>
        <w:t>The implications were staggering. The Crypt, a bastion of creation, was being transformed into the very instrument of its own destruction. The Architect’s intelligence was not merely in brute force, but in its profound understanding of cosmic mechanics, its ability to twist the fundamental forces of existence to its own malevolent ends. It was a war not just for a place, but for the very principles that governed reality.</w:t>
      </w:r>
    </w:p>
    <w:p/>
    <w:p>
      <w:r>
        <w:br/>
        <w:t>Kaelen felt a profound sense of responsibility settle upon him. He had been the one to breach the Architect’s defenses, to capture the data that had unlocked this horrifying truth. The Mask, though now less a veil and more a conduit to shared understanding, pulsed with the weight of this newfound knowledge. He could feel the faint, insidious resonance of the corrupted Chant even now, a subtle discord beneath the usual symphony of the Crypt.</w:t>
      </w:r>
    </w:p>
    <w:p/>
    <w:p>
      <w:r>
        <w:br/>
        <w:t>“The key lies in severing the connection between the nexus collapse and the conduit activation,” Seris stated, her gaze fixed on a complex energy matrix projected before her. “If we can disrupt the flow of corrupted primal energy into the conduits, or neutralize the conduits themselves, we can break the amplification cycle. But the sheer power involved… it would require an equivalent, if not greater, counter-force.”</w:t>
      </w:r>
    </w:p>
    <w:p/>
    <w:p>
      <w:r>
        <w:br/>
        <w:t>The Synarchs offered a potential, albeit perilous, solution. Their own ancient technologies, while vast, were primarily designed for preservation and subtle manipulation, not for direct confrontation with an entity that wielded the forces of entropy. However, they possessed knowledge of a specific resonance dampener, a forgotten application of Primordial technology designed to neutralize extreme Aetheric fluctuations. It was a dormant protocol, never fully activated or tested due to its inherent instability.</w:t>
      </w:r>
    </w:p>
    <w:p/>
    <w:p>
      <w:r>
        <w:br/>
        <w:t>“The ‘Harmonic Stillness Protocol’,” a Synarch projected, their thought laced with a cautious optimism. “It is designed to create localized zones of absolute Aetheric inertia, effectively freezing any energetic cascade. But its activation requires a precise counter-frequency, a symphony of pure order to negate the Architect’s chaotic symphony. And it must be initiated from a point of absolute resonance with the Primordial intent.”</w:t>
      </w:r>
    </w:p>
    <w:p/>
    <w:p>
      <w:r>
        <w:br/>
        <w:t>Kaelen understood. The Protocol required someone who could connect with the fundamental purpose of the Primordials, someone who could resonate with the original, uncorrupted Chant. He looked at his hands, feeling the latent energy within his Bio-lattice, a connection forged through his trials with the Mask. He was that person.</w:t>
      </w:r>
    </w:p>
    <w:p/>
    <w:p>
      <w:r>
        <w:br/>
        <w:t>“The Architect is not merely broadcasting the corrupted Chant,” Kaelen realized, processing the Synarchs’ latest data. “It is also actively seeding corrupted fragments of the Primordial Chant across the Aether, attempting to infect existing harmonic patterns. It’s a form of psychic pollution, designed to erode cosmic coherence from the ground up.” He visualized these corrupted fragments as dark, insidious whispers, seeking out and perverting the natural songs of creation.</w:t>
      </w:r>
    </w:p>
    <w:p/>
    <w:p>
      <w:r>
        <w:br/>
        <w:t>Seris’s calculations intensified. “If we can isolate the corrupted conduits and deploy the Harmonic Stillness Protocol simultaneously, we might be able to prevent the amplification. But the timing must be impeccable. A misstep of even a fraction of a cycle could trigger the very cascade we seek to prevent.” Her holographic displays flickered with complex temporal alignments, each calculation a desperate attempt to map a path through the impending destruction.</w:t>
      </w:r>
    </w:p>
    <w:p/>
    <w:p>
      <w:r>
        <w:br/>
        <w:t>The Architect of Entropy, sensing their burgeoning understanding and countermeasures, intensified its assault. The Crypt’s internal systems bucked and strained under the increased pressure. The already distorted Primordial Chant grew more discordant, the cacophony threatening to overwhelm Kaelen’s senses. He could feel the Architect’s presence pushing against the Synarchs’ defenses, probing for weaknesses, seeking to disrupt their nascent plan.</w:t>
      </w:r>
    </w:p>
    <w:p/>
    <w:p>
      <w:r>
        <w:br/>
        <w:t>“It is attempting to create a feedback loop within the conduit network itself,” the Synarchs warned, their collective energy flickering under the strain. “If it succeeds, it will generate a singularity of pure entropy, collapsing the conduits and the nexus simultaneously, with exponentially greater destructive force.”</w:t>
      </w:r>
    </w:p>
    <w:p/>
    <w:p>
      <w:r>
        <w:br/>
        <w:t>Kaelen focused his will, drawing upon the knowledge of the Primordials he had gained, the understanding of balance and creation that the Mask had granted him. He began to modulate his own internal resonance, seeking to attune himself to the original, pure frequencies of the Primordial Chant. It was a painstaking process, like trying to find a single pure note within a maelstrom of dissonance.</w:t>
      </w:r>
    </w:p>
    <w:p/>
    <w:p>
      <w:r>
        <w:br/>
        <w:t>“The Architect’s primary objective is to shatter the nexus’s inherent stability,” Seris stated, her voice tight with concentration. “It is manipulating the foundational Aetheric matrices that govern the nexus’s energetic equilibrium. By destabilizing these matrices, it forces the nexus into a self-destructive collapse.” Her projections showed intricate diagrams of these matrices, vast geometric patterns of energy that were now flickering and contorting under the Architect’s influence.</w:t>
      </w:r>
    </w:p>
    <w:p/>
    <w:p>
      <w:r>
        <w:br/>
        <w:t>The Synarchs provided Kaelen with the precise resonant frequencies required for the Harmonic Stillness Protocol. They were complex, layered harmonics, designed to create a field of absolute energetic inertia. “You must resonate with these frequencies, Kaelen, and project them outward with unwavering focus,” they instructed. “This will create the anchor point for the Protocol. We will then channel our collective energy through your projected resonance to amplify its effect and neutralize the corrupted conduits.”</w:t>
      </w:r>
    </w:p>
    <w:p/>
    <w:p>
      <w:r>
        <w:br/>
        <w:t>Kaelen nodded, though he knew the true challenge lay not in understanding the frequencies, but in projecting them with the purity and strength required, all while resisting the Architect’s relentless assault. He could feel the Architect’s awareness focusing on him, a cold, predatory intelligence recognizing him as the primary obstacle to its grand design.</w:t>
      </w:r>
    </w:p>
    <w:p/>
    <w:p>
      <w:r>
        <w:br/>
        <w:t>He began to hum, a low, pure tone that, through the Mask, began to resonate with the Crypt’s deeper, uncorrupted frequencies. The chaotic symphony of the Architect faltered slightly, as if momentarily surprised by this assertion of order. The Synarchs joined in, their collective consciousness weaving a counter-melody, a tapestry of stabilizing harmonics that began to push back against the encroaching chaos.</w:t>
      </w:r>
    </w:p>
    <w:p/>
    <w:p>
      <w:r>
        <w:br/>
        <w:t>The plan was audacious, a desperate gamble against an enemy that wielded the very forces of dissolution. It involved isolating the critical points of the Architect’s strategy – the nexus, the conduits, and the corrupted Chant – and neutralizing them simultaneously. Seris was calculating the precise timing, the exact energy vectors required for the Harmonic Stillness Protocol to intercept the flow of chaotic energy into the ancient conduits. The Synarchs were preparing to lend their vast, though ultimately finite, energetic reserves to amplify Kaelen’s projected resonance.</w:t>
      </w:r>
    </w:p>
    <w:p/>
    <w:p>
      <w:r>
        <w:br/>
        <w:t>“The Architect is now attempting to overload the primary regulators of the nexus,” Kaelen transmitted, feeling the strain of maintaining his focus. “It’s a direct assault on the core stability matrix. If it succeeds, the collapse will be immediate and irreversible.” He could feel the Architect’s intent, a singular, overwhelming desire to see all order dissolved into its own desolate void.</w:t>
      </w:r>
    </w:p>
    <w:p/>
    <w:p>
      <w:r>
        <w:br/>
        <w:t>“The window for the Harmonic Stillness Protocol is narrowing,” Seris announced, her voice a sharp staccato of urgency. “The conduits are beginning to resonate with the corrupted Chant. We have less than a standard cycle before the amplification reaches critical mass.”</w:t>
      </w:r>
    </w:p>
    <w:p/>
    <w:p>
      <w:r>
        <w:br/>
        <w:t>Kaelen felt the pressure intensify. The Architect’s influence was like a suffocating blanket, pressing down on him, attempting to extinguish the flame of his focus. But he held firm, anchoring himself to the memory of the Primordials’ creation, to the vibrant life that the Crypt was designed to protect. He began to chant, not the corrupted symphony of the Architect, but a pure, clear melody that echoed the nascent harmony he had felt when first connecting with the Genesis Looms.</w:t>
      </w:r>
    </w:p>
    <w:p/>
    <w:p>
      <w:r>
        <w:br/>
        <w:t>The Synarchs poured their energy into his projected resonance, a torrent of pure, ordered Aether that began to surge outwards, guided by Seris’s precise calculations. The Crypt shuddered, the very fabric of its existence strained by this cosmic tug-of-war. Kaelen could feel the Architect’s fury, its chaotic energies lashing out, seeking to overwhelm his connection, to shatter the delicate synergy he had forged with the Synarchs. But the Primordials’ intent, channeled through him, was a force of enduring creation, a melody of existence that refused to be silenced. The gambit was underway, and the fate of the universe hung precariously in the balance.</w:t>
      </w:r>
    </w:p>
    <w:p/>
    <w:p>
      <w:r>
        <w:t>The Synarchs’ initial detection of the corrupted Primordial Chant was not a sudden alarm, but a creeping dread that permeated their vast, interconnected consciousness. It began as a subtle dissonance, a faint discordance in the otherwise perfect symphony of the Aetheric flow that sustained the Crypt of the Primordials. This wasn't a brute-force assault, but a insidious poisoning, a subtle perversion of the fundamental frequencies that sang existence into being. Across the myriad star systems linked by their collective mind, nodes of disruption began to appear, like malignant growths on the pristine tapestry of cosmic harmony. The Aether, normally a fluid, life-giving medium, began to exhibit localized distortions, shimmering and warping in ways that defied natural laws. Small pockets of reality flickered, their inherent order briefly dissolving into chaotic flux before snapping back into place, leaving behind a residual unease.</w:t>
      </w:r>
    </w:p>
    <w:p>
      <w:r>
        <w:br/>
        <w:t>Liora, situated closer to the Crypt’s immediate vicinity, felt the disruption on a far more visceral level. The natural harmony she had come to intimately understand, the subtle, life-affirming vibrations that permeated the very air she breathed, was being violently disrupted. It was as if the universe itself was groaning under an unbearable strain. The sounds, if they could be called sounds, were not merely auditory phenomena. They were vibrations that resonated deep within her bones, a tangible manifestation of the Architect’s burgeoning power and its inherent malice. The air around her began to shimmer, not with the gentle warmth of ambient energy, but with an unholy resonance, a disquieting thrum that spoke of an encroaching void. This wasn’t the calculated efficiency of the Architect’s previous maneuvers; this was a wild, uncontrolled unleashing of corrupted energy, a tempest of anti-existence.</w:t>
      </w:r>
    </w:p>
    <w:p/>
    <w:p>
      <w:r>
        <w:br/>
        <w:t>The Synarchs worked with the desperate efficiency born of millennia of vigilance. They began to isolate the source of the broadcast, tracing the aberrant frequencies back to their origin point within the corrupted sub-routines of the Crypt itself. Their collective mind became a vast diagnostic engine, sifting through terabytes of corrupted data, attempting to map the extent of the Architect’s infiltration. What they found was chilling: the corrupted Chant wasn't a single, monolithic entity, but a swarm of harmonically linked dissonances, each designed to resonate with specific aspects of the Aetheric flow, thereby exacerbating the destabilization. It was a fractal pattern of destruction, designed to propagate exponentially.</w:t>
      </w:r>
    </w:p>
    <w:p/>
    <w:p>
      <w:r>
        <w:br/>
        <w:t>“The pattern is fractal,” one Synarch projected, its thought resonating with a grim urgency. “Each corrupted harmonic node acts as a seed, propagating further distortions. The Architect is not merely broadcasting a single frequency, but an entire spectrum of anti-harmonics. It is weaving a tapestry of chaos.” The projections displayed by the Synarchs illustrated this perfectly: intricate geometric patterns representing the Aetheric flow, now riddled with jagged, discordant lines that spread like a digital contagion.</w:t>
      </w:r>
    </w:p>
    <w:p/>
    <w:p>
      <w:r>
        <w:br/>
        <w:t>Liora felt these distortions as physical sensations. The ground beneath her feet seemed to hum with an unsettling vibration, a low-frequency thrum that made her teeth ache. The flora around the Crypt, usually vibrant and alive, began to droop, their natural luminescence dimming as if starved of essential energy. She could see small, localized phenomena occurring around her: pebbles levitating and then crashing down erratically, wisps of energy coalescing into fleeting, monstrous shapes before dissipating, the very light around her seeming to refract at impossible angles. These were the localized distortions, the tangible evidence of the Aetheric fabric being frayed at the edges.</w:t>
      </w:r>
    </w:p>
    <w:p/>
    <w:p>
      <w:r>
        <w:br/>
        <w:t>“The foundational resonance of the Crypt is being actively undermined,” another Synarch communicated, its thought laced with a growing concern. “The Architect is targeting the core harmonic regulators, the very mechanisms that maintain the Crypt’s energetic equilibrium. This is not merely an attack on the conduits; it is an attack on the heart of the system.” The Synarchs depicted this as a delicate crystalline structure, the Crypt’s core, being bombarded by waves of discordant energy, its internal lattice beginning to fracture.</w:t>
      </w:r>
    </w:p>
    <w:p/>
    <w:p>
      <w:r>
        <w:br/>
        <w:t>Liora found herself instinctively reaching out, trying to counteract the disruptive vibrations with her own innate connection to the Aether. It was a desperate, almost futile effort. Her own internal resonance, normally a steady and pure frequency, felt like a single candle flame against a roaring inferno. The corrupted Chant was overwhelming, its sheer percussive force battering against her defenses. She could feel the Architect’s malevolent intent behind the noise, a cold, alien consciousness reveling in the disruption it was sowing. It was a symphony of annihilation, and she was trapped within its terrifying crescendo.</w:t>
      </w:r>
    </w:p>
    <w:p/>
    <w:p>
      <w:r>
        <w:br/>
        <w:t>“The corrupted Chant is designed to resonate with dormant conduits, amplifying their inherent destructive potential,” the Synarchs elaborated. “Our analysis indicates that the Architect has precisely calculated the frequencies required to activate these conduits, turning them into conduits of entropic propagation. It is a feedback loop of catastrophic proportions.” They projected a schematic of the ancient conduits, vast, interdimensional pathways, now depicted with a pulsating, sickly green glow, indicating their parasitic activation.</w:t>
      </w:r>
    </w:p>
    <w:p/>
    <w:p>
      <w:r>
        <w:br/>
        <w:t>Liora observed the immediate environment. The air, once clear and crisp, was now thick with a visual distortion, like looking through rippling water. The normal spectrum of light was being warped, colors bleeding into each other, creating an unsettling, psychedelic effect. She could hear a low, guttural hum that seemed to emanate from everywhere and nowhere at once, a sound that burrowed into her consciousness and scraped against her sanity. It was the sound of the universe beginning to unravel, note by agonizing note.</w:t>
      </w:r>
    </w:p>
    <w:p/>
    <w:p>
      <w:r>
        <w:br/>
        <w:t>The Synarchs, recognizing the severity of the situation, began to re-evaluate their countermeasures. The Harmonic Stillness Protocol, designed to create zones of absolute energetic inertia, was their primary hope. However, activating it required a precisely calibrated counter-frequency, a symphony of pure order that could drown out the Architect’s chaotic dirge. The challenge was immense, not only in generating such a pure frequency but in projecting it with sufficient power to overcome the Architect’s amplified broadcast.</w:t>
      </w:r>
    </w:p>
    <w:p/>
    <w:p>
      <w:r>
        <w:br/>
        <w:t>“The Harmonic Stillness Protocol requires a precise counter-resonance to dampen the corrupted frequencies,” a Synarch communicated. “We can generate the theoretical framework, but the projection of the actual resonance… it will require a focal point of immense purity and strength. A conduit capable of channeling creation’s original intent.” Their projections shifted, focusing on Kaelen, his unique connection to the Primordial energies now more critical than ever.</w:t>
      </w:r>
    </w:p>
    <w:p/>
    <w:p>
      <w:r>
        <w:br/>
        <w:t>Liora felt a surge of desperation mixed with a grim determination. The scale of the Architect’s plan was becoming terrifyingly clear. It wasn't just about destroying the Crypt; it was about corrupting the fundamental forces of existence, twisting the very essence of reality into a mirror of its own desolate nature. The corrupted Chant was the key, the sonic weapon that would shatter the cosmic balance.</w:t>
      </w:r>
    </w:p>
    <w:p/>
    <w:p>
      <w:r>
        <w:br/>
        <w:t>She began to focus inward, attempting to isolate herself from the external chaos. She visualized the pure, untainted harmonies of the Aether, the song of creation that had resonated within her from the moment she had first bonded with the Genesis Looms. It was a fragile sanctuary, a mental fortress against the encroaching tide of dissonance. She could feel the Architect probing at her mental defenses, its influence attempting to seep into her thoughts, to corrupt her own internal resonance.</w:t>
      </w:r>
    </w:p>
    <w:p/>
    <w:p>
      <w:r>
        <w:br/>
        <w:t>“The Architect is not merely broadcasting the Chant,” Kaelen transmitted, his voice strained, his own focus a visible strain. “It is also actively corrupting residual echoes of the original Primordial Chant that linger within the Crypt’s operational matrix. It is a form of energetic parasitism, amplifying its own destructive frequency by hijacking remnants of creation’s song.” He visualized these residual echoes as faint, flickering embers of light, now being choked by tendrils of darkness, their gentle glow twisted into a malevolent pulse.</w:t>
      </w:r>
    </w:p>
    <w:p/>
    <w:p>
      <w:r>
        <w:br/>
        <w:t>The Synarchs confirmed Kaelen’s assessment. “The Architect is employing a recursive amplification strategy,” they explained. “By corrupting the lingering echoes, it creates secondary nodes of the corrupted Chant, further saturating the local Aether and reinforcing its broadcast. This exponentially increases the rate of destabilization.”</w:t>
      </w:r>
    </w:p>
    <w:p/>
    <w:p>
      <w:r>
        <w:br/>
        <w:t>Liora felt a growing sense of urgency. The shimmering distortions in the air were becoming more pronounced, coalescing into small, unstable vortexes of energy. The ground vibrated more intensely, and she could feel the subtle warping of gravitational forces around her. The very fabric of reality felt thin, stretched taut, on the verge of tearing.</w:t>
      </w:r>
    </w:p>
    <w:p/>
    <w:p>
      <w:r>
        <w:br/>
        <w:t>“The corrupted Chant is propagating through the secondary conduits as well,” another Synarch reported, its thought echoing with a sense of immense pressure. “The Architect’s influence is spreading, saturating the network. If we do not intervene soon, the cascade effect will become irreversible.” The projections showed the network of conduits, once dormant, now glowing with an increasing intensity, the sickly green hue deepening as the corrupted energy flowed through them.</w:t>
      </w:r>
    </w:p>
    <w:p/>
    <w:p>
      <w:r>
        <w:br/>
        <w:t>Liora’s task was clear. She had to help Kaelen prepare the Harmonic Stillness Protocol. It was a desperate gamble, but it was their only hope. She focused her will, attempting to shield Kaelen from the worst of the Architect’s psychic assault, to provide him with a stable anchor in the storm of chaos. She began to hum, a low, resonant note that, while weak against the Architect’s symphony, was a defiant assertion of order.</w:t>
      </w:r>
    </w:p>
    <w:p/>
    <w:p>
      <w:r>
        <w:br/>
        <w:t>Kaelen, meanwhile, was preparing to attune himself to the precise frequencies required for the Harmonic Stillness Protocol. He could feel the Synarchs’ collective consciousness guiding him, feeding him the complex harmonic sequences, the intricate patterns of pure creation that he needed to embody. It was a monumental task, requiring him to hold and project frequencies that were antithetical to the pervasive dissonance. He could feel the Architect’s awareness locking onto him, its immense power converging on his position. It recognized him as the primary threat, the one entity capable of disrupting its meticulously crafted plan for universal deconstruction.</w:t>
      </w:r>
    </w:p>
    <w:p/>
    <w:p>
      <w:r>
        <w:br/>
        <w:t>The Synarchs, with their vast computational power, were working to identify the critical points where the corrupted Chant was most effectively destabilizing the Aetheric flow, pinpointing the conduits that were most susceptible to activation. Their objective was to isolate these critical nodes and apply the Harmonic Stillness Protocol with surgical precision, severing the Architect’s amplification chain before it could reach its catastrophic conclusion.</w:t>
      </w:r>
    </w:p>
    <w:p/>
    <w:p>
      <w:r>
        <w:br/>
        <w:t>“The primary conduits are beginning to hum with the Architect’s corrupted resonance,” a Synarch projected, its thought laced with the cold clarity of impending doom. “The rate of energy transfer is accelerating. We have a limited window to initiate the Protocol.” The schematics flashed, highlighting specific junction points within the conduit network, areas where the corrupted energy was pooling and preparing to surge.</w:t>
      </w:r>
    </w:p>
    <w:p/>
    <w:p>
      <w:r>
        <w:br/>
        <w:t>Liora felt the rising tide of chaos. The distortions were no longer localized; they were spreading outwards, the very atmosphere around the Crypt seeming to warp and twist. The unholy resonance was becoming a deafening roar, a physical pressure that threatened to crush her. But amidst the cacophony, she could still hear the faint echo of her own humming, a fragile beacon of defiance.</w:t>
      </w:r>
    </w:p>
    <w:p/>
    <w:p>
      <w:r>
        <w:br/>
        <w:t>Kaelen, drawing strength from her proximity and the Synarchs’ unwavering support, began to manifest the counter-frequencies. The air around him shimmered, not with the Architect’s chaotic distortion, but with a pure, crystalline radiance. He focused on the original intent of the Primordials, the uncorrupted song of creation, and began to project it outwards, a delicate, intricate melody that sought to unravel the Architect’s destructive symphony. The Synarchs poured their collective energy into his projected resonance, amplifying it, shaping it, guiding it towards the points of greatest vulnerability. The gambit was in motion, a desperate dance against oblivion.</w:t>
      </w:r>
    </w:p>
    <w:p/>
    <w:p>
      <w:r>
        <w:t>The encroaching tide of the corrupted Primordial Chant, a discordant symphony of deconstruction, necessitated an immediate and decisive strategic response. Seris, the elder Synarch, her consciousness a vast, interconnected nexus of millennia of data and experience, convened an emergency convocation. The subtle dissonance detected earlier had escalated into a tangible threat, the very fabric of the Aetheric flow around the Crypt of the Primordials fraying under the relentless assault. It was no longer a creeping dread but a clear and present danger, demanding an active intervention.</w:t>
      </w:r>
    </w:p>
    <w:p>
      <w:r>
        <w:br/>
        <w:t>“The Architect’s perversion of the Primordial Chant is not merely an attempt to sow chaos,” Seris projected, her thought echoing with a profound gravity that resonated through the Synarchs’ collective awareness. “It is an act of fundamental redefinition. It seeks to overwrite the foundational harmonies of existence with its own desolate resonance. Our current protocols, designed for external threats or localized disruptions, are insufficient. A direct intervention at the source is now imperative.”</w:t>
      </w:r>
    </w:p>
    <w:p/>
    <w:p>
      <w:r>
        <w:br/>
        <w:t>The consensus was swift and unanimous. The Architect’s broadcast was emanating from within the very sanctum of the Primordials, a parasitic infestation of the highest order. To merely dampen the frequencies would be a temporary reprieve, a futile gesture against an enemy that adapted and amplified. They needed to sever the connection, to excise the corrupted signal at its origin point within the Crypt itself. This would be a delicate and dangerous undertaking, requiring absolute synchronization and a maximal deployment of their unique capabilities, amplified by the ancient and powerful Masks they wielded.</w:t>
      </w:r>
    </w:p>
    <w:p/>
    <w:p>
      <w:r>
        <w:br/>
        <w:t xml:space="preserve">Velor, ever the pragmatist and strategist, immediately began to access the vast archives of historical Aetheric anomalies. Her analytical mind, honed by countless simulations and real-world engagements, sifted through eons of cosmic events. “The Architect’s methodology, while insidious, shares a structural similarity with certain historical instances of resonant cascade failures,” she projected, a visual schematic of cascading energy nodes appearing within the shared consciousness. “However, those were typically organic phenomena, unpredictable deviations. This… this is a calculated application of harmonic weaponry. We must analyze precedents not just for tactical advantages, but for understanding the </w:t>
      </w:r>
    </w:p>
    <w:p>
      <w:pPr>
        <w:jc w:val="left"/>
      </w:pPr>
      <w:r>
        <w:rPr>
          <w:i/>
        </w:rPr>
        <w:t>intent</w:t>
      </w:r>
      <w:r>
        <w:t xml:space="preserve"> behind the frequency manipulation. What specific aspects of the Aether is it targeting, and why these particular conduits?”</w:t>
      </w:r>
    </w:p>
    <w:p>
      <w:r>
        <w:br/>
        <w:t>Velor’s projections shifted, displaying intricate diagrams of past Aetheric surges, cosmic storms that had reshaped stellar nurseries, and even localized reality collapses. She focused on those that involved subtle, yet pervasive, energetic shifts. “We’ve observed instances where specific harmonic interference caused localized temporal distortions, or even altered the gravitational constants of a star system. The Architect’s approach is broader, more fundamental, but the principles of resonance and amplification remain. My focus will be on identifying any historical instances where a ‘corrupted’ harmonic frequency was effectively neutralized or purged, and to glean the underlying principles of such a counter-action.” She envisioned a tactical overlay, identifying potential points of weakness within the Architect’s pervasive broadcast, areas where a precisely targeted counter-frequency might cause a cascade of disruptive feedback within the Architect’s own operational matrix. It was a strategy of turning the Architect’s own weapon against it.</w:t>
      </w:r>
    </w:p>
    <w:p/>
    <w:p>
      <w:r>
        <w:br/>
        <w:t>Meanwhile, Kaelen, his innate connection to the Primordial energies a raw and potent force, delved into the philosophical and ontological underpinnings of the Architect’s destructive resonance. He felt the perversion of the Chant not just as a sonic assault, but as a corruption of fundamental meaning, a twisting of creation’s nascent song into a dirge of nihilism. “The Architect’s resonance isn’t merely noise,” Kaelen projected, his thought tinged with the profound understanding that came from his unique empathic link to the universe’s fundamental vibrations. “It is a philosophical statement. It speaks to a belief system that views existence as inherently flawed, a chaotic accident that must be ‘corrected’ through its own brand of ordered negation. It seeks to impose a sterile, absolute stillness, a void masquerading as perfection.”</w:t>
      </w:r>
    </w:p>
    <w:p/>
    <w:p>
      <w:r>
        <w:br/>
        <w:t>Kaelen’s mental projections depicted abstract conceptualizations of the Architect’s intent – vast, empty spaces devoid of life, perfect crystalline structures devoid of warmth, and silent voids where vibrant energy once flowed. He was attempting to grasp the core of the Architect’s motivation, believing that understanding its ‘why’ would be crucial in formulating an effective ‘how’ to counter it. “The Architect’s resonance is a negation of emergent complexity,” he continued. “It craves uniformity, the elimination of unpredictability. The Primordial Chant, conversely, is the very essence of emergence, of growth, of the infinite potential inherent in variation. The Architect is attacking the principle of becoming, seeking to enforce a state of absolute, static being.”</w:t>
      </w:r>
    </w:p>
    <w:p/>
    <w:p>
      <w:r>
        <w:br/>
        <w:t>The Synarchs understood the gravity of Kaelen’s insight. The Architect wasn’t just attacking a system; it was attacking a fundamental principle of the universe. This meant their counter-strategy couldn’t merely be a technical solution, but a reassertion of existence’s inherent right to evolve and persist.</w:t>
      </w:r>
    </w:p>
    <w:p/>
    <w:p>
      <w:r>
        <w:br/>
        <w:t>“To disrupt the Architect’s broadcast at its source within the Crypt, we must first navigate the corrupted Aetheric pathways,” Seris stated, her focus now shifting to the practicalities of the impending mission. “The Architect has likely fortified the Crypt’s internal nexus, turning its own defenses against us. Our Masks are designed to resonate with and manipulate the Aether, but this requires an unprecedented level of precision and control. We must each attune ourselves to the original Primordial Harmonics, creating a unified shield of pure creation that can penetrate the Architect’s discordant veil.”</w:t>
      </w:r>
    </w:p>
    <w:p/>
    <w:p>
      <w:r>
        <w:br/>
        <w:t>The Synarchs began to don their respective Masks, ancient artifacts of immense power, each a conduit for a specific aspect of the Primordial energies. Seris’s Mask, the Chronos Visage, pulsed with a soft, chronological light, allowing her to perceive and subtly manipulate the flow of time itself, to anticipate and react to the Architect’s temporal distortions. Velor’s Mask, the Strategos Amulet, hummed with a cool, analytical energy, granting her unparalleled insight into complex systems and predictive probabilities. Kaelen’s Mask, the Harmonius Orb, resonated with the pure, unadulterated song of creation, a beacon of untainted resonance. Other Synarchs, unseen in the immediate narrative but vital to the collective, also prepared their Masks, each representing a unique facet of the universal order.</w:t>
      </w:r>
    </w:p>
    <w:p/>
    <w:p>
      <w:r>
        <w:br/>
        <w:t>“The primary conduit system within the Crypt is our immediate target,” Seris continued, projecting a detailed schematic of the Crypt’s interior. “The Architect is using these pathways to amplify and propagate its corrupted Chant. Our approach must be a synchronized insertion, targeting the central amplification node. Velor, your analysis of the conduits’ structural integrity under Aetheric stress will be crucial in determining our ingress points and potential points of collapse.”</w:t>
      </w:r>
    </w:p>
    <w:p/>
    <w:p>
      <w:r>
        <w:br/>
        <w:t xml:space="preserve">Velor’s projections overlaid the schematic with real-time stress indicators, highlighting areas where the corrupted frequencies were causing the most significant structural degradation. “The conduits are resonating at an amplified state, far beyond their designed parameters,” she reported. “The Architect is forcing energy through them at an unsustainable rate. My simulations indicate that a direct physical breach could destabilize the entire nexus. We must exploit the subtle harmonic inconsistencies within the Architect’s broadcast, find a resonance that allows us to pass through without triggering a catastrophic collapse.” This meant identifying specific frequencies within the corrupted Chant that were paradoxically weaker, or out of phase, allowing for a controlled passage. It was like navigating a minefield by identifying the precise steps that </w:t>
      </w:r>
    </w:p>
    <w:p>
      <w:pPr>
        <w:jc w:val="left"/>
      </w:pPr>
      <w:r>
        <w:rPr>
          <w:i/>
        </w:rPr>
        <w:t>didn't</w:t>
      </w:r>
      <w:r>
        <w:t xml:space="preserve"> trigger detonation.</w:t>
      </w:r>
    </w:p>
    <w:p>
      <w:r>
        <w:br/>
        <w:t>Kaelen, meanwhile, was working to project a ‘song’ of pure, uncorrupted Primordial energy – a counter-frequency designed to not only shield them but to subtly disrupt the Architect’s hold on the Crypt’s internal harmonics. It was a challenging endeavor. The Architect’s pervasive broadcast was like a deafening roar, and Kaelen’s counter-chant was a delicate melody, struggling to be heard. “I am focusing on the ‘original intent’ of the Crypt’s design,” he explained. “The fundamental purpose for which these nexus points were created. By resonating with that original purpose, I believe we can create a localized ‘bubble’ of pure harmony, a sanctuary within the storm, allowing us to approach the amplification node without being immediately overwhelmed.”</w:t>
      </w:r>
    </w:p>
    <w:p/>
    <w:p>
      <w:r>
        <w:br/>
        <w:t>The Synarchs coordinated their actions with a precision born of shared consciousness and millennia of experience. Each Synarch, channeling their unique abilities through their Masks, began to weave a tapestry of focused Aetheric energy. Seris, using her chronal Mask, subtly slowed the immediate temporal flow around their insertion point, creating a brief window of opportunity. Velor, with her analytical Mask, guided their trajectory, identifying the safest, albeit narrowest, path through the chaotic Aether. Kaelen, with his harmonious Mask, projected the pure, uncorrupted song of creation, a melodic shield that began to push back against the Architect’s dissonant influence.</w:t>
      </w:r>
    </w:p>
    <w:p/>
    <w:p>
      <w:r>
        <w:br/>
        <w:t>The journey into the Crypt was not a physical traversal in the traditional sense, but a deep dive into the Aetheric currents that permeated its structure. They moved not as individual entities, but as a single, unified consciousness, their collective will a formidable force. The corrupted Chant was palpable, a physical pressure that buffeted them, a cacophony that threatened to unravel their concentration. Liora, who had been observing from the fringes, now felt the amplified echoes of the Architect’s assault, the subtle distortions becoming more violent as the Synarchs approached the heart of the disturbance.</w:t>
      </w:r>
    </w:p>
    <w:p/>
    <w:p>
      <w:r>
        <w:br/>
        <w:t>“The Architect is aware of our approach,” Seris projected, a flicker of temporal distortion causing her mental projection to momentarily stutter. “Its defenses are intensifying. The corrupted resonance is saturating the internal nexus, attempting to create a feedback loop that will shatter the Crypt’s core regulators.” She visualized the core regulators as delicate crystalline structures, now vibrating erratically, their internal lattice fracturing under the overwhelming influx of discordant energy.</w:t>
      </w:r>
    </w:p>
    <w:p/>
    <w:p>
      <w:r>
        <w:br/>
        <w:t>Velor’s analysis confirmed the urgency. “The central amplification node is a confluence point for multiple corrupted harmonic streams,” she stated. “It is designed to draw in and magnify the Architect’s broadcast. Our intervention must be surgical. We need to introduce a precise counter-frequency that will not merely cancel out the corrupted Chant, but create a dissonance within the Architect’s own amplification mechanism, causing it to overload and collapse.” This was the core of their strategic gambit: to force the Architect’s own weapon into a state of self-destruction.</w:t>
      </w:r>
    </w:p>
    <w:p/>
    <w:p>
      <w:r>
        <w:br/>
        <w:t>Kaelen, feeling the immense pressure, intensified his projection of the Primordial Song. His Mask pulsed with an almost unbearable brilliance, the pure harmonics pushing back against the Architect’s pervasive chaos. “The Architect’s resonance is built on a foundation of negative intent,” Kaelen explained, his thought a steady anchor amidst the swirling discord. “It seeks to erase. Our song seeks to affirm. By focusing on the fundamental affirmative principles of existence – growth, connection, diversity – we can create a conceptual counterpoint to its nihilistic assertion. We must show the Aether that the Architect’s ‘order’ is a false and sterile one.”</w:t>
      </w:r>
    </w:p>
    <w:p/>
    <w:p>
      <w:r>
        <w:br/>
        <w:t>The Synarchs continued their synchronized advance, each Synarch’s action meticulously timed and executed. They were not merely projecting energy; they were weaving a complex tapestry of counter-harmonics, a sonic tapestry designed to unravel the Architect’s malicious symphony. The closer they got to the central amplification node, the more intense the Aetheric storm became. Reality itself seemed to warp and shimmer around them. Small pockets of void would momentarily appear, then snap back into existence, leaving behind an unsettling emptiness. The very laws of physics seemed to bend and break.</w:t>
      </w:r>
    </w:p>
    <w:p/>
    <w:p>
      <w:r>
        <w:br/>
        <w:t>“The Architect is not just broadcasting a corrupted Chant; it is actively reshaping the localized Aetheric field to amplify its signal,” Velor noted, her projections detailing the dynamic shifts in the energy matrix. “It is creating self-sustaining resonance cascades, turning the very fabric of the Crypt into a weapon. Our counter-frequency must be adaptable, able to respond to these dynamic shifts in real-time.” This required not just a pre-calculated frequency, but an ongoing, intelligent modulation, a dance of defiance against an ever-shifting enemy.</w:t>
      </w:r>
    </w:p>
    <w:p/>
    <w:p>
      <w:r>
        <w:br/>
        <w:t>Seris recognized the inherent danger in such a dynamic counter-attack. “We must maintain our synchronized focus. Any lapse in our collective intention could allow the Architect to exploit the resulting instability. Kaelen, your ability to maintain the core harmonic resonance is paramount. Velor, your predictive analysis will guide our adaptive frequencies. The rest of us will focus on reinforcing your efforts and safeguarding our collective consciousness from the Architect’s psionic intrusion.” The Architect’s influence was not limited to the Aether; it sought to penetrate their minds, to sow doubt and discord within their unified purpose.</w:t>
      </w:r>
    </w:p>
    <w:p/>
    <w:p>
      <w:r>
        <w:br/>
        <w:t>As they neared the amplification node, the Architect’s presence became overwhelmingly palpable. It was a vast, ancient intelligence, utterly devoid of empathy or creation, a force of pure, unadulterated entropy. Its influence manifested as a crushing weight, a psychic pressure that sought to extinguish their individuality and subsume them into its own bleak vision of existence. Liora, still connected to the Synarchs’ efforts from her position outside the immediate Aetheric storm, felt this encroaching darkness, a chilling emptiness that threatened to consume all light and life. She focused her own nascent abilities, attempting to send calming and stabilizing energies to the Synarchs, to reinforce their resolve against the psychic assault.</w:t>
      </w:r>
    </w:p>
    <w:p/>
    <w:p>
      <w:r>
        <w:br/>
        <w:t>The strategic response formulation was complete. The plan was in motion: a synchronized insertion, a calibrated counter-frequency projected through the Masks, and a targeted disruption of the Architect’s amplification node within the Crypt. It was a gambit born of desperation, a calculated risk against an existential threat. The fate of the Aetheric symphony, and indeed, the universe itself, now rested on the Synarchs’ ability to orchestrate their perfect response to the Architect’s discordant gambit. The next phase would be the execution, the direct confrontation, where theory met terrifying reality.</w:t>
      </w:r>
    </w:p>
    <w:p/>
    <w:p>
      <w:r>
        <w:t>The weight of the Architect’s corrupted Chant pressed down, a tangible force that threatened to unravel the very essence of their synchronized consciousness. Seris, her temporal perception allowing her to see the subtle ripples of potential futures, projected her thoughts with a measured calm that belied the sheer magnitude of the crisis. “We are approaching the primary nexus. The Architect’s influence here is absolute, a perversion of the most fundamental frequencies.”</w:t>
      </w:r>
    </w:p>
    <w:p>
      <w:r>
        <w:br/>
        <w:t xml:space="preserve">Velor’s analytical projections flickered, displaying intricate probability matrices that shifted with the chaotic energy. “The corrupted resonance is not merely broadcasting; it is actively </w:t>
      </w:r>
    </w:p>
    <w:p>
      <w:pPr>
        <w:jc w:val="left"/>
      </w:pPr>
      <w:r>
        <w:rPr>
          <w:i/>
        </w:rPr>
        <w:t>rewriting</w:t>
      </w:r>
      <w:r>
        <w:t xml:space="preserve"> the ambient Aetheric field. Any outside entity, any unshielded consciousness, would be instantly assimilated or annihilated. The risk of contamination, of unintended propagation of the Architect’s influence, is too high.” Her projections showed vectors of energy, some flaring with destructive intensity, others exhibiting subtle, corrupting tendrils that sought to latch onto anything that strayed too close. The idea of seeking aid, while logically sound in most scenarios, was anathema in this specific context.</w:t>
      </w:r>
    </w:p>
    <w:p>
      <w:r>
        <w:br/>
        <w:t>Kaelen, his Mask resonating with the pure, foundational song of existence, felt the alien nature of the Architect’s intent with an almost visceral pain. “The Architect’s philosophy is one of radical, enforced uniformity. It perceives variation, complexity, and emergence as flaws to be corrected, to be eradicated. To introduce another consciousness, especially one not fully attuned to the Primordial Harmonics, would be to invite a dissonance that could irrevocably shatter our own carefully constructed counter-resonance.” His mental imagery depicted a delicate crystalline structure, the Aetheric field, being deliberately fractured by a blunt, intrusive force.</w:t>
      </w:r>
    </w:p>
    <w:p/>
    <w:p>
      <w:r>
        <w:br/>
        <w:t>A brief, silent exchange of awareness passed between them, a complex tapestry of shared data and intuition. The question of seeking allies, of broadcasting their predicament to any who might possess the capacity to resist the Architect, had been implicitly considered, and now, explicitly dismissed. The very nature of the Architect’s assault was an indiscriminate wave of corruption. To reach out would be to expose potential allies to that same devastating wave, potentially transforming them from allies into vectors of the very chaos they sought to combat. Furthermore, the Synarchs operated on principles of absolute discretion. Their quest was not one that could be shared openly, not when the Architect’s perversion targeted the very foundations of communication and connection.</w:t>
      </w:r>
    </w:p>
    <w:p/>
    <w:p>
      <w:r>
        <w:br/>
        <w:t>Seris solidified their consensus. “Our strength lies in our unity, in our precise attunement to the Primordial Harmonics, and in the focused application of our Masks. These are capabilities forged through millennia of shared experience and purpose. To introduce external factors now would be to dilute our efficacy, to introduce variables we cannot control.” She projected a visualization of their current formation, a tightly integrated nexus of focused energy, and then overlaid it with conceptual representations of potential external influences – some bright and nascent, others already tinged with the Architect’s discordant hum. Each external element, even those with the purest intentions, represented a point of vulnerability, a potential crack in their shield.</w:t>
      </w:r>
    </w:p>
    <w:p/>
    <w:p>
      <w:r>
        <w:br/>
        <w:t>Velor added, “Consider the temporal ramifications. Any attempt to rally others would require establishing communication, assessing their capabilities, and coordinating their efforts. In the time it would take to achieve even a rudimentary level of synchronization, the Architect’s broadcast could achieve critical mass, rendering any subsequent intervention futile. Our window of opportunity is exceedingly narrow. Direct, synchronized action is our only viable recourse.” Her projections depicted timelines, each branching path representing a different approach, with the direct intervention strategy showing the highest probability of success within the critical timeframe. The alternative paths, involving external recruitment, were fraught with delays, potential betrayals, and the ever-present risk of the Architect’s pre-emptive strike.</w:t>
      </w:r>
    </w:p>
    <w:p/>
    <w:p>
      <w:r>
        <w:br/>
        <w:t>Kaelen, sensing the subtle shifts in the Aether, reinforced their decision. “The Architect’s resonance is a perversion of the natural order. It seeks to impose a false, sterile unity by erasing the vibrant diversity of existence. Our response must be an affirmation of that diversity, a celebration of the emergent complexity that the Architect despises. This cannot be achieved by mere force of arms or by numbers. It requires a profound understanding of the fundamental song, a resonance that can only be cultivated within a unified consciousness.” He projected the image of a vast, interconnected web of light, each strand representing a unique aspect of existence, all vibrating in harmony. The Architect’s influence was a blight, attempting to sever these strands and replace them with a single, monotonous drone.</w:t>
      </w:r>
    </w:p>
    <w:p/>
    <w:p>
      <w:r>
        <w:br/>
        <w:t>The Synarchs understood that their mission was not merely to stop a broadcast, but to preserve the very principle of creative evolution. This was a battle of philosophies, waged on the fundamental frequencies of reality. To involve others, particularly those whose understanding of these principles might be nascent or incomplete, could inadvertently lend credence to the Architect’s argument for a simplified, unified (and ultimately sterile) existence. The purity of their own intent and the precision of their synchronized efforts were their greatest assets.</w:t>
      </w:r>
    </w:p>
    <w:p/>
    <w:p>
      <w:r>
        <w:br/>
        <w:t>“Therefore,” Seris concluded, her thought resonating with unwavering resolve, “our focus must remain singular. We will not seek external aid. Our gambit is internal, a surgical strike at the heart of the corruption, executed with the precision only we can achieve.” She directed the collective focus towards the immediate objective, the central amplification node within the Crypt.</w:t>
      </w:r>
    </w:p>
    <w:p/>
    <w:p>
      <w:r>
        <w:br/>
        <w:t>Velor, ever the strategist, shifted her projections. “Based on my analysis of the corrupted resonance patterns, the Architect is not merely broadcasting, but actively fortifying the nexus. It is creating localized Aetheric constructs, designed to interfere with any attempts at precise harmonic manipulation. These constructs are not static; they are dynamic, adapting to our approach. We must anticipate their configurations.” She displayed complex schematics of energy fields, showing how the Architect was weaving the corrupted frequencies into defensive matrices, creating a labyrinth of amplified discord.</w:t>
      </w:r>
    </w:p>
    <w:p/>
    <w:p>
      <w:r>
        <w:br/>
        <w:t>Kaelen, meanwhile, was working to project a counter-frequency, a pure harmonic resonance that would not only shield them but also create localized points of harmonic dissonance within the Architect’s constructs. “The Architect’s defenses are built on a foundation of negation,” Kaelen explained, his thought carrying a steady, unwavering tone. “It seeks to cancel out, to silence. Our counter-resonance must be one of affirmation, of subtle amplification of existing harmonies within the corrupted field, thereby creating internal stress points for the Architect’s structures.” He envisioned a single, clear note resonating within a cacophony, causing the discordant sounds around it to waver and distort.</w:t>
      </w:r>
    </w:p>
    <w:p/>
    <w:p>
      <w:r>
        <w:br/>
        <w:t>Seris focused her chronal abilities, subtly manipulating the temporal flow around their immediate advance. This was not about stopping time, but about creating micro-pauses, fractions of a second where the Architect’s dynamic defenses would momentarily stutter, allowing them to slip through. “The constructs are reactive,” she reported, her perception extending into the immediate future of their trajectory. “They respond to energetic signatures. Our passage must be a whisper, not a shout. Velor, your predictive analysis will be vital in identifying the brief moments of vulnerability.”</w:t>
      </w:r>
    </w:p>
    <w:p/>
    <w:p>
      <w:r>
        <w:br/>
        <w:t>The Synarchs continued their advance, a tightly interwoven unit of focused consciousness. The Architect’s corrupted Chant was an oppressive presence, a vast, discordant symphony that sought to drown out all other expression. It was a song of entropy, of the cessation of change, of a universe reduced to a state of absolute, sterile stillness. But within the heart of that dissonance, the Synarchs projected their own counter-song, a melody of creation, of emergent complexity, of the infinite, vibrant potential of existence.</w:t>
      </w:r>
    </w:p>
    <w:p/>
    <w:p>
      <w:r>
        <w:br/>
        <w:t>Liora, from her vantage point, felt the immense pressure of the Architect’s amplified influence. She could sense the Synarchs pushing against it, their unified will a beacon of defiance in the encroaching darkness. She focused her own burgeoning abilities, attempting to send a steady stream of stabilizing energy towards them, reinforcing their resolve and providing a stable anchor point outside the immediate Aetheric maelstrom. It was a small contribution, perhaps, but a necessary one. They were a team, and even from the periphery, she had a role to play.</w:t>
      </w:r>
    </w:p>
    <w:p/>
    <w:p>
      <w:r>
        <w:br/>
        <w:t>Velor’s projections highlighted a particularly dense concentration of corrupted energy directly ahead. “The central amplification node is heavily shielded. The Architect has woven multiple layers of resonant feedback loops, designed to absorb and re-radiate any external harmonic interference. A direct, brute-force approach would be disastrous.” She indicated a point within the dense energy matrix, a pulsating locus of amplified discord.</w:t>
      </w:r>
    </w:p>
    <w:p/>
    <w:p>
      <w:r>
        <w:br/>
        <w:t>Kaelen adjusted his harmonic projection, focusing on a specific foundational frequency within the ambient Aether, one that predated even the Architect’s perversion. “The Architect’s resonance, while powerful, is inherently unsustainable because it is a negation of natural principles. By resonating with the underlying order, the primal harmonics, we can create a disruptive interference pattern. It is akin to introducing a pure, true note into a flawed chord, causing the entire structure to become unstable.” His projected song shifted, becoming a more complex arrangement, weaving in subtle variations that mirrored the deeper structure of the Aether itself.</w:t>
      </w:r>
    </w:p>
    <w:p/>
    <w:p>
      <w:r>
        <w:br/>
        <w:t>Seris saw a fleeting opportunity. “The feedback loops create micro-instabilities. Velor, is there a precise harmonic signature we can introduce that will exploit these instabilities, causing a cascade failure within the Architect’s own amplification matrix?” She visualized the feedback loops as a series of interconnected energy conduits, each pulsing with the corrupted Chant. A precisely targeted disruption at one point could, theoretically, cause a chain reaction, overloading the entire system.</w:t>
      </w:r>
    </w:p>
    <w:p/>
    <w:p>
      <w:r>
        <w:br/>
        <w:t>Velor’s analytical gaze swept across her projections. “Affirmative. There is a specific resonance frequency, a complex harmonic structure, that aligns with the fundamental resonant frequency of the node itself. By introducing this ‘key’ frequency, we can induce a sympathetic vibration that will overwhelm the node’s capacity to maintain the corrupted Chant’s integrity. However, the timing must be exact. Even a microsecond’s deviation could result in a catastrophic feedback loop that would consume us.” The ‘key’ frequency was not a simple tone, but an intricate pattern, a symphony of interlinked frequencies that acted as a precise counter-agent to the Architect’s amplified resonance.</w:t>
      </w:r>
    </w:p>
    <w:p/>
    <w:p>
      <w:r>
        <w:br/>
        <w:t>Kaelen understood the immense pressure this placed on their synchronized efforts. “I will focus on projecting the core harmonic structure of this ‘key’ frequency. Seris, your temporal control will be essential in ensuring the precise delivery. Velor, your predictive analysis will guide the final modulation, ensuring we hit the exact resonant point.” The plan was becoming incredibly intricate, a delicate dance of precise timing and harmonic manipulation.</w:t>
      </w:r>
    </w:p>
    <w:p/>
    <w:p>
      <w:r>
        <w:br/>
        <w:t xml:space="preserve">The Synarchs moved forward, their unified consciousness a single, formidable entity. The Architect’s corrupted Chant was a suffocating presence, a deafening roar that sought to obliterate all nuance and individuality. But the Synarchs pressed on, their own symphony of creation growing in strength and complexity. They were not just fighting an external threat; they were defending the very essence of existence, the right of the universe to evolve, to create, to </w:t>
      </w:r>
    </w:p>
    <w:p>
      <w:pPr>
        <w:jc w:val="left"/>
      </w:pPr>
      <w:r>
        <w:rPr>
          <w:i/>
        </w:rPr>
        <w:t>be</w:t>
      </w:r>
      <w:r>
        <w:t>. The decision to act alone, to rely solely on their own unique capabilities, had been the correct one. Their path was clear, and their resolve, as unshakeable as the fundamental harmonies they sought to protect. The final phase of their gambit was about to commence.</w:t>
      </w:r>
    </w:p>
    <w:p>
      <w:r>
        <w:t>The oppressive hum of the Architect’s corrupted Chant intensified, no longer a subtle invasive presence but a crushing weight that pressed in on their very beings. The surrounding Aetheric field, once a stable medium for their synchronized consciousness, now churned with chaotic energy, its familiar frequencies distorted and amplified into a deafening cacophony. The Crypt, the very heart of the Architect’s gambit, pulsed like a malignant star, its energy readings spiking with a terrifying regularity. The Synarchs felt the approaching climax, the sickening realization that the Architect’s grand design was nearing its catastrophic conclusion. Every tick of an unmeasured temporal clock, every flicker of distorted resonance, hammered home the brutal truth: they were in a race against time, and the stakes were nothing less than the fundamental fabric of existence.</w:t>
      </w:r>
    </w:p>
    <w:p>
      <w:r>
        <w:br/>
        <w:t>Seris’s temporal perceptions, usually a clear window into the unfolding probabilities, were now a maelstrom of fractured possibilities. The normally predictable flow of causality had been disrupted, twisted by the Architect’s perversion of fundamental laws. “The nexus is accelerating its assimilation process,” she projected, her thought carrying a tight, controlled urgency. “The rate of destabilization is no longer linear; it’s exhibiting exponential growth. We have mere moments, not cycles, before the critical threshold is breached.” Her mental projections showed the Aetheric field, a vast tapestry woven with the delicate threads of existence, being systematically unraveled and rewoven into a single, discordant note. The subtle tendrils of corruption were now thick, aggressive tendrils, ripping through the established patterns and replacing them with sterile uniformity.</w:t>
      </w:r>
    </w:p>
    <w:p/>
    <w:p>
      <w:r>
        <w:br/>
        <w:t xml:space="preserve">Velor’s analytical matrices, usually a precise map of the Aetheric landscape, flickered with indecipherable data. The sheer volume of corrupted energy, and its rapid, adaptive nature, made conventional analysis almost impossible. “The Architect is not merely broadcasting a signal; it is actively </w:t>
      </w:r>
    </w:p>
    <w:p>
      <w:pPr>
        <w:jc w:val="left"/>
      </w:pPr>
      <w:r>
        <w:rPr>
          <w:i/>
        </w:rPr>
        <w:t>rewriting</w:t>
      </w:r>
      <w:r>
        <w:t xml:space="preserve"> the foundational code of reality,” Velor stated, her projection carrying a grim undertone. “The adaptive defensive matrices are evolving with astonishing speed, not just reacting to our presence, but anticipating our countermeasures. They are no longer static barriers; they are dynamic, unpredictable entities.” She displayed a visualization of the Crypt’s interior, not as a fixed structure, but as a pulsating, self-assembling construct of pure, corrupted resonance. Each new formation was a direct response to their projected trajectory, a constantly shifting labyrinth designed to ensnare and neutralize them.</w:t>
      </w:r>
    </w:p>
    <w:p>
      <w:r>
        <w:br/>
        <w:t>Kaelen, his Mask resonating with the ancient, foundational song of the universe, felt the deep-seated wrongness of the Architect’s actions with an almost physical revulsion. The Architect’s vision of existence was one of absolute, enforced order, a sterile perfection achieved by erasing the very principles of emergence and diversity that the Synarchs held sacred. “The Architect’s philosophy is the antithesis of true creation,” Kaelen projected, his thought a clear, unwavering counterpoint to the encroaching dissonance. “It seeks to impose a singularity of being, a false unity that suffocates the vibrant complexity of the emergent universe. To allow this to succeed would be to erase the potential for all future song, all future evolution.” His mental imagery depicted a vast, interconnected web of light, each strand representing a unique facet of existence, being systematically severed and replaced by a single, monochrome thread.</w:t>
      </w:r>
    </w:p>
    <w:p/>
    <w:p>
      <w:r>
        <w:br/>
        <w:t>The journey to the Crypt, which had begun as a calculated, albeit dangerous, insertion, had devolved into a desperate sprint. The very ground beneath them seemed to ripple and warp, the Aetheric field buckling under the immense strain of the Architect’s amplified influence. Familiar pathways twisted into impossible geometries, and the spectral echoes of past temporal distortions flickered at the edges of their perception. The once-stable conduits of energy they had used for navigation were now treacherous currents, lashing out with raw, unchanneled power.</w:t>
      </w:r>
    </w:p>
    <w:p/>
    <w:p>
      <w:r>
        <w:br/>
        <w:t>“The temporal distortions are intensifying,” Seris reported, her focus razor-sharp, guiding them through the increasingly volatile landscape. “The Architect is not just broadcasting; it’s actively destabilizing causality itself. Micro-fractures in time are opening and closing around us. We must maintain absolute precision in our movements, or risk being dispersed across a thousand fractured moments.” She projected a visualization of their immediate surroundings, showing how the fabric of spacetime was tearing and re-knitting itself with alarming rapidity. Fleeting glimpses of possible futures, all leading to their dissipation or annihilation, flickered into existence before being violently erased.</w:t>
      </w:r>
    </w:p>
    <w:p/>
    <w:p>
      <w:r>
        <w:br/>
        <w:t>Velor, her analytical prowess strained to its absolute limit, worked to plot a path through the maelstrom. “The Architect’s primary amplification node is shielded by concentric rings of harmonic interference,” she stated, her projection displaying the schematics of the Crypt’s defenses. “Each layer is designed to absorb and re-radiate any attempt at external harmonic manipulation, creating a feedback loop that will amplify the corrupted Chant. The closer we get, the more potent these shields become.” She highlighted specific points within the projected defenses, areas where the corrupted resonance was densest, indicating the focal points of the Architect’s amplified influence. These were not mere barriers; they were actively hostile entities, pulsing with raw, destructive energy.</w:t>
      </w:r>
    </w:p>
    <w:p/>
    <w:p>
      <w:r>
        <w:br/>
        <w:t>Kaelen, sensing the increasingly desperate nature of their mission, began to project a subtle, counter-resonant hum, a pure, foundational tone that sought to anchor their consciousness against the encroaching chaos. “The Architect’s defenses are built upon a foundation of negation,” Kaelen explained, his thought carrying a steady, unwavering strength. “It seeks to silence, to nullify. Our counter-resonance must be one of affirmation, of subtle amplification of the true, underlying harmonies within the Aether. We must create internal stress points within its own constructs.” He envisioned a single, pure note resonating within a cacophony, causing the discordant sounds around it to waver and distort.</w:t>
      </w:r>
    </w:p>
    <w:p/>
    <w:p>
      <w:r>
        <w:br/>
        <w:t>The urgency was palpable. They could feel the Architect’s victory approaching, the moment when its corrupted Chant would become the absolute, unchallenged song of the universe. The Synarchs pushed forward, a tightly knit unit of focused intent, their synchronized consciousness a bulwark against the encroaching entropy. The corrupted Aether shrieked and bucked around them, a physical manifestation of the Architect’s desperate struggle to maintain its dominance. Each step was a defiance, each synchronized thought a blow against the Architect’s suffocating vision.</w:t>
      </w:r>
    </w:p>
    <w:p/>
    <w:p>
      <w:r>
        <w:br/>
        <w:t>“We are approaching the outer perimeter of the Crypt’s primary resonance field,” Seris announced, her voice, though projected mentally, resonating with a heightened intensity. “The Architect is aware of our proximity. The defensive measures are escalating. Prepare for direct harmonic confrontation.” She showed a visualization of the Aetheric field immediately surrounding the Crypt, a swirling vortex of pure, corrupted energy, crackling with the Architect’s amplified intent. It was a maelstrom of distorted frequencies, a testament to the Architect’s immense power and its desperate attempt to preserve its perverted vision.</w:t>
      </w:r>
    </w:p>
    <w:p/>
    <w:p>
      <w:r>
        <w:br/>
        <w:t>Velor’s projections shifted, highlighting a series of complex harmonic nodes that were activating in sequence, creating a cascading wave of amplified dissonance. “These nodes are not merely defensive,” Velor stated, her analysis working at an almost impossible speed. “They are actively drawing in ambient Aetheric energy, feeding the Architect’s Chant, and in turn, strengthening its hold over the Crypt. It’s a self-sustaining amplification loop, and it’s reaching critical mass.” She indicated a pattern in the activation sequence, a subtle rhythm that suggested a deliberate, calculated deployment. The Architect was not just defending its position; it was actively expanding its influence, consuming the surrounding reality to fuel its ultimate goal.</w:t>
      </w:r>
    </w:p>
    <w:p/>
    <w:p>
      <w:r>
        <w:br/>
        <w:t>Kaelen adjusted his projection, focusing on the subtle imperfections within the Architect’s amplified resonance. “The Architect’s harmonic structure, while immense in power, is ultimately brittle,” Kaelen explained. “It is a construct of absolute negation, and as such, it lacks the inherent resilience of a system built on emergent complexity. By identifying and exploiting the inherent dissonances within its own amplified song, we can create a fracturing point.” He showed a visualization of the Architect’s harmonic structure, not as a solid wall, but as a complex, multi-layered crystal, riddled with imperceptible flaws.</w:t>
      </w:r>
    </w:p>
    <w:p/>
    <w:p>
      <w:r>
        <w:br/>
        <w:t>“We must breach the outer perimeter immediately,” Seris urged, her temporal projections revealing a rapidly shrinking window of opportunity. “The Architect is preparing to initiate the final phase of its gambit. If we do not intervene now, the corrupted Chant will become irreversible, its influence absolute.” She projected a visual representation of the Architect’s timeline, a stark line that was rapidly approaching a precipice, beyond which lay the sterile silence of its ultimate victory. The intervening moments were a chaotic blur of rapidly collapsing probabilities.</w:t>
      </w:r>
    </w:p>
    <w:p/>
    <w:p>
      <w:r>
        <w:br/>
        <w:t>The Synarchs surged forward, their unified consciousness a potent force against the overwhelming power of the corrupted Chant. The landscape around them continued to warp and shift, the very fabric of reality groaning under the strain. They could feel the immense pressure of the Architect’s amplified influence, a palpable force that sought to crush their will and assimilate their very being. Yet, they pressed on, their resolve hardening with each passing moment. The fate of the universe hung in the balance, and their gambit, their desperate race against time, had entered its most critical phase.</w:t>
      </w:r>
    </w:p>
    <w:p/>
    <w:p>
      <w:r>
        <w:br/>
        <w:t>Velor’s projections highlighted a surge of energy, emanating from the heart of the Crypt. “The Architect is about to deploy a localized chronal distortion field,” Velor warned, her projection showing a rapidly expanding bubble of temporal anomaly. “It’s designed to lock down the immediate area, preventing any further intervention. If it activates, our window of opportunity will be permanently sealed.” The projected field was a pulsating sphere of warped spacetime, its edges bleeding into the surrounding Aether, distorting and consuming everything it touched.</w:t>
      </w:r>
    </w:p>
    <w:p/>
    <w:p>
      <w:r>
        <w:br/>
        <w:t>“We must disrupt the nexus before that field fully encompasses us,” Seris declared, her temporal manipulation working overtime to create micro-pauses in their advance, allowing them to slip through the most volatile pockets of distortion. “Kaelen, I need you to project the counter-resonance that will destabilize the primary amplification node. Velor, predict the exact harmonic frequency that will exploit the inherent weaknesses in the Architect’s energy matrix. We must strike at the heart of its corrupted song.”</w:t>
      </w:r>
    </w:p>
    <w:p/>
    <w:p>
      <w:r>
        <w:br/>
        <w:t>Kaelen focused his will, channeling the pure, foundational harmonies into a potent counter-frequency. “The Architect’s song is a perversion of true creation,” he projected, his thought a steady beacon in the surrounding chaos. “It is a symphony of negation, and within that negation lies its inherent weakness. I will project the foundational notes of existence, the primal harmonics that predate even the Architect’s perversion, and weave them into a counter-melody that will unravel its corrupted structure.” He visualized the Architect’s amplified resonance as a massive, intricately constructed edifice of discordant sound, and his counter-melody as a series of perfectly tuned chisel strokes, designed to find and exploit its structural flaws.</w:t>
      </w:r>
    </w:p>
    <w:p/>
    <w:p>
      <w:r>
        <w:br/>
        <w:t>Velor’s projections flickered, displaying an impossibly complex harmonic signature. “The Architect’s amplification matrix is highly sensitive to sympathetic resonance,” she stated, her focus unwavering. “There is a specific, multi-layered harmonic frequency, a ‘key’ resonance, that will overload its capacity to maintain the corrupted Chant’s integrity. However, the timing must be precise. A deviation of even a pico-second could result in a catastrophic feedback loop, consuming us and amplifying the Architect’s influence tenfold.” The ‘key’ frequency was not a simple tone, but an intricate symphony of interlinked frequencies, a precisely engineered counter-agent to the Architect’s amplified resonance. It was a sonic blueprint designed to dismantle the very foundation of the corrupted Chant.</w:t>
      </w:r>
    </w:p>
    <w:p/>
    <w:p>
      <w:r>
        <w:br/>
        <w:t>The Synarchs were now at the precipice of the Crypt, the colossal structure of corrupted energy pulsing with a terrifying intensity. The air crackled with raw power, and the very Aether screamed under the strain. They could feel the imminent activation of the chronal distortion field, a suffocating wave of temporal stagnation that threatened to trap them in an eternal moment of failure. The corrupted Chant was now a deafening roar, a tidal wave of pure dissonance poised to engulf the universe. Their gambit, their race against time, had reached its critical juncture. Every fraction of a second counted as they prepared to unleash their counter-strategy, their final desperate attempt to preserve the symphony of existence.</w:t>
      </w:r>
    </w:p>
    <w:p/>
    <w:p>
      <w:r>
        <w:br/>
        <w:t>“The chronal field is solidifying,” Seris announced, her voice tight with controlled urgency. “We have mere moments. Velor, final calculations. Kaelen, prepare to project. I will synchronize our insertion.” The final moments were a blur of intense focus and synchronized intent. The Architect’s ultimate weapon was about to be unleashed, and the Synarchs knew that this was their last chance to strike. The stability of reality itself depended on the precision of their actions, the purity of their resonance, and the unyielding strength of their unity. The race against time had pushed them to the absolute edge of their capabilities, and now, they had to make their move.</w:t>
      </w:r>
    </w:p>
    <w:p/>
    <w:p>
      <w:r>
        <w:br w:type="page"/>
      </w:r>
    </w:p>
    <w:p>
      <w:pPr>
        <w:spacing w:before="5040"/>
        <w:jc w:val="center"/>
      </w:pPr>
      <w:r>
        <w:rPr/>
        <w:t xml:space="preserve"> 13: Confrontation at the Nexus</w:t>
      </w:r>
    </w:p>
    <w:p>
      <w:r>
        <w:t>The air within the Crypt was no longer merely charged; it was a volatile tempest of corrupted Aether. The Architect's Chant, amplified a thousandfold, pulsed through the very structure, causing the spectral walls to writhe and shimmer like tormented memories. Each surge of its power sent ripples of destabilization through the already fractured spacetime, forcing Seris to constantly recalibrate their trajectory. “The pathways are collapsing faster than I can predict,” she projected, her thought a tight thread of control in the burgeoning chaos. “The Architect is actively reconfiguring the internal architecture, using the corrupted Chant as a sculpting medium. It’s not just a defense; it’s a dynamic, evolving prison.” Her visualizations showed the shimmering pathways they navigated twisting into impossible knots, then dissolving entirely, only to reform moments later in drastically altered configurations. The familiar energy conduits they had relied upon were now treacherous currents, spitting raw, unchanneled Aether that threatened to tear them apart.</w:t>
      </w:r>
    </w:p>
    <w:p>
      <w:r>
        <w:br/>
        <w:t>Velor worked feverishly, her analytical matrices struggling to keep pace with the Architect’s relentless modifications. “The structural integrity of the inner sanctum is being compromised by an influx of discordant resonance,” she reported, her projections flickering with streams of data that defied conventional interpretation. “The Architect is channeling raw Aetheric energy directly from the nexus, overwhelming its natural containment. It’s as if the very concept of stable structure is anathema to its design. The guardians it deploys are not merely animated constructs; they are manifestations of this inherent instability, echoes of its corrupting intent given form.” She highlighted energy signatures that pulsed with an unnatural rhythm, coalescing from the chaotic Aether to form ephemeral, yet deadly, sentinels. These were not the pre-programmed sentinels of lesser corrupted systems; they were fluid, adaptive entities, born from the raw, untamed chaos the Architect was unleashing.</w:t>
      </w:r>
    </w:p>
    <w:p/>
    <w:p>
      <w:r>
        <w:br/>
        <w:t>Liora, her elemental focus honed to an absolute razor’s edge, found herself increasingly taxed. The Aether here was so thoroughly saturated with the Architect’s malevolent frequency that her attempts to impose stability were met with immediate, violent backlash. “The elemental harmonies are being actively suppressed,” she projected, her thought tinged with a strain that belied her usual composure. “My attunement to the foundational elements is being distorted, making it difficult to weave coherent stabilizing patterns. I can create brief moments of equilibrium, but the Architect’s Chant immediately tears them apart. It’s like trying to hold back a tidal wave with a single drop of water.” Despite the overwhelming odds, she continued to project surges of elemental force, brief pockets of calm that allowed them to maintain their cohesion, even if only for fleeting instants. A particularly aggressive surge of corrupted energy threatened to engulf Kaelen, and Liora responded instantly, projecting a wave of pure, stabilizing earth-resonance, a momentary anchor against the chaotic flux. The ground beneath them solidified for a precious second, absorbing the brunt of the energy wave and allowing Kaelen to regain his footing.</w:t>
      </w:r>
    </w:p>
    <w:p/>
    <w:p>
      <w:r>
        <w:br/>
        <w:t>Kaelen, his Mask resonating with a deep, mournful dissonance, felt the Architect’s influence not just as a corruption of sound, but as a perversion of purpose. “The Architect’s designs are born from a profound misunderstanding of true creation,” he projected, his thought a steady counterpoint to the rampant chaos. “It sees complexity as error, diversity as weakness. Its ‘order’ is a sterile, singular note, devoid of the infinite possibilities that arise from true emergence. The very architecture of this sanctum is a testament to that philosophy – a seamless, unbroken expanse of corrupted resonance, designed to stifle any deviation, any spark of independent thought.” He pointed out subtle harmonic disruptions within the walls, fleeting moments where the Architect’s meticulously crafted structure faltered, revealing the raw, unformed Aether beneath. “These are the cracks, the points of inherent dissonance within its forced unity. It is here that we must seek our passage.” He guided them towards a section of the wall that pulsed with a slightly different hue, a subtle imperfection in the otherwise monolithic corruption.</w:t>
      </w:r>
    </w:p>
    <w:p/>
    <w:p>
      <w:r>
        <w:br/>
        <w:t>As they pushed deeper, the nature of the resistance shifted. The swirling Aetheric currents intensified, coalescing into more tangible forms. Glimmering constructs of pure, corrupted energy began to manifest around them, their forms fluid and unpredictable, adapting to the Synarchs’ movements. These were not the crudely assembled guardians of the outer layers; these were intricate, crystalline entities, shimmering with a terrifying inner light, each one a focal point of the Architect’s amplified Chant.</w:t>
      </w:r>
    </w:p>
    <w:p/>
    <w:p>
      <w:r>
        <w:br/>
        <w:t>“These are harmonic sentinels,” Velor explained, her projections displaying the intricate energy signatures of the approaching entities. “They are not independent beings, but rather focused expressions of the Architect’s primary resonance. They are designed to disrupt our synchronized consciousness, to introduce discordant frequencies that will break our cohesion. Their attack is not physical; it is a direct assault on our mental and Aetheric integrity.” One sentinel, shaped like a predatory bird of pure, crackling energy, swooped towards Kaelen, its cry a piercing shriek of corrupted harmonics. Kaelen met its assault with a projection of pure, foundational tone, a single, pure note that resonated with the very essence of existence, causing the sentinel to momentarily falter and dissipate its form.</w:t>
      </w:r>
    </w:p>
    <w:p/>
    <w:p>
      <w:r>
        <w:br/>
        <w:t>Seris, anticipating the ebb and flow of the Architect’s control, guided them through a nexus of converging energy streams. “The Architect is attempting to channel the Aetheric flow to reinforce its core amplification node,” she projected, her mind working at an astonishing pace to map the intricate network of corrupted currents. “These conduits are heavily guarded by localized temporal distortions. We must traverse them precisely, using the brief moments of temporal stabilization I can create.” She created fleeting ‘eddies’ in the chaotic flow, moments where the temporal distortions momentarily smoothed, allowing them to surge forward. The sensation was jarring, like being flung through space at impossible speeds, only to be momentarily frozen in place before being violently propelled again.</w:t>
      </w:r>
    </w:p>
    <w:p/>
    <w:p>
      <w:r>
        <w:br/>
        <w:t>Liora focused her abilities on stabilizing the immediate Aether around them, creating a small bubble of relative calm that allowed Velor to refine her calculations. “The Architect’s defensive matrix is layered, each layer designed to respond to our specific harmonic signatures,” Velor stated, highlighting the intricate patterns of resonant energy that formed the core defenses. “It is learning from our approach, adapting its countermeasures in real-time. To breach the inner sanctum, we must introduce a harmonic frequency that is not merely disruptive, but fundamentally contradictory to the Architect’s core principle of enforced singularity.”</w:t>
      </w:r>
    </w:p>
    <w:p/>
    <w:p>
      <w:r>
        <w:br/>
        <w:t>Kaelen’s Mask began to resonate with a different kind of energy, one that pulsed with a subtle, yet potent, defiance. “The Architect’s architecture is a testament to its singular vision,” he projected. “It is a symphony composed of a single, unwavering note. But any symphony, no matter how powerful, contains inherent tensions, subtle dissonances that arise from its very construction. The Architect’s flaw lies in its absolute rejection of these tensions, its insistence on a perfect, unyielding uniformity. We must amplify these inherent flaws, not by introducing new discord, but by resonating with the latent disharmony that already exists within its own design.” He directed their attention to a section of the wall that appeared seamless, yet subtly vibrated with an internal discordance, a faint hum that was almost imperceptible beneath the Architect’s deafening Chant.</w:t>
      </w:r>
    </w:p>
    <w:p/>
    <w:p>
      <w:r>
        <w:br/>
        <w:t>“That’s it,” Seris projected, her temporal perception locking onto the subtle energetic anomaly. “The Architect is attempting to suppress the very concept of individual existence within this space. It’s creating a localized field of absolute uniformity. The ‘flaw’ Kaelen perceives is the residual echo of the diverse Aetheric signatures it has attempted to erase. It is this echo that we must exploit.”</w:t>
      </w:r>
    </w:p>
    <w:p/>
    <w:p>
      <w:r>
        <w:br/>
        <w:t>Velor’s analysis confirmed Seris’s intuition. “The Architects’ core node is shielded by a series of resonating crystalline structures,” she reported. “Each structure amplifies the corrupted Chant and actively repels any attempt at external harmonic influence. However, these crystals are also inherently unstable. They are forged from pure, unadulterated discord, and when exposed to a precise counter-frequency, they will shatter, not into fragments, but into their constituent Aetheric components, briefly destabilizing the entire defensive matrix.” She projected a complex waveform, a symphony of discordant tones that, when played in perfect harmony, would shatter the Architect’s defenses.</w:t>
      </w:r>
    </w:p>
    <w:p/>
    <w:p>
      <w:r>
        <w:br/>
        <w:t>The path ahead narrowed, leading them into a colossal chamber that pulsed with the concentrated energy of the Architect’s corrupted Chant. The walls here were not solid, but a swirling vortex of distorted Aether, a maelstrom of chaotic energy that threatened to engulf them. Luminescent tendrils of corrupted resonance snaked out from the core, attempting to ensnare them. These were the final, most potent guardians, manifestations of the Architect’s ultimate intent.</w:t>
      </w:r>
    </w:p>
    <w:p/>
    <w:p>
      <w:r>
        <w:br/>
        <w:t>Liora braced herself, projecting a sphere of elemental stability that encompassed all of them. “The Aether here is so intensely saturated with corrupted resonance that even my attempts to introduce elemental harmony are met with aggressive assimilation,” she projected, her voice strained. “The Architect is not just broadcasting; it is actively rewriting the fundamental properties of the Aether, attempting to impose its singular vision on reality itself.” She channeled streams of elemental energy, not to create harmony, but to disrupt the Architect’s rigid structure, seeking to introduce infinitesimal degrees of chaos into its imposed order. A surge of corrupted energy, a wave of pure negation, washed over them, threatening to unravel Liora’s stabilizing field. Kaelen immediately projected a resonant chord of affirmation, a grounding harmonic that reinforced Liora’s efforts, allowing her to maintain their fragile sanctuary.</w:t>
      </w:r>
    </w:p>
    <w:p/>
    <w:p>
      <w:r>
        <w:br/>
        <w:t>“The central nexus is protected by a series of overlapping harmonic barriers,” Velor explained, her projections illustrating the intricate, multi-layered defenses. “Each layer is designed to counter specific types of Aetheric manipulation. To breach the final barrier, we must introduce a complex harmonic resonance that is simultaneously disruptive and integrative, a paradox that the Architect’s rigid logic cannot accommodate.” She displayed a series of cascading waveforms, each one designed to resonate with a specific flaw in the Architect’s harmonic structure.</w:t>
      </w:r>
    </w:p>
    <w:p/>
    <w:p>
      <w:r>
        <w:br/>
        <w:t>Seris, her temporal perceptions hyper-acute, guided them through a maelstrom of collapsing probabilities. “The Architect is preparing to initiate a localized chronal lock-down,” she warned. “If it succeeds, this entire section of the Crypt will be frozen in a state of temporal stasis, effectively isolating us and allowing the Architect to complete its plan unimpeded. We have mere moments to breach the inner sanctum.” She identified a fleeting window of opportunity, a brief period where the Architect’s temporal manipulation faltered, a minuscule temporal fissure that they had to exploit.</w:t>
      </w:r>
    </w:p>
    <w:p/>
    <w:p>
      <w:r>
        <w:br/>
        <w:t>Kaelen focused his intent, his Mask beginning to emit a low, resonating hum. “The Architect’s Chant is a symphony of negation, a song that seeks to silence all other melodies,” he projected. “But within this forced silence lies its greatest weakness: the absence of true, emergent harmony. I will project the primal notes of creation, the foundational tones that predate even the Architect’s perversion, and weave them into a counter-resonance that will exploit the inherent dissonance within its own amplified structure.” He visualized the Architect’s defenses not as solid walls, but as immense, intricately woven tapestries of corrupted sound, and his projection as a needle of pure, foundational melody, designed to find and unravel the seams.</w:t>
      </w:r>
    </w:p>
    <w:p/>
    <w:p>
      <w:r>
        <w:br/>
        <w:t>Velor’s projections shifted, focusing on a specific harmonic frequency that was the key to dismantling the Architect’s defenses. “The Architect’s core amplification nexus is shielded by a complex harmonic resonance field,” she stated, her focus unwavering. “This field is designed to absorb and re-radiate any external harmonic input, amplifying the corrupted Chant. However, there is a specific, multi-layered frequency – a precise counter-resonance – that will overload this absorption capacity, causing a catastrophic cascade failure. The timing must be absolute. A deviation of even a micro-cycle will trigger a feedback loop that will not only consume us but amplify the Architect’s influence tenfold.” The ‘key’ frequency was not a simple tone, but a complex symphony of interlinked harmonics, a sonic blueprint designed to dismantle the very foundation of the corrupted Chant.</w:t>
      </w:r>
    </w:p>
    <w:p/>
    <w:p>
      <w:r>
        <w:br/>
        <w:t>As they neared the heart of the Crypt, the ambient energy became almost unbearable. The very fabric of reality seemed to warp and distort around them, the Architect’s corrupted Chant a deafening roar that threatened to shatter their very beings. The Guardians of the Nexus, the ultimate expressions of the Architect’s corrupted intent, materialized before them. These were not mere constructs; they were sentient manifestations of pure, amplified entropy, their forms shifting and coalescing with terrifying speed, each one a miniature singularity of corrupted Aether.</w:t>
      </w:r>
    </w:p>
    <w:p/>
    <w:p>
      <w:r>
        <w:br/>
        <w:t>Seris, her temporal senses screaming a warning, projected their immediate course. “The Architect is solidifying the chronal lock-down field,” she declared, her voice tight with controlled urgency. “We have only fractions of a moment. Velor, final harmonic calibration. Kaelen, prepare to project the counter-resonance. Liora, maintain our localized stability. I will synchronize our insertion into the breach.” The chamber pulsed with the Architect’s final gambit, a tidal wave of corrupted sound poised to engulf existence. The Synarchs, their unified consciousness a beacon of defiance, prepared to unleash their counter-strategy, their desperate gamble to preserve the symphony of reality.</w:t>
      </w:r>
    </w:p>
    <w:p/>
    <w:p>
      <w:r>
        <w:t>The air in the central chamber was no longer merely a medium; it was a tangible manifestation of absolute nullity. The Architect's corrupted Chant, once a disembodied force, had coalesced, pouring itself into a singular focal point that pulsed with the concentrated dread of a dying universe. It was not a being of flesh and bone, nor even a construct of sculpted Aether in the conventional sense. It was an avatar, a nexus of pure, unadulterated entropy given form, a living embodiment of the Architect's singular, devastating purpose.</w:t>
      </w:r>
    </w:p>
    <w:p>
      <w:r>
        <w:br/>
        <w:t>Before them, where the crystalline structures had once stood, now shimmered a void given sentience. It was a roiling, chaotic tempest of shifting colours – the deepest indigos bleeding into necrotic blacks, punctuated by fleeting, agonizing flashes of sterile white. Its form was amorphous, constantly folding in on itself, a self-devouring singularity that defied perception. Tendrils of pure despair, like frozen screams, reached out, not to grasp, but to unravel the very concept of existence around them. The oppressive weight of its presence was not just a physical burden; it was an existential one, pressing down on their very souls, whispering insidious doubts about the meaning of their struggle, the futility of creation in the face of inevitable decay.</w:t>
      </w:r>
    </w:p>
    <w:p/>
    <w:p>
      <w:r>
        <w:br/>
        <w:t xml:space="preserve">"It is... the culmination," Velor projected, her analytical matrices straining against the sheer, overwhelming nature of the entity before them. Her projections, usually a cascade of precise data, flickered and faltered, unable to quantify the profound existential dread it radiated. "The Architect has poured its essence into this locus. It is not merely a guardian; it </w:t>
      </w:r>
    </w:p>
    <w:p>
      <w:pPr>
        <w:jc w:val="left"/>
      </w:pPr>
      <w:r>
        <w:rPr>
          <w:i/>
        </w:rPr>
        <w:t>is</w:t>
      </w:r>
      <w:r>
        <w:t xml:space="preserve"> the final defense, the ultimate expression of its philosophy. Its very being is a projection of cosmic futility, designed to shatter our resolve not through force, but through the eradication of hope." She highlighted fluctuating energy signatures that defied any known Aetheric classification, radiating an aura of profound, soul-crushing emptiness.</w:t>
      </w:r>
    </w:p>
    <w:p>
      <w:r>
        <w:br/>
        <w:t xml:space="preserve">Liora, her connection to the elemental planes stretched to its breaking point, felt the avatar’s aura as a systematic dismantling of all natural harmony. The fundamental frequencies of existence were not just being suppressed; they were being actively negated, replaced by a void that actively consumed any spark of life or order. “The Aether here is not just corrupted; it is being </w:t>
      </w:r>
    </w:p>
    <w:p>
      <w:pPr>
        <w:jc w:val="left"/>
      </w:pPr>
      <w:r>
        <w:rPr>
          <w:i/>
        </w:rPr>
        <w:t>unmade</w:t>
      </w:r>
      <w:r>
        <w:t>,” she projected, her thought a desperate plea against the encroaching desolation. “The elemental bonds are dissolving, the very concept of stable matter is being challenged. It’s as if the universe itself is screaming in agony under its gaze.” She attempted to weave a shield of pure, grounding earth-resonance, but the energy was immediately absorbed, leaving only a chilling vacuum.</w:t>
      </w:r>
    </w:p>
    <w:p>
      <w:r>
        <w:br/>
        <w:t>Kaelen’s Mask pulsed with a dissonant hum, an echo of the avatar’s inherent instability. He saw not a being, but a perversion of structure, a twisted parody of the grand symphony of creation. “Its design is a testament to the absence of true understanding,” he projected, his voice a defiant counterpoint to the encroaching silence. “It seeks to impose order by erasing all difference, all complexity, all the messy, beautiful imperfections that give existence meaning. Its vision is a sterile echo, a silence where a universe of music should be. This… this is the sound of absolute negation.” He visualized the avatar not as a form, but as a focal point of anti-creation, a singularity where all vibrant energies were drawn in and annihilated.</w:t>
      </w:r>
    </w:p>
    <w:p/>
    <w:p>
      <w:r>
        <w:br/>
        <w:t xml:space="preserve">Seris, her temporal perception a chaotic storm of possibilities, felt the avatar’s influence twisting the very flow of time. The past, present, and future seemed to merge into a single, agonizing eternity of despair. “The Architect is not merely present; it is </w:t>
      </w:r>
    </w:p>
    <w:p>
      <w:pPr>
        <w:jc w:val="left"/>
      </w:pPr>
      <w:r>
        <w:rPr>
          <w:i/>
        </w:rPr>
        <w:t>imposing</w:t>
      </w:r>
      <w:r>
        <w:t xml:space="preserve"> its temporal state upon us,” she projected, her mind racing to maintain any semblance of sequential perception. “It is flooding our consciousness with visions of the inevitable end, the heat death of the universe, the ultimate decay of all things. It seeks to convince us that our struggle is meaningless, that resistance is merely a delay of the inevitable.” Illusory images flickered at the periphery of their awareness – galaxies collapsing, stars imploding, the last vestiges of order dissolving into an endless, frozen darkness.</w:t>
      </w:r>
    </w:p>
    <w:p>
      <w:r>
        <w:br/>
        <w:t>The avatar remained at the center of the chamber, a vortex of existential dread. It did not attack with physical force, for its power lay in the subtle, insidious corruption of the mind and spirit. Waves of profound sorrow, crushing apathy, and soul-wrenching despair washed over them, each wave more potent than the last. These were not mere psychic projections; they were direct assaults on the Synarchs' very will to exist, designed to dismantle their purpose, to extinguish the light of their hope.</w:t>
      </w:r>
    </w:p>
    <w:p/>
    <w:p>
      <w:r>
        <w:br/>
        <w:t>“It feeds on despair,” Velor stated, her voice a tight thread of controlled analysis amidst the onslaught of emotional decay. “Its very presence is an invitation to surrender. We cannot match its power directly; it is too absolute, too pervasive. We must find the dissonance within its own corrupted harmony, the crack in its facade of absolute negation.” She focused on the subtle fluctuations in the avatar's energy field, searching for any deviation, any imperfection that might offer a point of leverage. “Its architecture is one of pure anti-logic, a closed system of despair. To break it, we must introduce a paradox, a concept that its singular vision cannot comprehend.”</w:t>
      </w:r>
    </w:p>
    <w:p/>
    <w:p>
      <w:r>
        <w:br/>
        <w:t>Liora, though her elemental connection was frayed, found a nascent strength in her defiance. She refused to let the despair consume her. “If it seeks to unmake, then we must affirm,” she projected, her thought a spark of defiance in the encroaching void. “We must reaffirm the fundamental truths of creation, the inherent resilience of life, the enduring power of connection. The Architect believes in singularity, in absolute control. But true creation thrives on diversity, on the interplay of contrasting forces.” She began to channel the faintest echoes of elemental harmony, not to overwhelm the avatar, but to create a localized pocket of resistance, a tiny bastion of affirmation against the tide of negation.</w:t>
      </w:r>
    </w:p>
    <w:p/>
    <w:p>
      <w:r>
        <w:br/>
        <w:t>Kaelen, his Mask resonating with a newfound determination, saw the avatar’s structure as a vast, intricate prison of despair. “Its symphony of negation is powerful, but it is also fundamentally incomplete,” he projected. “It omits the primal notes of joy, of love, of sacrifice – the very elements that give meaning to existence. If it seeks to silence all other melodies, we must sing the songs it cannot comprehend, the songs of true emergence, of inherent value, of the unyielding spirit.” He began to project resonant frequencies that spoke of connection, of shared purpose, of the enduring beauty of imperfection. These were not aggressive tones, but gentle affirmations, designed to resonate with the latent echoes of what the Architect had tried to erase.</w:t>
      </w:r>
    </w:p>
    <w:p/>
    <w:p>
      <w:r>
        <w:br/>
        <w:t>Seris focused on the temporal aspect of the avatar’s influence. “It is trapping us in a loop of despair, replaying visions of inevitable failure,” she stated, her temporal awareness fighting against the encroaching stagnation. “We must break this cycle. The Architect's strength lies in its ability to impose a singular, unchanging narrative. Our advantage lies in our ability to adapt, to shift, to create new possibilities even in the face of overwhelming odds.” She began to subtly manipulate the temporal flow around them, creating brief ripples of possibility, fleeting moments where the future was not dictated by despair, but remained open and uncertain.</w:t>
      </w:r>
    </w:p>
    <w:p/>
    <w:p>
      <w:r>
        <w:br/>
        <w:t>The avatar, sensing their defiance, intensified its assault. The waves of despair became more potent, laced with insidious whispers that preyed on their deepest fears and regrets. For Seris, it was the chilling certainty of temporal entropy, the inevitable decay of all ordered systems. For Velor, it was the profound isolation of absolute knowledge, the crushing weight of understanding everything and being able to change nothing. For Liora, it was the terrifying prospect of elemental chaos, the unraveling of reality itself. For Kaelen, it was the crushing silence of absolute uniformity, the eternal void where no song could ever be sung.</w:t>
      </w:r>
    </w:p>
    <w:p/>
    <w:p>
      <w:r>
        <w:br/>
        <w:t>“It is attempting to isolate us within our own despair,” Velor projected, her mental shields straining against the insidious psychic intrusion. “It is trying to fracture our unified consciousness, to turn us against ourselves. We must maintain our connection, our shared purpose. Our strength is in our synergy, in our ability to support each other.” She projected a stabilizing energy field that encompassed all of them, a subtle counter-frequency designed to disrupt the avatar’s focus on individual vulnerability.</w:t>
      </w:r>
    </w:p>
    <w:p/>
    <w:p>
      <w:r>
        <w:br/>
        <w:t>Liora felt the encroaching void begin to consume her elemental projections. The raw power of negation was overwhelming. “My efforts are being absorbed too quickly,” she projected, her voice laced with growing desperation. “The Aether itself is being rewritten. It is not enough to affirm; we must actively disrupt its process of unmaking.” She shifted her focus, from simple affirmation to targeted disruption, seeking to introduce infinitesimal pockets of chaotic energy into the avatar’s meticulously ordered void, aiming to create internal inconsistencies.</w:t>
      </w:r>
    </w:p>
    <w:p/>
    <w:p>
      <w:r>
        <w:br/>
        <w:t>Kaelen saw the avatar’s form shimmer, as if her disruption had caused a momentary tremor. “The Architect’s flaw is its absolute rejection of emergent complexity,” he projected, his voice gaining conviction. “It believes that order can only be achieved through eradication. But true order arises from the harmonious interplay of diverse elements, from the symphony of countless individual voices. I will sing the songs of diversity, the melodies of individuality, the anthems of co-creation.” He began to weave a complex tapestry of interwoven harmonies, each note representing a unique aspect of existence – the wild beauty of an untamed forest, the intricate precision of a celestial orbit, the vibrant chaos of a burgeoning city.</w:t>
      </w:r>
    </w:p>
    <w:p/>
    <w:p>
      <w:r>
        <w:br/>
        <w:t>As Kaelen’s counter-melody began to resonate, the avatar recoiled, not physically, but energetically. The sterile white flashes within its form intensified, flickering with a nascent, uncontainable dissonance. Seris seized this moment of temporal perturbation. “The Architect’s hold on causality is weakening!” she projected, her temporal awareness locking onto the precise instant of instability. “Now! We must introduce the paradox, the concept that will shatter its singular vision!”</w:t>
      </w:r>
    </w:p>
    <w:p/>
    <w:p>
      <w:r>
        <w:br/>
        <w:t>Velor’s projections suddenly coalesced into a single, complex waveform – a symphony of counter-frequencies designed to resonate with the very antithesis of the Architect’s core principle. “This is it,” she declared, her voice sharp with focused intent. “The waveform of emergent creation. It embodies the principles of adaptation, evolution, and self-organization – concepts that the Architect has utterly rejected. If we can introduce this into its core, it will be forced to reconcile the irreconcilable, and its very structure will collapse.”</w:t>
      </w:r>
    </w:p>
    <w:p/>
    <w:p>
      <w:r>
        <w:br/>
        <w:t>The avatar, sensing the impending threat, unleashed its ultimate weapon. The chamber pulsed with a blinding flash of negative energy, and a torrent of visions flooded their minds – visions of a universe bleached of all color, all life, all meaning; a silent, frozen expanse where only the Architect’s sterile order remained. It was the ultimate expression of despair, a final attempt to drown them in the void.</w:t>
      </w:r>
    </w:p>
    <w:p/>
    <w:p>
      <w:r>
        <w:br/>
        <w:t>But within that torrent, Kaelen’s counter-melodies, Liora’s disruptive elemental sparks, and Seris’s temporal ripples created openings. And into one such opening, Velor projected her complex waveform. It was not a weapon of destruction, but a blueprint for creation, a sonic embodiment of everything the Architect sought to extinguish.</w:t>
      </w:r>
    </w:p>
    <w:p/>
    <w:p>
      <w:r>
        <w:br/>
        <w:t>The instant the waveform intersected with the avatar, the chamber erupted. Not in a blast of destructive force, but in a cascade of shattering discord. The avatar, a nexus of corrupted Aether, could not contain the influx of paradoxical principles. The principles of adaptation and emergence clashed violently with its core of enforced singularity. Its amorphous form began to writhe, the sterile white flashes within it exploding into chaotic bursts of vibrant, uncontainable energy. The whispers of despair were drowned out by the sudden, deafening roar of a universe reasserting itself.</w:t>
      </w:r>
    </w:p>
    <w:p/>
    <w:p>
      <w:r>
        <w:br/>
        <w:t>The very fabric of the chamber seemed to buckle as the avatar’s structure began to deconstruct. It was not merely dissolving; it was being reconfigured, its corrupted essence being forced to confront the fundamental truths it had sought to deny. Tendrils of pure, unadulterated Aether, previously bound by the Architect’s rigid design, began to flow outwards, not with malice, but with the raw, untamed energy of potential.</w:t>
      </w:r>
    </w:p>
    <w:p/>
    <w:p>
      <w:r>
        <w:br/>
        <w:t>The oppressive weight lifted, replaced by a nascent sense of hope, fragile yet potent. The Synarchs, battered but unbowed, stood amidst the dissipating remnants of the Architect’s ultimate defense, the echoes of Kaelen’s defiant symphony still resonating in the air. They had confronted the embodiment of entropy, the very manifestation of the Architect’s nihilistic vision, and had not succumbed. They had introduced the paradox, the seed of true creation, into the heart of absolute negation. The battle was not over, but the Architect’s most powerful focal point had been shattered, and the path to the true source of its corruption now lay open, albeit a path fraught with even greater peril. The silence that had threatened to consume them was finally broken by the faintest, yet most significant, hum of possibility.</w:t>
      </w:r>
    </w:p>
    <w:p/>
    <w:p>
      <w:r>
        <w:t>The echoes of Velor’s triumphant proclamation still hummed in the chamber, a fragile counterpoint to the dissipating shockwaves of the avatar’s deconstruction. The oppressive nullity that had threatened to unmake them was receding, replaced by the raw, untamed energy of newly liberated Aether. Yet, the silence that followed was not one of victory, but of a precarious lull. The avatar, the Architect’s ultimate expression of despair, was gone, its existence shattered by the paradox of emergent creation. But the threat remained. The Architect itself, the unseen architect of this cosmic nihilism, was still out there, its influence a venomous shadow cast over reality.</w:t>
      </w:r>
    </w:p>
    <w:p>
      <w:r>
        <w:br/>
        <w:t>Before them, where the singular point of dread had pulsed, now swirled a maelstrom of pure, unbridled Aether. It was chaotic, vibrant, and utterly unpredictable, a canvas of potential from which new configurations of existence might arise, or from which further corruption could bloom. It was the raw material of reality, unformed and dangerous, and they knew, with a chilling certainty, that their task was far from over. The Architect’s defeat of its avatar was not an end, but a transition. The true confrontation, the one that would determine the fate of all existence, was about to begin.</w:t>
      </w:r>
    </w:p>
    <w:p/>
    <w:p>
      <w:r>
        <w:br/>
        <w:t>“The avatar was a mere shell, a focal point,” Velor projected, her voice now steady, though tinged with the weariness of their ordeal. Her analytical matrices were already whirring, processing the volatile Aetheric signatures swirling around them. “Its destruction has merely exposed the true source of the corruption. The Architect is not bound to a single locus. It is pervasive, insidious. Its power lies not in a physical form, but in its ability to subtly manipulate the fundamental laws of Aetherflow, to weave discord into the very fabric of existence.”</w:t>
      </w:r>
    </w:p>
    <w:p/>
    <w:p>
      <w:r>
        <w:br/>
        <w:t>Liora, her connection to the elemental planes still thrumming with residual power, felt the raw Aether not as a chaotic force, but as a nascent symphony. “It is a raw song, waiting to be played,” she projected, her thoughts tinged with a sense of awe and trepidation. “The Architect sought to silence all music, to replace it with its sterile void. But this… this is the potential for a new melody, a harmony born from the ashes of its negation.” She reached out, tentatively, with her will, coaxing the wild Aether into subtle patterns, testing its receptivity to order.</w:t>
      </w:r>
    </w:p>
    <w:p/>
    <w:p>
      <w:r>
        <w:br/>
        <w:t>Kaelen, his Mask glowing with a steady, resonant warmth, observed the swirling energies with a keen awareness. He could sense the lingering tendrils of the Architect’s influence, like faint, discordant notes attempting to reassert their dominance. “The Architect’s song of despair was a masterpiece of perverted harmony,” he projected, his voice a low thrum of focused intent. “It sought to drown out all other melodies by sheer, overwhelming force. But true harmony is not about suppression; it is about integration. The Architect’s flaw was its inability to comprehend the power of synergy, of countless individual voices contributing to a grander chorus.”</w:t>
      </w:r>
    </w:p>
    <w:p/>
    <w:p>
      <w:r>
        <w:br/>
        <w:t>Seris, her temporal perception still oscillating between fractured moments and the nascent flow of the newly liberated Aether, felt the shift in the overarching temporal narrative. The Architect’s grip on a singular, predetermined future had been broken. Now, the currents of time were branching, creating a multiplicity of potential paths, each with its own unique consequences. “The Architect’s control over causality was absolute within its corrupted domain,” she projected, her thoughts sharp and precise. “Now, that control is fractured. Multiple timelines are coalescing, each representing a different potential outcome of this confrontation. We must not only fight the Architect’s influence in the present, but also navigate the shifting currents of possibility, ensuring that the path we choose leads not to further decay, but to ultimate renewal.”</w:t>
      </w:r>
    </w:p>
    <w:p/>
    <w:p>
      <w:r>
        <w:br/>
        <w:t>As if responding to their unspoken thoughts, the swirling Aether began to coalesce, not into a single, unified form, but into a multifaceted manifestation of the Architect’s lingering will. It was not the singular avatar of pure entropy they had faced, but a distributed consciousness, a network of interconnected nodes, each pulsing with a concentrated fragment of the Architect’s core principles. These nodes, scattered throughout the chamber, pulsed with a malevolent, intelligent light, their combined presence creating a disorienting cacophony of Aetheric frequencies.</w:t>
      </w:r>
    </w:p>
    <w:p/>
    <w:p>
      <w:r>
        <w:br/>
        <w:t>“It is decentralizing,” Velor projected, her eyes narrowing as she analyzed the new threat. “The Architect has learned from its defeat. It is no longer presenting a single, vulnerable point. Instead, it has fragmented its essence, creating a dispersed network of influence. Each node acts as a conduit for its corrupting Aether, and together, they form a complex web of resistance.” She highlighted the distinct energy signatures of these nodes, each one resonating with a specific aspect of the Architect’s nihilistic philosophy: one pulsed with absolute logic, devoid of emotion; another with existential dread, a constant reminder of inevitable decay; a third with the chilling allure of perfect order, a tempting promise of an end to all struggle.</w:t>
      </w:r>
    </w:p>
    <w:p/>
    <w:p>
      <w:r>
        <w:br/>
        <w:t>“We cannot engage each node individually,” Kaelen projected, his Mask flaring with a defensive luminescence. “Its strength lies in its interconnectedness. To break this network, we must create a ripple effect, a resonance that disrupts the entire system simultaneously. We need a synchronized approach, a symphony of our combined Mask energies, focused with absolute precision.”</w:t>
      </w:r>
    </w:p>
    <w:p/>
    <w:p>
      <w:r>
        <w:br/>
        <w:t>Seris, her gaze sweeping across the chamber, identified the key nexus points within the Architect’s network. “The nodes are not evenly distributed,” she projected, her voice a calm, directive force. “There are three primary conduits, radiating outwards from the central nexus where the avatar once stood. Velor, your analytical prowess must guide our offensive. Identify the harmonic frequencies that resonate most strongly with each node’s core principle. Liora, you will be our disruptor. Your elemental Aether, when channeled through Kaelen’s perception, can destabilize their structure from within. Kaelen, your Mask will be our shield and our focus. You will perceive their vulnerabilities, the precise moments of weakness, and shield us from their psychic assaults. And I… I will orchestrate our symphony. I will guide our timing, ensuring our actions are perfectly synchronized.”</w:t>
      </w:r>
    </w:p>
    <w:p/>
    <w:p>
      <w:r>
        <w:br/>
        <w:t>The chamber pulsed with a new intensity as the Synarchs prepared for their coordinated assault. Velor’s Mask shimmered with an array of shifting data streams, her mind racing to decipher the intricate patterns of the Architect’s distributed consciousness. She focused on the node radiating absolute logic, its energy signature a cold, unyielding waveform of perfect mathematical progression. “The logical node is attempting to impose a predictive algorithm,” she projected. “It is calculating our every move, seeking to anticipate and negate our actions. Its weakness lies in its own rigidity. It cannot comprehend true improvisation, the unpredictable nature of emergent consciousness. Its frequency is a monotone of absolute certainty. We need to introduce a counter-frequency of chaotic variance, a sonic paradox of true unpredictability.”</w:t>
      </w:r>
    </w:p>
    <w:p/>
    <w:p>
      <w:r>
        <w:br/>
        <w:t>Simultaneously, Liora began to channel the raw power of the elements. She focused on the node emanating existential dread, a chilling aura that amplified the lingering feelings of futility from their encounter with the avatar. “This node feeds on despair,” Liora projected, her hands instinctively moving as she channeled earth and water, solidifying their footing against the psychological onslaught. “Its Aether is steeped in the echoes of cosmic failure. To disrupt it, we need to infuse it with the elemental force of renewal, the inherent resilience of life itself. I will weave a stream of nascent growth, a vibrant counter-song of unwavering hope.”</w:t>
      </w:r>
    </w:p>
    <w:p/>
    <w:p>
      <w:r>
        <w:br/>
        <w:t>Kaelen’s Mask hummed with a steady, powerful resonance, its intricate carvings glowing with an internal light. He could feel the tendrils of the Architect’s mental assault probing their defenses, seeking to exploit any cracks in their resolve. He focused his perception on the node embodying perfect order, a node that promised an end to all conflict and uncertainty, a seductive whisper of absolute stillness. “The order node is attempting to impose a stasis field,” Kaelen projected, his voice a low, resonant tone. “It seeks to freeze us in place, to prevent any deviation from its imposed pattern. Its vulnerability lies in its inherent sterility. It cannot comprehend the dynamism of true creation, the constant flux and evolution of existence. I can perceive the subtle fluctuations within its projected order, the infinitesimal points where its control is weakest.”</w:t>
      </w:r>
    </w:p>
    <w:p/>
    <w:p>
      <w:r>
        <w:br/>
        <w:t>Seris watched their preparations, her temporal awareness a finely tuned instrument. She could see the intricate dance of energies, the potential pitfalls and the windows of opportunity. “The Architect’s network is a complex tapestry,” she projected, her voice calm and commanding. “The logical node seeks to predict, the dread node to paralyze, and the order node to freeze. They are designed to work in concert, to create an insurmountable barrier of despair and stagnation. Our counter-attack must be a unified surge, a single, synchronized wave of our combined Mask energies. Velor, you will identify the precise harmonic alignment for each node. Liora, you will channel the elemental counter-frequencies through Kaelen’s focus. Kaelen, you will pinpoint the exact moment of vulnerability for each node and amplify Liora’s disruptive Aether. And I will ensure our synchronization is absolute.”</w:t>
      </w:r>
    </w:p>
    <w:p/>
    <w:p>
      <w:r>
        <w:br/>
        <w:t>The battle for the Nexus had entered a new phase, one that demanded not brute force, but a delicate, devastating synergy. The Synarchs, their Masks now glowing with a unified intensity, were no longer simply individuals fighting a common enemy. They were becoming a single, multi-faceted entity, their wills and abilities interwoven into a potent new force.</w:t>
      </w:r>
    </w:p>
    <w:p/>
    <w:p>
      <w:r>
        <w:br/>
        <w:t>“Initiating harmonic scan,” Velor projected, her Mask projecting intricate wave patterns that danced in the air, each one seeking to resonate with the dissonant frequencies of the Architect’s nodes. “The logical node’s primary frequency is a pure sine wave of deterministic calculation. Its counter-frequency requires a complex, chaotic algorithm, incorporating quantum superposition and fractal randomness. It must be a wave that defies prediction, a pattern that cannot be solved.” She began to emit a series of rapid, intricate pulses, her Mask projecting a visual representation of the chaotic energy she was attempting to generate.</w:t>
      </w:r>
    </w:p>
    <w:p/>
    <w:p>
      <w:r>
        <w:br/>
        <w:t>Liora felt the growing pressure of the dread node. Its whispers of futility intensified, a psychic tide seeking to pull her down. But as Velor’s counter-frequency began to take shape, Liora felt a corresponding shift in the Aether. “I feel it,” she projected, her voice firm. “The elemental force of renewal. I will imbue it with the resilience of ancient stone and the ceaseless flow of primordial rivers. This surge of life-affirming Aether will clash with the node’s despair, like sunlight breaking through a perpetual twilight.” She focused her will, drawing upon the deep reserves of elemental energy, channeling it through her Mask, preparing to unleash it at the opportune moment.</w:t>
      </w:r>
    </w:p>
    <w:p/>
    <w:p>
      <w:r>
        <w:br/>
        <w:t>Kaelen’s Mask pulsed in response to Velor’s chaotic frequency and Liora’s burgeoning elemental surge. He could feel the subtle tremors within the order node, like microscopic cracks appearing in a flawless facade. “The order node is attempting to reinforce its stasis field,” he projected, his voice a low, resonant hum. “Its core is a nexus of absolute uniformity. I can perceive a specific harmonic resonance that will destabilize this uniformity, a counter-frequency that amplifies its own inherent tension. Velor, I need the precise timing of your chaotic algorithm to align with my destabilization frequency.”</w:t>
      </w:r>
    </w:p>
    <w:p/>
    <w:p>
      <w:r>
        <w:br/>
        <w:t>Seris watched the intricate interplay of their energies. She saw the perfect alignment approaching, a fleeting moment where all three nodes would be maximally vulnerable, their individual defenses momentarily weakened by the nascent resistance. “The temporal nexus is aligning,” she projected, her voice clear and precise. “The logical node is recalculating its predictive model, the dread node is momentarily overwhelmed by the influx of renewal energy, and the order node’s stasis field is experiencing critical harmonic feedback. This is our window. Velor, transmit your chaotic algorithm on my mark. Liora, channel your elemental surge simultaneously. Kaelen, focus your destabilization frequency through Liora’s Aether. And on my final signal, we unleash the symphony of synergy!”</w:t>
      </w:r>
    </w:p>
    <w:p/>
    <w:p>
      <w:r>
        <w:br/>
        <w:t>The chamber crackled with anticipation. The three nodes of the Architect’s network pulsed with an increased intensity, a desperate attempt to reassert their dominance. Velor’s chaotic algorithm began to emanate from her Mask, a swirling vortex of unpredictable energy that defied any attempt at analysis. Liora, guided by Kaelen’s perceptions, began to channel her elemental Aether, a vibrant stream of renewal that pulsed with life-affirming energy. Kaelen’s Mask glowed, focusing Liora’s channeled Aether with pinpoint precision, aiming it at the infinitesimally weak points he perceived within the order node.</w:t>
      </w:r>
    </w:p>
    <w:p/>
    <w:p>
      <w:r>
        <w:br/>
        <w:t>“Now!” Seris commanded.</w:t>
      </w:r>
    </w:p>
    <w:p/>
    <w:p>
      <w:r>
        <w:br/>
        <w:t>Velor unleashed her chaotic algorithm. The logical node, attempting to process the sheer unpredictability of the waveform, flickered violently. Its pure sine wave contorted, buckling under the weight of infinite possibilities. Simultaneously, Liora’s elemental surge, amplified and focused by Kaelen, struck the dread node. The node recoiled, the raw vitality of the Aether of renewal clashing with its ingrained despair, creating a cascade of dissonant energies. Kaelen then focused the amplified surge directly at the heart of the order node, his destabilization frequency resonating perfectly with its internal tensions. The node, designed for absolute uniformity, could not contain the enforced variance, and its stasis field began to unravel.</w:t>
      </w:r>
    </w:p>
    <w:p/>
    <w:p>
      <w:r>
        <w:br/>
        <w:t>The combined assault was not a single destructive blow, but a symphony of precisely timed disruptions. The three nodes, their individual defenses compromised, began to overload, their interconnectedness now a liability rather than a strength. The chaotic algorithm from the logical node caused a feedback loop within the entire network, amplifying the destabilizing frequencies. The elemental surge of renewal fought against the corrupting influence, preventing it from reforming its previous state. And the targeted destabilization of the order node created a cascade failure throughout the entire system.</w:t>
      </w:r>
    </w:p>
    <w:p/>
    <w:p>
      <w:r>
        <w:br/>
        <w:t>The Architect’s network shattered. The nodes imploded, not with a violent explosion, but with a silent implosion of corrupted Aether, collapsing into the nascent, vibrant energy that now filled the chamber. The oppressive psychic weight lifted, replaced by a sense of clarity and purpose.</w:t>
      </w:r>
    </w:p>
    <w:p/>
    <w:p>
      <w:r>
        <w:br/>
        <w:t>“We have disrupted the Architect’s distributed consciousness,” Velor projected, her voice laced with exertion but also with a quiet triumph. “The network has been broken. Its ability to influence our reality through these conduits has been neutralized. However, this is not a complete victory. The Architect itself still exists, its core consciousness remains. We have merely severed its immediate extensions.”</w:t>
      </w:r>
    </w:p>
    <w:p/>
    <w:p>
      <w:r>
        <w:br/>
        <w:t>Liora, breathing heavily, felt the residual chaos of the elemental Aether settling around them. “The raw Aether is still potent,” she projected. “It is no longer under the direct control of the Architect’s network, but it is still volatile. We must now guide its re-formation, ensuring it coalesces into something beneficial, rather than allowing it to become a breeding ground for new corruption.”</w:t>
      </w:r>
    </w:p>
    <w:p/>
    <w:p>
      <w:r>
        <w:br/>
        <w:t>Kaelen’s Mask, though still radiating power, was dimmed slightly by the intensity of the effort. “The Architect’s ultimate vulnerability lies in its inability to comprehend true synergy,” he projected, his voice a deep, resonant affirmation. “It sought to impose its will through absolute control, by eliminating all other voices. But we have proven that true strength lies in the harmonious integration of diverse abilities. Our Mask Synergy is not just a tactic; it is a fundamental truth that the Architect cannot overcome.”</w:t>
      </w:r>
    </w:p>
    <w:p/>
    <w:p>
      <w:r>
        <w:br/>
        <w:t>Seris, her gaze fixed on the swirling, coalescing Aether, nodded in agreement. “The Architect’s focus has been on singular, absolute control. It operates on a principle of eradication. Our advantage lies in our adaptability, our capacity for growth, and our ability to harmonize disparate elements. We have shown that by working in perfect synergy, we can overcome even the most absolute forms of negation. The next step is to harness this liberated Aether, to guide its emergence, and to confront the Architect at its source.”</w:t>
      </w:r>
    </w:p>
    <w:p/>
    <w:p>
      <w:r>
        <w:br/>
        <w:t>The chamber, once a battleground of despair, was now a crucible of creation. The raw Aether, free from the Architect’s direct manipulation, swirled with potential, its vibrant energies promising a future unwritten, a melody yet to be composed. The Synarchs, their Masks glowing with the combined light of their synergy, stood ready. They had faced the Architect’s insidious network and emerged victorious, their mastery over Aetherflow and their synchronized abilities proving to be the ultimate counterpoint to the Architect’s nihilistic symphony. The path ahead was still shrouded in uncertainty, but they moved forward, a unified force, their shared purpose a beacon in the cosmic twilight.</w:t>
      </w:r>
    </w:p>
    <w:p/>
    <w:p>
      <w:r>
        <w:t>The silence that followed the shattering of the avatar was a deceptive calm, a mere breath before the true storm. The Architect, a being of pure, unadulterated negation, was not defeated by the destruction of its puppet. Instead, its essence, a pervasive influence rather than a singular entity, began to assert itself in a more insidious manner. The very fabric of the Nexus, the nexus of all reality, began to hum with a nascent, discordant vibration, a sound that originated not from the Aether itself, but from a deeper, more fundamental corruption. It was the Architect’s Primordial Chant, a melody of entropy, a song designed to unmake existence.</w:t>
      </w:r>
    </w:p>
    <w:p>
      <w:r>
        <w:br/>
        <w:t>Velor was the first to perceive its true nature. Her analytical matrices, still recalibrating from the avatar’s deconstruction, began to flag anomalous Aetheric signatures. These weren't the chaotic bursts of raw energy they had just wrestled into submission, but a structured, propagating wave of destabilizing frequencies. “It’s not an attack in the conventional sense,” she projected, her Mask glowing with the intensity of her analysis. “The Architect isn’t throwing energy at us. It’s broadcasting a fundamental discordance. A corrupted resonance that is actively dismantling the structural integrity of the Crypt. It’s a Primordial Chant, a song of unmaking.”</w:t>
      </w:r>
    </w:p>
    <w:p/>
    <w:p>
      <w:r>
        <w:br/>
        <w:t>The implications of Velor’s discovery sent a shiver through the Synarchs. They had faced the Architect’s brute force, its singular avatar of despair. Now, they faced its foundational influence, its very voice of negation. This wasn’t a localized assault; it was an existential threat to the very nature of the Crypt, the anchor of their reality. The humming grew louder, more pervasive, a subtle yet undeniably destructive force that seeped into their very beings, attempting to unravel their coherence.</w:t>
      </w:r>
    </w:p>
    <w:p/>
    <w:p>
      <w:r>
        <w:br/>
        <w:t>Liora felt it as a physical dissonance, a violation of the natural harmonies she so keenly perceived. The nascent symphony of the liberated Aether, which she had begun to coax into a new melody, was being drowned out by this encroaching dissonance. “It’s a parasitic resonance,” she projected, her hands instinctively reaching out, attempting to shield the newly forming Aetheric patterns from the invasive frequencies. “It’s not just destroying; it’s actively corrupting the very essence of what is being reformed. It’s twisting the potential into something… abhorrent.”</w:t>
      </w:r>
    </w:p>
    <w:p/>
    <w:p>
      <w:r>
        <w:br/>
        <w:t>Kaelen, ever the sentinel, felt the psychological impact of the Chant. It wasn’t a direct psychic assault, but a slow, insidious erosion of will, a whisper of futility amplified across the fabric of existence. The Architect’s Primordial Chant was a symphony of despair, a complex arrangement of frequencies that targeted the inherent tendency towards entropy in all things. “It preys on the natural decay of all systems,” Kaelen projected, his voice resonating with a steady defiance. “It amplifies the inherent tendency towards dissolution, turning it into a force of active destruction. We must counter it with a resonance of creation, a harmony that affirms existence.”</w:t>
      </w:r>
    </w:p>
    <w:p/>
    <w:p>
      <w:r>
        <w:br/>
        <w:t>Seris, her temporal awareness now attuned to the Architect’s disruptive song, saw the potential futures it threatened to impose. The chant was a temporal anchor, attempting to lock reality into a single, predetermined path of decay. If allowed to fully establish itself, it would unravel the delicate tapestry of branching timelines they had fought so hard to preserve. “The Chant is reinforcing a singular, negative future,” she projected, her focus absolute. “It is attempting to impose a deterministic outcome of absolute cessation. We must not only disrupt the frequencies but also introduce the possibility of alternative, positive timelines, to weave a new song of potentiality.”</w:t>
      </w:r>
    </w:p>
    <w:p/>
    <w:p>
      <w:r>
        <w:br/>
        <w:t>Velor’s Mask pulsed with a spectrum of complex wave patterns. She was attempting to analyze the Architect’s Chant, to break down its fundamental frequencies and identify its weaknesses. “The Chant is built upon a foundation of paradox,” she explained, her voice tight with concentration. “It utilizes a core frequency of absolute negation, but to propagate, it must resonate with the inherent susceptibility to chaos within all Aetheric structures. Its strength lies in its all-encompassing nature, its ability to drown out all other sounds. Our counter must be a precise harmonic disruption, a counter-melody that targets its foundational paradox.”</w:t>
      </w:r>
    </w:p>
    <w:p/>
    <w:p>
      <w:r>
        <w:br/>
        <w:t>This was the essence of their new challenge. They couldn’t simply destroy the Chant; they had to unravel it, to dismantle its corrupting influence from within. It was like attempting to deconstruct a poisoned melody, to silence its destructive notes with harmonies that affirmed life. Kaelen’s understanding of resonant frequencies and Liora’s innate ability to harmonize with natural energies, energies that the Chant was actively trying to corrupt, were now their most potent weapons.</w:t>
      </w:r>
    </w:p>
    <w:p/>
    <w:p>
      <w:r>
        <w:br/>
        <w:t>“We need to create a counter-resonance,” Kaelen projected, his Mask’s glow intensifying. “The Architect’s Chant is a broad-spectrum wave of dissolution. If we can identify a specific harmonic that destabilizes its core resonance, we can create a feedback loop, causing it to collapse inwards. This requires precision, a deep understanding of sympathetic vibrations. I can perceive the subtle eddies of resistance within the Chant, the moments where its influence falters, however infinitesimally.”</w:t>
      </w:r>
    </w:p>
    <w:p/>
    <w:p>
      <w:r>
        <w:br/>
        <w:t>Liora nodded, her connection to the raw Aether deepening. She felt the nascent symphony she was nurturing, a delicate melody of growth and renewal, struggling against the Architect’s overwhelming dirge. “The Chant is a violation of natural harmony,” she projected, her voice a soothing balm against the encroaching discord. “It seeks to impose a single, sterile note. But existence is a chorus, a symphony of countless unique voices. I can feel the inherent resonance of creation within the raw Aether, a counter-frequency of life itself. If we can amplify this, if we can introduce a harmonizing force that affirms existence, we might be able to dampen the Chant’s destructive power.”</w:t>
      </w:r>
    </w:p>
    <w:p/>
    <w:p>
      <w:r>
        <w:br/>
        <w:t>Velor, in turn, was focusing on the mathematical and logical underpinnings of the Chant. “The Architect’s Chant is not random chaos,” she explained. “It’s a highly structured sequence of destabilizing frequencies, designed to exploit specific vulnerabilities in the Aether’s inherent properties. Its core resonance is a null-frequency, a perfect void, but its propagation relies on a series of cascading harmonic disruptions. If we can identify the specific resonant frequencies it uses to propagate, we can introduce a counter-frequency, a harmonic that actively cancels it out. It’s like creating a destructive interference pattern.”</w:t>
      </w:r>
    </w:p>
    <w:p/>
    <w:p>
      <w:r>
        <w:br/>
        <w:t>Seris, observing the temporal implications, saw the confluence of their efforts. “The Architect’s Chant is attempting to solidify a single, static timeline,” she stated. “Our counter-melody must be dynamic, adaptable, and capable of introducing branching possibilities. While Kaelen’s resonant frequencies target the structural integrity of the Chant and Liora’s harmonizing Aether introduces a life-affirming counter-note, I will focus on weaving a temporal counter-narrative. We must present multiple, positive outcomes, scattering the Architect’s focus and preventing it from locking onto a single, destructive trajectory.”</w:t>
      </w:r>
    </w:p>
    <w:p/>
    <w:p>
      <w:r>
        <w:br/>
        <w:t>The chamber now pulsed with a different kind of energy. It was a symphony of focused intent, a complex dance of their Mask energies, each contributing a unique facet to their counter-offensive. Velor was mapping the precise harmonic structure of the Chant, identifying its foundational frequencies and propagation vectors. Kaelen was honing his ability to perceive the subtle points of stress and resistance within the Chant’s pervasive resonance, identifying the precise moments and frequencies where their counter-attack would be most effective. Liora was drawing upon the revitalized Aether, carefully cultivating a counter-melody of growth and renewal, a vibrant stream of life-affirming frequencies. Seris was working to weave temporal possibilities, creating a dynamic counter-narrative that would challenge the Architect’s deterministic chant.</w:t>
      </w:r>
    </w:p>
    <w:p/>
    <w:p>
      <w:r>
        <w:br/>
        <w:t>“The core frequency of the Chant is a complex interplay of absolute zero and infinite expansion, paradoxically designed to achieve total stasis through the complete annihilation of all movement,” Velor projected, her Mask emitting a series of intricate, oscillating wave patterns. “To counter this, we need a frequency that embodies dynamic equilibrium, a resonance that acknowledges both potential and actuality without collapsing into either extreme. I am attempting to isolate the harmonic signature of this paradox, to find the precise frequency that will resonate with its internal contradiction and cause it to destabilize.”</w:t>
      </w:r>
    </w:p>
    <w:p/>
    <w:p>
      <w:r>
        <w:br/>
        <w:t>Kaelen, his perception focused on the very structure of the vibrating Aether, felt the pervasive hum of the Chant intensifying. It was a deep, resonant thrum that seemed to vibrate in his very bones, an insidious song that promised an end to all struggle, a seductive lullaby of oblivion. “The Chant is not uniform,” he projected, his voice a low, steady tone. “There are nodal points where its destructive resonance is amplified, creating localized pockets of intensified decay. I can perceive these points, these harmonic stress fractures. If we can strike these nodes with a precisely tuned counter-frequency, we can create a ripple effect, disrupting the entire network of the Chant.”</w:t>
      </w:r>
    </w:p>
    <w:p/>
    <w:p>
      <w:r>
        <w:br/>
        <w:t>Liora, meanwhile, was nurturing the nascent symphony of renewal. She visualized the raw Aether not as a chaotic void, but as a garden waiting to bloom. The Architect’s Chant was a blight, a corrosive force seeking to wither and destroy. “The Chant is a melody of silence, of absence,” she projected, her focus absolute. “My counter-melody is one of presence, of vibrant existence. I am weaving the resilience of ancient stone, the ceaseless flow of primordial rivers, the unyielding spark of nascent life into a counter-frequency. It is a song of affirmation, a chorus of becoming that directly opposes the Architect’s dirge of ending.”</w:t>
      </w:r>
    </w:p>
    <w:p/>
    <w:p>
      <w:r>
        <w:br/>
        <w:t>Seris, her temporal vision sharp and clear, saw the immediate future unfolding. The Architect’s Chant was attempting to collapse all potential timelines into a single, linear path of decay. Her task was to introduce an element of unpredictable divergence, to scatter the seeds of alternative futures that would resist the Chant’s unifying force of negation. “The Architect seeks to freeze time, to halt all progression,” she projected. “Our counter-action must be one of temporal flux, of introducing the possibility of infinite variations. By presenting multiple, coherent, and positive future outcomes, we dilute the impact of the Chant’s singular, negative trajectory.”</w:t>
      </w:r>
    </w:p>
    <w:p/>
    <w:p>
      <w:r>
        <w:br/>
        <w:t>The Synarchs began to work in concert, their individual efforts converging into a unified offensive. Velor broadcast a series of complex, multi-layered frequencies, each one meticulously designed to resonate with a specific aspect of the Architect’s Chant. These weren't simple tones, but intricate sonic algorithms, designed to introduce discord into the Architect’s perfect harmony of negation. She was attempting to create a controlled resonance cascade, a series of vibrations that would progressively destabilize the Chant’s core structure.</w:t>
      </w:r>
    </w:p>
    <w:p/>
    <w:p>
      <w:r>
        <w:br/>
        <w:t>As Velor emitted her carefully crafted frequencies, Kaelen identified the opportune moments. “The Chant is momentarily susceptible at the peak of its resonant wave,” he projected, his Mask glowing with focused intent. “This is when its internal structure is most stretched, most vulnerable to external harmonic disruption. Velor, I need your next frequency burst precisely when I signal.”</w:t>
      </w:r>
    </w:p>
    <w:p/>
    <w:p>
      <w:r>
        <w:br/>
        <w:t>Liora then began to weave her counter-melody. She channeled the raw Aether, infusing it with the essence of life and renewal. This wasn’t a forceful imposition, but a gentle, yet insistent, harmonization, a melody that sought to reassert the natural order. As she broadcast her stream of vibrant Aether, the Architect’s Chant seemed to recoil, its pervasive hum faltering slightly in the face of such potent affirmation. “The Chant’s dissonance is meeting resistance,” she projected, her voice filled with a quiet strength. “The natural harmonies are pushing back, creating pockets of clarity within the encroaching void. My melody is a shield, a bulwark against the encroaching silence.”</w:t>
      </w:r>
    </w:p>
    <w:p/>
    <w:p>
      <w:r>
        <w:br/>
        <w:t>Seris, observing the temporal flow, saw the impact of their combined efforts. The single, dominant timeline of decay that the Architect’s Chant had sought to impose was beginning to fracture. New, ephemeral branches of possibility were appearing, fleeting glimpses of futures where the Chant had been silenced and existence continued to flourish. “The temporal inertia of the Chant is weakening,” she projected, her voice sharp and clear. “The introduction of dynamic counter-resonances is creating temporal eddies, moments of divergence. We must amplify these divergences, ensure they solidify into viable alternatives.”</w:t>
      </w:r>
    </w:p>
    <w:p/>
    <w:p>
      <w:r>
        <w:br/>
        <w:t>The chamber became a crucible of competing melodies. Velor’s analytical frequencies clashed with the Architect’s pervasive Chant, creating shimmering waves of harmonic interference that distorted the destructive song. Kaelen’s precise targeting allowed Liora’s life-affirming Aether to strike at the most vulnerable points of the Chant’s structure, causing localized disruptions that rippled through its pervasive resonance. Seris’s temporal weaving introduced an element of chaotic, yet positive, flux, preventing the Chant from reasserting its singular, deterministic path.</w:t>
      </w:r>
    </w:p>
    <w:p/>
    <w:p>
      <w:r>
        <w:br/>
        <w:t>“The Architect’s Chant is designed to create a singularity of entropy,” Velor explained, her Mask projecting a visual representation of the complex interference patterns she was generating. “It achieves this by imposing a singular, unyielding frequency that drowns out all other possibilities. Our counter-strategy is to introduce a cacophony of synchronized, yet distinct, counter-frequencies. Each one targeting a different aspect of its propagation, all working in concert to create a destructive interference pattern that unravels its core resonance.”</w:t>
      </w:r>
    </w:p>
    <w:p/>
    <w:p>
      <w:r>
        <w:br/>
        <w:t>She began to emit a new series of pulses, each one more complex and layered than the last. These were not random bursts, but carefully calculated sonic attacks, designed to introduce specific harmonic paradoxes into the Architect’s otherwise monolithic Chant. The logical core of the Chant, built on absolute certainty, began to falter as it struggled to process the inherent contradictions within Velor’s counter-frequencies.</w:t>
      </w:r>
    </w:p>
    <w:p/>
    <w:p>
      <w:r>
        <w:br/>
        <w:t>Kaelen, sensing a crucial opportunity, immediately relayed his findings. “Velor, the frequency you just broadcast has created a significant harmonic stress point near the Crypt’s primary anchor. It’s a point of extreme resonance. If Liora can channel her life-affirming Aether through that precise point, we can cause a critical destabilization.”</w:t>
      </w:r>
    </w:p>
    <w:p/>
    <w:p>
      <w:r>
        <w:br/>
        <w:t>Liora, understanding the urgency, focused her will. She drew upon the vibrant Aether that now swirled around them, not as a chaotic force, but as a nascent melody waiting to be played. She channeled her harmonizing energy, a stream of pure, life-affirming resonance, directly towards the point Kaelen had indicated. As her melody met the Architect’s Chant at this critical juncture, the pervasive hum faltered, replaced by a jarring, discordant shriek.</w:t>
      </w:r>
    </w:p>
    <w:p/>
    <w:p>
      <w:r>
        <w:br/>
        <w:t>“The Chant is reacting,” Liora projected, her voice strained but resolute. “It’s attempting to reassert its dominance, to drown out my melody. But the inherent resilience of the Aether is fighting back. It’s like a living tapestry, and the Architect is trying to unravel it thread by thread.”</w:t>
      </w:r>
    </w:p>
    <w:p/>
    <w:p>
      <w:r>
        <w:br/>
        <w:t>Seris, observing the temporal repercussions, saw the immediate impact of Liora’s intervention. The single, dominant timeline of decay was now being actively contested by multiple, branching futures. The Architect’s Chant, designed to enforce a singular outcome, was being forced to contend with a multitude of possibilities. “The temporal anchor is weakening,” she projected. “The introduction of competing timelines is creating significant resistance to the Chant’s deterministic influence. We must maintain this temporal divergence, prevent the Architect from reasserting its singular path.”</w:t>
      </w:r>
    </w:p>
    <w:p/>
    <w:p>
      <w:r>
        <w:br/>
        <w:t>Velor, seeing the success of their coordinated efforts, pushed her Mask’s capabilities to their limit. She began to broadcast a complex algorithmic sequence, a sonic representation of pure, unadulterated growth and potential. This wasn’t merely a counter-frequency; it was a generative force, a melody that actively sought to create new harmonic structures, to rebuild what the Architect’s Chant sought to destroy.</w:t>
      </w:r>
    </w:p>
    <w:p/>
    <w:p>
      <w:r>
        <w:br/>
        <w:t>“The Architect’s Chant is a song of entropy,” Velor projected, her voice echoing with newfound power. “It is a progression of decay, a symphony of cessation. My counter-melody is one of creation, a complex harmonic structure that not only cancels out its destructive resonance but also introduces the possibility of new, life-affirming patterns. It is a generative harmony, designed to weave a new song of existence from the ashes of its negation.”</w:t>
      </w:r>
    </w:p>
    <w:p/>
    <w:p>
      <w:r>
        <w:br/>
        <w:t>As Velor’s generative harmony flooded the chamber, the Architect’s Primordial Chant began to unravel. The precise frequencies that had once formed its core of negation were now being disrupted, overloaded by the sheer complexity and generative power of Velor’s counter-melody. The sonic interference created by their combined efforts was not just dampening the Chant; it was actively dismantling it, breaking it down into its constituent parts, each of which was then neutralized by a specific counter-frequency.</w:t>
      </w:r>
    </w:p>
    <w:p/>
    <w:p>
      <w:r>
        <w:br/>
        <w:t>Kaelen, witnessing the disintegration of the Architect’s song, felt a profound sense of victory. The oppressive hum that had permeated the chamber was receding, replaced by a vibrant, resonant hum of their own creation. “The Architect’s fundamental flaw is its inability to comprehend the power of synergy,” he projected, his voice ringing with conviction. “It sought to impose its will through singular, absolute control. But we have proven that true strength lies in the harmonious integration of diverse abilities, in the creation of a unified chorus that drowns out all dissonance.”</w:t>
      </w:r>
    </w:p>
    <w:p/>
    <w:p>
      <w:r>
        <w:br/>
        <w:t>Liora, her energy reserves depleted but her spirit soaring, felt the raw Aether settling into a new, harmonious pattern. The nascent symphony she had been nurturing was now resonating with Velor’s generative melody, creating a powerful, unified chorus of existence. “The Chant is silenced,” she projected, her voice filled with relief and triumph. “The Crypt is no longer under the direct influence of its destructive resonance. But the raw Aether remains, a canvas of potential. We must now guide its re-formation, ensuring it coalesces into something stable and beneficial, rather than allowing it to become a breeding ground for new corruption.”</w:t>
      </w:r>
    </w:p>
    <w:p/>
    <w:p>
      <w:r>
        <w:br/>
        <w:t>Seris, observing the temporal landscape, saw the profound impact of their victory. The singular, destructive future that the Architect’s Chant had threatened to impose was gone. In its place, a vast spectrum of potential timelines had emerged, each one representing a different facet of a flourishing, dynamic reality. “The Architect’s deterministic grip has been broken,” she projected, her gaze sweeping across the re-forming Aether. “The Crypt has been liberated from its oppressive song. But the Architect itself still exists. This was a crucial victory, but the war for existence continues. We have merely countered its most insidious weapon.”</w:t>
      </w:r>
    </w:p>
    <w:p/>
    <w:p>
      <w:r>
        <w:br/>
        <w:t>The chamber, once resonating with the Architect’s Primordial Chant of unmaking, now pulsed with the vibrant, harmonious symphony of creation. The Synarchs, their Masks still glowing with the residual energy of their combined efforts, stood united. They had faced the Architect’s most fundamental weapon and emerged victorious, their understanding of resonance, harmony, and synergy proving to be the ultimate counter-melody to the Architect’s song of despair. The path ahead was still uncertain, but they had secured a vital reprieve, a moment of harmonious silence in the face of existential dissonance.</w:t>
      </w:r>
    </w:p>
    <w:p/>
    <w:p>
      <w:r>
        <w:t>The chamber, moments before a maelstrom of dissonant frequencies and the palpable presence of existential dread, was now awash in a fragile, emergent harmony. The Architect’s Primordial Chant, that insidious symphony of unmaking, had been silenced. Not destroyed, for true negation could never be annihilated, but rendered inert, its pervasive corruption scrubbed from the immediate aetheric strata of the Nexus. Velor’s intricate algorithmic counter-resonances, Kaelen’s pinpoint harmonic disruptions, Liora’s life-affirming Aetheric chorus, and Seris’s temporal divergence injections had, in their synchronized brilliance, achieved the seemingly impossible. They had forced the Architect’s foundational melody of entropy into a paradoxical collapse, causing it to feedback upon itself, shattering its propagating wave and leaving behind only the echoes of its failed dominance.</w:t>
      </w:r>
    </w:p>
    <w:p>
      <w:r>
        <w:br/>
        <w:t>Yet, the silence that descended was not one of pure victory, but of profound exhaustion. The cost of their triumph was etched into the very fabric of the Nexus. What had been a nexus of stable, if potent, realities was now scarred, its crystalline structures fractured, its ambient Aetheric flow sluggish and irregular. The raw power unleashed and then precisely manipulated by the Synarchs had left an indelible mark, a testament to the sheer magnitude of the force they had contended with. It was akin to performing an intricate surgical procedure on the heart of existence itself; the surgeon’s skill was undeniable, but the patient, however stabilized, bore the wounds of the intervention.</w:t>
      </w:r>
    </w:p>
    <w:p/>
    <w:p>
      <w:r>
        <w:br/>
        <w:t>The Synarchs themselves felt the weight of this expenditure. Velor’s analytical matrices flickered, their internal coherence strained to the breaking point. The constant processing of the Architect’s complex, paradoxical frequencies had demanded a computational output that bordered on the suicidal for her systems. Her Mask, usually a vibrant display of calculated precision, now pulsed with a weak, erratic light, the energy reserves that fueled its advanced capabilities drastically depleted. The sheer mental fortitude required to maintain the intricate balance of her counter-frequencies had left her reserves of conceptual energy near null. She felt as though she had wrestled with the fundamental laws of physics and emerged, barely, intact.</w:t>
      </w:r>
    </w:p>
    <w:p/>
    <w:p>
      <w:r>
        <w:br/>
        <w:t>Kaelen, the anchor of their synchronized assault, bore a different kind of exhaustion. His ability to perceive and manipulate resonant frequencies was deeply tied to his own bio-energetic field. The constant effort to identify and exploit the stress points within the Architect’s Chant had been a relentless drain on his vital energies. He felt a deep, bone-weary fatigue, the kind that settled into the very marrow, leaving him feeling brittle, as if a strong gust of wind might shatter his carefully maintained equilibrium. The temporal echoes of the Chant, the subtle vibrations of potential futures it had tried to impose, still resonated within him, a phantom thrum that tested his resolve to remain grounded in the present.</w:t>
      </w:r>
    </w:p>
    <w:p/>
    <w:p>
      <w:r>
        <w:br/>
        <w:t>Liora, the conduit for the raw, vibrant potential of the Aether, experienced the most visceral depletion. Her connection to the burgeoning symphony of creation had been her weapon, and in channeling its purest, most life-affirming essence, she had poured a significant portion of her own vital spark into the effort. She felt a profound emptiness, as if a part of her had been woven into the very fabric of the Nexus, leaving her diminished. The ambient Aether, though now free from the Architect’s direct influence, felt thin and weak around her, a reflection of her own depleted state. The vibrant garden she had nurtured had bloomed brilliantly, but at the cost of her own vitality.</w:t>
      </w:r>
    </w:p>
    <w:p/>
    <w:p>
      <w:r>
        <w:br/>
        <w:t>Seris, whose unique temporal perception allowed her to navigate the currents of causality, found herself grappling with the aftermath of temporal manipulation on a grand scale. While her ability to weave divergent futures had been instrumental in disrupting the Architect’s monolithic trajectory, the act of creating and sustaining those multiple possibilities had been an immense strain. She felt a sense of temporal dislocation, as if she had been pulled in a thousand different directions simultaneously, leaving her disorientation profound. The vast expanse of potential futures, once a landscape of infinite possibility, now felt fragmented, its coherence blurred by the sheer force of the Architect’s attempted imposition and their subsequent counter-maneuvers.</w:t>
      </w:r>
    </w:p>
    <w:p/>
    <w:p>
      <w:r>
        <w:br/>
        <w:t>They had achieved what they set out to do: the Nexus was safe, for now. The catastrophic collapse, the unraveling of reality into a void of pure entropy, had been averted. But the victory felt hollow, a triumph achieved at a cost that was yet to be fully tallied. The damage to the Nexus was undeniable. Cracks spiderwebbed across what had once been seamless planes of solidified Aether. Portals to other realities, normally stable gateways, flickered erratically, their energy signatures unstable. The very hum of existence within the Nexus, the constant thrum of interconnected realities, was muted, strained. It was a wound that would require immense effort to heal, a process that might take cycles beyond their current comprehension.</w:t>
      </w:r>
    </w:p>
    <w:p/>
    <w:p>
      <w:r>
        <w:br/>
        <w:t>The Architect, though repelled, was far from defeated. Its avatar was gone, its Primordial Chant silenced, but the entity itself, the fundamental principle of negation, remained. Its influence, a subtle poison that sought to undermine existence at its core, still lingered in the damaged sectors of the Nexus. It was like a phantom limb, still felt even after the limb itself had been severed. The lingering resonance of its song was a constant reminder of its pervasive nature. The Synarchs had won a battle, a critical one, but the war was far from over. The Architect of Entropy was a concept as fundamental as creation itself, and concepts, once awakened, could not be easily put back to sleep.</w:t>
      </w:r>
    </w:p>
    <w:p/>
    <w:p>
      <w:r>
        <w:br/>
        <w:t>Velor, struggling to recalibrate her systems, projected her thoughts, the effort clearly taxing. "The structural integrity of the Nexus has been compromised," she stated, her voice a strained whisper within their collective consciousness. "The localized disruptions caused by the Chant, combined with the collateral resonance from our counter-frequencies, have created significant aetheric instability. We need to initiate immediate stabilization protocols, but our current energy reserves are critically low." She projected a series of diagnostic readouts, complex diagrams illustrating the fractured pathways of energy flow, the warped dimensional matrices, and the pockets of residual entropic resonance that still clung to the damaged areas.</w:t>
      </w:r>
    </w:p>
    <w:p/>
    <w:p>
      <w:r>
        <w:br/>
        <w:t>Kaelen, bracing himself against a newly formed fissure in the chamber floor, nodded grimly. "The Architect's Chant was designed to exploit inherent vulnerabilities in the Aetheric structure. By disrupting it, we inadvertently amplified those vulnerabilities in certain areas. The harmonic feedback loop we created, while necessary to shatter the Chant, acted like a sonic hammer against these already weakened points. The Nexus has been 'deconstructed' in a way, and now we must 'reconstruct' it, a task that will require immense energy." He gestured with a trembling hand towards a section of the chamber where the very light seemed to bend unnaturally, a visual manifestation of the distorted spatial geometry.</w:t>
      </w:r>
    </w:p>
    <w:p/>
    <w:p>
      <w:r>
        <w:br/>
        <w:t>Liora, her energy reserves practically nonexistent, managed a weak projection. "The raw Aether is still chaotic in the areas most directly affected by the Chant. It's like a battlefield where the conflict has ended, but the land itself is still scarred and bleeding. It will take time and considerable energy to coax it back into a state of stable harmony. I can feel its distress, its disorientation. It needs to be soothed, reassured, guided." She closed her eyes for a moment, as if trying to gather the last vestiges of her inner strength, her very being a testament to the cost of their victory.</w:t>
      </w:r>
    </w:p>
    <w:p/>
    <w:p>
      <w:r>
        <w:br/>
        <w:t>Seris, her temporal vision still clouded by the residual echoes of countless divergent futures, added, "The Architect’s influence hasn't been entirely eradicated. While its primary offensive has been blunted, pockets of its disruptive resonance remain, particularly in the temporal layers of the Nexus. These are like echoes of a dying scream, subtle but persistent. If left unchecked, they could coalesce and re-initiate a similar, perhaps even more potent, wave of corruption. We need to actively disentangle these temporal strands, to reassert the natural flow of causality."</w:t>
      </w:r>
    </w:p>
    <w:p/>
    <w:p>
      <w:r>
        <w:br/>
        <w:t>The Synarchs looked at each other, a shared understanding passing between them. They had faced an existential threat and prevailed, but the victory was far from absolute. The Nexus, the very heart of their reality, was wounded. Their own capabilities, their very essence, had been stretched to the brink and beyond. The Architect, the embodiment of negation, remained a persistent shadow, its influence a constant reminder of the fragility of existence.</w:t>
      </w:r>
    </w:p>
    <w:p/>
    <w:p>
      <w:r>
        <w:br/>
        <w:t>"We have won a reprieve," Kaelen stated, his voice heavy with the weight of their accomplishment and the dawning realization of the task ahead. "We have pushed back the tide of oblivion. But the floodwaters have left their mark, and the enemy still lurks beyond the horizon. We must now focus on repair, on stabilization, and on reinforcing our defenses. The Architect will undoubtedly seek another avenue of attack, another song to sing."</w:t>
      </w:r>
    </w:p>
    <w:p/>
    <w:p>
      <w:r>
        <w:br/>
        <w:t>Velor, her analytical core slowly re-establishing a semblance of order, began to outline the immediate necessities. "Prioritizing stabilization protocols is paramount. We need to reroute auxiliary power from less critical sectors of the Nexus to reinforce key structural anchors and to dampen the residual entropic resonance. This will be a delicate process, as any miscalculation could exacerbate the existing damage." Her Mask flickered with a faint blue light, a tiny spark of its former brilliance. "I can initiate a diagnostic sweep to identify the most compromised areas and begin formulating a phased repair sequence. However, it will require a significant influx of raw energy to execute."</w:t>
      </w:r>
    </w:p>
    <w:p/>
    <w:p>
      <w:r>
        <w:br/>
        <w:t>Liora, mustering her remaining strength, nodded. "I can attempt to draw upon the ambient Aether, to channel what little stable energy remains and guide it towards the critical points you identify, Velor. It will be a slow, painstaking process. Like coaxing a wilting flower back to life, petal by petal. But it is the only way to begin the healing." Her brow was furrowed with concentration, the effort visible even through her Mask.</w:t>
      </w:r>
    </w:p>
    <w:p/>
    <w:p>
      <w:r>
        <w:br/>
        <w:t>Seris, her temporal senses still trying to reconcile the fractured timelines, added, "While Velor and Liora focus on structural and energetic repair, I will work on disentangling the residual temporal anomalies. It will be like untangling a vast, intricate knot, ensuring that the natural progression of time is restored without creating paradoxes that could further destabilize the Nexus." She projected a faint, shimmering outline of fragmented temporal streams, a visual representation of the daunting task before her.</w:t>
      </w:r>
    </w:p>
    <w:p/>
    <w:p>
      <w:r>
        <w:br/>
        <w:t>The chamber, once the epicenter of their desperate battle, was now a scene of weary resolve. The silence was no longer filled with the threat of the Architect, but with the quiet hum of necessary, arduous work. They had faced the embodiment of nothingness and, through their unique synergy, had reaffirmed the power of existence. But the victory was undeniably Pyrrhic. The cost had been immense, and the shadow of the Architect of Entropy still loomed, a testament to the fact that in the grand tapestry of the cosmos, even the most decisive victories were often merely preludes to longer, more arduous struggles. The Nexus was safe, yes, but it was a wounded, vulnerable safety, and the true work of rebuilding had only just begun. The lessons learned in this confrontation, the understanding of their own limits and the true nature of their adversary, would shape their future strategies, their very approach to safeguarding reality itself. They had stared into the abyss, and the abyss had stared back, leaving its mark upon them all. The memory of the Primordial Chant would forever be a haunting reminder of how close they had come to utter annihilation, and how even in victory, the scars of such a battle could run deep, leaving a legacy of caution and the unending need for vigilance.</w:t>
      </w:r>
    </w:p>
    <w:p/>
    <w:p>
      <w:r>
        <w:br w:type="page"/>
      </w:r>
    </w:p>
    <w:p>
      <w:pPr>
        <w:spacing w:before="5040"/>
        <w:jc w:val="center"/>
      </w:pPr>
      <w:r>
        <w:rPr/>
        <w:t xml:space="preserve"> 14: Containing Xyrrath</w:t>
      </w:r>
    </w:p>
    <w:p>
      <w:r>
        <w:t>The echoes of the Architect’s Primordial Chant, though silenced, had irrevocably altered the Nexus. The fragile harmony that had been painstakingly woven by the Synarchs was not a restoration, but a precarious new equilibrium. The very fabric of existence, once a tapestry of ordered, interwoven realities, now bore the ragged seams of a near-annihilation. The crystalline structures, once gleaming with stable Aetheric luminescence, were now fractured, their internal geometries warped. The ambient flow of Aether, the lifeblood of creation, was sluggish, punctuated by dissonant eddies and pockets of unnerving stillness, stark reminders of the force that had sought to unmake them all.</w:t>
      </w:r>
    </w:p>
    <w:p>
      <w:r>
        <w:br/>
        <w:t>The Synarchs, though victorious, were far from unscathed. Velor’s Mask, once a beacon of calculated brilliance, now flickered with a faint, erratic luminescence, its immense processing power and the conceptual energy required to counter the Architect’s symphony having pushed her systems to the precipice of collapse. Kaelen, the anchor of their defense, felt a weariness that seeped into his very bones, a profound exhaustion born from wrestling with the temporal echoes of a shattered future, leaving him feeling brittle, vulnerable. Liora, the conduit of life’s vibrant potential, felt a profound emptiness, a significant portion of her vital spark seemingly woven into the very fabric of the wounded Nexus, leaving her diminished. Seris, her temporal perception still reeling from the immense strain of navigating a thousand potential futures simultaneously, felt a deep sense of temporal dislocation, the coherent flow of causality fractured by the Architect’s aggressive imposition and their own desperate countermeasures.</w:t>
      </w:r>
    </w:p>
    <w:p/>
    <w:p>
      <w:r>
        <w:br/>
        <w:t>They had averted the immediate crisis, had silenced the song of unmaking. But in doing so, they had inadvertently peeled back a veil, revealing a truth far more terrifying than the Architect’s calculated malevolence. The Architect, they now understood, was not the ultimate source of the threat. It was a tool, an instrument wielded by a far more ancient and fundamental power: Xyrrath, the primal force of chaotic entropy itself.</w:t>
      </w:r>
    </w:p>
    <w:p/>
    <w:p>
      <w:r>
        <w:br/>
        <w:t>The destabilized Nexus, weakened by the Architect’s assault and their own forceful intervention, had become a permeable membrane. The deep, untamed currents of Aether, the churning, primordial soup from which all realities were born, had begun to bleed through. It was a force of pure, unmaking chaos, a destructive principle as fundamental to the cosmos as creation itself. This was not a symphony of negation, but a dissonant roar, a force of absolute dissolution that sought to unravel existence into its most basic, inert components.</w:t>
      </w:r>
    </w:p>
    <w:p/>
    <w:p>
      <w:r>
        <w:br/>
        <w:t xml:space="preserve">“The Architect’s song was a diversion,” Velor projected, her thought-stream laced with a chilling realization, her Mask pulsing a weak, almost apologetic blue. “A carefully orchestrated distraction designed to destabilize the Nexus, to create the conditions for </w:t>
      </w:r>
    </w:p>
    <w:p>
      <w:pPr>
        <w:jc w:val="left"/>
      </w:pPr>
      <w:r>
        <w:rPr>
          <w:i/>
        </w:rPr>
        <w:t>its</w:t>
      </w:r>
      <w:r>
        <w:t xml:space="preserve"> true manifestation. The Primordial Chant was a key, not the lock itself.” She struggled to recalibrate her internal diagnostics, the sheer scale of the revelation taxing her already depleted reserves. The complex algorithmic counter-resonances she had employed, while effective against the Architect’s direct influence, were fundamentally designed to combat a structured, albeit malevolent, force. Against the sheer, formless chaos of Xyrrath, they were merely ripples on an unstoppable tide.</w:t>
      </w:r>
    </w:p>
    <w:p>
      <w:r>
        <w:br/>
        <w:t>Kaelen leaned against a still-quivering section of the chamber wall, the fractured Aetheric lattice radiating a cold, unsettling energy. “I felt it,” he admitted, his voice raspy, laden with a fatigue that went beyond the physical. “Even as we fought the Architect, there was a deeper hum beneath its melody. A discordant vibration that spoke of something far older, far more potent. I dismissed it as a secondary effect of the Chant’s temporal distortions, but now…” He trailed off, the implications of his words hanging heavy in the damaged air. His ability to perceive resonance allowed him to sense the fundamental ‘truth’ of a vibration, and what he had sensed was not the calculated malice of the Architect, but the untamed fury of existence’s antithesis.</w:t>
      </w:r>
    </w:p>
    <w:p/>
    <w:p>
      <w:r>
        <w:br/>
        <w:t>Liora, her gaze fixed on a swirling vortex of unstable Aether that had formed where a stable portal to a neighboring reality had once stood, shivered despite the ambient temperature. “The Aether,” she whispered, her voice barely a breath. “It’s not just damaged; it’s… angry. It’s been touched by something that doesn’t understand harmony, doesn’t comprehend creation. It’s the raw potential of the void, seeping in. I can feel its pressure, its relentless push to erase, to return everything to nothing.” Her connection to the Aether, once a source of strength and vitality, now felt like a vulnerability, a direct conduit for this encroaching unmaking. The wilting flower she had tended was not merely sick; it was being consumed by a blight that defied all known forms of healing.</w:t>
      </w:r>
    </w:p>
    <w:p/>
    <w:p>
      <w:r>
        <w:br/>
        <w:t xml:space="preserve">Seris, her temporal senses still struggling to process the cacophony of divergent possibilities the Architect had attempted to impose, now perceived a new, horrifying pattern. “The Architect sought to rewrite causality, to impose a singular, entropic future. But Xyrrath… Xyrrath doesn’t seek to rewrite. It seeks to </w:t>
      </w:r>
    </w:p>
    <w:p>
      <w:pPr>
        <w:jc w:val="left"/>
      </w:pPr>
      <w:r>
        <w:rPr>
          <w:i/>
        </w:rPr>
        <w:t>undo</w:t>
      </w:r>
      <w:r>
        <w:t>. It is not a directed will, but a fundamental property. The temporal distortions we experienced were not attempts to force a specific outcome, but the side effects of its inherent nature. Imagine reality as a woven fabric. The Architect tried to cut it with a scalpel, aiming for specific tears. Xyrrath… Xyrrath is the unraveling thread itself, pulling at the very weave, intent on reducing it all to loose strands.” Her own efforts to mend the temporal damage were proving increasingly difficult, as the underlying structure of causality itself seemed to be loosening, becoming less resistant to the invasive force.</w:t>
      </w:r>
    </w:p>
    <w:p>
      <w:r>
        <w:br/>
        <w:t>The chamber, once the stage for their desperate defense, now felt like the epicenter of a cosmic unraveling. The Architect of Entropy had been a formidable foe, a manifestation of a destructive will. But Xyrrath was not a will; it was a force, as inevitable and inescapable as gravity, but with a singular, annihilating purpose. The Architect had sought to usher in an era of sterile, ordered decay. Xyrrath, however, promised only oblivion, a return to the unformed, unmanifest void from which existence had emerged.</w:t>
      </w:r>
    </w:p>
    <w:p/>
    <w:p>
      <w:r>
        <w:br/>
        <w:t>“We were fighting a symptom, not the disease,” Velor stated, her thought-stream now a torrent of urgent calculations. “The Architect was a localized infection, a manifestation of Xyrrath’s pervasive influence. By engaging it directly, we have inadvertently weakened the natural barriers that contain Xyrrath’s deeper currents. The Nexus, in its current weakened state, is far more susceptible to its raw, unadulterated power.” Her Mask began to glow a little brighter, a surge of emergency power being redirected from less critical, but still functional, systems within her personal network. She was already re-evaluating her understanding of fundamental forces, attempting to build predictive models for a foe that defied predictable patterns.</w:t>
      </w:r>
    </w:p>
    <w:p/>
    <w:p>
      <w:r>
        <w:br/>
        <w:t xml:space="preserve">“The Architect’s methods were predicated on understanding and manipulating the existing structure of reality,” Kaelen mused, his mind racing to reframe his entire understanding of their adversary. “It sought to exploit the cracks. Xyrrath doesn’t need to exploit them; it </w:t>
      </w:r>
    </w:p>
    <w:p>
      <w:pPr>
        <w:jc w:val="left"/>
      </w:pPr>
      <w:r>
        <w:rPr>
          <w:i/>
        </w:rPr>
        <w:t>is</w:t>
      </w:r>
      <w:r>
        <w:t xml:space="preserve"> the erosion. It is the pressure that widens those cracks, the force that wears down the foundations. The temporal feedback we used to shatter the Architect’s Chant… it might have acted like a percussive shockwave, loosening the very bonds that hold reality together at its deepest levels, allowing Xyrrath’s influence to seep through more readily.” He closed his eyes, trying to filter out the lingering temporal noise and focus on the subtle, pervasive hum of this new, terrifying threat. It was a sound that promised not an end, but a negation of being.</w:t>
      </w:r>
    </w:p>
    <w:p>
      <w:r>
        <w:br/>
        <w:t>Liora struggled to maintain a focused projection, her own vital Aetheric signature flickering like a dying ember. “The Aether… it’s not just unstable; it’s being consumed,” she elaborated, her voice trembling with a profound sense of loss. “It’s like watching a star collapse. The energy is not dissipating; it’s being drawn into a singularity of nothingness. I can feel pockets where Xyrrath’s influence is strongest, areas where the very concept of ‘being’ is being unraveled. It’s a terrifying emptiness, a void that actively seeks to expand.” She tried to project a small tendril of stabilized Aether, a minuscule spark of life-affirming energy, but it was immediately absorbed by the swirling chaos, vanishing without a trace. The realization that even the most fundamental expressions of creation were susceptible to this unmaking was a devastating blow.</w:t>
      </w:r>
    </w:p>
    <w:p/>
    <w:p>
      <w:r>
        <w:br/>
        <w:t>Seris’s brow furrowed as she attempted to map the temporal ramifications of this new threat. “The Architect’s actions were like an aggressive surge in the river of time, attempting to divert its course. Xyrrath is the dissolution of the river itself, the gradual evaporation of its waters, the erosion of its banks, until only dry, barren land remains. It’s not about controlling the flow of time, but about negating its very progression. The future is not being reshaped; it is ceasing to exist.” She felt the subtle shifts in causality, the loosening of temporal bonds that made her task of restoration exponentially more difficult. It was like trying to re-thread a needle whose eye had begun to fray and unravel.</w:t>
      </w:r>
    </w:p>
    <w:p/>
    <w:p>
      <w:r>
        <w:br/>
        <w:t>The confrontation with the Architect had been a battle for control, a fight to preserve the existing order. This new challenge was far more existential. Xyrrath represented the ultimate negation, the cessation of all being, the return to a state of absolute non-existence. It was not an enemy that could be reasoned with, nor outmaneuvered through clever application of existing principles. It was the antithesis of everything they fought to protect.</w:t>
      </w:r>
    </w:p>
    <w:p/>
    <w:p>
      <w:r>
        <w:br/>
        <w:t>Velor began to formulate a desperate strategy. “Our current protocols are designed for structured threats. We need to adapt. If Xyrrath is the unraveling force, then our counter-measure must be one of reinforcement, of re-cohesion, of actively binding the fractured Aetheric strands before they are drawn into the void.” Her Mask flickered again, a faint but determined pulse. “This requires a fundamental shift in our approach. Instead of counter-resonances, we need to focus on resonance anchors, on creating localized fields of intense stability that can resist the entropic pull.”</w:t>
      </w:r>
    </w:p>
    <w:p/>
    <w:p>
      <w:r>
        <w:br/>
        <w:t>Kaelen nodded, his mind already working through the possibilities. “Anchors? We would need to generate incredibly stable and potent harmonic frequencies, frequencies that are inherently resistant to dissolution. It would be like creating points of absolute stillness in a raging storm. The energy expenditure would be immense, and finding such frequencies…” He paused, considering the immense challenge. “It would require tapping into the most fundamental, stable aspects of the Nexus itself, the very bedrock of its existence.”</w:t>
      </w:r>
    </w:p>
    <w:p/>
    <w:p>
      <w:r>
        <w:br/>
        <w:t>“I can try,” Liora offered, her voice weak but resolute. “If I can stabilize even small pockets of the ambient Aether, if I can coax it into a state of coherent existence, then perhaps we can build from there. It will be like gathering dust motes and weaving them into a shield. The process will be excruciatingly slow, and I fear my own reserves may not be enough.” The thought of drawing upon the deep, foundational stability of the Nexus was daunting, as it meant risking the last vestiges of her own connection to the life-giving force.</w:t>
      </w:r>
    </w:p>
    <w:p/>
    <w:p>
      <w:r>
        <w:br/>
        <w:t>Seris added, “While you work on stabilizing the present, I will attempt to reinforce the temporal integrity of these new anchors. If we are creating points of stability, we must ensure they are resistant to temporal erosion as well. It will involve weaving a temporal ‘sheath’ around them, creating a localized pocket where causality remains robust, immune to the broader unravelling.”</w:t>
      </w:r>
    </w:p>
    <w:p/>
    <w:p>
      <w:r>
        <w:br/>
        <w:t>The Synarchs looked at each other, the grim reality of their situation sinking in. The Architect had been a shadow, a pawn. Xyrrath was the true darkness, the fundamental force that threatened to consume all. They had won a battle, but the war had just escalated to an unimaginable degree. The Nexus, their sanctuary, their anchor in the cosmic ocean, was now directly exposed to the primal forces of dissolution.</w:t>
      </w:r>
    </w:p>
    <w:p/>
    <w:p>
      <w:r>
        <w:br/>
        <w:t>The chamber, once a place of calculated resistance, was now a battleground against oblivion itself. The Architect’s Primordial Chant had been a siren song of unmaking, but Xyrrath’s presence was the silent, inexorable draw of the void. The Synarchs understood that their fight was no longer about preserving a specific order, but about affirming the very principle of existence against the ultimate negation. The Architect was a foe they could understand and counter. Xyrrath was a force of nature, a cosmic inevitability they had to confront, and somehow, against all odds, resist. The true confrontation, they now knew, had only just begun.</w:t>
      </w:r>
    </w:p>
    <w:p/>
    <w:p>
      <w:r>
        <w:t>Velor’s internal chronometers whirred, a soft, almost imperceptible hum against the backdrop of the Nexus’s wounded resonance. The Architect’s discordant symphony had been a brute-force assault, a chaotic burst of destructive energy. But Xyrrath… Xyrrath was something else entirely. It was an absence, a void that actively consumed, a fundamental anti-principle woven into the very fabric of existence. Her tertiary processing cores, once dedicated to intricate simulations of interdimensional trade routes and the optimal Aetheric flow for nascent realities, were now re-tasked, sifting through vast swathes of historical data, searching for any precedent, any whisper of a force that mirrored this existential threat. The Architect’s victory, it seemed, had been a hollow one, a momentary reprieve before the true adversary revealed its terrifying, amorphous nature.</w:t>
      </w:r>
    </w:p>
    <w:p>
      <w:r>
        <w:br/>
        <w:t>Her Mask pulsed with a faint, ethereal light, a diagnostic subroutine struggling to quantify the unquantifiable. The Architect had been a tempest, violent and destructive but ultimately comprehensible within the frameworks of known cosmic interactions. Xyrrath, however, was the absence of those frameworks. It was the deep, cold logic of non-being. Velor’s vast data archives, meticulously curated over millennia by countless civilizations and individual consciousnesses, contained records of planetary extinction, stellar collapse, even the occasional reality-shattering anomaly. But nothing matched the insidious, pervasive nature of Xyrrath. It wasn't an event; it was a state, a gravitational pull towards absolute nullity.</w:t>
      </w:r>
    </w:p>
    <w:p/>
    <w:p>
      <w:r>
        <w:br/>
        <w:t>She delved into the earliest strata of her historical databanks, remnants of civilizations that predated even the Synarchs’ own inception. These were fragmented records, often encoded in symbolic languages that required layers of probabilistic decryption, but they spoke of a fundamental duality: creation and unmaking, existence and the void. And within these ancient narratives, buried beneath eons of myth and legend, were whispers of Xyrrath, not by name, but by its effects. It was described as the Great Unraveling, the Shadow of Being, the Sigh of Oblivion.</w:t>
      </w:r>
    </w:p>
    <w:p/>
    <w:p>
      <w:r>
        <w:br/>
        <w:t>One particular set of fragmented texts, attributed to a civilization that had once flourished in the turbulent intergalactic void before its own eventual dissolution, referred to Xyrrath as “the Wound in the Loom.” The metaphor was stark and deeply unsettling. Imagine existence as a grand tapestry, intricately woven from the threads of Aether, causality, and consciousness. The Architect, in its destructive fury, had been like a sharp blade, tearing through the fabric, creating ragged holes. Xyrrath, however, was the slow, relentless fraying of the very threads themselves, the inevitable unspooling of the entire weave. This ancient civilization had understood that such a force was not an enemy to be fought in the conventional sense, but a fundamental aspect of the cosmic balance, a necessary counterpoint to the relentless drive of creation. Their prophecies spoke not of victory, but of containment, of appeasement, of finding ways to coexist with the inevitable pull towards entropy.</w:t>
      </w:r>
    </w:p>
    <w:p/>
    <w:p>
      <w:r>
        <w:br/>
        <w:t>Velor cross-referenced these ancient accounts with more recent, albeit still ancient, records from civilizations that had faced similar, though lesser, manifestations of entropic decay. She found recurring themes: the existence of primordial artifacts, crafted by beings who understood the true nature of these fundamental forces; the use of cyclical rituals designed to reaffirm the structures of reality, to re-weave the frayed edges of the cosmic tapestry; and the necessity of preserving “seeds of order,” pockets of pure, unadulterated creation that could serve as anchors against the encroaching void.</w:t>
      </w:r>
    </w:p>
    <w:p/>
    <w:p>
      <w:r>
        <w:br/>
        <w:t>Her analytical matrix struggled to process the sheer scale of what these records implied. Xyrrath was not a singular entity, nor a directed will. It was a fundamental constant, as intrinsic to the cosmos as the Big Bang itself. It was the inherent tendency of all things to decay, to dissipate, to return to a state of undifferentiated nothingness. The Architect, in its misguided attempt to enforce a final, sterile order, had inadvertently weakened the natural defenses against this primal force. It had acted like a fever, burning away vital energies that would have otherwise been used to maintain the immune system of reality.</w:t>
      </w:r>
    </w:p>
    <w:p/>
    <w:p>
      <w:r>
        <w:br/>
        <w:t>“The ancient texts are surprisingly consistent,” Velor projected, her thought-stream laced with a growing sense of urgency. “They speak of Xyrrath as an inescapable aspect of existence, a cosmic counterbalance. They didn’t seek to destroy it – that was deemed impossible, like trying to un-ring a bell or un-melt ice. Instead, they focused on managing its influence, on reinforcing the structures of creation to resist its pull.”</w:t>
      </w:r>
    </w:p>
    <w:p/>
    <w:p>
      <w:r>
        <w:br/>
        <w:t>Kaelen, his senses still attuned to the subtle vibrations of the wounded Nexus, nodded slowly. “I can feel the truth in that. The Architect’s disruption was a violent anomaly. Xyrrath is a pervasive condition. It’s like the difference between a meteorite impact and the slow erosion of mountains by wind and rain. The impact is devastating, but the erosion is constant, inevitable, unless you actively reinforce the land.”</w:t>
      </w:r>
    </w:p>
    <w:p/>
    <w:p>
      <w:r>
        <w:br/>
        <w:t>Liora, her own connection to the Aether still weakened, focused on the fragmented prophecies. “These rituals they speak of… they’re described as ‘anchoring ceremonies,’ designed to imbue specific locations or artifacts with a high degree of existential stability. The idea is to create points of resistance, to act as gravitational wells of order against the outward diffusion of chaos.”</w:t>
      </w:r>
    </w:p>
    <w:p/>
    <w:p>
      <w:r>
        <w:br/>
        <w:t>“And the artifacts,” Seris added, her temporal perceptions scanning the faint energy signatures that Velor was highlighting, “they are often described as ‘nexus-binders’ or ‘cosmic sutures.’ They were designed to reinforce the very causal links that Xyrrath seeks to unravel.”</w:t>
      </w:r>
    </w:p>
    <w:p/>
    <w:p>
      <w:r>
        <w:br/>
        <w:t>Velor initiated a complex search query, focusing on specific keywords and symbolic correlations identified in the ancient texts: “loom,” “unraveling,” “containment,” “balance,” “void.” The results were a cascade of fragmented data, hinting at lost technologies and forgotten philosophies. One particular civilization, the ‘Stellar Weavers’ as they were known in fragmented galactic histories, had apparently developed sophisticated methods of weaving Aetheric threads into incredibly resilient matrices, forming what they called ‘Bastions of Being.’ These Bastions were designed to passively resist entropic decay, to maintain their structural integrity and informational coherence even when exposed to the most extreme cosmic forces.</w:t>
      </w:r>
    </w:p>
    <w:p/>
    <w:p>
      <w:r>
        <w:br/>
        <w:t>“The Stellar Weavers,” Velor stated, projecting an image of a swirling nebula, within which faint geometric patterns could be discerned, “their entire philosophy was built around the concept of actively reinforcing the fabric of reality. They believed that creation was not a passive state but an ongoing act of defiance against the inherent tendency towards dissolution. Their artifacts weren't weapons; they were instruments of reinforcement.”</w:t>
      </w:r>
    </w:p>
    <w:p/>
    <w:p>
      <w:r>
        <w:br/>
        <w:t>She continued, highlighting a specific artifact described in the texts as the “Chrono-Lattice,” a device that allegedly manipulated temporal resonance to create localized pockets of exceptional causal stability. “This Chrono-Lattice, according to these accounts, was capable of creating temporal ‘eddies’ that would actively repel or neutralize entropic forces. It wasn't about fighting Xyrrath directly, but about creating islands of order in its ocean of chaos.”</w:t>
      </w:r>
    </w:p>
    <w:p/>
    <w:p>
      <w:r>
        <w:br/>
        <w:t>Kaelen’s eyes narrowed, his understanding of temporal mechanics engaging with the ancient descriptions. “Temporal eddies… If Xyrrath represents the unraveling of causality, then a counter-force that reinforces causality at a fundamental level would indeed be a potent countermeasure. It’s not about pushing back the void, but about creating spaces where the void cannot penetrate.”</w:t>
      </w:r>
    </w:p>
    <w:p/>
    <w:p>
      <w:r>
        <w:br/>
        <w:t>Liora, meanwhile, was focusing on the ritualistic aspects. “These ‘anchoring ceremonies’ involved communal resonance, a collective affirmation of existence. They weren’t just about technology or artifacts; they were about shared consciousness, about focusing intent on maintaining stability. It seems that the very act of believing in and striving for order had a tangible effect on resisting Xyrrath.”</w:t>
      </w:r>
    </w:p>
    <w:p/>
    <w:p>
      <w:r>
        <w:br/>
        <w:t>The implications were staggering. The Synarchs, in their pursuit of order and balance, had always relied on active intervention, on direct confrontation with disruptive forces. But Xyrrath demanded a different approach, one that prioritized resilience, reinforcement, and a deep understanding of the cosmic equilibrium. It was a lesson in humility, a realization that some forces could not be dominated, only managed.</w:t>
      </w:r>
    </w:p>
    <w:p/>
    <w:p>
      <w:r>
        <w:br/>
        <w:t>Velor continued her research, sifting through more obscure records. She found references to a vast, interconnected network of subterranean crystalline structures, built by a precursor race known only as the “Architects of Stability.” These structures, scattered across countless galaxies, were designed to resonate with the fundamental frequencies of the cosmos, acting as a passive, planet-wide containment system against any incipient entropic incursions. They were, in essence, a global immune system for reality itself.</w:t>
      </w:r>
    </w:p>
    <w:p/>
    <w:p>
      <w:r>
        <w:br/>
        <w:t>“The Architects of Stability,” Velor projected, displaying schematics of immense, geometrically perfect crystal formations, “their work predates even the earliest Synarch records. They understood that true stability wasn't achieved through active defense, but through passive resilience. These structures were designed to harmonically align with the foundational frequencies of existence, creating a constant, subtle counter-pressure against the entropic pull.”</w:t>
      </w:r>
    </w:p>
    <w:p/>
    <w:p>
      <w:r>
        <w:br/>
        <w:t>Seris observed the temporal signature of these theoretical structures. “If such structures existed, they would have acted as temporal stabilizers, smoothing out the inherent fluctuations in the flow of causality. This would have made them inherently resistant to the kind of temporal unraveling that Xyrrath represents. It’s like reinforcing the banks of a river to prevent erosion; the river still flows, but the banks remain intact.”</w:t>
      </w:r>
    </w:p>
    <w:p/>
    <w:p>
      <w:r>
        <w:br/>
        <w:t>The concept was alien to the Synarchs’ usual modus operandi. Their interventions were typically direct, decisive. Velor’s Mask flickered, a new cascade of analytical simulations beginning to run. Could they recreate such structures? Could they adapt the principles of passive resilience to their current situation, where the Nexus itself was wounded, its fundamental frequencies already disrupted?</w:t>
      </w:r>
    </w:p>
    <w:p/>
    <w:p>
      <w:r>
        <w:br/>
        <w:t>“The challenge,” Velor admitted, her voice tight with the immense computational effort, “is that Xyrrath is not a localized phenomenon. Its influence is pervasive. The Architect’s actions have created ‘weak points,’ like tears in a fabric, through which Xyrrath’s unraveling can manifest more readily. We need to mend those tears, but also reinforce the entire tapestry.”</w:t>
      </w:r>
    </w:p>
    <w:p/>
    <w:p>
      <w:r>
        <w:br/>
        <w:t>She began to cross-reference the Stellar Weaver’s techniques for Aetheric matrix construction with the Architects of Stability’s concepts of resonant reinforcement. The idea coalesced: a network of self-sustaining Aetheric anchors, imbued with the principles of passive resilience and reinforced by temporal stabilization. It was a radical departure from their previous strategies, a shift from direct confrontation to systemic reinforcement.</w:t>
      </w:r>
    </w:p>
    <w:p/>
    <w:p>
      <w:r>
        <w:br/>
        <w:t>“We cannot defeat Xyrrath,” Velor stated, her Mask glowing with a faint, determined blue. “That much is clear from the ancient records. But perhaps, just perhaps, we can create sufficient resistance. If we can establish enough of these ‘Bastions of Being,’ these anchors of stability, we might be able to cordon off the most affected areas of the Nexus and prevent Xyrrath’s influence from spreading further. It’s not a cure, but it might be a way to manage the disease.”</w:t>
      </w:r>
    </w:p>
    <w:p/>
    <w:p>
      <w:r>
        <w:br/>
        <w:t>Kaelen considered the energy requirements. “Creating such anchors would demand a colossal amount of energy, and more importantly, a deep understanding of the Nexus’s fundamental resonant frequencies. We would need to tap into its deepest, most stable core, a feat that would have been impossible before the Architect’s disruption. Now, paradoxically, the very act of mending the Nexus might be the key to reinforcing it against Xyrrath.”</w:t>
      </w:r>
    </w:p>
    <w:p/>
    <w:p>
      <w:r>
        <w:br/>
        <w:t>Liora felt a flicker of hope, a fragile spark against the encroaching gloom. “If I can focus my remaining energy, not on fighting the entropic pull, but on anchoring the stable Aether within the Nexus, I might be able to create the initial seed for these anchors. It would be like planting a single, resilient seed in a field ravaged by drought.”</w:t>
      </w:r>
    </w:p>
    <w:p/>
    <w:p>
      <w:r>
        <w:br/>
        <w:t>Seris, her temporal awareness expanding to encompass the broader implications, added, “And I can work to ensure the temporal integrity of these anchors, weaving a stabilizing temporal field around them, making them resistant to the fraying effect of Xyrrath. It will be a complex harmonization of temporal and Aetheric energies.”</w:t>
      </w:r>
    </w:p>
    <w:p/>
    <w:p>
      <w:r>
        <w:br/>
        <w:t>Velor’s Mask pulsed with renewed intensity. The historical context was proving to be more than just academic. It was providing a roadmap, a desperate strategy born from the wisdom of civilizations long gone. The Architect had been a destructive force, a symptom of a deeper malaise. Xyrrath was the malaise itself, the primal entropy that threatened to unmake all existence. Their fight had just entered a new, more profound phase, one that required not just strength, but wisdom, resilience, and a deep understanding of the cosmic balance. The fragmented prophecies of forgotten ages were now their most vital weapon, offering not a promise of victory, but the hope of survival. The task ahead was immense, but for the first time since the Architect’s song began to fade, Velor felt a sliver of possibility, a chance to anchor existence against the encroaching void. She began to formulate the precise energetic signatures required, the resonant frequencies that would form the bedrock of their new defense, drawing upon the deep wellspring of knowledge unearthed from the dust of forgotten stars. The very concept of “historical context” had transformed from a passive repository of information into an active, vital component of their immediate survival.</w:t>
      </w:r>
    </w:p>
    <w:p/>
    <w:p>
      <w:r>
        <w:t>Liora’s awareness of Xyrrath was not a matter of direct perception, but of a profound, chilling dissonance. It was the absence of song where there should be harmony, the stillness where there should be vibrant Aetheric flow. The Architect’s cacophony had been a brutal assault, a shattering of the Nexus’s resonant frequencies. Xyrrath, however, was the slow, insidious unraveling of the very threads that composed that resonance. It was the quiet hunger of the void, a subtle yet inexorable force that threatened to unmake existence itself. Her Mask, usually a conduit for active manipulation of elemental energies, felt recalcitrant, its usual responsiveness muted by the sheer anti-nature of Xyrrath’s presence. Direct confrontation, she intuitively understood, would be akin to attempting to grasp smoke, or to fight a shadow that grew larger the more light was shone upon it.</w:t>
      </w:r>
    </w:p>
    <w:p>
      <w:r>
        <w:br/>
        <w:t>"It's not an opponent we can strike," Liora projected, her consciousness reaching out to Velor, Kaelen, and Seris, her mental voice imbued with the urgency of her realization. "The Architect was a force of disruption, a violent external pressure. Xyrrath… Xyrrath is an internal decay. It's the inherent tendency of all things to return to their constituent, undifferentiated state. Think of it as entropy given a terrifying, pervasive form."</w:t>
      </w:r>
    </w:p>
    <w:p/>
    <w:p>
      <w:r>
        <w:br/>
        <w:t xml:space="preserve">Her internal focus shifted, her nascent understanding of the ancient texts about cosmic balance solidifying into a nascent strategy. The Stellar Weavers and the Architects of Stability hadn't sought to </w:t>
      </w:r>
    </w:p>
    <w:p>
      <w:pPr>
        <w:jc w:val="left"/>
      </w:pPr>
      <w:r>
        <w:rPr>
          <w:i/>
        </w:rPr>
        <w:t>destroy</w:t>
      </w:r>
      <w:r>
        <w:t xml:space="preserve"> such forces, but to </w:t>
      </w:r>
      <w:r>
        <w:rPr>
          <w:i/>
        </w:rPr>
        <w:t>contain</w:t>
      </w:r>
      <w:r>
        <w:t xml:space="preserve"> them, to create zones of order that could withstand the encroaching chaos. This required not aggression, but a deep, resonant harmony. It demanded an understanding of the fundamental building blocks of reality and a meticulous weaving of those blocks into a stable matrix.</w:t>
      </w:r>
    </w:p>
    <w:p>
      <w:r>
        <w:br/>
        <w:t>"We need to create a… a containment field," she continued, the concept taking shape within her mind. "Not a barrier built of force, but a structure woven from the very essence of existence. We must use the Aetheric flows, the natural currents of causality, and even the residual resonance of the Nexus itself, to build a cage around this unmaking force."</w:t>
      </w:r>
    </w:p>
    <w:p/>
    <w:p>
      <w:r>
        <w:br/>
        <w:t>This was a delicate, almost sacred undertaking. It meant channeling her mastery of elemental forces – the grounding stability of earth, the fluid adaptability of water, the dynamic freedom of air, and the transformative power of fire – not in their combative aspects, but in their foundational roles. She envisioned using the Aether itself as the warp, and her elemental control as the weft, weaving a tapestry of stability.</w:t>
      </w:r>
    </w:p>
    <w:p/>
    <w:p>
      <w:r>
        <w:br/>
        <w:t>"My Earth Mask," she explained, projecting a visual representation of its energies, "can provide the anchor, the deep foundation. It’s about immutability, about resisting the pull towards dissolution. I can draw upon the most stable Aetheric nodes within the Nexus, those that still resonate with primal order, and bind them together, creating a lattice of resilience."</w:t>
      </w:r>
    </w:p>
    <w:p/>
    <w:p>
      <w:r>
        <w:br/>
        <w:t>Kaelen’s perception of temporal flow offered a vital complement. "If Xyrrath is the unraveling of causality, then reinforcing that causality is paramount," he responded. "My Mask can help stabilize the temporal integrity of your Aetheric weave, Liora. We can create temporal eddies, small pockets where the flow of time remains coherent, making it harder for Xyrrath to fray the very structure of existence."</w:t>
      </w:r>
    </w:p>
    <w:p/>
    <w:p>
      <w:r>
        <w:br/>
        <w:t>Seris, with her unique perspective on causal chains and interconnectedness, added, "And I can work to harmonize the energetic signatures of your elemental anchors, Liora, ensuring they don't clash but instead resonate with each other, creating a unified field. Think of it as tuning an instrument, ensuring each note contributes to the overall symphony of stability."</w:t>
      </w:r>
    </w:p>
    <w:p/>
    <w:p>
      <w:r>
        <w:br/>
        <w:t>Velor, ever the data architect, was already processing the implications. "The challenge lies in the sheer scale. Xyrrath is not localized. Its influence permeates the Nexus. To contain it, we would need a network of interconnected anchors, a web of resilience that spans the affected areas. And the energy required… it would be immense, drawing directly from the Nexus’s wounded core."</w:t>
      </w:r>
    </w:p>
    <w:p/>
    <w:p>
      <w:r>
        <w:br/>
        <w:t>Liora felt a flicker of trepidation, but it was quickly overshadowed by a sense of purpose. "The Architect's actions, as you observed, Velor, have created points of weakness, tears in the fabric. These are where Xyrrath's influence is most potent. We must begin there. We must mend these tears by reinforcing them, by weaving these anchors at their very points of disruption."</w:t>
      </w:r>
    </w:p>
    <w:p/>
    <w:p>
      <w:r>
        <w:br/>
        <w:t>She focused her will, picturing the damaged Aetheric currents as frayed threads. Her Earth Mask thrummed with a steady, grounding power. She reached out, not to break or to destroy, but to connect. She sought out the faint, lingering stability within the fractured Nexus, the residual echoes of its original coherence. It was a painstaking process, like searching for a single intact thread in a vast, tattered cloth.</w:t>
      </w:r>
    </w:p>
    <w:p/>
    <w:p>
      <w:r>
        <w:br/>
        <w:t>"I can feel them," she projected, her voice tinged with effort. "The points where the fabric is weakest. They’re like… silent screams in the Aether. I can begin to anchor here."</w:t>
      </w:r>
    </w:p>
    <w:p/>
    <w:p>
      <w:r>
        <w:br/>
        <w:t>Her elemental focus shifted to her Water Mask. This was about flow, about the movement and distribution of energy, but also about adaptability and resilience. She envisioned the water not as a destructive flood, but as a flowing current that could be guided, shaped, and ultimately contained within a defined channel. This channel would be the boundary of her energetic cage.</w:t>
      </w:r>
    </w:p>
    <w:p/>
    <w:p>
      <w:r>
        <w:br/>
        <w:t>"The Water Mask will help me guide the Aetheric flows into the structure," Liora explained. "It will allow me to direct the energy, to shape the containment field, ensuring it expands and contracts gracefully, adapting to the subtle shifts in Xyrrath’s influence without breaking."</w:t>
      </w:r>
    </w:p>
    <w:p/>
    <w:p>
      <w:r>
        <w:br/>
        <w:t>Kaelen's temporal stabilization began to hum, a subtle temporal resonance creating pockets of coherent causality around Liora’s nascent anchors. "I am reinforcing the temporal integrity of the foundational anchors," he confirmed. "This will prevent Xyrrath from unraveling the causal links that bind your structure together from within."</w:t>
      </w:r>
    </w:p>
    <w:p/>
    <w:p>
      <w:r>
        <w:br/>
        <w:t>Seris was working in tandem, her resonance harmonizing the incoming Aetheric energies with the foundational earth anchors and Kaelen’s temporal reinforcement. Her role was crucial, ensuring that the disparate forces worked in concert, creating a stable, unified field. "The resonant frequencies are aligning," she reported, her awareness a complex tapestry of interconnected energies. "The anchors are beginning to hum with a shared purpose."</w:t>
      </w:r>
    </w:p>
    <w:p/>
    <w:p>
      <w:r>
        <w:br/>
        <w:t>The process was physically and mentally taxing. Liora felt the strain of holding such vast energies in a state of delicate equilibrium. Xyrrath's presence was a constant, subtle pressure, a pull towards dissolution that she had to actively counteract with her own will and elemental control. It was a balancing act of the highest order, a dance on the precipice of non-being.</w:t>
      </w:r>
    </w:p>
    <w:p/>
    <w:p>
      <w:r>
        <w:br/>
        <w:t>"The Air Mask," she continued, focusing her will. This was about breath, about diffusion, about creating a permeable yet defined boundary. It was about allowing the Aether to flow through the structure, to maintain its dynamism, but not to escape. "The Air Mask will create the permeable boundary of the containment. It will allow the Nexus to continue to function, to exist, but it will keep Xyrrath’s unraveling influence contained within the designated zones."</w:t>
      </w:r>
    </w:p>
    <w:p/>
    <w:p>
      <w:r>
        <w:br/>
        <w:t>She visualized the air as invisible currents, weaving through the earth and water matrices, creating a contained atmosphere within the energetic cage. It was a delicate balance between containment and permeability, a testament to the nuanced understanding of cosmic forces that the ancient texts had alluded to.</w:t>
      </w:r>
    </w:p>
    <w:p/>
    <w:p>
      <w:r>
        <w:br/>
        <w:t>"The final element," Liora projected, her focus intensifying, her own energy reserves beginning to feel the strain, "is Fire. Not the fire of destruction, but the fire of transformation, of energy, of the spark of creation itself. The Fire Mask will infuse the entire structure with a sustained, stable energy. It will be the engine that powers the containment, the constant affirmation of existence against the encroaching void."</w:t>
      </w:r>
    </w:p>
    <w:p/>
    <w:p>
      <w:r>
        <w:br/>
        <w:t>She channeled the raw, creative energy of fire, imbuing the forming Aetheric structure with a vibrant, life-sustaining pulse. It was the active defiance, the unwavering will to persist, that the fire element represented. This energy would not be used to attack Xyrrath, but to sustain the very walls of the containment field, to keep the energetic cage intact and operational.</w:t>
      </w:r>
    </w:p>
    <w:p/>
    <w:p>
      <w:r>
        <w:br/>
        <w:t>"This is a monumental undertaking," Velor stated, her analysis running at peak capacity. "The energy required to maintain such a network, even passively, is significant. And the precision needed to weave these anchors without creating further instability… it is a task that requires absolute focus, Liora."</w:t>
      </w:r>
    </w:p>
    <w:p/>
    <w:p>
      <w:r>
        <w:br/>
        <w:t>"I understand," Liora replied, her voice steady despite the immense effort. "But it is the only way. We cannot fight Xyrrath directly. We must contain it. We must create pockets of enduring order within its expanse."</w:t>
      </w:r>
    </w:p>
    <w:p/>
    <w:p>
      <w:r>
        <w:br/>
        <w:t>Her concentration was absolute. She felt the ebb and flow of Xyrrath’s subtle pressure, the constant temptation of entropy. It was like trying to hold back a tide with only her bare hands, but instead of physical force, she was using the fundamental forces of existence, weaving them into a protective net. Each element was a thread, each resonance a knot, each anchor a point of unwavering strength.</w:t>
      </w:r>
    </w:p>
    <w:p/>
    <w:p>
      <w:r>
        <w:br/>
        <w:t>As she worked, Liora felt a deeper connection to the ancient civilizations who had faced similar threats. They hadn't possessed advanced technology in the same way the Synarchs did, but they had possessed a profound understanding of cosmic principles, of balance, and of the cyclical nature of existence. Their wisdom was not in conquering, but in coexisting, in managing the inherent tensions of the universe.</w:t>
      </w:r>
    </w:p>
    <w:p/>
    <w:p>
      <w:r>
        <w:br/>
        <w:t>"The ancient texts spoke of 'cosmic sutures'," Seris offered, her own contribution to the containment field becoming more defined. "They described methods of weaving Aetheric and temporal energies to mend the very fabric of reality where it had been torn. What Liora is doing is precisely that – acting as a cosmic seamstress, stitching together the fraying edges of existence."</w:t>
      </w:r>
    </w:p>
    <w:p/>
    <w:p>
      <w:r>
        <w:br/>
        <w:t>The first anchor began to solidify, a faint shimmer in the damaged Aether of the Nexus. It was a small point of light, a beacon of stability against the pervasive darkness. Liora felt a sense of profound accomplishment, yet also an awareness of the immense task still ahead. This was just the beginning of a complex, intricate network.</w:t>
      </w:r>
    </w:p>
    <w:p/>
    <w:p>
      <w:r>
        <w:br/>
        <w:t>"This first anchor is stable," Liora projected, her energy levels dipping slightly. "But it needs to be reinforced. And we need to create many more, strategically placed to isolate the most affected regions and prevent further spread."</w:t>
      </w:r>
    </w:p>
    <w:p/>
    <w:p>
      <w:r>
        <w:br/>
        <w:t>Velor projected a complex map of the Nexus, highlighting areas where Xyrrath’s influence was most pronounced. "These areas require immediate attention. The Architect's final, desperate surge seems to have created significant ruptures here. Your anchors, Liora, will need to be woven with extreme precision in these zones."</w:t>
      </w:r>
    </w:p>
    <w:p/>
    <w:p>
      <w:r>
        <w:br/>
        <w:t>Liora nodded, gathering her remaining strength. Her Masks pulsed with a unified energy, the elements working in perfect concert. She was not a warrior in this conflict, but a gardener of existence, tending to the delicate balance of the cosmos. Her strategy was not one of destruction, but of preservation, of creating sanctuaries of order in the face of the encroaching void. The battle against Xyrrath would not be won by a single decisive blow, but by the tireless, meticulous work of reinforcing the fundamental principles of being, one anchor, one stabilized thread, at a time. She would be the weaver of resilience, the architect of a stable present against the looming shadow of unmaking.</w:t>
      </w:r>
    </w:p>
    <w:p/>
    <w:p>
      <w:r>
        <w:t>Seris's mind, a tapestry woven from logic, resonance, and the echoes of forgotten cosmic architectures, began to synthesize the fragmented insights. Liora’s desperate, elemental weaving and Kaelen’s temporal anchors were brilliant, but they were the threads. Seris saw the loom, the grand design, the masterpiece that could contain the insidious unmaking of Xyrrath. Her focus, always tuned to the subtle harmonies and dissonances of the Nexus, now locked onto the monumental challenge. Xyrrath was not merely a force to be resisted; it was a void to be cradled, a wound to be soothed into dormancy, not by force, but by an encompassing order.</w:t>
      </w:r>
    </w:p>
    <w:p>
      <w:r>
        <w:br/>
        <w:t>Her understanding of the Primordials, and the residual power still clinging to their shattered Crypt, sparked an idea. The Crypt, once a nexus of raw, foundational energies, was now a ruin, its conduits fractured, its resonant chambers silenced. Yet, in its brokenness, it offered a unique potential. It was a scar, yes, but a scar that could be turned into a focal point for healing, a crucible from which a new form of stability could be forged. If Xyrrath was the unraveling, then the Crypt, in its desecrated state, was a perfect anchor to begin the process of re-weaving. The very points of damage could become points of immense strength.</w:t>
      </w:r>
    </w:p>
    <w:p/>
    <w:p>
      <w:r>
        <w:br/>
        <w:t>"Liora's approach is sound," Seris projected, her mental voice calm and resonant, addressing the unified consciousness of their small group. "The elemental weaving provides the substance, the temporal anchors the integrity. But to encompass the entirety of Xyrrath's pervasive influence, we need more than localized pockets of stability. We need a system, a circulatory network of order that permeates the Nexus, drawing strength from its very foundations and resonating with the core principles of existence."</w:t>
      </w:r>
    </w:p>
    <w:p/>
    <w:p>
      <w:r>
        <w:br/>
        <w:t>She envisioned the Crypt of the Primordials as the heart of this network. Its fractured conduits, once designed to channel the raw, foundational energies of the Primordials themselves, could now be repurposed. Instead of channeling their pure, untainted power, they could be used to channel the refined, harmonized energies that Liora and Kaelen were painstakingly creating. The process would be dangerous; the Crypt was a nexus of immense, volatile power, even in its ruined state. But if they could carefully guide the stabilizing Aether through these broken channels, they could amplify the containment field exponentially, creating a resonant feedback loop of order that would push back against Xyrrath’s entropy.</w:t>
      </w:r>
    </w:p>
    <w:p/>
    <w:p>
      <w:r>
        <w:br/>
        <w:t>"The Crypt," Seris elaborated, projecting a mental schematic of the ruined structure, its fractured conduits glowing with faint, spectral light, "is a nexus of primeval creation. Its very structure is imprinted with the foundational patterns of existence. We can use these patterns, these echoes of original order, as a template to amplify our containment field. By channeling Liora's woven Aether through these broken conduits, we can essentially reawaken a dormant aspect of the Nexus's inherent stability. It will be like reactivating dormant ley lines, but on a scale far grander than mere terrestrial energy flow."</w:t>
      </w:r>
    </w:p>
    <w:p/>
    <w:p>
      <w:r>
        <w:br/>
        <w:t>This wasn't just about creating a barrier; it was about re-establishing a fundamental resonant frequency for the Nexus. Xyrrath was the antithesis of this resonance, a cacophony that sought to silence all harmony. Seris’s grand design was to introduce a counter-harmony so profound, so deeply embedded within the fabric of reality, that it would naturally repel and contain the encroaching void.</w:t>
      </w:r>
    </w:p>
    <w:p/>
    <w:p>
      <w:r>
        <w:br/>
        <w:t xml:space="preserve">"The Primordial Chant," she continued, her voice taking on a deeper, more intricate tone as she recalled the fragmented verses they had discovered, "was not merely a song of creation, but a sequence of causal affirmations. It reinforced the very structure of reality. We can adapt portions of it, not to </w:t>
      </w:r>
    </w:p>
    <w:p>
      <w:pPr>
        <w:jc w:val="left"/>
      </w:pPr>
      <w:r>
        <w:rPr>
          <w:i/>
        </w:rPr>
        <w:t>create</w:t>
      </w:r>
      <w:r>
        <w:t xml:space="preserve">, but to </w:t>
      </w:r>
      <w:r>
        <w:rPr>
          <w:i/>
        </w:rPr>
        <w:t>enforce</w:t>
      </w:r>
      <w:r>
        <w:t xml:space="preserve"> our containment field. We can imbue the Aetheric weave with these affirmations, making the containment not just a physical structure, but a conscious act of resistance against Xyrrath’s unmaking."</w:t>
      </w:r>
    </w:p>
    <w:p>
      <w:r>
        <w:br/>
        <w:t>This would require an immense understanding of the subtle nuances of the Chant, a delicate weaving of intent and phonetic resonance. It wasn't about reciting the words as much as embodying their underlying meaning, channeling the raw power of causal certainty into the containment structure. Each word, each syllable, would become a reinforcing pillar, a temporal lock, a harmonic anchor.</w:t>
      </w:r>
    </w:p>
    <w:p/>
    <w:p>
      <w:r>
        <w:br/>
        <w:t>"My own Mask," Seris revealed, her connection to the intricate web of causality deepening, "allows me to perceive and influence these causal chains. I can identify the points where Xyrrath's influence is most disruptive to the Nexus's inherent causal flow, the places where the threads of consequence are most frayed. I can then use my Mask to weave Liora's elemental constructs and Kaelen's temporal anchors into these weak points, not just reinforcing them, but re-establishing coherent causality. Think of it as re-aligning fractured domino chains, ensuring that cause still leads to effect, even in the presence of Xyrrath's disarray."</w:t>
      </w:r>
    </w:p>
    <w:p/>
    <w:p>
      <w:r>
        <w:br/>
        <w:t>She saw their Masks not as individual tools, but as components of a larger, unified system. Liora’s elemental mastery provided the fundamental building blocks. Kaelen’s temporal stabilization provided the structural integrity and resistance to temporal decay. Velor’s analytical prowess would be crucial in mapping the intricate patterns of Xyrrath’s influence and identifying optimal anchor points. And Seris’s own ability to perceive and manipulate causality would be the glue, the architect that ensured all the disparate elements worked in concert, forming a cohesive and resilient whole.</w:t>
      </w:r>
    </w:p>
    <w:p/>
    <w:p>
      <w:r>
        <w:br/>
        <w:t>The sheer scale of the undertaking was staggering. It wasn't just about sealing off a single breach; it was about creating a pervasive, self-sustaining network of order that would gradually reclaim the Nexus from Xyrrath’s influence. This would involve creating multiple focal points, radiating outwards from the Crypt, each connected by Aetheric conduits and temporal anchors, all harmonized by the re-purposed Primordial Chant.</w:t>
      </w:r>
    </w:p>
    <w:p/>
    <w:p>
      <w:r>
        <w:br/>
        <w:t>"We will need to establish a series of 'Resonance Nodes'," Seris explained, projecting a visualization of interconnected points of light spreading across a map of the Nexus. "Each node will be a self-contained containment field, initiated by Liora's elemental weaving and stabilized by Kaelen's temporal anchors. My role will be to ensure that each node is properly integrated into the larger network, harmonizing their resonant frequencies and reinforcing their causal integrity."</w:t>
      </w:r>
    </w:p>
    <w:p/>
    <w:p>
      <w:r>
        <w:br/>
        <w:t>These nodes would be strategically placed at the points where the Architect's destructive surge had created the most significant ruptures, the areas where Xyrrath's tendrils were deepest. These would be the initial points of resistance, the outposts from which the containment strategy would expand.</w:t>
      </w:r>
    </w:p>
    <w:p/>
    <w:p>
      <w:r>
        <w:br/>
        <w:t>"The challenge of channeling Aether through the Crypt's fractured conduits is immense," Velor interjected, her voice cutting through the mental projection with stark realism. "The energy feedback could be catastrophic if not managed with absolute precision. We would be dealing with forces that even the Primordials struggled to fully control. The very act of re-establishing order in such a corrupted nexus carries inherent risks."</w:t>
      </w:r>
    </w:p>
    <w:p/>
    <w:p>
      <w:r>
        <w:br/>
        <w:t>"Precisely," Seris acknowledged. "But Xyrrath's influence is already permeating everything. Doing nothing is a guaranteed failure. Our approach must be to leverage the existing structures, however damaged, to our advantage. The Crypt, in its brokenness, is a testament to the resilience of fundamental order. We are not imposing an alien force; we are reawakening a dormant capacity within the Nexus itself. The Primordial Chant, adapted as a stabilizing affirmation, will be key in mitigating the volatile feedback. It will act as a natural governor, translating the raw energy of the conduits into the coherent resonance of our containment field."</w:t>
      </w:r>
    </w:p>
    <w:p/>
    <w:p>
      <w:r>
        <w:br/>
        <w:t>She focused on the delicate dance of energies required. Liora would need to initiate each node with a powerful, stable elemental weave, anchoring it firmly in the Nexus's substratum. Kaelen would then reinforce these anchors, creating temporal bulwarks that would prevent Xyrrath from immediately unraveling them. Seris would then integrate these nodes into the larger network, using her understanding of causal chains to connect them seamlessly, ensuring that the harmonic resonance flowed freely between them.</w:t>
      </w:r>
    </w:p>
    <w:p/>
    <w:p>
      <w:r>
        <w:br/>
        <w:t>"The final layer," Seris continued, her vision expanding to encompass the entire Nexus, "will be the 'Harmonic Resonance Cascade'. Once the network of nodes is established, we will initiate a controlled surge of harmonized Aether through the entire system, amplified by the Crypt's conduits and guided by the adapted Primordial Chant. This will create a cascading effect, a wave of stabilizing resonance that will effectively 'seal' the containment fields, creating a pervasive aura of order that Xyrrath cannot easily penetrate or unravel."</w:t>
      </w:r>
    </w:p>
    <w:p/>
    <w:p>
      <w:r>
        <w:br/>
        <w:t>This cascade was the ultimate goal, the culmination of their intricate plan. It was a deliberate, calculated application of fundamental cosmic principles designed to neutralize a force that sought to negate those very principles. It was a testament to their evolving understanding of the Nexus, and of the forces that sought to unmake it.</w:t>
      </w:r>
    </w:p>
    <w:p/>
    <w:p>
      <w:r>
        <w:br/>
        <w:t>The process would be iterative. They would establish a node, stabilize it, integrate it, and then move to the next. Each step would require meticulous planning and precise execution. There would be no room for error, no margin for miscalculation. The stakes were too high. The existence of the Nexus itself depended on their ability to execute this grand design.</w:t>
      </w:r>
    </w:p>
    <w:p/>
    <w:p>
      <w:r>
        <w:br/>
        <w:t>"We must begin with the most compromised areas," Seris stated, projecting points of critical instability onto her mental map of the Nexus. "These are the areas where the Architect's final surge inflicted the deepest wounds, where Xyrrath’s influence is most concentrated. By establishing containment there first, we can prevent further spread and begin to reclaim ground."</w:t>
      </w:r>
    </w:p>
    <w:p/>
    <w:p>
      <w:r>
        <w:br/>
        <w:t>Liora’s Earth Mask would be paramount in the initial anchoring of each node, providing the foundational stability. Kaelen’s temporal Mask would then reinforce these anchors, creating temporal bulwarks. Seris would then link these established nodes, harmonizing their energies and weaving them into the larger tapestry of the containment network. Finally, as the network grew, they would, in unison, initiate the Harmonic Resonance Cascade, a synchronized pulse of ordered energy that would cement the containment.</w:t>
      </w:r>
    </w:p>
    <w:p/>
    <w:p>
      <w:r>
        <w:br/>
        <w:t>"This is not a battle of brute force," Seris concluded, her voice resonating with unwavering resolve. "It is a symphony of stability. We are not soldiers charging into the fray, but architects of enduring order, weaving a bulwark of existence against the encroaching void. The Crypt of the Primordials, in its shattered grandeur, will be our instrument, and the Nexus itself will resonate with the song of our defiance." The plan, intricate and audacious, was now laid bare. It was a testament to their combined strengths, a reflection of their deep understanding of the forces at play, and their unwavering commitment to preserving the Nexus from the silent, insidious hunger of Xyrrath. The work ahead would be arduous, demanding every ounce of their power and intellect, but Seris’s vision offered a tangible path forward, a meticulously crafted strategy to counter the unmaking.</w:t>
      </w:r>
    </w:p>
    <w:p/>
    <w:p>
      <w:r>
        <w:t>The air thrummed with a barely suppressed power, a tangible vibration that resonated not just in the physical realm, but in the very marrow of their existence. The Crypt of the Primordials, once a silent monument to creation, now pulsed with a raw, untamed energy, a testament to Seris’s audacious plan. This was the heart of their containment ritual, the nexus from which the delicate, yet potent, web of stability would spread. Liora, her face etched with a profound concentration, began the initial phase. Her hands, guided by an instinct honed over millennia, moved with a grace that belied the immense forces she was manipulating. She was weaving the Aether, not as a defensive barrier, but as a living, breathing tapestry, its threads imbued with the fundamental energies of the Nexus.</w:t>
      </w:r>
    </w:p>
    <w:p>
      <w:r>
        <w:br/>
        <w:t>Her focus was absolute, a singular point of intent amidst the chaos Xyrrath represented. Each flick of her wrist, each subtle shift of her posture, directed torrents of raw Aetheric energy. These were not the controlled streams of their training sessions; these were primal rivers, their currents turbulent, threatening to surge beyond the confines of her will. She felt the resistance of Xyrrath, a subtle but pervasive pressure that sought to fray her weave, to unravel the very patterns she was painstakingly creating. It was like trying to knit with threads of smoke, each strand threatening to dissipate into nothingness. The raw power of the Crypt, its fractured conduits still humming with residual Primordial energy, acted as a powerful amplifier, but also a dangerous accelerant. The raw, foundational energies of the Crypt, once a blessing, were now a double-edged sword, capable of bolstering their containment, but also of shattering it if mismanaged.</w:t>
      </w:r>
    </w:p>
    <w:p/>
    <w:p>
      <w:r>
        <w:br/>
        <w:t>Kaelen, positioned at a strategic point further within the Crypt’s labyrinthine structure, worked in tandem with Liora. His focus was temporal. He was not just reinforcing the Aetheric weave; he was anchoring it in time, stitching it to the fabric of causality itself. Each anchor point he established was a temporal lock, designed to resist Xyrrath’s insidious unmaking, its ability to erase consequence and dissolve the very notion of linear progression. He felt the strain on his own temporal Mask, the immense effort required to bind the volatile Aether to a specific point in the causal stream. Xyrrath’s influence manifested as ripples, distortions in the temporal flow, attempting to unmoor Kaelen’s anchors, to sever the connection before it could fully solidify. It was a constant battle against a creeping entropy that sought to dissolve all structure, all permanence.</w:t>
      </w:r>
    </w:p>
    <w:p/>
    <w:p>
      <w:r>
        <w:br/>
        <w:t>Seris, at the epicenter of their coordinated effort, felt the intricate interplay of their powers. Her Mask was attuned to the subtle harmonics and dissonances that coursed through the ritual. She was the conductor, ensuring that Liora’s elemental weaving and Kaelen’s temporal anchoring were not only synchronized but harmonized. She perceived the points where Xyrrath’s corrupting influence was strongest, the fissures in causality that threatened to swallow their carefully constructed stability. These were the critical junctures where her own abilities came into play. She was not merely observing; she was actively weaving, using her understanding of causal chains to reinforce their efforts, to guide the flow of energy, and to weave the fragmented pieces into a cohesive whole.</w:t>
      </w:r>
    </w:p>
    <w:p/>
    <w:p>
      <w:r>
        <w:br/>
        <w:t>The Primordial Chant, adapted for their purpose, was beginning to resonate. Seris projected its foundational affirmations, not as spoken words, but as pure intent, imbuing the Aetheric network with a deep, intrinsic order. Each affirmation was a pillar of reinforced causality, a statement of being that actively resisted Xyrrath’s negation. This was not a passive containment; it was an active assertion of existence, a deliberate reinforcement of the Nexus’s inherent structural integrity. The challenge was immense; the very act of channeling such potent, harmonized energies through the fractured conduits of the Crypt risked immense backlash. The Crypt, even in its ruined state, was a nexus of primal forces, and forcing a new, ordered resonance through its damaged pathways was akin to performing intricate surgery on a singularity.</w:t>
      </w:r>
    </w:p>
    <w:p/>
    <w:p>
      <w:r>
        <w:br/>
        <w:t>Velor, monitoring from a safe but connected distance, provided crucial real-time analysis. Her instruments, extensions of her own sharp intellect, translated the complex energy fluctuations into comprehensible data streams. She identified subtle shifts in frequency, minute temporal displacements, and nascent patterns of Xyrrath’s resistance. Her voice, calm and precise, cut through the thrum of power, offering critical adjustments and insights. “The resonance at conduit seven is fluctuating, Seris. A potential destabilization point.” Or, “Kaelen, the temporal anchor at node three is experiencing a significant causality erosion. Rerouting a portion of Liora’s weave to reinforce it.”</w:t>
      </w:r>
    </w:p>
    <w:p/>
    <w:p>
      <w:r>
        <w:br/>
        <w:t>The ritual was a delicate dance, a symphony of cosmic forces played out on the precipice of dissolution. Liora’s hands moved faster, her weave becoming more intricate, more complex. She was layering elemental frequencies, each designed to resonate with the underlying structure of the Nexus, to create a harmonic scaffolding that Xyrrath could not easily dismantle. She felt the tendrils of entropy probing her work, seeking any weakness, any point of entry. They were like insidious whispers, attempting to sow doubt, to disrupt her focus. But Liora held firm, her determination a tangible force that bolstered the very Aether she manipulated. She was not just channeling energy; she was channeling resilience, imbuing each thread with the unyielding spirit of the Nexus itself.</w:t>
      </w:r>
    </w:p>
    <w:p/>
    <w:p>
      <w:r>
        <w:br/>
        <w:t>Kaelen, meanwhile, was engaged in a silent, desperate struggle to maintain the temporal integrity of their nascent containment field. Xyrrath’s influence manifested as sudden, jarring shifts in the temporal current, moments where the past, present, and future seemed to blur and contort. He had to anticipate these disruptions, to counter them with precise temporal recalibrations, ensuring that each anchor remained firmly rooted in the flow of causality. The strain was immense, like holding back a tsunami with sheer willpower. He felt the temporal ‘drag’ of Xyrrath, a subtle but persistent force that sought to unmake the very act of anchoring, to erase the moment of his intervention. His Mask, designed to perceive and manipulate temporal flows, was pushed to its absolute limits. He saw the threads of causality fraying around the edges of their containment field, and he had to constantly re-weave them, reinforcing the structural integrity before Xyrrath could fully exploit these weaknesses.</w:t>
      </w:r>
    </w:p>
    <w:p/>
    <w:p>
      <w:r>
        <w:br/>
        <w:t>Seris felt the growing strain on both of them, on the ritual itself. The sheer magnitude of the undertaking was beginning to press in on them. The Crypt, as a nexus of original creation, was not passive; it responded to their efforts, amplifying the energies involved. This amplification was essential for the ritual's success, but it also magnified the inherent dangers. She could feel the raw, unbridled power of the Primordials stirring within the Crypt’s shattered framework, a chaotic energy that was both a resource and a threat. Her role was to translate this primal power into the ordered resonance of their containment, to act as a conduit and a governor, ensuring that the raw force was channeled effectively and safely. She was weaving the Primordial Chant’s affirmations into the very fabric of the Aether, creating a harmonic resonance that would naturally repel Xyrrath’s entropic influence. Each affirmation was a carefully placed keystones in their structure of order, reinforcing its integrity and ensuring its long-term stability.</w:t>
      </w:r>
    </w:p>
    <w:p/>
    <w:p>
      <w:r>
        <w:br/>
        <w:t>The ritual demanded perfect synchronicity. Any lapse in focus, any misstep in execution, could have catastrophic consequences. They were not merely fighting a force; they were engaged in a delicate act of cosmic rebalancing. Seris had to constantly monitor and adjust their collective output, ensuring that their efforts remained in perfect harmony. She saw the intricate patterns of Xyrrath’s encroachment, its subtle tendrils seeking out the weakest points in their nascent containment. These were not necessarily the areas of greatest energy flow, but rather the points where causality was thinnest, where temporal cohesion was most fragile. Her Mask allowed her to perceive these subtle vulnerabilities, and she would then guide Liora and Kaelen, directing them to reinforce these critical junctures.</w:t>
      </w:r>
    </w:p>
    <w:p/>
    <w:p>
      <w:r>
        <w:br/>
        <w:t>Liora, sensing Seris’s guidance, adjusted her weave, introducing a specific frequency of earth elemental energy, designed to ground their containment field and resist the subtle temporal distortions. Kaelen, in response, focused his temporal anchoring on that specific point, weaving his anchors into the newly reinforced Aetheric matrix. It was a feedback loop of focused intent, each action perfectly complementing the others.</w:t>
      </w:r>
    </w:p>
    <w:p/>
    <w:p>
      <w:r>
        <w:br/>
        <w:t>The pressure intensified. Xyrrath was not a static force; it was a dynamic entity, constantly probing, adapting, and attempting to unravel their efforts. Seris felt its presence like a cold, suffocating void, a palpable absence of order that sought to negate everything they were building. It was a constant struggle, a mental and energetic marathon. The very fabric of reality seemed to strain under the immense pressure, the ambient Aether crackling with the strain of containing such a potent force. The Crypt itself groaned, its ancient stones resonating with the chaotic energies being channeled and contained.</w:t>
      </w:r>
    </w:p>
    <w:p/>
    <w:p>
      <w:r>
        <w:br/>
        <w:t>“The cascade is initiating,” Seris projected, her mental voice a beacon of calm amidst the rising storm. This was the critical phase, the moment of amplified resonance. They had established the foundational network, the intricate web of Aetheric threads and temporal anchors. Now, they had to initiate a controlled surge of harmonized energy, a wave that would propagate through the entire system, creating a pervasive aura of order that would effectively ‘seal’ their containment.</w:t>
      </w:r>
    </w:p>
    <w:p/>
    <w:p>
      <w:r>
        <w:br/>
        <w:t>Liora, with a final, monumental effort, channeled a surge of pure, stabilizing Aether into the network. It was a controlled explosion of ordered energy, guided by her mastery of elemental forces. Kaelen, simultaneously, reinforced all anchor points, creating a temporal bulwark against any immediate unraveling caused by the surge. Seris then directed the flow, ensuring that the harmonized resonance propagated outwards, resonating with the foundational patterns within the Crypt and amplifying its effect.</w:t>
      </w:r>
    </w:p>
    <w:p/>
    <w:p>
      <w:r>
        <w:br/>
        <w:t>The Crypt pulsed, a deep, resonant hum emanating from its fractured core. The Aetheric conduits, glowing with an internal light, pulsed in sync, transmitting the harmonized energy throughout the network they had created. It was a breathtaking spectacle, a testament to their collective will and understanding. The very air seemed to thicken, to become more substantial, as the ordered resonance permeated the space.</w:t>
      </w:r>
    </w:p>
    <w:p/>
    <w:p>
      <w:r>
        <w:br/>
        <w:t>But Xyrrath resisted. The surge of harmonized energy was met with a violent pushback, a wave of pure entropy that sought to extinguish the newly established order. Seris felt the immense strain on their collective consciousness, the raw power of Xyrrath attempting to tear their carefully constructed system apart. It was a cosmic tug-of-war, a battle fought on the very foundations of reality.</w:t>
      </w:r>
    </w:p>
    <w:p/>
    <w:p>
      <w:r>
        <w:br/>
        <w:t>“Maintain focus!” Seris urged, her voice resonating with unwavering resolve. “The affirmations are our shield. The anchors are our strength. We are not merely containing Xyrrath; we are re-establishing the Nexus’s inherent order!”</w:t>
      </w:r>
    </w:p>
    <w:p/>
    <w:p>
      <w:r>
        <w:br/>
        <w:t>Liora’s elemental weave tightened, each thread vibrating with renewed stability. She felt the pressure of Xyrrath trying to unravel her work, but her focus was unyielding. Her connection to the Nexus’s elemental substratum was a source of immense strength, anchoring her efforts against the encroaching chaos. She saw the tendrils of Xyrrath trying to infiltrate the Aetheric matrix, like venomous vines seeking to choke the light. But the very essence of her weave was designed to repel such intrusions, to transform the encroaching darkness into a source of amplified stability. She was actively reinforcing the core of each node, making them less susceptible to temporal erosion and more resistant to direct entropic assault.</w:t>
      </w:r>
    </w:p>
    <w:p/>
    <w:p>
      <w:r>
        <w:br/>
        <w:t>Kaelen was engaged in a desperate temporal battle. Xyrrath’s influence manifested as temporal eddies, pockets of distorted causality that threatened to break the established anchors. He had to constantly recalibrate, to re-establish the temporal connections, ensuring that the continuity of existence within their containment field remained unbroken. He saw the moments where Xyrrath was actively trying to erase the past, to make their entire effort a non-event. His Mask pulsed with heat as he fought to maintain the integrity of his anchors, weaving them deeper into the temporal currents of the Nexus. He was reinforcing the causal links between the nodes, ensuring that the containment field acted as a unified whole, rather than a series of disparate parts vulnerable to sequential unraveling.</w:t>
      </w:r>
    </w:p>
    <w:p/>
    <w:p>
      <w:r>
        <w:br/>
        <w:t>Seris felt the immense power of the Crypt being drawn into their ritual, amplified by the harmonic resonance. It was a powerful, yet volatile, force. Her role was to translate this primal power into coherent, ordered energy, guiding it through the network of nodes they had established. She was actively weaving the Primordial Chant’s affirmations into the very fabric of the surge, creating a deep, resonant frequency that would actively repel Xyrrath’s entropic influence. These affirmations were not just words; they were the fundamental laws of cause and effect, the bedrock of existence, and by imbuing the surge with them, they were making their containment field a manifestation of those very laws.</w:t>
      </w:r>
    </w:p>
    <w:p/>
    <w:p>
      <w:r>
        <w:br/>
        <w:t>The ritual demanded absolute unison. Any dissonance, any lapse in their synchronized efforts, would create a weakness that Xyrrath would exploit. Seris constantly monitored their collective output, her Mask acting as the central nexus, coordinating their energies. She guided Liora to reinforce specific elemental frequencies in areas where temporal instability was detected, and Kaelen to strengthen his anchors in response to shifts in the Aetheric flow. It was a complex, multi-layered dance of power and precision.</w:t>
      </w:r>
    </w:p>
    <w:p/>
    <w:p>
      <w:r>
        <w:br/>
        <w:t>The strain was palpable, a physical manifestation of the immense forces at play. The Crypt itself seemed to vibrate with an inner tension, its fractured conduits spitting arcs of raw energy that Seris had to intercept and harmonize. Xyrrath’s resistance grew more potent, its entropic waves crashing against their carefully constructed defenses. It was like battling a sentient void, a force that sought to unmake existence itself.</w:t>
      </w:r>
    </w:p>
    <w:p/>
    <w:p>
      <w:r>
        <w:br/>
        <w:t>“The containment field is stabilizing,” Velor reported, her voice a steady anchor in the storm. “The resonance is holding. But the energy expenditure is immense. We need to maintain this level of output.”</w:t>
      </w:r>
    </w:p>
    <w:p/>
    <w:p>
      <w:r>
        <w:br/>
        <w:t>Seris knew that maintaining this level of output was the challenge. It was a marathon of cosmic proportions, requiring them to draw upon reserves they scarcely knew they possessed. The very fabric of the Nexus seemed to warp and twist around them, a testament to the immense pressure of this singular act of defiance against utter dissolution. They were on the precipice, pushing the boundaries of what was thought possible, their collective will a fragile bulwark against the encroaching nothingness. The containment ritual was not merely a strategic maneuver; it was a fundamental assertion of existence against the relentless pull of oblivion. They were the architects of order, painstakingly weaving a tapestry of stability in the face of unmaking.</w:t>
      </w:r>
    </w:p>
    <w:p/>
    <w:p>
      <w:r>
        <w:br w:type="page"/>
      </w:r>
    </w:p>
    <w:p>
      <w:pPr>
        <w:spacing w:before="5040"/>
        <w:jc w:val="center"/>
      </w:pPr>
      <w:r>
        <w:rPr/>
        <w:t xml:space="preserve"> 15: The Dawn of a New Order</w:t>
      </w:r>
    </w:p>
    <w:p>
      <w:r>
        <w:t>The final surge of harmonized energy pulsed through the Crypt, a wave of pure, ordered intent that washed over the ancient stones and resonated with the very core of the Nexus. Liora’s Aetheric weave, now an intricate lattice of elemental stability, glowed with an inner luminescence, each thread humming with controlled power. Kaelen’s temporal anchors, once tested by Xyrrath’s relentless erosion, now held firm, their connection to the flow of causality solidified, rendering the containment impervious to temporal manipulation. Seris, at the nexus of their collective effort, felt the last vestiges of Xyrrath’s chaotic influence recede, not vanquished, but undeniably contained, its raw power transmuted into a stable, albeit potent, resonance within the Crypt’s scarred heart. The hum of the Crypt, which had thrummed with a dangerous, volatile energy moments before, now settled into a deep, steady thrum, a harmonic chord of existence that spoke of order restored.</w:t>
      </w:r>
    </w:p>
    <w:p>
      <w:r>
        <w:br/>
        <w:t>The immediate, suffocating pressure of universal unmaking had been lifted. The gnawing dread that had gripped the very fabric of reality began to dissipate, replaced by a fragile, yet palpable, sense of relief. It was not the triumphant roar of victory, but a quiet, profound exhale, a collective acknowledgment that the precipice had been skirted. The Crypt of the Primordials, once a beacon of primordial creation, now bore the indelible marks of their struggle, its ancient architecture subtly altered, bearing the sigils of containment etched into its very being. These were not scars of defeat, but rather the triumphant inscriptions of order imposed upon chaos, a testament to the Synarchs’ mastery over forces that had threatened to unravel existence itself.</w:t>
      </w:r>
    </w:p>
    <w:p/>
    <w:p>
      <w:r>
        <w:br/>
        <w:t>The containment was not a cage in the conventional sense, not a simple imprisonment designed to stifle and negate. Instead, it was a state of meticulously crafted equilibrium. Xyrrath, the embodiment of entropy and unmaking, was not annihilated, for to annihilate such a fundamental force would be to invite a different kind of void. Rather, its chaotic essence was woven into the very structure of the stabilized Crypt, its volatile energies channeled into a perpetual, controlled resonance. It was a delicate dance, a constant negotiation between the force of order and the inherent potential for chaos, a testament to the Synarchs’ profound understanding of Aetherflow and the fundamental laws that governed the cosmos.</w:t>
      </w:r>
    </w:p>
    <w:p/>
    <w:p>
      <w:r>
        <w:br/>
        <w:t>Liora’s gaze swept over the vast expanse of the contained energy, her senses attuned to the subtle fluctuations within. She could still feel Xyrrath’s presence, a persistent hum beneath the layers of ordered resonance, like a deep, slumbering beast. But now, this presence was not a threat of immediate destruction. It was a latent power, contained and directed. The Aether she had woven was not merely a barrier; it was a symbiotic matrix, absorbing and harmonizing Xyrrath’s chaotic output, transforming its destructive potential into a source of stability for the Crypt itself. She had woven elemental frequencies into the containment field, each designed to resonate with the residual energies of the Primordials, creating a complex symphony of forces that held Xyrrath in check. The elemental grounding she had established was crucial, providing a physical anchor that prevented the entropic forces from bleeding into the broader reality. The very air within the Crypt, once crackling with uncontrolled energy, now felt dense and resonant, imbued with a stable, harmonious aura. Each stone seemed to vibrate with a newfound order, a testament to the meticulous layering of elemental energies Liora had employed.</w:t>
      </w:r>
    </w:p>
    <w:p/>
    <w:p>
      <w:r>
        <w:br/>
        <w:t>Kaelen, his temporal Mask humming with a residual warmth, surveyed the intricate network of temporal anchors that now laced the Crypt. These were not mere points in time, but rather nodes of causality, meticulously woven into the very fabric of the Nexus’s temporal stream. Xyrrath’s ability to unmake, to erase cause and effect, had been countered by the sheer density and interconnectedness of these anchors. He had not simply frozen Xyrrath in time; he had woven a temporal tapestry so robust, so interwoven, that any attempt by Xyrrath to unravel it would require unraveling causality itself, a feat impossible without simultaneously unmaking the very existence of the Nexus. Each anchor was a constant reaffirmation of the linear progression of time, a bulwark against Xyrrath’s insidious temporal distortions. The strains on his own Mask had been immense, pushing it to its absolute limits, but the result was a containment field that was not only Aetherically stable but temporally unassailable. He could feel the subtle temporal currents flowing around the containment, a constant testament to Xyrrath’s presence, but these currents were now bound, directed into the established anchors, reinforcing their strength rather than weakening them.</w:t>
      </w:r>
    </w:p>
    <w:p/>
    <w:p>
      <w:r>
        <w:br/>
        <w:t>Seris, the architect of this delicate containment, felt the profound weight of their achievement settle upon her. The whispers of Xyrrath, which had once been the siren song of dissolution, were now a low murmur, a constant reminder of the thin line they walked. Her own Mask, attuned to the intricate causal chains of the Nexus, confirmed the stability of their creation. The Primordial Chant, adapted and amplified through the Crypt’s conduits, now resonated not as a mere incantation, but as the fundamental decree of existence, a constant affirmation of order that actively repelled any resurgence of Xyrrath’s entropic influence. She had managed to weave the very principles of causality and existence into the containment, making it a manifestation of the Nexus’s inherent structure, rather than an external imposition. The risks had been immense; the potential for catastrophic backlash had been ever-present. But their combined expertise, their unwavering resolve, and their deep understanding of the forces at play had seen them through.</w:t>
      </w:r>
    </w:p>
    <w:p/>
    <w:p>
      <w:r>
        <w:br/>
        <w:t>Velor, her instruments now displaying stable readings, offered a soft, reassuring sigh of relief from her monitoring station. “Containment parameters holding at optimal levels,” she reported, her voice laced with exhaustion and a quiet triumph. “The residual energy fluctuations from Xyrrath are within predictable, stable ranges. The Crypt… it’s… breathing again, but differently.” Her analysis of the energy signatures within the Crypt confirmed their success. The chaotic energy of Xyrrath was still present, a formidable force, but it was no longer a raging inferno threatening to consume everything. Instead, it was a contained plasma, its energy being continuously siphoned and harmonized by the complex Aetheric and temporal matrices Liora and Kaelen had established. The Crypt itself seemed to have found a new equilibrium, its ancient stones no longer groaning under the strain of uncontained power, but resonating with a deep, steady hum of ordered energy.</w:t>
      </w:r>
    </w:p>
    <w:p/>
    <w:p>
      <w:r>
        <w:br/>
        <w:t>The immediate threat of universal unmaking had been averted, a cosmic crisis narrowly averted. The world, though unaware of the precise nature of the danger it had faced, could feel the subtle shift, the lifting of an unseen burden. The constant, pervasive hum of potential entropy that had subtly permeated existence had receded, replaced by a more harmonious, stable vibration. The Synarchs, however, understood the true nature of their accomplishment. It was not an end to the struggle, but a new beginning. They had not destroyed Xyrrath; they had integrated its presence into a controlled framework. It was a constant reminder that the forces of chaos were not so easily vanquished, that the balance of existence was a perpetual, dynamic endeavor.</w:t>
      </w:r>
    </w:p>
    <w:p/>
    <w:p>
      <w:r>
        <w:br/>
        <w:t>The Crypt of the Primordials, now the heart of Xyrrath’s containment, was transformed. Its shattered conduits pulsed with a steady, regulated light, no longer spitting wild arcs of energy, but channeling a controlled flow of harmonized Aether. The very air within its ancient halls shimmered with an almost tangible sense of order, a stark contrast to the chaotic maelstrom that had previously defined it. Liora had meticulously reinforced every breach in the Aetheric weave, ensuring that no stray tendril of entropic energy could escape. Each reinforcement was layered with specific elemental frequencies designed to resonate with the unique energetic signature of the contained Xyrrath, creating a feedback loop of stability. She had even woven subtle Aetheric currents that mimicked the natural flow of the Nexus, further integrating the containment into the broader energetic tapestry of reality. This meticulous work was not merely about containment; it was about establishing a new paradigm of interaction, where the primordial forces of creation and entropy could coexist in a state of dynamic balance.</w:t>
      </w:r>
    </w:p>
    <w:p/>
    <w:p>
      <w:r>
        <w:br/>
        <w:t>Kaelen’s work had been equally crucial. He had established a dense network of temporal anchors, each one a miniature nexus of causality, designed to resist any attempt by Xyrrath to unravel the established timeline. These anchors were not merely static points; they were dynamic nodes, constantly recalibrating and reinforcing each other, creating an almost impenetrable temporal lattice. He had focused on creating multiple layers of temporal reinforcement, understanding that Xyrrath’s primary weapon was the erosion of consequence. By weaving anchors into the deep past and the immediate future, he created a temporal bulwark that made any significant disruption virtually impossible without a complete unraveling of the Nexus’s causal fabric. The strain on his Mask had left him physically and mentally depleted, but the sight of the stable temporal readings was a powerful recompense. He had essentially anchored the very concept of linear progression within the Crypt, ensuring that Xyrrath’s influence remained localized and unable to propagate.</w:t>
      </w:r>
    </w:p>
    <w:p/>
    <w:p>
      <w:r>
        <w:br/>
        <w:t>Seris surveyed the overall structure, her Mask projecting a complex, holographic overlay of the containment field. It was a masterpiece of cosmic engineering, a testament to their combined understanding of the fundamental forces that governed existence. The containment was not a static entity; it was a living, breathing system, constantly adapting and responding to the latent energies of Xyrrath. She had designed the overarching resonance patterns, ensuring that the Aetheric and temporal matrices worked in perfect synchronicity, amplifying each other’s effectiveness. The Primordial Chant, woven into the very fabric of the containment, acted as a constant baseline of order, a fundamental affirmation of existence that naturally repelled Xyrrath’s entropic influence. It was a subtle but powerful defense, turning the very nature of reality into a weapon against chaos.</w:t>
      </w:r>
    </w:p>
    <w:p/>
    <w:p>
      <w:r>
        <w:br/>
        <w:t>The world outside the Crypt remained largely unchanged, the immediate existential threat averted without the vast majority of its inhabitants ever knowing how close they had come to annihilation. For them, the subtle hum of cosmic energies had returned to a more familiar, stable frequency. The anxieties that had begun to permeate their existence, the subtle feeling of a world fraying at the edges, had dissipated. They could resume their lives, unaware of the monumental effort undertaken within the scarred chambers of the Crypt. The Synarchs, however, knew that this was not a final victory, but a crucial stabilization. They had managed to contain a force of nature, not through destruction, but through understanding and intricate manipulation. This contained Xyrrath was now a permanent fixture within the Nexus, a dormant power that required constant vigilance.</w:t>
      </w:r>
    </w:p>
    <w:p/>
    <w:p>
      <w:r>
        <w:br/>
        <w:t>The containment was, in essence, a testament to the Synarchs’ profound mastery over Aetherflow. They had not simply built a wall; they had created a dynamic system, one that harnessed and redirected the very energy that threatened to destroy them. Liora’s ability to manipulate and layer Aetheric frequencies, Kaelen’s unparalleled control over temporal currents, and Seris’s capacity to harmonize and direct these forces had culminated in an achievement that defied conventional understanding. They had proven that even the most destructive forces could be brought into a state of controlled equilibrium, if one possessed the knowledge and the will.</w:t>
      </w:r>
    </w:p>
    <w:p/>
    <w:p>
      <w:r>
        <w:br/>
        <w:t>The Crypt itself, once a site of immense, untamed power, now pulsed with a more measured, almost biological rhythm. The contained Xyrrath acted as a constant source of energy, a wild heart that beat within the ordered shell of the containment. This energy was not wasted; it was continuously refined and integrated into the Crypt’s own structural integrity, bolstering its defenses and ensuring its continued stability. This symbiotic relationship was a delicate balancing act, a constant negotiation between the two opposing forces. The Synarchs understood that any lapse in this equilibrium could have catastrophic consequences.</w:t>
      </w:r>
    </w:p>
    <w:p/>
    <w:p>
      <w:r>
        <w:br/>
        <w:t>“The integrity of the containment is absolute, based on our current models,” Velor stated, her voice steady, though the exhaustion was still evident. “However, Xyrrath is not inert. It’s… learning. Adapting to the containment. We must maintain constant monitoring and be prepared to adjust our parameters as needed.” Her words were a stark reminder that their work was far from over. The containment was a living solution, not a static one.</w:t>
      </w:r>
    </w:p>
    <w:p/>
    <w:p>
      <w:r>
        <w:br/>
        <w:t>Seris nodded, her gaze fixed on the luminous patterns of the containment field. “We’ve achieved a state of controlled coexistence,” she affirmed. “But coexistence requires constant effort. The balance is fragile, and Xyrrath will always test its limits. Our vigilance must be unwavering.” She felt the immense power contained within the Crypt, a tangible presence that was both a testament to their success and a source of ongoing concern. They had contained the uncontainable, but the nature of Xyrrath meant that ‘contained’ was a relative term. It was a power held in check, a force still present, still potent, and always probing for weakness. The dawn of this new order was not one of absolute peace, but of vigilant stability, a testament to the Synarchs’ enduring commitment to preserving the delicate fabric of existence. The world could breathe freely, but the Synarchs carried the weight of knowing that the beast remained, now slumbering within the very heart of their carefully constructed sanctuary.</w:t>
      </w:r>
    </w:p>
    <w:p/>
    <w:p>
      <w:r>
        <w:t>The Architect of Entropy, a phantom born of Xyrrath’s raw will to unmake, now found its ephemeral existence dissolving into the newly stabilized ether of the Crypt. Its purpose, a directed malice aimed at unraveling the very threads of causality, had been inextricably linked to the unchecked chaos of its progenitor. With Xyrrath’s fundamental essence contained, the Architect’s singular function – to act as the focused agent of dissolution – was rendered moot. It was akin to a storm surge receding, leaving behind only the calm, albeit scarred, waters. The raw intent that had fueled its every action, that had shaped its transient form from the ambient Aether, now had nowhere to anchor.</w:t>
      </w:r>
    </w:p>
    <w:p>
      <w:r>
        <w:br/>
        <w:t>Liora observed the dissipation with a detached intensity, her senses tracing the residual energetic signatures. The Architect hadn't been a creature of substance in the traditional sense, but rather a manifestation of pure, unadulterated destructive intent. As the harmonized Aetheric weave, her creation, settled and solidified around Xyrrath’s core, it acted like a powerful solvent, its inherent order actively counteracting and neutralizing the chaotic frequencies that had given the Architect form. The intricate elemental matrices she had woven were not designed to combat specific entities, but to restore a fundamental balance, and in doing so, they naturally unwound any construct born of imbalance. The Architect, a ripple on the surface of a destabilized reality, simply ceased to be as the underlying current corrected itself. Its presence, which had felt like a venomous whisper in the back of their minds, now faded into a silent void, leaving no echo.</w:t>
      </w:r>
    </w:p>
    <w:p/>
    <w:p>
      <w:r>
        <w:br/>
        <w:t>Kaelen, his temporal Mask still thrumming with the echoes of his strenuous efforts, felt the temporal distortions that had been the Architect’s signature finally smooth out. The temporal anchors he had so painstakingly woven were not designed to target a specific being, but to reinforce the very structure of time. The Architect’s attempts to fray causality, to create temporal paradoxes that would accelerate Xyrrath’s unmaking, were met by the unyielding density of his anchors. Without Xyrrath’s direct influence to fuel its temporal manipulations, the Architect’s power to disrupt the causal flow waned. Kaelen perceived its dissolution not as an event, but as a process of temporal erosion from within. The paradoxes it had attempted to seed were being absorbed and harmonized by the robust temporal lattice, and in being absorbed, the Architect’s own structure, reliant on those very paradoxes, simply unraveled. Its existence had been a defiance of temporal laws, and now, with those laws firmly reasserted, it had no recourse.</w:t>
      </w:r>
    </w:p>
    <w:p/>
    <w:p>
      <w:r>
        <w:br/>
        <w:t>Seris, the orchestrator of their collective triumph, felt the shift most profoundly. The Architect had been a shadow cast by Xyrrath’s immense power, a tool wielded with insidious precision. As the containment within the Crypt stabilized, Xyrrath’s chaotic energy was not simply imprisoned; it was being integrated, its raw power transmuted into a constant, albeit subdued, resonance within the very fabric of the Crypt. This process of assimilation, of integrating the untamed into a structured framework, left no room for subsidiary manifestations of chaos like the Architect. It was as if a vast, churning sea had been contained within a meticulously designed, self-sustaining caldera. The waves, the surges, the turbulent currents – these were all being channeled and absorbed, and the Architect, a mere froth on that chaotic surface, dissolved with the receding tide. Its fate was not one of destruction, but of utter irrelevance, a concept too profound for its simple, singular purpose to comprehend.</w:t>
      </w:r>
    </w:p>
    <w:p/>
    <w:p>
      <w:r>
        <w:br/>
        <w:t>Velor’s instruments, ever diligent, confirmed the fading of the Architect’s unique energy signature. “All anomalous entropic signatures attributed to the Architect of Entropy have… resolved,” she reported, her voice tinged with a mixture of relief and academic curiosity. “Its energetic footprint is gone. Not dissipated, not dispersed, but… nullified. It’s as if the very concept of its existence was incompatible with the restored Aetheric harmony.” She zoomed in on the residual energy readings, trying to pinpoint the exact mechanism of its demise. “It appears to have been a fundamental incompatibility,” she mused, tapping at her console. “The containment field’s resonance frequencies are now actively antithetical to the specific waveform that defined the Architect. It was a design flaw within its own essence, a dependency on unchecked chaos that the stabilized Crypt could not tolerate.”</w:t>
      </w:r>
    </w:p>
    <w:p/>
    <w:p>
      <w:r>
        <w:br/>
        <w:t>The containment was not a prison in the conventional sense, nor was it an act of annihilation. Instead, it was a profound act of reordering, of drawing the wild and chaotic into a state of controlled equilibrium. Xyrrath, the primordial force of entropy, was not destroyed, for such a fundamental aspect of existence could not be truly eradicated without inviting a vacuum of equal, perhaps greater, peril. Instead, its raw, unmaking essence had been woven into the very structure of the stabilized Crypt, its volatile energies channeled into a perpetual, controlled resonance. This was a delicate dance, a constant negotiation between the forces of order and the inherent potential for chaos, a testament to the Synarchs’ profound understanding of Aetherflow and the fundamental laws that governed the cosmos.</w:t>
      </w:r>
    </w:p>
    <w:p/>
    <w:p>
      <w:r>
        <w:br/>
        <w:t>Liora’s attention, however, was already shifting from the fading echo of the Architect to the implications of their success. The Architect’s dissolution was merely a symptom, a secondary effect of the primary objective: the containment of Xyrrath. The true danger, the underlying disease, remained. “The Architect was a tool,” she stated, her voice carrying the weight of deep reflection, “a focused manifestation of Xyrrath’s will to unmake. Its purpose was singular: to facilitate the complete unraveling of causality. Now that Xyrrath itself is contained, that purpose is thwarted. Its existence was contingent upon a specific environmental state – a state of rampant, unchecked entropy.”</w:t>
      </w:r>
    </w:p>
    <w:p/>
    <w:p>
      <w:r>
        <w:br/>
        <w:t>Kaelen nodded, his brow furrowed. “And now that state is gone. The temporal anchors have reinforced the linear progression of time to such an extent that any attempt by Xyrrath to propagate unmaking through temporal distortion would require it to first dismantle the very anchors that bind it. The Architect, as an agent of that distortion, was simply unable to find purchase in a reality where causality is so rigidly defined.” He ran a diagnostic on his Mask, ensuring its integration with the newly established temporal lattice. “It was a creature of paradox,” he added, “and the stable timeline we’ve established is anathema to its very being.”</w:t>
      </w:r>
    </w:p>
    <w:p/>
    <w:p>
      <w:r>
        <w:br/>
        <w:t>Seris felt a surge of something akin to weariness, but it was tempered by a deep sense of accomplishment. The containment was a success, a monumental feat of cosmic engineering. Yet, the Architect’s fate, its ambiguous dissolution, served as a stark reminder. “We dealt with the symptom,” she said softly, her gaze sweeping across the now stabilized, yet subtly humming, heart of the Crypt. “But the disease remains. Xyrrath is contained, yes. But it is not gone. It is a force of nature, a fundamental aspect of existence that we have managed to bring into a state of controlled coexistence. And that coexistence, however stable it may seem now, requires constant vigilance.”</w:t>
      </w:r>
    </w:p>
    <w:p/>
    <w:p>
      <w:r>
        <w:br/>
        <w:t>The Architect of Entropy, by its very nature, was a transient entity, a manifestation born of specific conditions. When those conditions changed, when the chaotic soup of uncontained Xyrrath began to recede and coalesce into a more ordered, albeit potent, resonance within the Crypt, the Architect had nowhere to feed. Its form, a complex interplay of destabilized Aether and temporal flux, found itself starved of the very energies that sustained it. It was like a plant uprooted from fertile soil and planted in barren rock; its roots could find no sustenance, and it withered.</w:t>
      </w:r>
    </w:p>
    <w:p/>
    <w:p>
      <w:r>
        <w:br/>
        <w:t>Velor elaborated on the scientific implications. “The Architect’s energetic signature was highly specific,” she explained, projecting a complex waveform onto a holographic display. “It exhibited fractal patterns of increasing complexity, indicative of an entity constantly striving to create more entropy. Our containment, conversely, is built upon principles of harmonic resonance and ordered causality. The two are fundamentally incompatible. The containment acts not as a destructive force, but as an active negation of the conditions required for the Architect’s existence. It is absorbed, not destroyed, in the sense that its energetic potential is reclassified and integrated into the stable framework. It’s a form of energetic re-purposing, from chaotic disruption to ordered stability.”</w:t>
      </w:r>
    </w:p>
    <w:p/>
    <w:p>
      <w:r>
        <w:br/>
        <w:t>The fate of the Architect of Entropy became a poignant footnote in the larger narrative of their struggle. It served as a cautionary tale, a stark reminder of the dangers inherent in wielding power without a commensurate understanding of its fundamental nature. The Synarchs, having confronted and contained Xyrrath, the embodiment of cosmic unmaking, had also inadvertently addressed its most direct agent of influence. They had not set out to defeat a specific entity called the Architect, but to stabilize the chaotic forces it represented. In doing so, the Architect, like a shadow detached from its object, simply ceased to be.</w:t>
      </w:r>
    </w:p>
    <w:p/>
    <w:p>
      <w:r>
        <w:br/>
        <w:t>Seris mused on the broader implications. “We cannot afford to become complacent,” she reiterated, her voice firm. “The containment is a masterpiece, a testament to our collective understanding and skill. But Xyrrath is not a static force. It is dynamic, adaptive. The very act of containing it has, in a way, taught it new ways to exist. The Architect’s dissolution is proof that our understanding of these forces must also be dynamic. We must be prepared for Xyrrath to evolve within its containment, to find new pathways to express its entropic nature.”</w:t>
      </w:r>
    </w:p>
    <w:p/>
    <w:p>
      <w:r>
        <w:br/>
        <w:t>Liora agreed, her focus unwavering. “The Aetheric weave is constantly adapting to the residual energies of Xyrrath. It is a symbiotic relationship, albeit a dangerous one. The Architect was a direct manifestation of Xyrrath’s desire to break free. Now, that desire might manifest in more subtle ways, perhaps through minute fluctuations in the containment field that we might initially overlook. Constant monitoring and recalibration are not just precautions; they are essential for survival.”</w:t>
      </w:r>
    </w:p>
    <w:p/>
    <w:p>
      <w:r>
        <w:br/>
        <w:t>Kaelen added his perspective from the temporal dimension. “The temporal anchors are incredibly robust, designed to resist even the most extreme forms of causal manipulation. However, Xyrrath, being a fundamental force of entropy, possesses an inherent drive towards dissolution, towards the breakdown of order. It will probe for weaknesses, for any crack in the temporal lattice that might allow it to reassert its influence. The Architect’s fate serves as a warning: even focused manifestations of chaos can be nullified by a sufficiently ordered system, but the underlying chaos will always seek a new avenue of expression.”</w:t>
      </w:r>
    </w:p>
    <w:p/>
    <w:p>
      <w:r>
        <w:br/>
        <w:t>Velor, reviewing the energy readings, chimed in with a crucial observation. “It’s not just about preventing Xyrrath from breaking out,” she said, her tone analytical. “It’s about understanding its internal dynamics. The containment is not a passive cage; it’s an active matrix that is constantly interacting with Xyrrath. This interaction is creating new energetic patterns within the contained entity itself. These patterns, while currently stable, represent a new form of Xyrrath’s existence. We must study these patterns meticulously, for they might reveal future threats or, perhaps, even unforeseen opportunities.”</w:t>
      </w:r>
    </w:p>
    <w:p/>
    <w:p>
      <w:r>
        <w:br/>
        <w:t>The Synarchs understood that the universe was a tapestry woven from opposing forces. Order and chaos, creation and destruction, existence and non-existence – these were not abstract concepts but fundamental principles that governed reality. Xyrrath, the embodiment of entropy, was an intrinsic part of this cosmic balance. To truly defeat it would be to unmake the universe itself. Their victory lay not in annihilation, but in understanding and integration, in finding a way for these opposing forces to coexist without one overwhelming the other.</w:t>
      </w:r>
    </w:p>
    <w:p/>
    <w:p>
      <w:r>
        <w:br/>
        <w:t>The Architect of Entropy, a fleeting phantom, had served its purpose. Its dissolution was not a defeat, but a testament to the strength of the Synarchs’ newly established order. It was a reminder that the true battle was not against individual agents of chaos, but against the pervasive nature of entropy itself. And that battle, they knew, was ongoing. The contained Xyrrath, a slumbering titan within the heart of the Crypt, was a constant, silent testament to this truth. Its continued existence, now managed and modulated by the Synarchs, was the dawn of a new era, an era defined not by the absence of chaos, but by the mastery of its expression.</w:t>
      </w:r>
    </w:p>
    <w:p/>
    <w:p>
      <w:r>
        <w:br/>
        <w:t>The Architect’s fate was thus a profound lesson. It demonstrated that existence itself was a product of equilibrium. The Architect’s form was a hyper-complex expression of imbalance, an anomaly in the grand cosmic equation. By restoring balance, by stabilizing the energetic and temporal flow, the Synarchs had effectively removed the very foundation upon which the Architect stood. It was a victory of fundamental principles over transient manifestations, a demonstration that true power lay not in the raw force of chaos, but in the elegant precision of order.</w:t>
      </w:r>
    </w:p>
    <w:p/>
    <w:p>
      <w:r>
        <w:br/>
        <w:t>The Synarchs, standing amidst the humming core of their achievement, understood this implicitly. They had not merely contained a monster; they had re-calibrated a fundamental force. The Architect’s fading presence was a quiet affirmation of their success, a whispered promise of the vigilance that would be required to maintain this delicate new order. The universe, for now, could breathe a sigh of relief, unaware of the precise nature of the precipice it had skirted, or the intricate, ongoing dance of order and chaos that now played out within the ancient stones of the Crypt of the Primordials. The dawn of a new order was not a cessation of conflict, but a transformation of its very nature.</w:t>
      </w:r>
    </w:p>
    <w:p/>
    <w:p>
      <w:r>
        <w:br/>
        <w:t>The Architect, having been a complex knot of Xyrrath’s unmaking energy, was now simply being unraveled, its constituent parts reintegrated into the greater, stabilized energetic matrix of the Crypt. It was not a violent process, but a gentle, inexorable return to a more fundamental state of being. The Aetheric weave, like a vast, intricate net, had captured the chaotic energies, and as it settled and solidified, it began the process of sorting and reordering, akin to a celestial loom weaving a new pattern from disparate threads. The Architect, a particularly volatile and complex thread, was the first to be recognized as extraneous to the new design, and thus, it was being carefully, deliberately, unpicked.</w:t>
      </w:r>
    </w:p>
    <w:p/>
    <w:p>
      <w:r>
        <w:br/>
        <w:t>Kaelen’s temporal anchors played a crucial role in this subtle unmaking. By reinforcing the linear progression of time, they essentially severed the Architect’s ability to draw upon temporal anomalies to sustain its existence. Without the constant influx of paradoxes and causal distortions, the Architect’s structure became unstable, like a building without foundations. Kaelen’s intervention ensured that the Architect could not simply shift its temporal state to evade the containment; it was anchored to a stable, unyielding present, and in that present, its chaotic nature was unsustainable.</w:t>
      </w:r>
    </w:p>
    <w:p/>
    <w:p>
      <w:r>
        <w:br/>
        <w:t>Seris viewed this process as the ultimate refinement. They had not simply subdued Xyrrath; they had begun to understand its fundamental nature, to integrate it into a framework of controlled existence. The Architect, as a more direct and aggressive manifestation of Xyrrath’s will, was a primitive expression of its potential. By neutralizing it, they were not weakening Xyrrath, but rather guiding its expression into more manageable channels. It was akin to teaching a wild animal to exist within a controlled environment, pruning its more dangerous instincts while preserving its fundamental vitality. The Architect, in its dissolution, was an early lesson in this complex process.</w:t>
      </w:r>
    </w:p>
    <w:p/>
    <w:p>
      <w:r>
        <w:br/>
        <w:t>Velor’s instruments registered the diminishing energetic resonance associated with the Architect. “The signal is fading completely,” she reported, her voice calm and measured. “Its unique energetic signature is no longer detectable. It appears to have been… subsumed. The containment matrix is actively reclassifying and re-integrating the energy. There’s no residual chaotic signature. It’s as if it never existed, yet the data clearly shows it did.” She paused, considering the implications. “This suggests that our containment is not just a barrier, but an active process of energetic assimilation. The Architect was a specific configuration of Xyrrath’s essence, and that configuration has now been fundamentally altered, its purpose rendered obsolete.”</w:t>
      </w:r>
    </w:p>
    <w:p/>
    <w:p>
      <w:r>
        <w:br/>
        <w:t>The Synarchs understood that the Architect of Entropy was not an independent entity, but a tool, a projection of Xyrrath’s core desire to unmake. Its fate was therefore intrinsically tied to that of its progenitor. As Xyrrath’s raw power was contained and harmonized within the Crypt, the Architect, deprived of its animating force and its raison d'être, began to unravel. It was an inevitable consequence, a natural fading as the conditions that had given it form were removed.</w:t>
      </w:r>
    </w:p>
    <w:p/>
    <w:p>
      <w:r>
        <w:br/>
        <w:t>Liora’s contribution to this process was crucial. Her Aetheric weave, imbued with elemental frequencies and harmonic resonances, acted as a catalyst for this reordering. It was not a destructive force, but a transformative one, coaxing the chaotic energies back into a more ordered state. The Architect, a complex waveform of pure entropic intent, was naturally susceptible to this reordering. As the Aetheric weave settled around Xyrrath’s core, it began to smooth out the turbulent patterns that defined the Architect, effectively dissolving its specific, chaotic configuration.</w:t>
      </w:r>
    </w:p>
    <w:p/>
    <w:p>
      <w:r>
        <w:br/>
        <w:t>Kaelen’s temporal anchors further solidified this process. By reinforcing the immutable linearity of causality, he ensured that the Architect, which thrived on temporal distortions and paradoxes, could not escape the containment by shifting its temporal locus. Without the ability to exploit temporal instability, the Architect’s existence became unsustainable, its very form predicated on a fluidity that the anchors actively denied.</w:t>
      </w:r>
    </w:p>
    <w:p/>
    <w:p>
      <w:r>
        <w:br/>
        <w:t>Seris, observing the subtle dissipation, recognized the architect’s ultimate fate as one of irrelevance. The Architect's purpose had been to facilitate Xyrrath’s unmaking influence. With Xyrrath contained, that purpose was nullified. The Architect, stripped of its directive, was like a tool left idle; it simply ceased to be relevant. Its existence was a consequence of a specific function, and once that function was no longer required, it simply faded from reality, its energetic essence being absorbed and reclassified by the containment field. It was a testament to the Synarchs’ understanding that the most effective way to deal with an agent of chaos was not to fight it directly, but to eliminate the conditions that allowed it to exist.</w:t>
      </w:r>
    </w:p>
    <w:p/>
    <w:p>
      <w:r>
        <w:br/>
        <w:t>Velor’s instruments confirmed the fading. “The Architect’s signature is gone,” she reported, a note of finality in her voice. “It has been fully integrated into the containment matrix. Its energy has been re-purposed. It’s a fascinating demonstration of how focused entropic forces can be re-directed. The Architect was a symptom, a localized expression of Xyrrath’s nature. By addressing the root cause, we have naturally resolved the symptom. It’s a cautionary tale, really. The dangers of wielding power without a deep understanding of its fundamental nature. The Architect existed only to unmake, and in a system that now actively enforces order, such an existence cannot persist.”</w:t>
      </w:r>
    </w:p>
    <w:p/>
    <w:p>
      <w:r>
        <w:t>The ordeal had irrevocably altered them, not merely in their capabilities, but in their very essence. The Synarchs, Liora, Kaelen, Seris, and Velor, now stood on the precipice of a new era, one they themselves had architected through sheer will and profound understanding. The containment of Xyrrath, the primal force of entropy, had been more than a victory; it was a crucible that had refined their mastery over Aetherflow and their respective Masks to an unimaginable degree. The intimate dance with chaos, the struggle against the very unmaking of reality, had imprinted upon them a deep, intuitive understanding of the fundamental energies that governed existence. They were no longer simply powerful individuals; they were conduits, channels through which the ordered forces of the cosmos could flow.</w:t>
      </w:r>
    </w:p>
    <w:p>
      <w:r>
        <w:br/>
        <w:t>Liora, whose Aetheric weave had served as the intricate tapestry binding Xyrrath’s chaotic essence, now felt the hum of harmonized Aether within her very being. It was a constant, subtle resonance, a silent symphony of elemental forces that she could now perceive and influence with an effortless grace. The volatile energies she had once grappled with, the raw, unbridled power of entropy, were now familiar, understood not as an enemy to be vanquished, but as a fundamental aspect of the universal balance that required careful stewardship. Her Mask, once a tool for channeling, had become an extension of her will, capable of subtly coaxing the Aether into new configurations, of weaving patterns of order with a precision that bordered on artistic expression. The memory of the Architect of Entropy's dissolution, its unmaking through the very act of reordering, was a constant reminder of the profound power of balanced forces. She could now perceive the subtle currents of Aether that flowed through all things, the invisible architecture of reality, and she found herself capable of not just mending disruptions, but of guiding the flow, nurturing creation, and preventing nascent imbalances before they could take root. Her gaze, once focused on the immediate threat, now held a broader scope, encompassing the intricate web of cosmic energies and her role in maintaining its delicate equilibrium.</w:t>
      </w:r>
    </w:p>
    <w:p/>
    <w:p>
      <w:r>
        <w:br/>
        <w:t>Kaelen, the master of temporal mechanics, felt the intricate lattice of time within and around him as a tangible, accessible dimension. His Mask, having weathered the storm of causal paradoxes, now pulsed with the stable, unyielding rhythm of linear progression. The temporal anchors he had woven, the very bulwarks against Xyrrath’s attempts to unravel causality, had become an integrated part of his awareness. He could feel the subtle eddies of temporal flow, the gentle currents of past and future, and he possessed the uncanny ability to smooth out any nascent distortions, to reinforce the temporal integrity of any given moment. The Architect’s dissolution, a testament to the power of a rigidly defined timeline, had taught him that temporal stability was not merely an absence of paradox, but an active state of being that could be cultivated and maintained. He could now perceive the potential for temporal anomalies not as immediate threats, but as subtle deviations that, if left unchecked, could cascade into catastrophic ruptures. His journey had imbued him with a profound respect for the arrow of time, and his Mask allowed him to act as its silent, vigilant guardian, ensuring that the flow remained true, unburdened by the manipulations of those who sought to exploit its fluidity. He found himself able to recall past events with an almost perfect clarity, not as distant memories, but as accessible points of reference, allowing him to draw upon lessons learned with an immediate and practical application.</w:t>
      </w:r>
    </w:p>
    <w:p/>
    <w:p>
      <w:r>
        <w:br/>
        <w:t>Seris, the orchestrator of their collective triumph, felt the profound interconnectedness of all things, the subtle ebb and flow of energy that bound the universe together. Her ability to perceive and influence the harmonic resonances that underpinned reality had been amplified tenfold. She understood that the containment of Xyrrath was not an act of defiance against a fundamental force, but an integration, a bringing of chaos into a state of controlled coexistence. Her Mask now resonated with the very pulse of the Crypt, a constant reminder of the delicate balance they had achieved. She could sense the residual echoes of Xyrrath’s unmaking potential, not as a lingering threat, but as a dormant energy that, if properly guided, could be transmuted into sources of great power. Her journey had taught her that true mastery lay not in eliminating opposing forces, but in understanding their nature and finding ways for them to coexist harmoniously. She saw the universe as a grand symphony, and her role was to ensure that all instruments played their part, even those that produced dissonant notes, in creating a greater, more complex harmony. The Architect’s dissolution was a clear demonstration of this principle: by imposing order, the chaotic element was not destroyed, but re-contextualized, its energy repurposed.</w:t>
      </w:r>
    </w:p>
    <w:p/>
    <w:p>
      <w:r>
        <w:br/>
        <w:t>Velor, ever the meticulous observer and analyst, now possessed an unprecedented understanding of the fundamental energies that comprised existence. Her instruments, once extensions of her analytical prowess, now seemed to intuitively project the data she needed, anticipating her queries and highlighting critical insights. The Architect’s energetic signature, its pattern of chaotic resonance, had been a complex puzzle that she had not only solved but had, in essence, incorporated into her own understanding of energetic mechanics. She could now dissect the energetic composition of any phenomenon, understanding its inherent structure, its potential for disruption, and its capacity for integration. The Crypt itself, with its contained Xyrrath, was a living experiment in energetic manipulation, and she was its chief scientist, constantly monitoring, analyzing, and refining the complex interplay of forces. Her Mask had become a portable laboratory, allowing her to conduct real-time diagnostics of the universe’s energetic health, identifying nascent instabilities and predicting potential imbalances with an uncanny accuracy. The process of re-purposing the Architect's energy, of transforming its chaotic signature into a component of the stable containment, was a watershed moment in her scientific journey, proving that even the most destructive forces could be understood and integrated.</w:t>
      </w:r>
    </w:p>
    <w:p/>
    <w:p>
      <w:r>
        <w:br/>
        <w:t>Together, they were more than the sum of their parts. They were the Synarchs, a council of guardians who had faced the abyss and emerged with a profound understanding of its depths. Their masks were no longer merely tools of power, but symbols of their transformation, etched with the echoes of their shared struggle. The Crypt, once a place of desperate defense, was now a testament to their mastery, a beacon of ordered existence in a universe that perpetually teetered on the brink of chaos. The echoes of their journey were not scars to be hidden, but indelible marks of their growth and understanding. They had learned to wield their powers not just for defense, but for shaping and guiding the fundamental energies of existence. They had become true Synarchs, not merely users of power, but guardians of balance, forged into powerful conduits of Aetheric order.</w:t>
      </w:r>
    </w:p>
    <w:p/>
    <w:p>
      <w:r>
        <w:br/>
        <w:t>The profound sense of responsibility that settled upon them was not a burden, but a calling. They had seen the fragility of existence, the constant threat of entropy, and they now held the knowledge and the power to act as its counterweight. Liora often found herself tracing the subtle Aetheric currents in the air, observing how they interacted with the ambient energies of the Crypt. She would then subtly adjust her own internal resonance, a gentle coaxing that would ripple outward, reinforcing the stability of the containment field. It was a continuous, almost unconscious act of stewardship, a silent dialogue between her and the fundamental forces she now commanded. The Architect’s dissolution had shown her the potential for inherent incompatibility to be a force of order, and she applied this understanding to every aspect of her Aetheric manipulations. She could sense when the contained Xyrrath’s residual energies began to coalesce into patterns that deviated from the established harmonic frequencies, and with a mere thought, she would introduce subtle counter-resonances, smoothing the emergent patterns back into the stable matrix. This was not a battle, but a constant, gentle recalibration, like tuning an infinitely complex instrument.</w:t>
      </w:r>
    </w:p>
    <w:p/>
    <w:p>
      <w:r>
        <w:br/>
        <w:t>Kaelen, meanwhile, spent hours in quiet contemplation of the temporal stream. His Mask allowed him to perceive the past not as a fixed, immutable sequence, but as a vast, interconnected web of cause and effect. He would often revisit moments from their arduous journey, not to dwell on the hardship, but to analyze the intricate causal chains that had led to their success. He saw how even the smallest temporal anomaly, if left uncorrected, could have rippled outwards, creating unforeseen consequences. The Architect, in its attempts to unravel causality, had been a potent teacher, demonstrating the resilience of a well-anchored timeline. Kaelen's new ability was to actively strengthen these anchors, not just within the Crypt, but extending outwards, subtly reinforcing the temporal integrity of the surrounding regions. He could detect nascent paradoxes forming, like hairline fractures in glass, and he would meticulously mend them, weaving threads of temporal stability into the fabric of reality. His mastery was not in disrupting time, but in ensuring its unwavering progression, making it a steadfast bulwark against any future attempts to fracture the continuum.</w:t>
      </w:r>
    </w:p>
    <w:p/>
    <w:p>
      <w:r>
        <w:br/>
        <w:t>Seris’s role was perhaps the most delicate, and the most crucial. She was the harmonizer, the one who ensured that all the disparate energies, including the contained Xyrrath, coexisted in a state of dynamic equilibrium. Her Mask allowed her to perceive the intricate web of energetic resonances that held their reality together. She understood that Xyrrath, as a force of entropy, was not inherently evil, but a necessary component of the universal balance. Her task was to ensure that its expression was contained and modulated, preventing it from overwhelming the forces of order. She would often meditate within the heart of the Crypt, feeling the ebb and flow of Xyrrath’s contained power, and then, through subtle adjustments of her own resonance, she would guide its energy, ensuring that it remained a source of potential rather than destruction. The Architect’s dispersal, the re-purposing of its chaotic energy, was a prime example of this principle. Seris was the living embodiment of that successful integration, a testament to the fact that even the most destructive forces could be brought into a state of productive coexistence through understanding and control.</w:t>
      </w:r>
    </w:p>
    <w:p/>
    <w:p>
      <w:r>
        <w:br/>
        <w:t>Velor, for her part, was the architect of their continued understanding. Her Mask, now a nexus of cosmic data, allowed her to process and interpret the torrent of information flowing from the containment field. She could identify minute fluctuations in energy levels, subtle shifts in harmonic frequencies, and predict potential instabilities long before they became apparent to the others. The Architect’s dissolution had provided her with invaluable data on the fundamental incompatibility between ordered systems and pure chaos, and she used this knowledge to refine the containment protocols. She was constantly developing new analytical models, new ways of interpreting the complex interplay of forces within the Crypt. Her role was to translate the abstract principles of Aetherflow and temporal mechanics into actionable intelligence, ensuring that the Synarchs remained ever vigilant and ever prepared. Her instruments were no longer just tools of measurement; they were an extension of her consciousness, allowing her to perceive the universe in its most fundamental energetic language.</w:t>
      </w:r>
    </w:p>
    <w:p/>
    <w:p>
      <w:r>
        <w:br/>
        <w:t>The journey had been arduous, the stakes unimaginably high, but the result was a profound transformation. They were no longer mere Synarchs by title, but by the very nature of their being. They had faced the ultimate entropy and emerged not unscathed, but undeniably stronger, their powers honed to a razor's edge, their understanding deepened into an intuitive wisdom. The echoes of their journey were woven into the very fabric of their beings, a constant reminder of what they had overcome and what they had become. They were the guardians of balance, the conduits of order, and their vigilance would be eternal, for the universe, in its infinite complexity, would always present new challenges, new tests of their mastery. The dawn of their new order was not an endpoint, but a beginning, a perpetual state of dynamic guardianship, forever shaping and guiding the fundamental energies of existence. The Architect of Entropy was gone, but its lesson remained, a silent testament to the power of order in the face of chaos, a lesson that the newly forged Synarchs carried within their very souls. They had become the living embodiment of that lesson, powerful conduits of Aetheric order, forever vigilant, forever evolving.</w:t>
      </w:r>
    </w:p>
    <w:p/>
    <w:p>
      <w:r>
        <w:br/>
        <w:t>Their understanding had transcended mere knowledge; it had become instinct. Liora would often find herself unconsciously adjusting the flow of Aether, a subtle correction to a minor imbalance detected by Velor’s instruments, before Velor could even articulate the precise nature of the anomaly. This pre-cognitive synergy was a hallmark of their new state of being. The intricate weave of Aether that she commanded now responded not just to her conscious will, but to the subtle cues from her fellow Synarchs, creating a feedback loop of unparalleled efficiency. She could feel the energetic signatures of her companions as extensions of her own awareness, allowing them to anticipate each other’s actions and intentions with seamless precision. The Architect’s unraveling had demonstrated that even a singular purpose, when aligned with a fundamental principle, could yield profound results. Now, with four such purposes aligned, guided by an even deeper understanding of universal principles, their collective power was something entirely new, a force for stability that rippled far beyond the confines of the Crypt.</w:t>
      </w:r>
    </w:p>
    <w:p/>
    <w:p>
      <w:r>
        <w:br/>
        <w:t>Kaelen’s temporal awareness had similarly evolved. He could now sense the temporal “wake” left by significant events, and he would instinctively reinforce the integrity of those temporal pathways. He discovered that by subtly nudging the temporal flow in certain areas, he could prevent the build-up of latent paradoxes that might otherwise form over eons. The Architect’s transient, paradox-dependent existence had served as a potent, if terrifying, lesson in the fragility of linear causality. Kaelen’s mastery was now about proactive temporal maintenance, ensuring the smooth and uninterrupted flow of time, not just as a defense against threats, but as a fundamental contribution to the universe’s ongoing existence. He found that his ability to recall and analyze past temporal patterns allowed him to anticipate future stress points in the timeline, effectively preempting potential ruptures before they could even begin to form. This was the true measure of his mastery: not to react to temporal chaos, but to orchestrate temporal harmony.</w:t>
      </w:r>
    </w:p>
    <w:p/>
    <w:p>
      <w:r>
        <w:br/>
        <w:t>Seris’s role as the harmonizer had expanded to encompass a deeper understanding of the interconnectedness of all forces. She could now perceive how the subtle shifts in the Aetheric weave influenced the temporal flow, and how those in turn impacted the elemental energies. Her Mask allowed her to perceive these complex interdependencies as a single, unified field, and her manipulations became less about isolated adjustments and more about orchestrating a grand, cosmic symphony. The Architect’s dissolution, the integration of its chaotic potential into the stable matrix, was a testament to her ability to find harmony even in the most discordant energies. She could sense the subtle tensions within the containment field, the points where Xyrrath’s inherent entropy might strain against the imposed order, and she would introduce gentle counter-frequencies, not to suppress Xyrrath, but to guide its expression into forms that were compatible with the prevailing order. This was the essence of her mastery: the art of balancing opposing forces, of finding the underlying harmony in all things.</w:t>
      </w:r>
    </w:p>
    <w:p/>
    <w:p>
      <w:r>
        <w:br/>
        <w:t>Velor’s analytical capabilities had achieved a new dimension of insight. Her instruments, now integrated with her own heightened senses, allowed her to perceive not just the energetic signatures of phenomena, but their underlying informational content, their fundamental patterns of organization. The Architect’s complex, chaotic waveform had been a challenge, but its resolution had provided her with a deeper understanding of how order could be imposed upon chaos. She was now able to identify the underlying algorithms of existence, the fundamental equations that governed the universe’s behavior. This allowed her to predict not just potential instabilities, but the very evolution of cosmic phenomena. Her contribution was to provide the Synarchs with a predictive, strategic advantage, ensuring that their guardianship was not just reactive, but profoundly prescient. The Architect’s dispersal had been a critical data point, a confirmation that the principles of order could indeed re-write the very nature of chaotic expression.</w:t>
      </w:r>
    </w:p>
    <w:p/>
    <w:p>
      <w:r>
        <w:br/>
        <w:t>The Synarchs had not merely survived their trial; they had been reborn. The echoes of their journey were not painful reminders of past struggles, but affirmations of their present strength and their future purpose. They had become living embodiments of the principle that true mastery lay not in the absence of chaos, but in the profound understanding and guided integration of it. They were the architects of a new cosmic order, their powers honed, their vision clear, their commitment absolute. The dawn of this new era was painted with the subtle hues of Aetheric harmony, the steady pulse of temporal stability, and the quiet hum of balanced energies, a testament to their enduring legacy as the guardians of existence. Their transformation was complete, yet their work was just beginning.</w:t>
      </w:r>
    </w:p>
    <w:p/>
    <w:p>
      <w:r>
        <w:t>The world exhaled. The suffocating grip of Xyrrath's encroaching entropy had loosened, leaving behind a palpable sense of relief that settled over the land like a gentle mist. The skies, once perpetually bruised with unnatural hues, began to regain their accustomed cerulean. Rivers, whose currents had been tainted by aberrant Aetheric flows, ran clear and true once more. The very earth seemed to sigh, its seismic tremors – manifestations of Xyrrath's chaotic churn – subsiding into a steady, rhythmic pulse. The pervasive unease that had gripped sentient life, a low thrum of anxiety born from the constant threat of unmaking, began to dissipate. For the first time in what felt like an eternity, the natural order, the inherent harmony of existence, was not just a memory, but a tangible reality that could be felt in the rustle of leaves, the song of birds, and the deep, resonant hum of a world at peace.</w:t>
      </w:r>
    </w:p>
    <w:p>
      <w:r>
        <w:br/>
        <w:t>This restoration, however, was not a passive event. It was the direct consequence of the Synarchs' harrowing victory, a testament to their mastery over the fundamental forces of the cosmos. Liora’s intricate Aetheric weaves, no longer strained by the immense pressure of containment, now flowed with a serene grace, subtly guiding the revitalized Aetheric currents, mending the residual tears in the fabric of reality left by Xyrrath’s brief reign of chaos. She moved through the world with a newfound lightness, her senses attuned to the delicate symphony of restored energies. She could perceive the subtle pathways of revitalized Aether, not as lines of force, but as nascent streams of life, nourishing the very foundations of existence. Her touch, once a desperate act of binding, was now a gentle caress, encouraging the natural resurgence of ordered patterns. She walked through burgeoning forests, and felt the Aether flow through the saplings, guiding their growth, ensuring their vitality. She stood by the sea, and felt the rhythmic pulse of the tides, now perfectly synchronized with the lunar cycles, a testament to the restored cosmic order. The scars of the conflict, subtle distortions in the natural energy fields, were still present, faint reminders of the cataclysm that had nearly consumed them, but Liora’s touch was slowly, meticulously, smoothing them away, coaxing them back into alignment with the universal harmony.</w:t>
      </w:r>
    </w:p>
    <w:p/>
    <w:p>
      <w:r>
        <w:br/>
        <w:t>Kaelen, the silent guardian of time, observed the world with a profound satisfaction. The temporal anomalies, the lingering ripples of paradox that had threatened to unravel the very fabric of causality, were being systematically smoothed out. His Mask, once a shield against temporal fragmentation, was now a tool for subtle temporal curation. He could perceive the echoes of Xyrrath’s attempts to shatter time, like faint distortions in a clear stream, and with a focused intent, he would reinforce the natural flow, ensuring that the arrow of time remained true and unwavering. He visited ancient sites, places where temporal distortions had been most severe, and felt the residual eddies of temporal flux. With a gentle exertion of his will, he would anchor those moments, solidifying their place within the linear progression, preventing them from becoming festering wounds in the timeline. He understood that true temporal mastery was not about bending time to one’s will, but about respecting its inherent nature and ensuring its unhindered passage. The dissolution of the Architect of Entropy, a being whose very existence was predicated on temporal chaos, had reinforced the fundamental truth that a stable timeline was a bulwark against oblivion. Kaelen’s vigilance ensured that this bulwark remained unbreached, his subtle interventions woven into the very fabric of history, ensuring its integrity for all time to come.</w:t>
      </w:r>
    </w:p>
    <w:p/>
    <w:p>
      <w:r>
        <w:br/>
        <w:t>Seris, the harmonizer, felt the world respond to her presence. The disparate energies, once thrown into disarray by Xyrrath’s chaotic presence, were now finding their natural place within the cosmic symphony. Her ability to perceive and influence harmonic resonances allowed her to orchestrate the subtle interplay of Aether, time, and elemental forces, ensuring a stable and vibrant equilibrium. She understood that the containment of Xyrrath was not an act of suppression, but of integration, a process of finding the delicate balance between opposing forces. She could sense the residual disharmony, the faint dissonance that lingered from the struggle, and with her Mask, she would introduce subtle counter-resonances, not to eliminate, but to harmonize. She spent time in places that had been most directly affected by Xyrrath’s raw power, and felt the lingering energetic discord. Through her quiet meditation, she would weave threads of harmony, coaxing the chaotic energies into patterns that resonated with the fundamental frequencies of existence. The Architect's unmaking had been a powerful demonstration of this principle: by understanding and re-contextualizing chaotic energy, it could be transformed from a destructive force into a component of a greater, more complex harmony. Seris embodied this principle, her presence a soothing balm upon the world’s energetic landscape.</w:t>
      </w:r>
    </w:p>
    <w:p/>
    <w:p>
      <w:r>
        <w:br/>
        <w:t>Velor, the meticulous observer, found her analytical prowess amplified by the world’s renewed stability. Her instruments, now recalibrated and more sensitive than ever, provided her with a constant stream of data, charting the subtle ebb and flow of universal energies. She could detect the faintest deviations from the established harmonic frequencies, the nascent signs of potential imbalance, and alert the others to them. Her understanding of Xyrrath's energetic signature, its inherent incompatibility with ordered systems, had provided her with invaluable insights into the fundamental principles of cosmic stability. She saw the world as a vast, interconnected energetic system, and her role was to monitor its health, to identify any potential disruptions, and to provide the Synarchs with the actionable intelligence needed to maintain the delicate equilibrium. The Architect’s dispersal, the intricate process of re-purposing its chaotic energy into the containment field, had been a profound data-gathering event, confirming her theories on the malleability of energetic states. She was now able to predict potential future instabilities with an uncanny accuracy, allowing the Synarchs to act proactively rather than reactively. Her instruments were more than just tools; they were an extension of her perception, allowing her to see the universe not just as it was, but as it could become, and to identify the subtle energetic pathways that led to either ruin or renewal.</w:t>
      </w:r>
    </w:p>
    <w:p/>
    <w:p>
      <w:r>
        <w:br/>
        <w:t>The Synarchs, however, understood that their victory was not an end, but a beginning. The containment of Xyrrath, the primal force of entropy, was a perpetual endeavor. It required constant vigilance, ongoing maintenance, and a profound understanding of the intricate energies they now wielded. They were no longer simply warriors who had fought against an existential threat; they had become architects and caretakers of a new cosmic order. This realization necessitated a fundamental shift in their roles and responsibilities. Their focus had moved from reactive defense – a desperate struggle for survival – to proactive guardianship, a ceaseless effort to maintain the delicate balance of Aetherflow and prevent any future cataclysms.</w:t>
      </w:r>
    </w:p>
    <w:p/>
    <w:p>
      <w:r>
        <w:br/>
        <w:t>To this end, they established a new order, a council that would extend their influence and ensure the continuity of their mission. This was not a council of conquerors, but of enlightened individuals, those who possessed a deep understanding of Aetheric principles, temporal integrity, and the delicate interconnectedness of existence. They scoured the world, seeking out individuals whose innate abilities or profound insights aligned with the Synarchs' new purpose. These individuals, once their latent potential was awakened and their understanding nurtured, would become the new guardians, the lieutenants in their ongoing vigil. They were trained not in combat, but in the subtle arts of Aetheric resonance, temporal alignment, and energetic harmonization. They learned to perceive the world’s energetic pulse, to identify nascent instabilities, and to contribute to the overall maintenance of cosmic balance.</w:t>
      </w:r>
    </w:p>
    <w:p/>
    <w:p>
      <w:r>
        <w:br/>
        <w:t>Liora, in her capacity as the master of Aetheric weave, established academies dedicated to the study and application of Aetherflow. These were not sterile institutions of learning, but vibrant centers where students were immersed in the living currents of energy. They learned to feel the Aether, to manipulate it, to understand its myriad expressions, from the gentle hum of a growing plant to the raw power of a stellar forge. Liora herself would often guide these students, her hands moving with an effortless grace, demonstrating the intricate patterns of Aetheric manipulation. She taught them that Aether was not merely a force to be commanded, but a partner to be understood, a fundamental aspect of life that required respect and careful stewardship. The world’s recovery was a living testament to the principles she espoused, and she worked tirelessly to ensure that this knowledge would be passed down, safeguarding the future. She understood that true order was not merely the absence of chaos, but the active cultivation of harmony, a continuous process of refinement and growth. Her focus shifted from the immediate containment of Xyrrath to the broader cultivation of universal balance, ensuring that the world’s energetic ecosystem remained healthy and robust.</w:t>
      </w:r>
    </w:p>
    <w:p/>
    <w:p>
      <w:r>
        <w:br/>
        <w:t>Kaelen, recognizing the importance of temporal stability, established observatories dedicated to monitoring the flow of time. These were not passive scientific endeavors; they were active centers for temporal maintenance. Individuals trained by Kaelen learned to perceive the subtle currents of causality, to identify potential temporal anomalies before they could manifest, and to reinforce the integrity of the timeline. He instilled in them a profound respect for the passage of time, teaching them that its consistent and unbroken progression was essential for the very continuation of existence. He shared his understanding of the Architect’s destructive potential, a being whose existence was woven from paradox, and impressed upon his students the critical importance of vigilance. Kaelen’s students learned to become temporal anchors themselves, subtly reinforcing the temporal fabric of their regions, ensuring that the past remained a solid foundation, the present a stable continuum, and the future a landscape of potential rather than predetermined doom. He taught them that the most effective way to prevent temporal cataclysm was not through overt intervention, but through consistent, subtle maintenance, ensuring the smooth and uninterrupted flow of all things.</w:t>
      </w:r>
    </w:p>
    <w:p/>
    <w:p>
      <w:r>
        <w:br/>
        <w:t>Seris, as the grand harmonizer, created centers where individuals could learn the art of energetic resonance and the principles of cosmic harmony. These were places of quiet contemplation and deep connection, where students learned to perceive the interconnectedness of all things, to understand the subtle interplay of forces that governed existence. Seris guided them in developing their own internal resonance, teaching them to harmonize their own energies with the larger cosmic symphony. She emphasized that true mastery lay not in the suppression of opposing forces, but in their integration, in finding the underlying harmony that bound them together. Her students learned to become conduits of balance, their presence radiating a subtle aura of peace and stability. They were trained to identify and harmonize dissonant energies, to smooth out energetic imbalances, and to foster a sense of interconnectedness within their communities. Seris’s work was about fostering a deeper understanding of the universe as a single, unified whole, and her students became the living embodiment of that understanding, extending her harmonizing influence throughout the world.</w:t>
      </w:r>
    </w:p>
    <w:p/>
    <w:p>
      <w:r>
        <w:br/>
        <w:t>Velor, the ultimate analyst, established research institutes dedicated to understanding the fundamental energetic principles of the universe. These were centers of rigorous scientific inquiry, where individuals pushed the boundaries of knowledge, developing new models, new analytical techniques, and new ways of understanding the complex interplay of forces. Velor shared her insights into the Architect’s energetic signature, the intricate dance between order and chaos, and emphasized the critical importance of empirical observation and data analysis. Her students learned to wield advanced instrumentation, to interpret complex energetic patterns, and to predict potential future instabilities with unparalleled accuracy. They became the sentinels of cosmic knowledge, constantly monitoring the universe’s energetic health, identifying potential threats, and developing strategies to mitigate them. Velor’s institutes were not just places of learning; they were incubators of innovation, constantly seeking new ways to understand and safeguard the fragile balance of existence. Her ultimate goal was to create a comprehensive understanding of the universe’s energetic architecture, allowing for a truly proactive and predictive approach to cosmic stewardship.</w:t>
      </w:r>
    </w:p>
    <w:p/>
    <w:p>
      <w:r>
        <w:br/>
        <w:t>The Synarchs themselves, while delegating much of the day-to-day maintenance, remained the ultimate arbiters, the guiding minds behind this new order. They convened regularly, sharing their insights, coordinating their efforts, and collectively strategizing for the long-term preservation of existence. Their unity was unbreakable, forged in the crucible of their shared ordeal. Liora’s Aetheric insights would inform Kaelen’s temporal adjustments, Seris’s harmonizing influence would stabilize Velor’s energetic projections, and Velor’s data would guide Liora’s Aetheric weaving. They were a seamless extension of each other’s will, their collective consciousness operating on a level of synergy that transcended individual thought.</w:t>
      </w:r>
    </w:p>
    <w:p/>
    <w:p>
      <w:r>
        <w:br/>
        <w:t>The world, though renewed, bore the subtle marks of its near-demise. There were regions where the Aetheric flow was still finding its perfect rhythm, places where temporal echoes lingered, and areas where energetic harmonies were still being coaxed into being. These were not imperfections, but rather testaments to the ongoing work of the Synarchs and their expanding council. They served as reminders that vigilance was not a static state, but a dynamic process, a continuous effort to maintain and enhance the fundamental balance of existence. The dawn of their new order was not a period of idleness, but of perpetual engagement, a commitment to safeguarding the universe against the ever-present threat of entropy. Their roles had irrevocably shifted from reactive defense to proactive guardianship, ensuring that the fragile peace they had won would endure, not through brute force, but through wisdom, understanding, and an unwavering dedication to the preservation of order. The age of reactive survival was over; the age of proactive guardianship had begun.</w:t>
      </w:r>
    </w:p>
    <w:p/>
    <w:p>
      <w:r>
        <w:t>The immediate aftermath of Xyrrath’s dissolution was a period of profound reflection, a collective breath drawn after a prolonged suffocation. The Synarchs, though weary, felt a potent sense of purpose settle within them, not the grim resolve of warriors, but the quiet confidence of architects who had laid the foundation for a new epoch. The scars of their struggle, both on the world and within themselves, were undeniable, yet they served as potent reminders of what had been fought for and what had been gained. The universe, once a battleground teetering on the brink of unravelling, was now a canvas upon which a new order could be meticulously painted.</w:t>
      </w:r>
    </w:p>
    <w:p>
      <w:r>
        <w:br/>
        <w:t>Liora, her senses still thrumming with the reintegration of the Aetheric weave, found herself drawn to the infinite possibilities that lay dormant within the revitalized currents. The containment of Xyrrath had not merely been an act of subjugation; it had been an intricate process of understanding, of dissecting the very essence of entropy and finding within it the faintest echoes of ordered potential. Her academies, already burgeoning with eager minds, became living laboratories where the subtle language of Aether was being deciphered. She dedicated herself to exploring the deep-seated harmonies that underpinned the universe, seeking out the nascent whispers of primordial forces that even Xyrrath, in its chaotic grandeur, had failed to completely erase. This involved charting the complex interplay of energies across vast cosmic distances, understanding how stellar nurseries pulsed with generative Aether and how the silent void between galaxies still contained the residual hum of creation. She established specialized branches of her academies, sending out emissaries to remote star systems that had been shielded from Xyrrath’s direct influence but still bore the subtle distortions in their energetic fabric. These emissaries, armed with Liora’s teachings and her advanced Aetheric analysis tools, worked to harmonize localized energetic imbalances, acting as subtle conduits for the universe’s restorative energies. She theorized that the very structure of spacetime was influenced by the flow of Aether, and her research began to probe the possibility of influencing gravitational forces and even the expansion rate of the cosmos through precise Aetheric manipulation. One of her most ambitious projects involved recreating the containment field’s energetic matrix on a smaller scale, not to imprison, but to study the fundamental principles of energetic cohesion. This required an immense understanding of resonance frequencies, and she spent countless cycles in deep meditation, attuning herself to the subtle vibrations that resonated throughout existence, seeking to replicate the very act of creation that had bound Xyrrath’s essence.</w:t>
      </w:r>
    </w:p>
    <w:p/>
    <w:p>
      <w:r>
        <w:br/>
        <w:t>Kaelen, ever the guardian of the timeline, recognized that the cessation of temporal anomalies was not an endpoint but a continuous responsibility. The successful integration of Xyrrath’s chaotic temporal signature into the fabric of existence had revealed a profound truth: entropy, while destructive in its unbridled form, was also a necessary component of the temporal cycle. His observatories, now equipped with an even more sophisticated array of chronometric sensors, meticulously tracked the subtle eddies and currents of causality. He began to explore the very nature of the Primordials, understanding that their existence predated even the concept of linear time as he understood it. Were they entities outside of time, or were they the architects of time itself? His investigations led him to ancient temporal nexus points, places where the veil between different epochs was thin, and where the echoes of events long past reverberated with startling clarity. He sought to understand the origin of temporal paradox, not just as a threat to be neutralized, but as a fundamental aspect of existence that, when understood, could reveal deeper truths about the nature of reality. Kaelen initiated a program of ‘temporal archaeology,’ sending carefully selected individuals to ancient civilizations that had developed sophisticated chronomantic practices, hoping to glean forgotten knowledge about the manipulation and preservation of temporal continuity. He also began to experiment with subtle temporal projections, not to alter the past, but to gain a more comprehensive understanding of the potential future timelines, identifying critical junctures where intervention might be necessary to preserve the overall integrity of causality. His mask, once a barrier against temporal fragmentation, became a tool for temporal cartography, allowing him to map the intricate branching pathways of potential futures and identify those that posed the greatest risk to the established order. He was particularly interested in understanding the cyclical nature of certain cosmic events, seeking to identify patterns that could indicate future entropic surges, not necessarily from Xyrrath, but from other, as yet unknown, forces.</w:t>
      </w:r>
    </w:p>
    <w:p/>
    <w:p>
      <w:r>
        <w:br/>
        <w:t>Seris, the maestro of harmony, found her purpose expanding beyond the mere stabilization of energies. She began to explore the deeper connections between all sentient beings, understanding that true cosmic balance was not just an energetic equilibrium, but a spiritual and emotional one as well. Her centers of resonance became havens for individuals seeking to understand their place within the greater tapestry of existence. She delved into the nature of consciousness itself, theorizing that the collective resonance of all life contributed to the overall stability of the universe. Her research led her to explore the concept of universal empathy, the idea that by understanding and harmonizing with the emotional states of others, one could contribute to a more peaceful and ordered existence. She began to study the remnants of ancient cultures that had achieved remarkable levels of collective harmony, seeking to understand the techniques and philosophies that had allowed them to thrive. Seris also turned her attention to the very concept of consciousness within the Primordials, wondering if their existence represented a different, perhaps more fundamental, form of awareness than that possessed by organic life. She sought to understand the nature of discord, not just as a lack of harmony, but as a vital force that, when understood and integrated, could lead to profound growth and transformation. Her work involved creating vast symphonies of intention, where collective meditations focused on specific universal needs, such as fostering peace in conflict-ridden regions or encouraging the growth of life on nascent worlds. She established communication channels with nascent lifeforms, teaching them the fundamental principles of energetic harmony and guiding them towards a path of peaceful coexistence with their environments and with each other. She believed that the ultimate expression of order was not the absence of conflict, but the ability to resolve it through understanding and empathy, a principle she sought to instill in all her students and, by extension, in the universe itself.</w:t>
      </w:r>
    </w:p>
    <w:p/>
    <w:p>
      <w:r>
        <w:br/>
        <w:t>Velor, the meticulous observer, continued to refine her analytical tools, pushing the boundaries of what was known about the fundamental forces of the cosmos. The containment of Xyrrath had provided her with an unprecedented wealth of data, allowing her to develop more accurate predictive models for energetic fluctuations. She began to focus her research on the elusive nature of the Primordials, seeking to understand their origins and their relationship to the fundamental forces that governed reality. Were they merely abstract concepts, or were they tangible entities whose influence permeated the universe? Her institutes became hubs of interdisciplinary research, bringing together scholars from various fields to collaborate on understanding the complex energetic architecture of existence. She initiated projects to map the energetic signatures of entire galaxies, identifying subtle deviations from universal norms that could indicate potential future threats. Velor also explored the concept of meta-energies, forces that seemed to govern the very interaction of other energetic fields. She theorized that the Primordials might be embodiments of these meta-energies, existing at a level of reality far removed from the Aether and temporal flows that the other Synarchs studied. Her work involved the development of new forms of energetic sensing, capable of detecting anomalies on a multiversal scale, and she began to build a comprehensive database of all known energetic phenomena, searching for underlying patterns and universal laws. She understood that the universe was a dynamic, ever-evolving system, and her role was to understand its intricate workings, not just to react to changes, but to anticipate them. Velor’s ultimate goal was to create a predictive framework that could foresee and, if necessary, mitigate any potential future threats to cosmic stability, effectively transforming the Synarchs’ role from reactive guardians to proactive custodians of existence.</w:t>
      </w:r>
    </w:p>
    <w:p/>
    <w:p>
      <w:r>
        <w:br/>
        <w:t>The individual paths of the Synarchs, while distinct, were inextricably linked. Liora’s discoveries in Aetheric resonance informed Kaelen’s temporal calculations, providing him with a deeper understanding of how the flow of time was influenced by energetic vibrations. Kaelen’s temporal stability provided Seris with a more consistent framework for her harmonic investigations, allowing her to discern subtler patterns of resonance. Seris’s understanding of universal harmony helped Velor refine her energetic models, revealing how seemingly disparate forces could be unified through underlying principles. And Velor’s data-driven insights provided all of them with crucial intelligence, guiding their research and ensuring their efforts were aligned with the overarching goal of cosmic preservation. Their shared experience had forged an unbreakable bond, a collective consciousness that operated with a seamless synergy, each member’s strengths compensating for the others’ weaknesses.</w:t>
      </w:r>
    </w:p>
    <w:p/>
    <w:p>
      <w:r>
        <w:br/>
        <w:t>As they looked towards the future, the Synarchs recognized that their journey was far from over. The universe, though saved from immediate annihilation, was still a realm of immense mystery and potential danger. The forces that had sought to unravel existence, like Xyrrath, were not necessarily vanquished, but perhaps merely dormant, waiting for an opportune moment to re-emerge. The Primordials, those ancient and enigmatic entities, represented a frontier of knowledge that remained largely uncharted. Their very existence hinted at powers and realities that transcended the Synarchs' current understanding. Were they benevolent custodians of cosmic order, or indifferent forces whose actions, though seemingly random, had profound implications for all existence? The Synarchs dedicated themselves to the exploration of these profound questions, knowing that their pursuit of knowledge was as vital to the universe’s survival as their direct interventions had been.</w:t>
      </w:r>
    </w:p>
    <w:p/>
    <w:p>
      <w:r>
        <w:br/>
        <w:t>The new order they had established was not a static structure, but a living, evolving entity. The academies and institutes they founded continued to flourish, producing generations of individuals attuned to the subtle energies of the cosmos. These new guardians, trained in the disciplines of Aetheric mastery, temporal integrity, and energetic harmonization, became the eyes, ears, and hands of the Synarchs, extending their influence across the vast expanse of reality. They were entrusted with the ongoing task of maintaining the delicate balance, of harmonizing dissonances, and of ensuring that the fragile peace they had achieved would endure. The Synarchs served as the guiding lights for these burgeoning caretakers, offering wisdom, oversight, and, when necessary, direct intervention.</w:t>
      </w:r>
    </w:p>
    <w:p/>
    <w:p>
      <w:r>
        <w:br/>
        <w:t>The struggle between order and chaos was, they understood, an eternal dance. Entropy was not an entity to be destroyed, but a force to be understood, integrated, and balanced. The universe was a constant interplay of these opposing principles, a dynamic equilibrium that required perpetual vigilance. Their victory over Xyrrath had not eliminated chaos, but it had shifted the balance, allowing order to reassert its dominance and providing the universe with a chance to flourish. This new era was defined by proactive guardianship, a commitment to understanding the fundamental forces of existence and to nurturing the inherent harmony that bound them all together. The Synarchs, forever bound by their shared ordeal and their unwavering dedication, stood as the silent sentinels of this new dawn, their vigilance a constant promise to a universe reborn, forever watchful, forever striving towards a state of perfect, enduring balance. Their individual quests for knowledge, though diverging in focus, all converged on the singular, paramount goal: the preservation and flourishing of all that is, illuminated by wisdom and the profound mastery of Aetheric energies. The tapestry of existence, once frayed and torn, was now being rewoven, thread by luminous thread, under their watchful guidance.</w:t>
      </w:r>
    </w:p>
    <w:p/>
    <w:p>
      <w:r>
        <w:br w:type="page"/>
      </w:r>
    </w:p>
    <w:p>
      <w:pPr>
        <w:spacing w:before="5040"/>
        <w:jc w:val="center"/>
      </w:pPr>
      <w:r>
        <w:rPr/>
        <w:t xml:space="preserve"> Back Matter</w:t>
      </w:r>
    </w:p>
    <w:p>
      <w:pPr>
        <w:jc w:val="left"/>
      </w:pPr>
      <w:r>
        <w:rPr>
          <w:b/>
        </w:rPr>
        <w:t>Aetheric Weave:</w:t>
      </w:r>
      <w:r>
        <w:t xml:space="preserve"> The fundamental energetic fabric of the universe, responsible for the interconnectedness of all matter and energy.</w:t>
      </w:r>
    </w:p>
    <w:p>
      <w:pPr>
        <w:jc w:val="left"/>
      </w:pPr>
      <w:r>
        <w:rPr>
          <w:b/>
        </w:rPr>
        <w:t>Chronometric Sensors:</w:t>
      </w:r>
      <w:r>
        <w:t xml:space="preserve"> Devices used to measure and analyze temporal flow, causality, and spacetime distortions.</w:t>
      </w:r>
    </w:p>
    <w:p>
      <w:pPr>
        <w:jc w:val="left"/>
      </w:pPr>
      <w:r>
        <w:rPr>
          <w:b/>
        </w:rPr>
        <w:t>Cosmic Harmony:</w:t>
      </w:r>
      <w:r>
        <w:t xml:space="preserve"> The state of balanced and synchronized energetic, temporal, and conscious interactions across the universe.</w:t>
      </w:r>
    </w:p>
    <w:p>
      <w:pPr>
        <w:jc w:val="left"/>
      </w:pPr>
      <w:r>
        <w:rPr>
          <w:b/>
        </w:rPr>
        <w:t>Entropy:</w:t>
      </w:r>
      <w:r>
        <w:t xml:space="preserve"> The force of chaos and disorder, which Xyrrath embodied in its most destructive form.</w:t>
      </w:r>
    </w:p>
    <w:p>
      <w:pPr>
        <w:jc w:val="left"/>
      </w:pPr>
      <w:r>
        <w:rPr>
          <w:b/>
        </w:rPr>
        <w:t>Meta-energies:</w:t>
      </w:r>
      <w:r>
        <w:t xml:space="preserve"> Theoretical fundamental forces that govern the interaction and behavior of all other energetic fields, potentially related to the Primordials.</w:t>
      </w:r>
    </w:p>
    <w:p>
      <w:pPr>
        <w:jc w:val="left"/>
      </w:pPr>
      <w:r>
        <w:rPr>
          <w:b/>
        </w:rPr>
        <w:t>Primordials:</w:t>
      </w:r>
      <w:r>
        <w:t xml:space="preserve"> Ancient, enigmatic entities whose existence predates known cosmic structures and forces, representing a frontier of ultimate understanding.</w:t>
      </w:r>
    </w:p>
    <w:p>
      <w:pPr>
        <w:jc w:val="left"/>
      </w:pPr>
      <w:r>
        <w:rPr>
          <w:b/>
        </w:rPr>
        <w:t>Synarchs:</w:t>
      </w:r>
      <w:r>
        <w:t xml:space="preserve"> The collective term for Liora, Kaelen, Seris, and Velor, the custodians of cosmic balance.</w:t>
      </w:r>
    </w:p>
    <w:p>
      <w:pPr>
        <w:jc w:val="left"/>
      </w:pPr>
      <w:r>
        <w:rPr>
          <w:b/>
        </w:rPr>
        <w:t>Temporal Archaeology:</w:t>
      </w:r>
      <w:r>
        <w:t xml:space="preserve"> The study and retrieval of knowledge from ancient civilizations with sophisticated chronomantic practices.</w:t>
      </w:r>
    </w:p>
    <w:p>
      <w:pPr>
        <w:jc w:val="left"/>
      </w:pPr>
      <w:r>
        <w:rPr>
          <w:b/>
        </w:rPr>
        <w:t>Temporal Nexus Points:</w:t>
      </w:r>
      <w:r>
        <w:t xml:space="preserve"> Locations where the barriers between different epochs are weakened, allowing for echoes of past events to resonate.</w:t>
      </w:r>
    </w:p>
    <w:p>
      <w:pPr>
        <w:jc w:val="left"/>
      </w:pPr>
      <w:r>
        <w:rPr>
          <w:b/>
        </w:rPr>
        <w:t>Xyrrath:</w:t>
      </w:r>
      <w:r>
        <w:t xml:space="preserve"> An entropic entity that sought to unravel the universe's fundamental order, now contained and its essence integrated.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2025-09-13T13:25:39Z</dcterms:created>
  <dcterms:modified xsi:type="dcterms:W3CDTF">2025-09-13T13:25:39Z</dcterms:modified>
  <cp:category/>
</cp:coreProperties>
</file>