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Les Rêves de Jacob</w:t>
      </w:r>
    </w:p>
    <w:p>
      <w:pPr>
        <w:pStyle w:val="Subtitle"/>
      </w:pPr>
      <w:r>
        <w:t>Auteur : Cassian Black</w:t>
        <w:br/>
        <w:t>Édition : Sérieuse &amp; Réaliste</w:t>
      </w:r>
    </w:p>
    <w:p>
      <w:r>
        <w:br w:type="page"/>
      </w:r>
    </w:p>
    <w:p>
      <w:pPr>
        <w:pStyle w:val="Title"/>
      </w:pPr>
      <w:r>
        <w:t>Dédicace</w:t>
      </w:r>
    </w:p>
    <w:p>
      <w:r>
        <w:t>À ma mère, à mon oncle et à tante Tata – comme je l’appelais – qui ont cru en moi alors que d’autres m’en détournaient. Votre foi dans ma route a forgé ma persévérance. Cet ouvrage est aussi le leur.</w:t>
      </w:r>
    </w:p>
    <w:p>
      <w:r>
        <w:t>Et à mon mentor, dont la sagesse a guidé ma route.</w:t>
      </w:r>
    </w:p>
    <w:p>
      <w:r>
        <w:br w:type="page"/>
      </w:r>
    </w:p>
    <w:p>
      <w:pPr>
        <w:pStyle w:val="Heading1"/>
      </w:pPr>
      <w:r>
        <w:t>Chapitre 1 : Les rêves de Jacob</w:t>
      </w:r>
    </w:p>
    <w:p>
      <w:r>
        <w:t>Texte complet du chapitre 1 avec Rachel et mentor...</w:t>
      </w:r>
    </w:p>
    <w:p>
      <w:r>
        <w:br w:type="page"/>
      </w:r>
    </w:p>
    <w:p>
      <w:pPr>
        <w:pStyle w:val="Heading1"/>
      </w:pPr>
      <w:r>
        <w:t>Chapitre 2 : Le voyage intersidéral</w:t>
      </w:r>
    </w:p>
    <w:p>
      <w:r>
        <w:t>Texte complet du chapitre 2...</w:t>
      </w:r>
    </w:p>
    <w:p>
      <w:r>
        <w:br w:type="page"/>
      </w:r>
    </w:p>
    <w:p>
      <w:pPr>
        <w:pStyle w:val="Heading1"/>
      </w:pPr>
      <w:r>
        <w:t>Chapitre 3 : Le vaisseau spatial</w:t>
      </w:r>
    </w:p>
    <w:p>
      <w:r>
        <w:t>Texte complet du chapitre 3...</w:t>
      </w:r>
    </w:p>
    <w:p>
      <w:r>
        <w:br w:type="page"/>
      </w:r>
    </w:p>
    <w:p>
      <w:pPr>
        <w:pStyle w:val="Heading1"/>
      </w:pPr>
      <w:r>
        <w:t>Chapitre 4 : Les compagnons de voyage</w:t>
      </w:r>
    </w:p>
    <w:p>
      <w:r>
        <w:t>Chapitre 4 avec mentor et Rachel...</w:t>
      </w:r>
    </w:p>
    <w:p>
      <w:r>
        <w:br w:type="page"/>
      </w:r>
    </w:p>
    <w:p>
      <w:pPr>
        <w:pStyle w:val="Heading1"/>
      </w:pPr>
      <w:r>
        <w:t>Chapitre 5 : Les péripéties du voyage</w:t>
      </w:r>
    </w:p>
    <w:p>
      <w:r>
        <w:t>Chapitre 5 complet...</w:t>
      </w:r>
    </w:p>
    <w:p>
      <w:r>
        <w:br w:type="page"/>
      </w:r>
    </w:p>
    <w:p>
      <w:pPr>
        <w:pStyle w:val="Heading1"/>
      </w:pPr>
      <w:r>
        <w:t>Chapitre 6 : La découverte de la planète</w:t>
      </w:r>
    </w:p>
    <w:p>
      <w:r>
        <w:t>Chapitre 6 complet...</w:t>
      </w:r>
    </w:p>
    <w:p>
      <w:r>
        <w:br w:type="page"/>
      </w:r>
    </w:p>
    <w:p>
      <w:pPr>
        <w:pStyle w:val="Heading1"/>
      </w:pPr>
      <w:r>
        <w:t>Chapitre 7 : Les aventures sur la planète</w:t>
      </w:r>
    </w:p>
    <w:p>
      <w:r>
        <w:t>Chapitre 7 complet...</w:t>
      </w:r>
    </w:p>
    <w:p>
      <w:r>
        <w:br w:type="page"/>
      </w:r>
    </w:p>
    <w:p>
      <w:pPr>
        <w:pStyle w:val="Heading1"/>
      </w:pPr>
      <w:r>
        <w:t>Chapitre 8 : Le retour sur Terre</w:t>
      </w:r>
    </w:p>
    <w:p>
      <w:r>
        <w:t>Chapitre 8 complet...</w:t>
      </w:r>
    </w:p>
    <w:p>
      <w:r>
        <w:br w:type="page"/>
      </w:r>
    </w:p>
    <w:p>
      <w:pPr>
        <w:pStyle w:val="Heading1"/>
      </w:pPr>
      <w:r>
        <w:t>Chapitre 9 : Le retour à la vie normale</w:t>
      </w:r>
    </w:p>
    <w:p>
      <w:r>
        <w:t>Chapitre 9 complet...</w:t>
      </w:r>
    </w:p>
    <w:p>
      <w:r>
        <w:br w:type="page"/>
      </w:r>
    </w:p>
    <w:p>
      <w:pPr>
        <w:pStyle w:val="Heading1"/>
      </w:pPr>
      <w:r>
        <w:t>Chapitre 10 : La suite des aventures</w:t>
      </w:r>
    </w:p>
    <w:p>
      <w:r>
        <w:t>Chapitre 10 complet...</w:t>
      </w:r>
    </w:p>
    <w:p>
      <w:r>
        <w:br w:type="page"/>
      </w:r>
    </w:p>
    <w:p>
      <w:pPr>
        <w:pStyle w:val="Title"/>
      </w:pPr>
      <w:r>
        <w:t>4ᵉ de couverture</w:t>
      </w:r>
    </w:p>
    <w:p>
      <w:r>
        <w:t>Découvrez l'incroyable aventure de Jake, de ses rêves d'enfant à ses exploits spatiaux, guidé par son mentor et soutenu par les liens précieux de sa famille. Un voyage de courage, de découverte et de persévérance qui vous captivera jusqu'à la dernière page.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