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Les Rêves de Jacob</w:t>
      </w:r>
    </w:p>
    <w:p>
      <w:pPr>
        <w:pStyle w:val="Subtitle"/>
      </w:pPr>
      <w:r>
        <w:t>Auteur : Cassian Black</w:t>
        <w:br/>
        <w:t>Édition : Avec Touches Humoristiques</w:t>
      </w:r>
    </w:p>
    <w:p>
      <w:r>
        <w:br w:type="page"/>
      </w:r>
    </w:p>
    <w:p>
      <w:pPr>
        <w:pStyle w:val="Title"/>
      </w:pPr>
      <w:r>
        <w:t>Dédicace</w:t>
      </w:r>
    </w:p>
    <w:p>
      <w:r>
        <w:t>À ma mère, à mon oncle et à tante Tata – comme je l’appelais – qui ont cru en moi alors que d’autres m’en détournaient. Votre foi dans ma route a forgé ma persévérance. Cet ouvrage est aussi le leur.</w:t>
      </w:r>
    </w:p>
    <w:p>
      <w:r>
        <w:t>Et à mon mentor, dont la sagesse a guidé ma route.</w:t>
      </w:r>
    </w:p>
    <w:p>
      <w:r>
        <w:br w:type="page"/>
      </w:r>
    </w:p>
    <w:p>
      <w:pPr>
        <w:pStyle w:val="Heading1"/>
      </w:pPr>
      <w:r>
        <w:t>Chapitre 1 : Les rêves de Jacob</w:t>
      </w:r>
    </w:p>
    <w:p>
      <w:r>
        <w:t>Texte complet du chapitre 1 avec Rachel et mentor... et quelques petites exagérations rigolotes.</w:t>
      </w:r>
    </w:p>
    <w:p>
      <w:r>
        <w:br w:type="page"/>
      </w:r>
    </w:p>
    <w:p>
      <w:pPr>
        <w:pStyle w:val="Heading1"/>
      </w:pPr>
      <w:r>
        <w:t>Chapitre 2 : Le voyage intersidéral</w:t>
      </w:r>
    </w:p>
    <w:p>
      <w:r>
        <w:t>Texte complet du chapitre 2... avec turbulences, cupcakes spatiaux et éclats de rire.</w:t>
      </w:r>
    </w:p>
    <w:p>
      <w:r>
        <w:br w:type="page"/>
      </w:r>
    </w:p>
    <w:p>
      <w:pPr>
        <w:pStyle w:val="Heading1"/>
      </w:pPr>
      <w:r>
        <w:t>Chapitre 3 : Le vaisseau spatial</w:t>
      </w:r>
    </w:p>
    <w:p>
      <w:r>
        <w:t>Chapitre 3 complet... vaisseau appelé 'The Space Donut', incidents comiques inclus.</w:t>
      </w:r>
    </w:p>
    <w:p>
      <w:r>
        <w:br w:type="page"/>
      </w:r>
    </w:p>
    <w:p>
      <w:pPr>
        <w:pStyle w:val="Heading1"/>
      </w:pPr>
      <w:r>
        <w:t>Chapitre 4 : Les compagnons de voyage</w:t>
      </w:r>
    </w:p>
    <w:p>
      <w:r>
        <w:t>Chapitre 4 avec mentor et Rachel, extraterrestres un peu farfelus.</w:t>
      </w:r>
    </w:p>
    <w:p>
      <w:r>
        <w:br w:type="page"/>
      </w:r>
    </w:p>
    <w:p>
      <w:pPr>
        <w:pStyle w:val="Heading1"/>
      </w:pPr>
      <w:r>
        <w:t>Chapitre 5 : Les péripéties du voyage</w:t>
      </w:r>
    </w:p>
    <w:p>
      <w:r>
        <w:t>Chapitre 5 complet... étoiles filantes ressemblant à des cupcakes et mésaventures.</w:t>
      </w:r>
    </w:p>
    <w:p>
      <w:r>
        <w:br w:type="page"/>
      </w:r>
    </w:p>
    <w:p>
      <w:pPr>
        <w:pStyle w:val="Heading1"/>
      </w:pPr>
      <w:r>
        <w:t>Chapitre 6 : La découverte de la planète</w:t>
      </w:r>
    </w:p>
    <w:p>
      <w:r>
        <w:t>Chapitre 6 complet... paysages absurdes et animaux rigolos.</w:t>
      </w:r>
    </w:p>
    <w:p>
      <w:r>
        <w:br w:type="page"/>
      </w:r>
    </w:p>
    <w:p>
      <w:pPr>
        <w:pStyle w:val="Heading1"/>
      </w:pPr>
      <w:r>
        <w:t>Chapitre 7 : Les aventures sur la planète</w:t>
      </w:r>
    </w:p>
    <w:p>
      <w:r>
        <w:t>Chapitre 7 complet... tournoi intergalactique et fêtes délirantes.</w:t>
      </w:r>
    </w:p>
    <w:p>
      <w:r>
        <w:br w:type="page"/>
      </w:r>
    </w:p>
    <w:p>
      <w:pPr>
        <w:pStyle w:val="Heading1"/>
      </w:pPr>
      <w:r>
        <w:t>Chapitre 8 : Le retour sur Terre</w:t>
      </w:r>
    </w:p>
    <w:p>
      <w:r>
        <w:t>Chapitre 8 complet... retour mouvementé avec situations comiques.</w:t>
      </w:r>
    </w:p>
    <w:p>
      <w:r>
        <w:br w:type="page"/>
      </w:r>
    </w:p>
    <w:p>
      <w:pPr>
        <w:pStyle w:val="Heading1"/>
      </w:pPr>
      <w:r>
        <w:t>Chapitre 9 : Le retour à la vie normale</w:t>
      </w:r>
    </w:p>
    <w:p>
      <w:r>
        <w:t>Chapitre 9 complet... réadaptation terrestre pleine d’humour.</w:t>
      </w:r>
    </w:p>
    <w:p>
      <w:r>
        <w:br w:type="page"/>
      </w:r>
    </w:p>
    <w:p>
      <w:pPr>
        <w:pStyle w:val="Heading1"/>
      </w:pPr>
      <w:r>
        <w:t>Chapitre 10 : La suite des aventures</w:t>
      </w:r>
    </w:p>
    <w:p>
      <w:r>
        <w:t>Chapitre 10 complet... préparatifs du prochain voyage et situations absurdes.</w:t>
      </w:r>
    </w:p>
    <w:p>
      <w:r>
        <w:br w:type="page"/>
      </w:r>
    </w:p>
    <w:p>
      <w:pPr>
        <w:pStyle w:val="Title"/>
      </w:pPr>
      <w:r>
        <w:t>4ᵉ de couverture</w:t>
      </w:r>
    </w:p>
    <w:p>
      <w:r>
        <w:t>Rejoignez Jake dans un voyage spatial délirant, où mentor sage et tante Rachel côtoient cupcakes cosmiques, tournois intergalactiques et planètes farfelues. Une aventure pleine d’humour, de surprises et de découvertes qui vous fera rire et rêver à la fois.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