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INTRO: Enter at Your Own Risk</w:t>
      </w:r>
    </w:p>
    <w:p>
      <w:r>
        <w:t>INTRO: Enter at Your Own Risk</w:t>
      </w:r>
    </w:p>
    <w:p>
      <w:r>
        <w:t>Congratulations, mama — you’ve officially wandered into the circus. And no, I don’t mean Cirque du Soleil with glitter, sequins, and hot bendy acrobats (though wouldn’t that be nice?). I mean this circus: the sleepless nights, the leaky boobs, the toddler tantrums that rival a small dictatorship, and the mysterious stains on your sofa you’ll never fully identify.</w:t>
      </w:r>
    </w:p>
    <w:p>
      <w:r>
        <w:t>So first things first — ENTER AT YOUR OWN RISK.</w:t>
      </w:r>
    </w:p>
    <w:p>
      <w:r>
        <w:t>Motherhood isn’t tidy. It isn’t Instagram-filter pretty. And it sure as hell isn’t what those baby magazines or smug parenting experts promised you. One minute you’re glowing at your baby shower, sipping mimosas (okay, guzzling) while everyone gifts you adorable onesies. The next? You’re in a hospital gown, legs in stirrups, screaming words your grandmother would faint over, while your partner hovers nearby with a look on his face like, “This isn’t how it went in the movie.”</w:t>
      </w:r>
    </w:p>
    <w:p>
      <w:r>
        <w:t>Welcome, love. You’re in it now.</w:t>
      </w:r>
    </w:p>
    <w:p>
      <w:r>
        <w:t>My Story (a.k.a. How the hell did I end up here?)</w:t>
      </w:r>
    </w:p>
    <w:p>
      <w:r>
        <w:t>I grew up in a small town in New Zealand called Nelson — the kind of place where everybody knows your business before you do. At 18, I dropped out of law school (I mean, who really wants to spend their youth buried in statutes?) and somehow found myself on New Zealand’s first reality TV show, Kiwi Flatmates.Com. Yes, that was a thing. And yes, it was as chaotic as it sounds.</w:t>
      </w:r>
    </w:p>
    <w:p>
      <w:r>
        <w:t>By 21, I’d swapped reality TV for nappies and became a kindergarten teacher. That job taught me patience (thank God, because motherhood demands every ounce of it). It also taught me how kids can smell weakness like sharks smell blood.</w:t>
      </w:r>
    </w:p>
    <w:p>
      <w:r>
        <w:t>At 22, I became a mom myself. My first son was born in New Zealand, and I quickly realized no degree, kindergarten job, or TV stint could prepare me for cracked nipples, sleepless nights, and the sheer terror of holding a tiny human who relies on you for literally everything.</w:t>
      </w:r>
    </w:p>
    <w:p>
      <w:r>
        <w:t>In between Auckland, New Zealand, I lived in Sydney, Australia, then Mumbai, India, and later on in the gorgeous Dordogne countryside of France. I married (in India, no less — yes, a full-blown Indian wedding), built a boutique hotel in Rajasthan and then sadly divorced after 14 years. I then drove from France to Spain as a single mom with two sons, two cats, and two turtles. Trust me, that road trip was a mama confession box in itself.</w:t>
      </w:r>
    </w:p>
    <w:p>
      <w:r>
        <w:t>At 45, I have four sons: a 23-year-old, a 20-year-old, a 9-year-old, and a toddler of 18 months. My eldest son has been living away from home in another European city since he was 19. He finished his degree, is in a loving gay relationship, and makes his mother proud of him beyond belief! Yes, the other kids tease that he is my favourite! My second son is midway through some very cool new-age business degree that his old-school mom can never quite remember how to say correctly. He is my business partner in crime, my tech wizard, and the reason I even have a website that doesn’t look like it was built in 1997.</w:t>
      </w:r>
    </w:p>
    <w:p>
      <w:r>
        <w:t>My 9-year-old? He’s convinced he’s the next Leo Messi and, honestly, he’s pretty damn good if I say so myself. And my toddler — nicknamed Little Mussolini — is my pint-sized, pizza-chowing dictator of love. I’ve been a mother in my twenties, thirties, and now forties, so believe me when I say I’ve seen it ALL.</w:t>
      </w:r>
    </w:p>
    <w:p>
      <w:r>
        <w:t>🤯 WTF Fact Corner</w:t>
      </w:r>
    </w:p>
    <w:p>
      <w:r>
        <w:t>Pregnancy cravings are real. I once sent my partner out for marshmallows to melt on top of rice crackers at 11 p.m. Pregnant logic: “If I don’t eat them now, the baby will come out deprived.”</w:t>
      </w:r>
    </w:p>
    <w:p>
      <w:r>
        <w:t>Your feet can actually grow a shoe size. Sexy, right? Nothing like buying new heels only to realize you’ll never wear them again.</w:t>
      </w:r>
    </w:p>
    <w:p>
      <w:r>
        <w:t>By the end of pregnancy, your blood volume has increased by 40–50%. No wonder you feel like a stuffed sausage.</w:t>
      </w:r>
    </w:p>
    <w:p>
      <w:r>
        <w:t>Babies don’t care what country they’re born in. They’ll scream just as loud in Dordogne as they do in Barcelona.</w:t>
      </w:r>
    </w:p>
    <w:p>
      <w:r>
        <w:t>The average newborn uses 2,500 diapers in their first year. You’ll start to wonder why you didn’t invest in Pampers stock instead of crypto.</w:t>
      </w:r>
    </w:p>
    <w:p>
      <w:r>
        <w:t>Pregnancy dreams? Buckle up. I once dreamt I was married to Johnny Depp and heavily pregnant with twins who were actually pugs. That’s hormones for you.</w:t>
      </w:r>
    </w:p>
    <w:p>
      <w:r>
        <w:t>Toddlers can ask 300 questions a day. Yes, you read that right. (And 250 of them are some version of “why?”).</w:t>
      </w:r>
    </w:p>
    <w:p>
      <w:r>
        <w:t>Fun fact: the loudest recorded newborn cry hit 120 decibels — the same as a rock concert. Your eardrums may never recover.</w:t>
      </w:r>
    </w:p>
    <w:p>
      <w:r>
        <w:t>Postpartum hair loss? Totally normal. Around 90% of new moms experience it. You’re not going bald, you’re just temporarily molting.</w:t>
      </w:r>
    </w:p>
    <w:p>
      <w:r>
        <w:t>Average maternal age worldwide: 31 in Spain, 26 in the U.S., 20 in parts of India. No wonder parenting advice feels so different everywhere.</w:t>
      </w:r>
    </w:p>
    <w:p>
      <w:r>
        <w:t>In Japan, it’s considered good luck if your baby cries loudly at a sumo event.</w:t>
      </w:r>
    </w:p>
    <w:p>
      <w:r>
        <w:t>In Spain, babies often stay up until midnight at family gatherings. Try explaining bedtime routines to a Spanish abuela and watch her laugh at you.</w:t>
      </w:r>
    </w:p>
    <w:p>
      <w:r>
        <w:t>In New Zealand, we try to stop them eating sheep poo — JOKE! (But kind of not.)</w:t>
      </w:r>
    </w:p>
    <w:p>
      <w:r>
        <w:t>The average new parent spends 5–6 hours per week on laundry in the first year. No wonder you feel like you live in a laundromat.</w:t>
      </w:r>
    </w:p>
    <w:p>
      <w:r>
        <w:t>Babies laugh 300 times a day. Adults? Around 20. Maybe we should be learning from them.</w:t>
      </w:r>
    </w:p>
    <w:p>
      <w:r>
        <w:t>The Expectations vs. Reality Sh*tshow</w:t>
      </w:r>
    </w:p>
    <w:p>
      <w:r>
        <w:t>Social media loves to tell you motherhood looks like pastel nurseries, hand-knitted bonnets, and blissed-out moms doing yoga in matching outfits with their toddlers. Reality? You’re covered in spit-up, your boobs are leaking through your shirt in the supermarket, and your toddler just screamed “POO!” at top volume in the pasta aisle.</w:t>
      </w:r>
    </w:p>
    <w:p>
      <w:r>
        <w:t>Pinterest moms may have chore charts, home-baked kale muffins, and spotless living rooms. My living room? Looked like Toys “R” Us had a violent explosion, the laundry mountain was threatening to bury us alive, and someone had drawn Marge Simpson with hairy armpits on the dining table with Sharpie.</w:t>
      </w:r>
    </w:p>
    <w:p>
      <w:r>
        <w:t>And don’t get me started on birthday parties. Pinterest promises unicorn cakes and matching pastel balloon garlands. Reality? A store-bought cake, a dozen screaming kids, and a toddler who fell asleep just before “Happy Birthday.”</w:t>
      </w:r>
    </w:p>
    <w:p>
      <w:r>
        <w:t>🙃 Hot Mess Pro Tip</w:t>
      </w:r>
    </w:p>
    <w:p>
      <w:r>
        <w:t>Stop comparing yourself to Instagram moms. Comparison is the thief of joy, and also the thief of your sanity. Delete the app if you have to. I promise you, nobody’s house actually looks like that.</w:t>
      </w:r>
    </w:p>
    <w:p>
      <w:r>
        <w:t>Motherhood Abroad (a.k.a. WTF Parenting, Global Edition)</w:t>
      </w:r>
    </w:p>
    <w:p>
      <w:r>
        <w:t>One of the “perks” of my life? I’ve had kids in three different countries. And let me tell you, motherhood looks different depending on where you pop out a baby.</w:t>
      </w:r>
    </w:p>
    <w:p>
      <w:r>
        <w:t>New Zealand: Kind, practical midwives who basically tell you to toughen up and get on with it. Tea and toast post-birth is a religion.</w:t>
      </w:r>
    </w:p>
    <w:p>
      <w:r>
        <w:t>France: The land of rules. Soft cheese? Non. Wine? Non. Don’t even think about sushi. Also, the French obsession with baby weight — they send you to pelvic floor physio before you’ve even left the hospital.</w:t>
      </w:r>
    </w:p>
    <w:p>
      <w:r>
        <w:t>Spain: The fiesta never stops. Family is everything, and there’s always a grandmother around to tell you you’re doing it wrong. Bonus points: wine counts as hydration here. And yes, in Spain I learned to always carry sunblock in every bag I owned — there is such a thing as too much sun. You will be praying for rain after your first year!</w:t>
      </w:r>
    </w:p>
    <w:p>
      <w:r>
        <w:t>India: I didn’t give birth there but lived with two young kids. The colors, the chaos, the community were magic. But try taking two cats and two turtles across the border to Spain? Border patrol wasn’t ready for that circus act.</w:t>
      </w:r>
    </w:p>
    <w:p>
      <w:r>
        <w:t>💌 Mama Confession Box</w:t>
      </w:r>
    </w:p>
    <w:p>
      <w:r>
        <w:t>I once drove from France to Spain as a single mother with two kids, two cats, and two turtles. There were tears, there were car snacks, there was turtle poop. By the time we arrived, I felt like I’d survived a military expedition.</w:t>
      </w:r>
    </w:p>
    <w:p>
      <w:r>
        <w:t>Another time, I walked halfway to a café with my newborn in a pram before realizing I wasn’t wearing a bra. My boobs were leaking, my shirt was see-through, and I thought, “Well, this is my life now.”</w:t>
      </w:r>
    </w:p>
    <w:p>
      <w:r>
        <w:t>On holiday in Mexico, I tried to look like a cool mom sipping a margarita while my kids built sandcastles. Reality: the baby ate sand, my 9-year-old demanded a taco immediately, and I spilled half the margarita down my bikini top.</w:t>
      </w:r>
    </w:p>
    <w:p>
      <w:r>
        <w:t>Once in Barcelona, I left the house for school drop-off still wearing my pajama pants under my coat. Didn’t realize until I got home. Nobody told me. Thanks, neighbors.</w:t>
      </w:r>
    </w:p>
    <w:p>
      <w:r>
        <w:t>In New Zealand, my eldest once told his teacher that his mom’s favorite drink was wine — or AKA mommy juice. Accurate, but mortifying.</w:t>
      </w:r>
    </w:p>
    <w:p>
      <w:r>
        <w:t>In Mexico, while furnishing the rental property, I dragged my then-4-year-old to 12 furniture shops in one day. By shop six, he staged a strike on a sofa in the middle of the showroom, built himself a canopy and bed, and refused to leave until the staff told him he could take the lovely cashmere throw with him! That I had to pay for!!!!!</w:t>
      </w:r>
    </w:p>
    <w:p>
      <w:r>
        <w:t>Barcelona beach day: I forgot to reapply sunblock, the baby ate half a bucket of sand, and my 9-year-old declared he hated the beach forever. That was a fun walk home.</w:t>
      </w:r>
    </w:p>
    <w:p>
      <w:r>
        <w:t>Ibiza ferry trip: toddler meltdown so loud the captain came to check. We weren’t sinking — just my sanity.</w:t>
      </w:r>
    </w:p>
    <w:p>
      <w:r>
        <w:t>Airbnb nightmare: toddler found a permanent marker and redecorated the walls. I still pray they didn’t keep my deposit.</w:t>
      </w:r>
    </w:p>
    <w:p>
      <w:r>
        <w:t>French physio fail: fresh out of giving birth, I was marched to pelvic floor therapy where a nurse with zero bedside manner declared, “Your muscles are like spaghetti.” I cried, then laughed, then went home and ate spaghetti.</w:t>
      </w:r>
    </w:p>
    <w:p>
      <w:r>
        <w:t>Career Hats &amp; Mama Chaos</w:t>
      </w:r>
    </w:p>
    <w:p>
      <w:r>
        <w:t>Motherhood doesn’t pause for careers — it barges into them, messy and loud.</w:t>
      </w:r>
    </w:p>
    <w:p>
      <w:r>
        <w:t>I’ve been:</w:t>
      </w:r>
    </w:p>
    <w:p>
      <w:r>
        <w:t>Studying to be a yoga teacher in India (while missing my kids so much my heart hurt).</w:t>
      </w:r>
    </w:p>
    <w:p>
      <w:r>
        <w:t>A kindergarten teacher (preparing me for tantrum Olympics).</w:t>
      </w:r>
    </w:p>
    <w:p>
      <w:r>
        <w:t>A real estate agent at Sotheby’s (showing multimillion-dollar homes with spit-up on my blouse).</w:t>
      </w:r>
    </w:p>
    <w:p>
      <w:r>
        <w:t>A film production assistant on our first feature-length film — while trying to squeeze in FaceTimes across time zones to fit in with my kids’ sleep schedules in other countries.</w:t>
      </w:r>
    </w:p>
    <w:p>
      <w:r>
        <w:t>A reggaeton tour producer with four concerts booked around Spain — trying to act cool backstage with a fanny pack full of jelly beans and mini gummy bears for my kids.</w:t>
      </w:r>
    </w:p>
    <w:p>
      <w:r>
        <w:t>A property investor in Mexico, driving around trying to furnish my first investment in just three weeks — with a cute four-year-old in tow.</w:t>
      </w:r>
    </w:p>
    <w:p>
      <w:r>
        <w:t>And now, a mom coach and writer (apparently!).</w:t>
      </w:r>
    </w:p>
    <w:p>
      <w:r>
        <w:t>No matter the role, one truth stayed the same: kids don’t care if you’re perfecting downward dog, producing a reggaeton tour, or filming a short film for Berlinale. They will crack it at the worst possible time. Trust me.</w:t>
      </w:r>
    </w:p>
    <w:p>
      <w:r>
        <w:t>🙃 Hot Mess Hacks</w:t>
      </w:r>
    </w:p>
    <w:p>
      <w:r>
        <w:t>Hide chocolate in the bathroom. Eat it with the fan on so nobody hears the wrapper.</w:t>
      </w:r>
    </w:p>
    <w:p>
      <w:r>
        <w:t>Keep a f*ck it drawer: emergency snacks, an eye mask, melatonin pills to help you sleep, and a wine opener.</w:t>
      </w:r>
    </w:p>
    <w:p>
      <w:r>
        <w:t>Dry shampoo is life. Enough said.</w:t>
      </w:r>
    </w:p>
    <w:p>
      <w:r>
        <w:t>Traveling with kids? Snacks, snacks, and more snacks. Then snacks for the snacks.</w:t>
      </w:r>
    </w:p>
    <w:p>
      <w:r>
        <w:t>On planes: juice boxes and bottles for take-off, snacks for bribery, and a change of clothes for YOU, not just the baby.</w:t>
      </w:r>
    </w:p>
    <w:p>
      <w:r>
        <w:t>Always carry baby wipes. They clean everything from spaghetti faces to suspicious handprints on white walls.</w:t>
      </w:r>
    </w:p>
    <w:p>
      <w:r>
        <w:t>Always stash spare underwear for both you and the kids. Trust me, accidents happen.</w:t>
      </w:r>
    </w:p>
    <w:p>
      <w:r>
        <w:t>Carry balloons. Instant, cheap entertainment anywhere.</w:t>
      </w:r>
    </w:p>
    <w:p>
      <w:r>
        <w:t>Build playlists: music has saved more tantrums than timeouts. Dance parties diffuse meltdowns.</w:t>
      </w:r>
    </w:p>
    <w:p>
      <w:r>
        <w:t>Kiwi hack: duct tape fixes everything — broken strollers, ripped bags, even leaky nappies in a pinch.</w:t>
      </w:r>
    </w:p>
    <w:p>
      <w:r>
        <w:t>Long-haul flight hack: freeze small juice boxes. They double as ice packs, then drinks.</w:t>
      </w:r>
    </w:p>
    <w:p>
      <w:r>
        <w:t>Bubble magic: always carry a mini bubble pot. Works in parks, airports, and even waiting rooms.</w:t>
      </w:r>
    </w:p>
    <w:p>
      <w:r>
        <w:t>🙃 Extra Hot Mess Pro Tips</w:t>
      </w:r>
    </w:p>
    <w:p>
      <w:r>
        <w:t>Travel with stickers. They’re silent, cheap, and keep toddlers occupied for HOURS.</w:t>
      </w:r>
    </w:p>
    <w:p>
      <w:r>
        <w:t>For school runs, keep a “late box” in the car: hairbrush, deodorant, cereal bars, water bottle. You WILL need it.</w:t>
      </w:r>
    </w:p>
    <w:p>
      <w:r>
        <w:t>Say yes to help when it’s offered. Even if it’s just your neighbor holding the baby for five minutes while you pee in peace.</w:t>
      </w:r>
    </w:p>
    <w:p>
      <w:r>
        <w:t>Don’t waste energy on what other parents think. Half of them are just as lost as you are.</w:t>
      </w:r>
    </w:p>
    <w:p>
      <w:r>
        <w:t>When all else fails, repeat after me: This too shall pass — like a kidney stone! (And my poor partner will attest to the pain involved in that… apparently it’s worse than childbirth and I let him think that… Bless his Italian soul!)</w:t>
      </w:r>
    </w:p>
    <w:p>
      <w:r>
        <w:t>📝 Interactive Prompt</w:t>
      </w:r>
    </w:p>
    <w:p>
      <w:r>
        <w:t>Write down your own WTF pregnancy or motherhood moment here. (Trust me, you’ll want to remember it one day.)</w:t>
      </w:r>
    </w:p>
    <w:p>
      <w:r>
        <w:t>Closing Pep Talk</w:t>
      </w:r>
    </w:p>
    <w:p>
      <w:r>
        <w:t>So buckle up, mama. It’s going to be wild. You’ll laugh. You’ll cry. You’ll wonder if you’ve lost your mind. But you’ll also realize you are stronger, braver, and more capable than you ever gave yourself credit for.</w:t>
      </w:r>
    </w:p>
    <w:p>
      <w:r>
        <w:t>This book is your permission slip to be imperfect. To be messy. To screw it up sometimes and still know you’re an incredible mom.</w:t>
      </w:r>
    </w:p>
    <w:p>
      <w:r>
        <w:t>Because here’s the truth: you’re not alone. You’ve got me, you’ve got this book, and most importantly…</w:t>
      </w:r>
    </w:p>
    <w:p>
      <w:r>
        <w:t>👉 YOU got this!!!!</w:t>
      </w:r>
    </w:p>
    <w:p>
      <w:r>
        <w:t>Motherhood will test you, stretch you, and break you down. But it will also make you the strongest, funniest, fiercest version of yourself. So when you’re standing in your kitchen with spaghetti in your hair, a baby on your hip, and another kid screaming about socks — remember: this is the ride. And you, mama, are already doing it.</w:t>
      </w:r>
    </w:p>
    <w:p>
      <w:r>
        <w:t>So laugh at the mess. Cry when you need to. Hug them tight. Drink the wine. Buy the sunblock. And know you’re part of a global tribe of mothers muddling through the madness, together.</w:t>
      </w:r>
    </w:p>
    <w:p>
      <w:r>
        <w:t>Your kids won’t remember if the laundry was folded or the floor was spotless. But they will remember the time you danced in the rain with them, the road trip where you all sang off-key to bad 90s music, or the trip to Montana where raccoons stole your food while camping.</w:t>
      </w:r>
    </w:p>
    <w:p>
      <w:r>
        <w:t>Those are the memories that matter. And one day, when your kids are grown, they’ll tell their kids those stories — and the circle of chaos and love will continue.</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240" w:line="480" w:lineRule="auto"/>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