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2: Birth — Throw Out the Rulebook</w:t>
      </w:r>
    </w:p>
    <w:p>
      <w:r>
        <w:t>When it comes to giving birth, forget all the plans, Pinterest boards, and perfect expectations!!! Birth has one mission: get the baby out. And spoiler alert — that baby is coming out one way or another!!!</w:t>
        <w:br/>
        <w:br/>
        <w:t>You can read all the books, listen to all the podcasts, and rehearse your breathing techniques in front of the mirror — but the truth is, once labor hits, it’s survival mode. This isn’t about being 'good' or 'bad' at birth. It’s about doing what you need to do in the moment.</w:t>
        <w:br/>
        <w:br/>
        <w:t>If you want the epidural? Take the epidural!!!</w:t>
        <w:br/>
        <w:t>If you want to go au naturel? Go for it!!!</w:t>
        <w:br/>
        <w:t>If you end up needing a C-section? You’re still a rockstar!!!</w:t>
        <w:br/>
        <w:br/>
        <w:t>The only goal here is a healthy mama and a healthy baby. Everything else is background noise. Nobody gets a gold medal for 'most unmedicated birth' or 'stuck to the exact birth plan.' Seriously, there isn’t a judge at the hospital handing out scorecards.</w:t>
      </w:r>
    </w:p>
    <w:p>
      <w:r>
        <w:rPr>
          <w:b/>
        </w:rPr>
        <w:br/>
        <w:t>MAMA CONFESSION BOX:</w:t>
      </w:r>
    </w:p>
    <w:p>
      <w:r>
        <w:t>I packed an entire suitcase with lavender oil, affirmation cards, and a playlist of soothing whale sounds… and then screamed at everyone to turn it all off within 10 minutes. Instead, I gave birth to Beyoncé blasting through the speakers!!!</w:t>
      </w:r>
    </w:p>
    <w:p>
      <w:r>
        <w:rPr>
          <w:b/>
        </w:rPr>
        <w:br/>
        <w:t>WTF FACT CORNER:</w:t>
      </w:r>
    </w:p>
    <w:p>
      <w:r>
        <w:t>- The longest recorded labor lasted 75 days (yes, DAYS). Don’t worry — yours won’t!!!</w:t>
        <w:br/>
        <w:t>- On average, first-time labor lasts 12–18 hours.</w:t>
        <w:br/>
        <w:t>- Your uterus contracts with the force of around 60 pounds of pressure. That’s basically the equivalent of crushing a watermelon with your abs!!!</w:t>
      </w:r>
    </w:p>
    <w:p>
      <w:r>
        <w:rPr>
          <w:b/>
        </w:rPr>
        <w:br/>
        <w:t>HOT MESS PRO TIP:</w:t>
      </w:r>
    </w:p>
    <w:p>
      <w:r>
        <w:t>Don’t overpack your hospital bag!!! You don’t need half the house. Bring the basics: snacks, phone charger, comfy undies, and lip balm. Everything else is just taking up space you’ll wish you had for extra diapers.</w:t>
        <w:br/>
        <w:br/>
        <w:t>But… don’t be like my partner and I, who showed up for birth with blanched almonds and dried banana chips for mama, music, candles, workout clothes, stretching bands, laptops and more. When the nurse asked us to hand over the baby’s first outfit, everything went into slo-mo as we looked at each other and realized… OH NOOOOOOOO — we left the baby bag with clothes and ALL its things at home. In. His. Room.</w:t>
        <w:br/>
        <w:br/>
        <w:t>Doh. Didn’t we feel silly when we had to call my eldest teenage son and sheepishly ask him to bring the baby bag to the hospital!!! 🤦‍♀️</w:t>
      </w:r>
    </w:p>
    <w:p>
      <w:r>
        <w:rPr>
          <w:b/>
        </w:rPr>
        <w:br/>
        <w:t>🌈 BIRTH MYTH VS. REALITY:</w:t>
      </w:r>
    </w:p>
    <w:p>
      <w:r>
        <w:t>- Myth: You’ll have a magical water birth with fairy lights.</w:t>
        <w:br/>
        <w:t xml:space="preserve">  Reality: You’ll probably be naked, sweaty, and yelling things that would make a sailor blush.</w:t>
        <w:br/>
        <w:br/>
        <w:t>- Myth: You’ll stick to your birth plan.</w:t>
        <w:br/>
        <w:t xml:space="preserve">  Reality: Your birth plan will catch fire and fly out the window. Flexibility is the name of the game!!!</w:t>
        <w:br/>
        <w:br/>
        <w:t>- Myth: You’ll instantly feel euphoric.</w:t>
        <w:br/>
        <w:t xml:space="preserve">  Reality: You’ll probably feel like you just ran a marathon naked in front of strangers. Then you’ll cry, laugh, and fall in love all at once.</w:t>
      </w:r>
    </w:p>
    <w:p>
      <w:r>
        <w:rPr>
          <w:b/>
        </w:rPr>
        <w:br/>
        <w:t>📝 INTERACTIVE SPACE:</w:t>
      </w:r>
    </w:p>
    <w:p>
      <w:r>
        <w:t>Write this down, mama: What was the funniest or weirdest part of your birth story?!!! Did your partner faint? Did you curse out the doctor? Did you demand pizza mid-contraction? Jot it down now — you’ll want to remember (and laugh about it) later.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