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3: Breastfeeding — Lopsided Boobs &amp; Midnight Snacks</w:t>
      </w:r>
    </w:p>
    <w:p>
      <w:r>
        <w:t>Ah, breastfeeding. The glossy magazines make it look so serene: mama in a sunlit room, hair brushed, baby latched perfectly, angelic smiles all around. Reality? More like cracked nipples, milk-stained shirts, and a baby who acts like they’re auditioning for the Olympic award in sucking championships!!!</w:t>
        <w:br/>
        <w:br/>
        <w:t>Here’s the truth: breastfeeding is different for everyone. Some women have milk fountains on tap. Others struggle to produce enough to fill a shot glass. Neither makes you a better or worse mom!!! It just makes you human.</w:t>
        <w:br/>
        <w:br/>
        <w:t>There are endless questions: 'Is my baby latching right? Am I producing enough? Do I have to breastfeed for two years? Will formula ruin my child forever?' Answer: Chill. You’re doing your best, and that’s what matters.</w:t>
        <w:br/>
        <w:br/>
        <w:t>Let’s explore some of those questions:</w:t>
        <w:br/>
        <w:br/>
        <w:t>Latch: Nobody tells you this, but getting a baby to latch properly is like trying to dock a speedboat in a hurricane. One second they’re on, the next they’re screaming bloody murder and head-butting your boob. You’ll try different positions, pillows, and tricks — sometimes it works, sometimes it doesn’t. That’s okay. It’s a learning curve for BOTH of you.</w:t>
        <w:br/>
        <w:br/>
        <w:t>Be gentle on baby and yourself. When my youngest son was born last year, I needed help with him latching. My partner literally helped my milk flow easier by massaging my boobs while our newborn son fed. The first night was pretty funny — we were quite the spectacle!!! He’d stand up with one leg propped against the bed, groping around my neck to help massage and nudge my breast while supporting the baby at the same time. If someone had walked in, it would’ve been one hell of a situation to explain. 🤦‍♀️😂</w:t>
        <w:br/>
        <w:br/>
        <w:t>Milk Supply: Some days you’ll feel like a dairy cow hooked up to an industrial pump, and other days you’ll be staring at your boobs begging them to deliver at least two ounces. It’s not always consistent, and that’s normal. Stress, sleep, and even hydration can make a difference. (Yes, wine counts as hydration in this book!!!)</w:t>
        <w:br/>
        <w:br/>
        <w:t>But on a serious note — to help your milk supply, drink twice the amount of water you usually would. If you normally drink 1.5 liters a day, aim for 3 liters while breastfeeding. And if you can, ask your hubby or significant other to whip up some delicious homemade smoothies for you.</w:t>
        <w:br/>
        <w:br/>
        <w:t>Here’s my fave breastfeeding smoothie recipe:</w:t>
        <w:br/>
        <w:t>- Almond milk</w:t>
        <w:br/>
        <w:t>- Fresh bananas</w:t>
        <w:br/>
        <w:t>- Desiccated coconut</w:t>
        <w:br/>
        <w:t>- Honey</w:t>
        <w:br/>
        <w:t>- A tablespoon of peanut butter</w:t>
        <w:br/>
        <w:t>- A handful of red berries</w:t>
        <w:br/>
        <w:t>- A large tablespoon of oats</w:t>
        <w:br/>
        <w:t>- A heaped tablespoon of chia seeds</w:t>
        <w:br/>
        <w:br/>
        <w:t>Pop it all in the NutriBlast and voilà! I was downing a big 500ml smoothie every afternoon when I breastfed.</w:t>
        <w:br/>
        <w:br/>
        <w:t>For the record, I breastfed all my sons for around 6 months. My last-born was 5.5 months — not because I didn’t want to go longer, but because mama’s milk factory just couldn’t keep up with my enormous baby!!! And yes, he was a big baby — 4.1kgs at birth and growing like Hercules from day one. By 6 months he was already 9kgs, and now at 18 months he’s nearly 15kgs!!! My poor boobs waved the white flag — they just couldn’t keep up with Little Hercules!!! 💪😂</w:t>
        <w:br/>
        <w:br/>
        <w:t>How Long Should I Breastfeed? Doctors love to throw around numbers — 6 months, 12 months, 2 years. Here’s the real talk: it’s your body, your baby, your choice. Some women stop after a few weeks, others keep going till preschool drop-off. Both are fine.</w:t>
        <w:br/>
        <w:br/>
        <w:t>But one thing I really, really believe is this: if you can, just try to get the initial colostrum out of your breasts for those first few feeds. PLEASE TRY TO DO THIS. I call it 'mama’s gold' — and it is truly wonderful for boosting your baby’s immunity (among other things). That colostrum is so important, so if it’s possible and you can offer your baby that, I really recommend it.</w:t>
        <w:br/>
        <w:br/>
        <w:t>Formula vs. Breastfeeding: Repeat after me — Fed is best. Formula is not the devil. It’s not poison. It’s food for babies, and it exists for a reason. Many babies can’t be breastfed and can only have formula. I was a formula-only baby and I turned out just fine… well, I’d like to think so for the most part 😉.</w:t>
        <w:br/>
        <w:br/>
        <w:t>And sometimes you need to mix it up — breastfeed when you can and top up feeds with formula. That’s what I had to do this last time with my youngest. And that is also perfectly fine!!!</w:t>
        <w:br/>
        <w:br/>
        <w:t>MAMA CONFESSION BOX:</w:t>
        <w:br/>
        <w:t>My third son decided at five months he would only feed from one side. So, yep — I had one normal boob and one Pamela Anderson boob for months. Sexy? Not exactly. Convenient for party tricks? Maybe. 😂</w:t>
        <w:br/>
        <w:br/>
        <w:t>WTF FACT CORNER:</w:t>
        <w:br/>
        <w:t>- About 5% of women physically cannot produce enough milk (so no, it’s not just in your head).</w:t>
        <w:br/>
        <w:t>- Breastfeeding burns 500–700 calories a day!!! That’s basically a free workout while sitting on the couch eating snacks.</w:t>
        <w:br/>
        <w:t>- The world record for longest continuous breastfeeding? Over 9 years. (Respect… but also, ouch.)</w:t>
        <w:br/>
        <w:br/>
        <w:t>HOT MESS PRO TIP:</w:t>
        <w:br/>
        <w:t>Always keep breast pads in your bag. Because nothing screams 'fun' like leaking through your shirt in the middle of the supermarket checkout. Bonus tip: black tops are your friend!!!</w:t>
        <w:br/>
        <w:br/>
        <w:t>🌈 BREASTFEEDING MYTH VS. REALITY:</w:t>
        <w:br/>
        <w:t>- Myth: It’s natural, so it will come naturally.</w:t>
        <w:br/>
        <w:t xml:space="preserve">  Reality: Sometimes it feels like trying to plug in a USB cable in the dark — impossible on the first try.</w:t>
        <w:br/>
        <w:br/>
        <w:t>- Myth: You’ll bond instantly.</w:t>
        <w:br/>
        <w:t xml:space="preserve">  Reality: Sometimes you’ll feel like a 24/7 vending machine and wonder if the kid even notices your face.</w:t>
        <w:br/>
        <w:br/>
        <w:t>- Myth: Breastfeeding is free.</w:t>
        <w:br/>
        <w:t xml:space="preserve">  Reality: LOL. Between nipple cream, breast pumps, nursing bras, and lactation cookies, your wallet will disagree.</w:t>
        <w:br/>
        <w:br/>
        <w:t>- Myth: Only 'good moms' breastfeed.</w:t>
        <w:br/>
        <w:t xml:space="preserve">  Reality: Good moms feed their babies — whether it’s boob, bottle, or both!!!</w:t>
        <w:br/>
        <w:br/>
        <w:t>📝 INTERACTIVE SPACE:</w:t>
        <w:br/>
        <w:t>Write this down, mama: What was your most ridiculous or funny breastfeeding moment? Did your baby pull off mid-feed and spray milk across the room like a super soaker? Did you leak through your shirt at your in-laws’ dinner party? Note it down now — future you will laugh!!!</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