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pPr>
      <w:r>
        <w:rPr>
          <w:b/>
          <w:sz w:val="32"/>
        </w:rPr>
        <w:t>CHAPTER 4: Sleep Training — To Cry or Not to Cry</w:t>
      </w:r>
    </w:p>
    <w:p>
      <w:r>
        <w:t>If pregnancy is exhausting, newborn sleep deprivation is its evil twin. Welcome to the land where day and night blur into one long Netflix binge you didn’t sign up for, and you’d trade your soul for three straight hours of shut-eye!!!</w:t>
        <w:br/>
        <w:br/>
        <w:t>There are a million methods: co-sleeping, self-soothing, swaddling, routines, white noise, dark rooms, no screens, dream feeds, baby hammocks, baby massage, baby whisperers… the list goes on. Everyone swears theirs is the “right” way. Spoiler: there is no right way!!!</w:t>
        <w:br/>
        <w:br/>
        <w:t>Some parents can’t stand to hear their baby cry for even 10 seconds. Others find “cry it out” (aka controlled crying) works for their family. Some love co-sleeping, others want their bed back before divorce papers are drawn. None of these approaches make you a better or worse parent. The real win? Whatever gets you and your baby the most sleep with the least stress.</w:t>
      </w:r>
    </w:p>
    <w:p>
      <w:r>
        <w:br/>
        <w:t>💭 My Sleep Approach</w:t>
        <w:br/>
        <w:br/>
        <w:t>I can only share what has worked for me — and I repeat, there is no right or wrong here, just what felt right for my babies and me.</w:t>
        <w:br/>
        <w:br/>
        <w:t>I’ve always had my babies sleep in their own little crib. Usually, for the first 4 months that crib is at the foot of my bed or in my room. I gauge when it’s best for me, my baby, and my family. But even from the early days, my bubba has always slept in their own bed near me. I did this because I wanted them to learn and love their own space to rest.</w:t>
        <w:br/>
        <w:br/>
        <w:t>Of course, in the first 3–4 months when they are newborns and feeding on demand, I let them snack and snooze on me or with me on the sofa, bed, or wherever we happened to be in that moment. But usually, by around 4 months, I start to work out a routine. That’s when I would wrap them in a cotton or muslin swaddle and put them down in their crib for naps.</w:t>
        <w:br/>
        <w:br/>
        <w:t>At first, the Moses basket was always near me, in the same room, so they could feel and hear me. Gradually after 4 months, I put them down for longer naps in their crib. At that point, I always created a little routine before putting them to bed. Feed, nappy change, and then a certain soothing music that they could associate with sleep time. For all my sons, I’ve used the same music — Music for Dreaming. You can find it now on Spotify; back in the old days, I had CDs 😂.</w:t>
        <w:br/>
        <w:br/>
        <w:t>I also believe strongly in putting my babies down in their crib while their eyes are still open. This builds trust and independence. I’d always say out loud, “Now it’s time to have a nap or sleep.” That way, they knew exactly what was happening. They learned to fall asleep on their own and not be dependent on mummy or daddy rocking them to sleep every time.</w:t>
        <w:br/>
        <w:br/>
        <w:t>And here’s the magic: when they woke up, they weren’t shocked or upset — because they fell asleep in their crib and woke up in the same place. No confusion, no panic. Just consistency.</w:t>
        <w:br/>
        <w:br/>
        <w:t>I also always make sure the crib is only for sleep — no toys, no mobiles, no distractions. Do you want your baby to sleep or play in their crib? Sending mixed messages doesn’t help.</w:t>
        <w:br/>
        <w:br/>
        <w:t>At first, they may resist — change is never easy. But by 4–5 months, as a mother, you know their needs and rhythms. You’ve checked:</w:t>
        <w:br/>
        <w:t>- Fed? ✅</w:t>
        <w:br/>
        <w:t>- Burped? ✅</w:t>
        <w:br/>
        <w:t>- Clean nappy? ✅</w:t>
        <w:br/>
        <w:t>- Awake window finished? ✅</w:t>
        <w:br/>
        <w:br/>
        <w:t>Once I knew all their needs were met, I could confidently say: “Mama knows you’re ready to sleep. You’re safe. You’re in your crib. It’s ok to sleep now.”</w:t>
        <w:br/>
        <w:br/>
        <w:t>This method has worked with all of my sons. Again, I’m not saying it’s the way — just a way. One that has worked for me.</w:t>
      </w:r>
    </w:p>
    <w:p>
      <w:r>
        <w:rPr>
          <w:b/>
        </w:rPr>
        <w:br/>
        <w:t>MAMA CONFESSION BOX:</w:t>
      </w:r>
    </w:p>
    <w:p>
      <w:r>
        <w:t>With my first baby, I was so desperate for sleep that I fell asleep sitting upright on the couch with him in my arms. I woke up drooling, covered in baby puke, with the TV blaring an infomercial for steak knives. Not exactly the picture-perfect nursery scene!!!</w:t>
      </w:r>
    </w:p>
    <w:p>
      <w:r>
        <w:rPr>
          <w:b/>
        </w:rPr>
        <w:br/>
        <w:t>WTF FACT CORNER:</w:t>
      </w:r>
    </w:p>
    <w:p>
      <w:r>
        <w:t>- Newborns need 14–17 hours of sleep per day (but usually in 2–4 hour chunks that will slowly destroy you).</w:t>
        <w:br/>
        <w:t>- The longest scientifically recorded time a human has gone without sleep: 11 days. Please don’t try to break that record — motherhood is hard enough.</w:t>
        <w:br/>
        <w:t>- Studies show parents lose an average of 44 days of sleep in the first year. No wonder we feel like zombies!!!</w:t>
      </w:r>
    </w:p>
    <w:p>
      <w:r>
        <w:rPr>
          <w:b/>
        </w:rPr>
        <w:br/>
        <w:t>HOT MESS PRO TIP:</w:t>
      </w:r>
    </w:p>
    <w:p>
      <w:r>
        <w:t>Pick ONE bedtime routine and stick to it like your sanity depends on it (because it does). Bath, boob/bottle, book, bed — repeat every night. Babies love routine, even if they resist it at first.</w:t>
      </w:r>
    </w:p>
    <w:p>
      <w:r>
        <w:rPr>
          <w:b/>
        </w:rPr>
        <w:br/>
        <w:t>🌈 SLEEP TRAINING MYTH VS. REALITY:</w:t>
      </w:r>
    </w:p>
    <w:p>
      <w:r>
        <w:t>- Myth: If you let your baby cry, you’re damaging them for life.</w:t>
        <w:br/>
        <w:t xml:space="preserve">  Reality: Studies show controlled crying, when done safely, does not cause psychological harm. Your baby won’t need therapy because you gave them 10 minutes to settle.</w:t>
        <w:br/>
        <w:br/>
        <w:t>- Myth: Co-sleeping is dangerous.</w:t>
        <w:br/>
        <w:t xml:space="preserve">  Reality: Unsafe co-sleeping is risky, yes. But safe co-sleeping (firm mattress, no pillows/blankets, sober/non-smoking parents) has been done across cultures for centuries.</w:t>
        <w:br/>
        <w:br/>
        <w:t>- Myth: Once they sleep through the night, you’re home free.</w:t>
        <w:br/>
        <w:t xml:space="preserve">  Reality: Teething, growth spurts, regressions, sickness… sleep is a rollercoaster, not a straight line. Buckle up!!!</w:t>
      </w:r>
    </w:p>
    <w:p>
      <w:r>
        <w:rPr>
          <w:b/>
        </w:rPr>
        <w:br/>
        <w:t>📝 INTERACTIVE SPACE:</w:t>
      </w:r>
    </w:p>
    <w:p>
      <w:r>
        <w:t>Write this down, mama: What’s the weirdest thing you did in your sleep-deprived haze? Did you put the milk in the cupboard and the cereal in the fridge? Did you call your baby by the dog’s name? Jot it here — you’ll laugh later (after you’ve slept).</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