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2"/>
        </w:rPr>
        <w:t>CHAPTER 5: Solid Foods — From Milk Bar to Michelin Mess</w:t>
      </w:r>
    </w:p>
    <w:p>
      <w:r>
        <w:t>Just when you’ve got breastfeeding or bottle feeding down, boom — it’s time to introduce solids. Suddenly, you’re less “mama cow” and more “head chef at a very ungrateful restaurant.” Welcome to the stage of purees, gagging panic, food-flinging, and poop that could be used as a science experiment.</w:t>
        <w:br/>
        <w:br/>
        <w:t>Doctors will give you guidelines: around 4–6 months, depending on your baby’s readiness. But here’s what it looks like in real life:</w:t>
        <w:br/>
        <w:t>- You lovingly steam organic carrots, mash them into a silky puree, and present them with pride.</w:t>
        <w:br/>
        <w:t>- Baby looks you dead in the eye and spits it all over your clean shirt.</w:t>
        <w:br/>
        <w:t>- You cry into a glass of wine.</w:t>
        <w:br/>
        <w:br/>
        <w:t>Some babies love solids instantly, some gag at everything, and some act like you’ve just fed them poison. All normal.</w:t>
      </w:r>
    </w:p>
    <w:p>
      <w:r>
        <w:br/>
        <w:t>🍌 Two Ways to Start Solids</w:t>
        <w:br/>
        <w:br/>
        <w:t>There are generally two main approaches to introducing solids — and, surprise surprise, people have strong opinions about which one is “best.” Here’s the lowdown:</w:t>
        <w:br/>
        <w:br/>
        <w:t>1. Traditional Puree Feeding.</w:t>
        <w:br/>
        <w:t xml:space="preserve">   This is the classic spoon-feeding method. You puree or mash food into a smooth texture and feed it to your baby with a spoon. It’s simple, predictable, and less terrifying for nervous parents. The downside? You’re the one in control of every spoonful, and some babies get a little lazy about learning to chew.</w:t>
        <w:br/>
        <w:br/>
        <w:t>2. Baby-Led Weaning (BLW).</w:t>
        <w:br/>
        <w:t xml:space="preserve">   This approach skips purees and puts baby in charge. You offer soft, safe, baby-sized pieces of food (think steamed carrot sticks, avocado slices, or soft pasta) and let your baby pick up and feed themselves. They explore textures, develop motor skills, and learn to chew from the start. The downside? It’s messy (like, apocalypse messy) and can make parents nervous because gagging happens more often at first.</w:t>
        <w:br/>
        <w:br/>
        <w:t>The truth? Both methods work. Some families do one, some do the other, and some do a hybrid of both. Your baby will learn to eat either way. Pick the method that feels right for you, your baby, and your sanity.</w:t>
      </w:r>
    </w:p>
    <w:p>
      <w:r>
        <w:br/>
        <w:t>🌟 Tips for Surviving the Solids Stage</w:t>
        <w:br/>
        <w:br/>
        <w:t>1. Start Simple.</w:t>
        <w:br/>
        <w:t xml:space="preserve">   Baby rice, avocado, banana, or sweet potato are classics. Think bland, mushy, and easy to digest.</w:t>
        <w:br/>
        <w:br/>
        <w:t>2. One New Food at a Time.</w:t>
        <w:br/>
        <w:t xml:space="preserve">   Introduce foods slowly so you can spot allergies. This isn’t MasterChef — it’s survival.</w:t>
        <w:br/>
        <w:br/>
        <w:t>3. Mess Is Mandatory.</w:t>
        <w:br/>
        <w:t xml:space="preserve">   Forget Pinterest-perfect baby meals. There will be food in their hair, your hair, and probably on the ceiling. Accept it.</w:t>
        <w:br/>
        <w:br/>
        <w:t>4. Don’t Fear Gagging.</w:t>
        <w:br/>
        <w:t xml:space="preserve">   Babies gag as they learn to move food around their mouths. It’s terrifying but normal. Learn the difference between gagging and choking — and keep calm. My dear partner, bless his soul, is so terrified of choking that he would freak out if our baby gagged and instantly yell, “He’s choking!” BUT this is a natural and normal part of learning to eat solids — so don’t be scared!</w:t>
        <w:br/>
        <w:br/>
        <w:t>5. Food Before One Is Just for Fun.</w:t>
        <w:br/>
        <w:t xml:space="preserve">   Don’t stress about how much they eat in the first year. Solids are about learning textures and tastes — milk is still their main food source. By around 9 months, many babies love eating and even have favorite foods. But if yours doesn’t — that’s also perfectly okay.</w:t>
      </w:r>
    </w:p>
    <w:p>
      <w:r>
        <w:rPr>
          <w:b/>
        </w:rPr>
        <w:br/>
        <w:t>MAMA CONFESSION BOX:</w:t>
      </w:r>
    </w:p>
    <w:p>
      <w:r>
        <w:t>I once spent two hours making homemade baby puree with organic veggies… only for my son to hurl the bowl on the floor and eat a dry cat biscuit instead. True story. Babies are savages.</w:t>
      </w:r>
    </w:p>
    <w:p>
      <w:r>
        <w:rPr>
          <w:b/>
        </w:rPr>
        <w:br/>
        <w:t>WTF FACT CORNER:</w:t>
      </w:r>
    </w:p>
    <w:p>
      <w:r>
        <w:t>- Babies may need to try a new food 10–15 times before accepting it.</w:t>
        <w:br/>
        <w:t>- By their first birthday, most babies have tripled their birth weight.</w:t>
        <w:br/>
        <w:t>- The mess created during solid feeding has been scientifically proven (by me) to spread to a 2-meter radius.</w:t>
      </w:r>
    </w:p>
    <w:p>
      <w:r>
        <w:rPr>
          <w:b/>
        </w:rPr>
        <w:br/>
        <w:t>HOT MESS PRO TIP:</w:t>
      </w:r>
    </w:p>
    <w:p>
      <w:r>
        <w:t>Strip your baby down to a diaper for mealtimes. Saves laundry. Or better yet — feed them outside if the weather’s good. Hose optional.</w:t>
      </w:r>
    </w:p>
    <w:p>
      <w:r>
        <w:rPr>
          <w:b/>
        </w:rPr>
        <w:br/>
        <w:t>🌈 SOLID FOOD MYTH VS. REALITY:</w:t>
      </w:r>
    </w:p>
    <w:p>
      <w:r>
        <w:t>- Myth: You must make all your baby’s food from scratch.</w:t>
        <w:br/>
        <w:t xml:space="preserve">  Reality: Store-bought pouches and jars exist for a reason.</w:t>
        <w:br/>
        <w:br/>
        <w:t>- Myth: If your baby doesn’t eat veggies now, they’ll never like them.</w:t>
        <w:br/>
        <w:t xml:space="preserve">  Reality: Toddlers are picky no matter what. Keep offering, but don’t stress.</w:t>
        <w:br/>
        <w:br/>
        <w:t>- Myth: Solids will help your baby sleep through the night.</w:t>
        <w:br/>
        <w:t xml:space="preserve">  Reality: Hahahaha… no. Nice try though.</w:t>
        <w:br/>
        <w:br/>
        <w:t>- Myth: Your baby needs fancy superfoods.</w:t>
        <w:br/>
        <w:t xml:space="preserve">  Reality: Bananas, oats, and peas work just fine.</w:t>
      </w:r>
    </w:p>
    <w:p>
      <w:r>
        <w:rPr>
          <w:b/>
        </w:rPr>
        <w:br/>
        <w:t>📝 INTERACTIVE SPACE:</w:t>
      </w:r>
    </w:p>
    <w:p>
      <w:r>
        <w:t>Write this down, mama: What was your baby’s first solid food and how did they react? Did they spit it, love it, or smear it across the dog? Write it here — this will be comedy gold later.</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