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8: Sibling Rivalry?</w:t>
      </w:r>
    </w:p>
    <w:p>
      <w:r>
        <w:t>Best friends one moment, mortal enemies the next. The relationship between children in families can be complicated at the best of times. It is very common for brothers and sisters to argue, fight, and annoy each other. In fact, studies show that up to 80% of siblings fight regularly. Jeepers creepers!!! But the good news is: it’s normal, healthy, and actually a way for kids to learn conflict resolution skills.</w:t>
      </w:r>
    </w:p>
    <w:p>
      <w:r>
        <w:br/>
        <w:t>📊 What Is Sibling Rivalry?</w:t>
        <w:br/>
        <w:br/>
        <w:t>Dorland’s Illustrated Medical Dictionary defines it like this:</w:t>
        <w:br/>
        <w:br/>
        <w:t>“Sibling rivalry is defined as competition between siblings for the love, affection, and attention of one or both parents or for other recognition or gain.”</w:t>
        <w:br/>
        <w:br/>
        <w:t>Sounds dramatic, but in real life, it’s as simple as: “Mum, he’s looking at me!”</w:t>
        <w:br/>
        <w:br/>
        <w:t>Sibling rivalry can come from:</w:t>
        <w:br/>
        <w:t>- Kids trying to define themselves as individuals.</w:t>
        <w:br/>
        <w:t>- Competition for attention.</w:t>
        <w:br/>
        <w:t>- Stress in the family.</w:t>
        <w:br/>
        <w:t>- And, honestly? Boredom, hunger, or tiredness (the holy trinity of childhood meltdowns).</w:t>
      </w:r>
    </w:p>
    <w:p>
      <w:r>
        <w:br/>
        <w:t>👀 When to Step In (and When to Step Back)</w:t>
        <w:br/>
        <w:br/>
        <w:t>As parents, our first instinct is often to jump in and stop the conflict. Sometimes that’s absolutely necessary — like at the doctor’s office, on a bus, or at a wedding when chaos is NOT on the program. Step in firmly, set boundaries, and keep it moving.</w:t>
        <w:br/>
        <w:br/>
        <w:t>But sometimes, the best strategy is to not get involved. If the fight is low-level bickering and no one’s in danger of losing an arm, step back. Experts say letting kids work it out themselves builds negotiation and problem-solving skills. So unless it’s escalating — test the waters and see if they can resolve it without you.</w:t>
      </w:r>
    </w:p>
    <w:p>
      <w:r>
        <w:br/>
        <w:t>🧸 My Approach</w:t>
        <w:br/>
        <w:br/>
        <w:t>I’ve always tried to avoid rivalry by being conscious of my language. Instead of comparing my kids, I encourage teamwork:</w:t>
        <w:br/>
        <w:t>- “You are both such a great help to mama!”</w:t>
        <w:br/>
        <w:t>- “You’re all playing so well today!”</w:t>
        <w:br/>
        <w:br/>
        <w:t>That way, siblings see each other as allies, not competitors.</w:t>
        <w:br/>
        <w:br/>
        <w:t>I also try to split my attention evenly. If one child has had the spotlight for an exam or a play, I make sure to spend one-on-one time with the others too. And I link family time with positive “team” experiences, so they feel proud to belong to the same crew.</w:t>
      </w:r>
    </w:p>
    <w:p>
      <w:r>
        <w:rPr>
          <w:b/>
        </w:rPr>
        <w:br/>
        <w:t>MAMA CONFESSION BOX:</w:t>
      </w:r>
    </w:p>
    <w:p>
      <w:r>
        <w:t>When I was a kid, I definitely didn’t always see eye to eye with my brother. Honestly, I felt like my mother favored him — which made me mean to him when our parents weren’t around. Eventually, he caught on and milked being “the favorite” to his advantage (cheeky little bugger).</w:t>
        <w:br/>
        <w:br/>
        <w:t>But here’s the thing: by the time we were teenagers, it had blown over. We’d figured each other out, and now as adults we have a good relationship — even though we can go very long stretches without seeing each other, living in completely opposite hemispheres on the other side of the planet.</w:t>
      </w:r>
    </w:p>
    <w:p>
      <w:r>
        <w:rPr>
          <w:b/>
        </w:rPr>
        <w:br/>
        <w:t>WTF FACT CORNER:</w:t>
      </w:r>
    </w:p>
    <w:p>
      <w:r>
        <w:t>- 80% of siblings report fighting “regularly.”</w:t>
        <w:br/>
        <w:t>- A University of Warwick study found that siblings who are bullied excessively are more likely to develop mental health issues as adults.</w:t>
        <w:br/>
        <w:t>- BUT — healthy levels of sibling conflict actually help kids learn conflict resolution skills they’ll use forever.</w:t>
      </w:r>
    </w:p>
    <w:p>
      <w:r>
        <w:rPr>
          <w:b/>
        </w:rPr>
        <w:br/>
        <w:t>HOT MESS PRO TIP:</w:t>
      </w:r>
    </w:p>
    <w:p>
      <w:r>
        <w:t>Never, ever play favorites — at least not out loud. Even if one kid is acting like an angel and the other is currently finger-painting the dog, try to balance your praise. Kids sniff out favoritism faster than you can say, “Who left socks on the floor?!”</w:t>
        <w:br/>
        <w:br/>
        <w:t>In my family of four boys, there’s even an in-house joke that I favor my first-born son. We laugh and call him “the golden child” and “Mom’s favorite.” But deep down, I know — and they know — that all of my sons are loved unconditionally, each with their own special and unique bond with me.</w:t>
      </w:r>
    </w:p>
    <w:p>
      <w:r>
        <w:rPr>
          <w:b/>
        </w:rPr>
        <w:br/>
        <w:t>🌈 Myth vs. Reality:</w:t>
      </w:r>
    </w:p>
    <w:p>
      <w:r>
        <w:t>- Myth: If your kids fight, you’re a bad parent.</w:t>
        <w:br/>
        <w:t xml:space="preserve">  Reality: All siblings fight. It’s normal. What matters is how you guide them through it.</w:t>
        <w:br/>
        <w:br/>
        <w:t>- Myth: Sibling rivalry means they’ll never be close.</w:t>
        <w:br/>
        <w:t xml:space="preserve">  Reality: Most siblings outgrow the rivalry and become lifelong friends (or at least allies at family Christmas).</w:t>
        <w:br/>
        <w:br/>
        <w:t>- Myth: You must intervene in every fight.</w:t>
        <w:br/>
        <w:t xml:space="preserve">  Reality: Sometimes stepping back is the best lesson you can give.</w:t>
      </w:r>
    </w:p>
    <w:p>
      <w:r>
        <w:rPr>
          <w:b/>
        </w:rPr>
        <w:br/>
        <w:t>📝 INTERACTIVE SPACE:</w:t>
      </w:r>
    </w:p>
    <w:p>
      <w:r>
        <w:t>Write this down, mama: What’s the funniest or most ridiculous sibling fight you’ve witnessed? Did they argue over who got the bigger cookie? Start World War III over a sock? Use this space to jot it down — one day you’ll laugh (I promise).</w:t>
      </w:r>
    </w:p>
    <w:p>
      <w:r>
        <w:br/>
        <w:t>🌟 My Boys</w:t>
        <w:br/>
        <w:br/>
        <w:t>In my family, sibling rivalry never really took root. My older boys mostly ignored each other or slammed doors during the teenage “I hate the world” phase. The three-year gap seemed to help.</w:t>
        <w:br/>
        <w:br/>
        <w:t>And with my third son born exactly 14 years to the day after my eldest (literally on his birthday — 3 minutes before midnight!), their bond has always been unique and close. My eldest took on a paternal role, and my middle son (11 years older than the youngest) did the same in his own way.</w:t>
        <w:br/>
        <w:br/>
        <w:t>So rivalry? Not really an issue for us. Lucky me — one less thing to worry about!!!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