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2"/>
        </w:rPr>
        <w:t>CHAPTER 9: Mother’s Guilt</w:t>
      </w:r>
    </w:p>
    <w:p>
      <w:r>
        <w:t>How is it possible to relax, take time out from being a wife or mother, without feeling guilty? What if you’re a single mother — even harder. Or a working mother — hello constant guilt trip.</w:t>
        <w:br/>
        <w:br/>
        <w:t>Here’s the truth: mama guilt is universal. I’ve been a stay-at-home mom, a working mom, and even a single mom for over half a decade. And in every version, guilt found me. Some days it feels like you’re being cut into thin slices of pizza (and that’s not just because my partner is Italian) — some for the kids, some for the house, some for work — and when the tray is empty, what’s left for you?</w:t>
      </w:r>
    </w:p>
    <w:p>
      <w:r>
        <w:br/>
        <w:t>📊 The Stats on Mama Guilt</w:t>
        <w:br/>
        <w:br/>
        <w:t>- Around 70% of working moms say they feel guilty about not spending enough time with their kids.</w:t>
        <w:br/>
        <w:t>- Single mothers are more likely to report symptoms of depression or anxiety compared to partnered moms.</w:t>
        <w:br/>
        <w:t>- A shocking 40% of mothers admit to feeling guilty about even taking time for basic self-care (showers, haircuts, coffee alone).</w:t>
        <w:br/>
        <w:br/>
        <w:t>So if you feel guilty? Congratulations, you’re normal.</w:t>
      </w:r>
    </w:p>
    <w:p>
      <w:r>
        <w:br/>
        <w:t>😵‍💫 The Amazon Jaguar Days</w:t>
        <w:br/>
        <w:br/>
        <w:t>I’ve had days I wanted to run screaming into the Amazon jungle and take on wild jaguars rather than walk back into my house and face the wrath of my family. (Spoiler: I stayed home. The jaguars would have been easier.)</w:t>
        <w:br/>
        <w:br/>
        <w:t>We’ve all had those days — when you cry with frustration, or laugh so hard at your kid’s antics you nearly pee yourself (especially after a few pregnancies, when that’s not just a figure of speech).</w:t>
      </w:r>
    </w:p>
    <w:p>
      <w:r>
        <w:br/>
        <w:t>🧠 Why Guilt Hits So Hard</w:t>
        <w:br/>
        <w:br/>
        <w:t>1. Societal Expectations.</w:t>
        <w:br/>
        <w:t xml:space="preserve">   We’re told we have to be caregivers, professionals, homemakers, nurturers, role models, and Instagram-worthy hosts. Spoiler: no one can do it all.</w:t>
        <w:br/>
        <w:br/>
        <w:t>2. Perfection Pressure.</w:t>
        <w:br/>
        <w:t xml:space="preserve">   We hold ourselves to ridiculous standards. When we fall short (and we will), cue the guilt.</w:t>
        <w:br/>
        <w:br/>
        <w:t>3. Social Media Hellscape.</w:t>
        <w:br/>
        <w:t xml:space="preserve">   If you’ve ever scrolled past a glowing pregnant model doing handstands at six months while you’re vomiting in your pajamas, you know. Social media = guilt fertilizer.</w:t>
        <w:br/>
        <w:br/>
        <w:t>4. Work-Life Juggle.</w:t>
        <w:br/>
        <w:t xml:space="preserve">   Work too much? Guilt. Stay home? Guilt. Miss a school event? Guilt. Show up late to a meeting? Guilt. Whatever you do, guilt shows up.</w:t>
        <w:br/>
        <w:br/>
        <w:t>5. Self-Care = Selfish?</w:t>
        <w:br/>
        <w:t xml:space="preserve">   Some of us feel bad for even wanting time alone. But here’s the truth: a burnt-out mama helps no one.</w:t>
      </w:r>
    </w:p>
    <w:p>
      <w:r>
        <w:rPr>
          <w:b/>
        </w:rPr>
        <w:br/>
        <w:t>MAMA CONFESSION BOX:</w:t>
      </w:r>
    </w:p>
    <w:p>
      <w:r>
        <w:t>One year I mixed up dates and sent my son to “Halloween week” dressed in a Santa costume. 🤦‍♀️ He didn’t mind, but I felt like the world’s worst mother. Now? It’s a family legend.</w:t>
      </w:r>
    </w:p>
    <w:p>
      <w:r>
        <w:rPr>
          <w:b/>
        </w:rPr>
        <w:br/>
        <w:t>WTF FACT CORNER:</w:t>
      </w:r>
    </w:p>
    <w:p>
      <w:r>
        <w:t>- A 2019 study found that 94% of moms feel guilt “often” or “always.”</w:t>
        <w:br/>
        <w:t>- Mothers spend an average of 23 hours a week on unpaid housework and childcare — on top of jobs.</w:t>
        <w:br/>
        <w:t>- Kids of working moms actually do better long-term: they’re more likely to complete higher education and earn higher wages.</w:t>
      </w:r>
    </w:p>
    <w:p>
      <w:r>
        <w:rPr>
          <w:b/>
        </w:rPr>
        <w:br/>
        <w:t>HOT MESS PRO TIP:</w:t>
      </w:r>
    </w:p>
    <w:p>
      <w:r>
        <w:t>Lower the bar. If your kid wore some kind of shoes on sports day, you’re winning. If there’s cereal in the cupboard and everyone is alive, you’re winning.</w:t>
        <w:br/>
        <w:br/>
        <w:t>Your kids won’t remember if the laundry was folded. They’ll remember you laughed with them, hugged them, and showed up when they needed you.</w:t>
      </w:r>
    </w:p>
    <w:p>
      <w:r>
        <w:rPr>
          <w:b/>
        </w:rPr>
        <w:br/>
        <w:t>🌈 Myth vs. Reality:</w:t>
      </w:r>
    </w:p>
    <w:p>
      <w:r>
        <w:t>- Myth: Good moms never feel guilty.</w:t>
        <w:br/>
        <w:t xml:space="preserve">  Reality: Guilt is practically part of the job description.</w:t>
        <w:br/>
        <w:br/>
        <w:t>- Myth: Taking time for yourself is selfish.</w:t>
        <w:br/>
        <w:t xml:space="preserve">  Reality: Taking time for yourself is survival.</w:t>
        <w:br/>
        <w:br/>
        <w:t>- Myth: Working moms neglect their kids.</w:t>
        <w:br/>
        <w:t xml:space="preserve">  Reality: Working moms model resilience, independence, and badass multitasking.</w:t>
      </w:r>
    </w:p>
    <w:p>
      <w:r>
        <w:rPr>
          <w:b/>
        </w:rPr>
        <w:br/>
        <w:t>📝 INTERACTIVE SPACE:</w:t>
      </w:r>
    </w:p>
    <w:p>
      <w:r>
        <w:t>Write this down, mama: What do you feel most guilty about? (Not cooking enough? Missing bedtime? Losing your temper?) Then write what your kids would probably say if you asked them. Spoiler: it’ll be something like “We love you, mama.”</w:t>
      </w:r>
    </w:p>
    <w:p>
      <w:r>
        <w:br/>
        <w:t>🤝 A Final Word on Guilt</w:t>
        <w:br/>
        <w:br/>
        <w:t>We’ve got to stop judging each other. You don’t know your neighbor’s story. That single mom you see might be hanging on by a thread. Smile at her. Offer help. Share kindness.</w:t>
        <w:br/>
        <w:br/>
        <w:t>Motherhood is intense. It’s messy. It’s never perfect. And guilt? Guilt is the least helpful baggage to carry. You’re doing enough. You ARE enough.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