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2"/>
        </w:rPr>
        <w:t>CHAPTER 10: The Technology Debate — How Much Is Too Much?</w:t>
      </w:r>
    </w:p>
    <w:p>
      <w:r>
        <w:t>In this fast-paced digital era, the question of how much exposure to technology is “too much” has become one of the great parenting battles of the 21st century. Honestly? It’s been the bane of my existence at times!!!</w:t>
        <w:br/>
        <w:br/>
        <w:t>Screens are everywhere — phones, TVs, tablets, classrooms, even in the fridge. (Do we really need a fridge that plays Spotify?!) From the moment our babies are born, they’re exposed to technology: your phone, Alexa, Netflix humming in the background. Their awareness of tech starts practically from conception.</w:t>
      </w:r>
    </w:p>
    <w:p>
      <w:r>
        <w:br/>
        <w:t>📊 By the Numbers</w:t>
        <w:br/>
        <w:br/>
        <w:t>- Over 82% of households in the US own at least one gaming console (Nintendo, PlayStation, Xbox).</w:t>
        <w:br/>
        <w:t>- Globally, Nintendo Switch has sold over 140 million units and the PlayStation 5 already surpassed 60 million sales.</w:t>
        <w:br/>
        <w:t>- Kids between 8–12 years old average 4–6 hours of screen time daily; teens are closer to 7–9 hours.</w:t>
        <w:br/>
        <w:t>- In the UK, more than 90% of 12-year-olds own a personal device (tablet, console, or phone).</w:t>
        <w:br/>
        <w:br/>
        <w:t>So yeah, this is not a “tiny issue.” It’s massive.</w:t>
      </w:r>
    </w:p>
    <w:p>
      <w:r>
        <w:br/>
        <w:t>🧸 Early Years (0–3)</w:t>
        <w:br/>
        <w:br/>
        <w:t>Less is more. Babies and toddlers don’t need tech — they’ve got fabrics, books, toys, and the dog to chase. Music is golden: in my house, instead of TV, we put on tunes while cooking or playing.</w:t>
        <w:br/>
        <w:br/>
        <w:t>All four of my sons weren’t allowed to even see a screen until after 12 months old. I believe before then, there’s enough stimulus in nature and around the house with books, fabrics, and toys. And honestly? They didn’t miss a thing.</w:t>
        <w:br/>
        <w:br/>
        <w:t>When we went out, I packed toy bags, crayons, and notebooks. Other families brought iPads, and I get it — no judgment here. But for us, it was always pencils, blocks, tic-tac-toe, and toy cars.</w:t>
        <w:br/>
        <w:br/>
        <w:t>✈️ Travel was the only exception. Around age three, my older boys were allowed portable DVD players (yep, back in the day, those chunky things saved us on long flights). By the time my third son came along, tech had moved on, so he was allowed an iPad with a few movies uploaded. But the rule was the same: travel-only treat. And they respected that boundary (well, most of the time).</w:t>
      </w:r>
    </w:p>
    <w:p>
      <w:r>
        <w:br/>
        <w:t>🎮 The Gaming Wars</w:t>
        <w:br/>
        <w:br/>
        <w:t>Then came the Nintendo and PlayStation years. My kids begged, pleaded, and campaigned harder than politicians. But I stood firm: all of my sons grew up without gaming consoles in our home!</w:t>
        <w:br/>
        <w:br/>
        <w:t>They still got their fix at friends’ houses, but at home we had board games, soccer, drawing, and — let’s be real — sibling wrestling matches. Years later, my 22-year-old told me he was glad we never had them. “I never got into it,” he said. WINNING!</w:t>
      </w:r>
    </w:p>
    <w:p>
      <w:r>
        <w:rPr>
          <w:b/>
        </w:rPr>
        <w:br/>
        <w:t>MAMA CONFESSION BOX:</w:t>
      </w:r>
    </w:p>
    <w:p>
      <w:r>
        <w:t>Confession: the rule occasionally bent when I was sick with the flu, sweating buckets, and desperate for peace. Those were “Oh well, what the heck” iPad days. And you know what? That’s okay. You’re human.</w:t>
      </w:r>
    </w:p>
    <w:p>
      <w:r>
        <w:br/>
        <w:t>👩‍🏫 Tech in Schools</w:t>
        <w:br/>
        <w:br/>
        <w:t>Another curveball? Schools. Suddenly the “travel-only iPad” became a homework device. The boundaries blurred. My son would finish homework and then push for “extra” iPad time. I compromised: 30 minutes of approved apps after schoolwork was done. Some days I felt like the meanest mom alive, but consistency paid off.</w:t>
      </w:r>
    </w:p>
    <w:p>
      <w:r>
        <w:rPr>
          <w:b/>
        </w:rPr>
        <w:br/>
        <w:t>WTF FACT CORNER:</w:t>
      </w:r>
    </w:p>
    <w:p>
      <w:r>
        <w:t>- The average 12-year-old spends over 7 hours a day on screens.</w:t>
        <w:br/>
        <w:t>- Excessive gaming can cause symptoms similar to addiction (withdrawal, mood changes, obsessive behavior).</w:t>
        <w:br/>
        <w:t>- BUT — moderate screen use can boost creativity, problem-solving, and even friendships (Minecraft isn’t all bad, promise).</w:t>
      </w:r>
    </w:p>
    <w:p>
      <w:r>
        <w:rPr>
          <w:b/>
        </w:rPr>
        <w:br/>
        <w:t>HOT MESS PRO TIP:</w:t>
      </w:r>
    </w:p>
    <w:p>
      <w:r>
        <w:t>Screens aren’t evil. They’re also not babysitters. They’re a tool. Balance is the key. If your kid plays Nintendo for an hour but also spends an hour outside climbing trees, you’re doing fine.</w:t>
      </w:r>
    </w:p>
    <w:p>
      <w:r>
        <w:rPr>
          <w:b/>
        </w:rPr>
        <w:br/>
        <w:t>🌈 Myth vs. Reality:</w:t>
      </w:r>
    </w:p>
    <w:p>
      <w:r>
        <w:t>- Myth: Good parents ban screens entirely.</w:t>
        <w:br/>
        <w:t xml:space="preserve">  Reality: Screens are everywhere. Teaching balance is more realistic than total bans.</w:t>
        <w:br/>
        <w:br/>
        <w:t>- Myth: All screen time is bad.</w:t>
        <w:br/>
        <w:t xml:space="preserve">  Reality: Educational apps, coding games, documentaries? Gold. It’s Candy Crush marathons you need to watch out for.</w:t>
        <w:br/>
        <w:br/>
        <w:t>- Myth: One bad iPad day will ruin your child forever.</w:t>
        <w:br/>
        <w:t xml:space="preserve">  Reality: Kids are resilient. If Paw Patrol saved your sanity during flu week, you’re still a great mom.</w:t>
      </w:r>
    </w:p>
    <w:p>
      <w:r>
        <w:rPr>
          <w:b/>
        </w:rPr>
        <w:br/>
        <w:t>📝 INTERACTIVE SPACE:</w:t>
      </w:r>
    </w:p>
    <w:p>
      <w:r>
        <w:t>Write this down, mama: What’s your current screen-time rule? Do you enforce it? Or does it turn into a hostage negotiation? Be honest.</w:t>
      </w:r>
    </w:p>
    <w:p>
      <w:r>
        <w:br/>
        <w:t>🌟 The Bottom Line</w:t>
        <w:br/>
        <w:br/>
        <w:t>Technology isn’t the devil. It isn’t our savior either. It’s a tool — one that can enrich or derail, depending on how we use it. Every family is different. Every child is different. The goal isn’t perfection — it’s balance, boundaries, and remembering that fresh air, books, and Lego towers will always have their place.</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