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2"/>
        </w:rPr>
        <w:t>CHAPTER 11: When to Get Your Child Their First Cell Phone?</w:t>
      </w:r>
    </w:p>
    <w:p>
      <w:r>
        <w:t>When should my child get a cell phone? At what age is it okay for them to be on social media? How many twelve-year-olds already have TikTok or Instagram? And is it even safe?</w:t>
        <w:br/>
        <w:br/>
        <w:t>Welcome to one of the juiciest debates in modern parenting.</w:t>
      </w:r>
    </w:p>
    <w:p>
      <w:r>
        <w:br/>
        <w:t>📊 The Numbers Don’t Lie</w:t>
        <w:br/>
        <w:br/>
        <w:t>- Over 73% of children aged 11–14 already own a smartphone.</w:t>
        <w:br/>
        <w:t>- By age 12, nearly 70% of kids in the US have at least one social media account.</w:t>
        <w:br/>
        <w:t>- TikTok is now the most downloaded app among children 12 and under.</w:t>
        <w:br/>
        <w:t>- In the UK, 90% of teens go online daily, and most spend 3+ hours per day on social platforms.</w:t>
        <w:br/>
        <w:br/>
        <w:t>So yeah — this isn’t a small topic.</w:t>
      </w:r>
    </w:p>
    <w:p>
      <w:r>
        <w:br/>
        <w:t>🧸 Readiness Over Age</w:t>
        <w:br/>
        <w:br/>
        <w:t>There’s no magic number. Instead, it comes down to maturity. Is your child responsible? Do they understand digital etiquette? Can they handle privacy rules? Some ten-year-olds are ready. Some fifteen-year-olds aren’t.</w:t>
        <w:br/>
        <w:br/>
        <w:t>A phone is not just a shiny gadget — it’s a gateway to the world. And with that comes responsibility.</w:t>
      </w:r>
    </w:p>
    <w:p>
      <w:r>
        <w:br/>
        <w:t>📞 Safety and Practicality</w:t>
        <w:br/>
        <w:br/>
        <w:t>Sometimes the decision is taken out of your hands. Family breakdown? Kids need to contact the other parent. School sports? After-school activities? The logistics alone can make a phone essential. Safety and communication matter — and sometimes it’s the most practical solution.</w:t>
      </w:r>
    </w:p>
    <w:p>
      <w:r>
        <w:br/>
        <w:t>👯 Peer Pressure</w:t>
        <w:br/>
        <w:br/>
        <w:t>Let’s be real: peer pressure is intense. Your child will tell you, “But EVERYONE has one!!!” (insert dramatic tween eye-roll). And maybe most of their friends do. But “everyone else has one” is not a parenting strategy. Trust your gut, mama.</w:t>
        <w:br/>
        <w:br/>
        <w:t>I always believed just because the neighbor’s kid had one, didn’t mean mine needed one. That worked for me — until life circumstances changed.</w:t>
      </w:r>
    </w:p>
    <w:p>
      <w:r>
        <w:rPr>
          <w:b/>
        </w:rPr>
        <w:br/>
        <w:t>MAMA CONFESSION BOX:</w:t>
      </w:r>
    </w:p>
    <w:p>
      <w:r>
        <w:t>When my marriage broke down, the decision was taken out of my hands. My sons needed phones to communicate with their other parent. End of story. If it hadn’t been for that, I would’ve held out longer — just like I did with PlayStations and Nintendos.</w:t>
      </w:r>
    </w:p>
    <w:p>
      <w:r>
        <w:br/>
        <w:t>🧠 Social Media</w:t>
        <w:br/>
        <w:br/>
        <w:t>This is where things get tricky. Social media can be fun, creative, and connective. But it’s also a breeding ground for comparison, bullying, and inappropriate content.</w:t>
        <w:br/>
        <w:br/>
        <w:t>My rule? No independent accounts until at least 12. If they persist, maybe a “shared” account where you have access. But I wouldn’t suggest encouraging it earlier. Childhood is short enough already — let them be kids.</w:t>
      </w:r>
    </w:p>
    <w:p>
      <w:r>
        <w:rPr>
          <w:b/>
        </w:rPr>
        <w:br/>
        <w:t>WTF FACT CORNER:</w:t>
      </w:r>
    </w:p>
    <w:p>
      <w:r>
        <w:t>- 59% of teens have experienced some form of cyberbullying.</w:t>
        <w:br/>
        <w:t>- 90% of kids aged 8–16 say they’ve seen online content their parents wouldn’t approve of.</w:t>
        <w:br/>
        <w:t>- Kids who delay social media use until 13+ are less likely to struggle with anxiety and depression.</w:t>
      </w:r>
    </w:p>
    <w:p>
      <w:r>
        <w:rPr>
          <w:b/>
        </w:rPr>
        <w:br/>
        <w:t>HOT MESS PRO TIP:</w:t>
      </w:r>
    </w:p>
    <w:p>
      <w:r>
        <w:t>Delay smartphones until at least 12 if you can. If they need a phone earlier, start with a basic phone — no apps, no browser, just calls and texts.</w:t>
        <w:br/>
        <w:br/>
        <w:t>When you do upgrade:</w:t>
        <w:br/>
        <w:t>- Remove internet browsers, games, and app stores.</w:t>
        <w:br/>
        <w:t>- Keep devices out of bedrooms at night.</w:t>
        <w:br/>
        <w:t>- Follow their accounts and check in (spy with love ❤️).</w:t>
      </w:r>
    </w:p>
    <w:p>
      <w:r>
        <w:rPr>
          <w:b/>
        </w:rPr>
        <w:br/>
        <w:t>🌈 Myth vs. Reality:</w:t>
      </w:r>
    </w:p>
    <w:p>
      <w:r>
        <w:t>- Myth: Every kid needs a smartphone by middle school.</w:t>
        <w:br/>
        <w:t xml:space="preserve">  Reality: No, they don’t. They need communication, not Candy Crush.</w:t>
        <w:br/>
        <w:br/>
        <w:t>- Myth: Social media is harmless fun.</w:t>
        <w:br/>
        <w:t xml:space="preserve">  Reality: It can be, but it can also be toxic. Boundaries matter.</w:t>
        <w:br/>
        <w:br/>
        <w:t>- Myth: Once you give them a phone, you lose all control.</w:t>
        <w:br/>
        <w:t xml:space="preserve">  Reality: You can set limits, monitor, and teach healthy habits.</w:t>
      </w:r>
    </w:p>
    <w:p>
      <w:r>
        <w:rPr>
          <w:b/>
        </w:rPr>
        <w:br/>
        <w:t>📝 INTERACTIVE SPACE:</w:t>
      </w:r>
    </w:p>
    <w:p>
      <w:r>
        <w:t>Write this down, mama: What’s YOUR phone rule? Age 12? Age 14? When they pay their own bill? Jot down your “line in the sand” and share it with your partner so you’re on the same page.</w:t>
      </w:r>
    </w:p>
    <w:p>
      <w:r>
        <w:br/>
        <w:t>🌟 The Bottom Line</w:t>
        <w:br/>
        <w:br/>
        <w:t>Phones are powerful tools — for safety, learning, and connection. But they’re also distractions, time-suckers, and sometimes toxic. There’s no one-size-fits-all answer. The best you can do is:</w:t>
        <w:br/>
        <w:t>- Delay as long as is practical.</w:t>
        <w:br/>
        <w:t>- Start simple.</w:t>
        <w:br/>
        <w:t>- Stay involved.</w:t>
        <w:br/>
        <w:br/>
        <w:t>And above all — trust your instincts. If you’re not ready, your child probably isn’t either.</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