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CHAPTER 12: Survival of the Fittest</w:t>
      </w:r>
    </w:p>
    <w:p>
      <w:r>
        <w:t>In the whirlwind of motherhood, prioritizing fitness often takes a backseat to the endless responsibilities of nurturing a family. As mothers, we instinctively put ourselves last. But fitness isn’t selfish — it’s survival. Exercise is what keeps us sane, strong, and sometimes even sexy.</w:t>
        <w:br/>
        <w:br/>
        <w:t>It could be so easy to just let it all go! But I’m stubborn. I’m a fighter. I have too much pride. After all these years of sacrifices and hard work, I sure as hell wouldn’t give it up for the world. And honestly, I’d rather smash out a good workout than drive the car off a cliff on the really bad days!!!</w:t>
        <w:br/>
        <w:br/>
        <w:t>Regular exercise makes me a better mom in every way. It promotes strength, flexibility, endurance — and the energy to chase kids in a game of tag or contort myself for a family game of Twister. I’ve always been an active, playful mom — climbing, running, jumping on the bed like a monkey — because those are the moments my kids will remember.</w:t>
        <w:br/>
        <w:br/>
        <w:t>It also keeps me sharp. Endorphins give me clarity and positivity when motherhood tries to fry my last nerve. My kids know if I’m not on the ball, they’ll pull a swifty on me. But after a good sweat session? I’m ready.</w:t>
        <w:br/>
        <w:br/>
        <w:t>And then there’s stress relief. Instead of wine and cigarettes — and don’t get me wrong, I had a long affair with both — I now pound it out at the gym. Being a Kiwi girl, I grew up on Les Mills classes. Nothing like BodyPump, Combat, or a good sweaty circuit to bash out a bad mood. These days, I’ll throw on my rock playlist or some old-school hip hop and smash a treadmill run. Way better than losing the plot.</w:t>
        <w:br/>
        <w:br/>
        <w:t>Even sex is better when you feel fit. There, I said it. Moving on.</w:t>
        <w:br/>
        <w:br/>
        <w:t>My boys have always seen me up early, dragging them out with “Bike ride! Morning hike! MOVE IT!” They think I’m a nutcase, but I know deep down they’ll thank me one day.</w:t>
        <w:br/>
        <w:br/>
        <w:t>And let’s set the record straight: most people see me after four kids and think, “You must have good genes.” Nope. The only reason I can still wear a bikini at 45 is because of the consistent effort I’ve put in over 25 years. I don’t come from a slim family. I had to teach myself healthy habits and unlearn the rubbish I grew up hearing.</w:t>
        <w:br/>
        <w:br/>
        <w:t>Things like: “Working out is vain and selfish.” Or, “If you did your own housework, you wouldn’t need the gym.” Absolute nonsense! Sure, vacuuming burns calories, but I’ll take squats over scrubbing toilets any day.</w:t>
        <w:br/>
        <w:br/>
        <w:t>👉 The BEST and most loving thing you can do for your kids is keep yourself fit and healthy. Full stop. When they’re little, they’ll see a happy, energetic mama climbing trees and running with them. That’s how my sons see me: a mom who loves them enough to be her best self — for them, and for their kids one day.</w:t>
        <w:br/>
        <w:br/>
        <w:t>One of the best parts of my journey is that my partner shares the same passion. On holidays, our idea of fun isn’t lying around all day — it’s sweating it out first. Morocco, Milan, a beach in Spain — doesn’t matter. We’ll run, lift, or stretch before breakfast. People look at us like lunatics, but we love it.</w:t>
        <w:br/>
        <w:br/>
        <w:t>Except once: in the Serengeti. With lions and hyenas roaming nearby, even we weren’t psycho enough to go for a run. (Though we considered it for a second… crazy, right?)</w:t>
        <w:br/>
        <w:br/>
        <w:t>We push each other, support each other, and our kids see that energy. If your partner needs a nudge, give it. Fitness is better together.</w:t>
        <w:br/>
        <w:br/>
        <w:t>It’s not about size. My body has changed so much over pregnancies. It’s taken me a lifetime to love the skin I’m in — but I do. Finally.</w:t>
        <w:br/>
        <w:br/>
        <w:t>With my last pregnancy, I made a decision: I wouldn’t weigh myself. Not once. My doctor never asked, so I didn’t. I gave birth at 43 without stepping on a scale. And it was freeing.</w:t>
        <w:br/>
        <w:br/>
        <w:t>It took me over a year to lose the baby padding, but now I feel strong and happy, working out six days a week. Some days it’s a beach walk, some days Barry’s, some days a Nike Fit circuit — but always something.</w:t>
        <w:br/>
        <w:br/>
        <w:t>Yesterday, I asked my third son what kind of body he thought I had. He said, “A strong one.” My smile could have lit up a stadium. That’s all I want my kids to think about their mom.</w:t>
      </w:r>
    </w:p>
    <w:p>
      <w:r>
        <w:rPr>
          <w:b/>
        </w:rPr>
        <w:br/>
        <w:t>💌 MAMA CONFESSION BOX:</w:t>
      </w:r>
    </w:p>
    <w:p>
      <w:r>
        <w:t>Last Christmas in Zanzibar, my partner and I did a dawn workout outside our room. Being typical Aries, we got competitive. By the ab section, we were groaning, sweating, taking over the neighbor’s terrace. Suddenly the blinds snapped open — they thought we were having raucous sex on their patio. Nope, just sit-ups. We’re now friends. (Awkward intro though.)</w:t>
      </w:r>
    </w:p>
    <w:p>
      <w:r>
        <w:rPr>
          <w:b/>
        </w:rPr>
        <w:br/>
        <w:t>🤯 WTF FACT CORNER:</w:t>
      </w:r>
    </w:p>
    <w:p>
      <w:r>
        <w:t>- Exercise reduces cortisol (stress hormone) and boosts serotonin (happy hormone).</w:t>
        <w:br/>
        <w:t>- Active moms report up to 40% less depression and anxiety.</w:t>
        <w:br/>
        <w:t>- Kids with active parents are twice as likely to be active themselves.</w:t>
      </w:r>
    </w:p>
    <w:p>
      <w:r>
        <w:rPr>
          <w:b/>
        </w:rPr>
        <w:br/>
        <w:t>🙃 HOT MESS PRO TIP:</w:t>
      </w:r>
    </w:p>
    <w:p>
      <w:r>
        <w:t>Forget calorie counting. Eat the cake, drink the vino (not the whole bottle). Just move your body after. Pizza at lunch + evening run = balance. And yes, drag the kids off the couch too.</w:t>
      </w:r>
    </w:p>
    <w:p>
      <w:r>
        <w:rPr>
          <w:b/>
        </w:rPr>
        <w:br/>
        <w:t>🌈 MYTH VS REALITY:</w:t>
      </w:r>
    </w:p>
    <w:p>
      <w:r>
        <w:t>- Myth: Moms don’t have time for fitness.</w:t>
        <w:br/>
        <w:t xml:space="preserve">  Reality: We don’t have time not to. Even 20 minutes can reset your day.</w:t>
        <w:br/>
        <w:br/>
        <w:t>- Myth: Exercise is selfish.</w:t>
        <w:br/>
        <w:t xml:space="preserve">  Reality: A happy, strong mom benefits the whole family.</w:t>
        <w:br/>
        <w:br/>
        <w:t>- Myth: You need to be perfect.</w:t>
        <w:br/>
        <w:t xml:space="preserve">  Reality: Fitness is messy, sweaty, sometimes hilarious. That’s the beauty.</w:t>
      </w:r>
    </w:p>
    <w:p>
      <w:r>
        <w:rPr>
          <w:b/>
        </w:rPr>
        <w:br/>
        <w:t>📝 INTERACTIVE SPACE:</w:t>
      </w:r>
    </w:p>
    <w:p>
      <w:r>
        <w:t>Write this down, mama: What’s your “go-to” stress workout? Boxing? Running? Dancing in the lounge with the baby watching? Write it here. Because on meltdown days, you’ll need the reminder.</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