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1: Pregnancy — The Not-So-Glorious Glow</w:t>
      </w:r>
    </w:p>
    <w:p>
      <w:r>
        <w:t>Pregnancy is supposed to be magical, right?! You’re meant to float around glowing like a goddess, nibbling on kale, doing prenatal yoga, and radiating maternal bliss!!! At least, that’s the Instagram version.</w:t>
        <w:br/>
        <w:br/>
        <w:t>Reality check? For most of us, pregnancy is less goddess glow and more zombie chic. Forget unicorns and cupcakes, it’s usually nausea, gas, and constipation — a glamorous trio nobody warned you about!!!</w:t>
        <w:br/>
        <w:br/>
        <w:t>Let’s be honest: pregnancy can suck. Morning sickness? More like all-day sickness. And don’t even get me started on cravings. One minute you’re drooling for ice cream at 9 a.m., the next you’re gagging at the sight of a carrot stick.</w:t>
        <w:br/>
        <w:br/>
        <w:t>And then there’s the body stuff. Pimples you thought you left behind in high school? Surprise, they’re back!!! Boobs that feel like they’ve been run over by a truck? Oh yes. Random hair growth? Congratulations, you’re officially part-werewolf.</w:t>
        <w:br/>
        <w:br/>
        <w:t>Here’s the kicker: it’s all normal. You are NOT crazy, you are NOT alone, and you are definitely NOT failing. Your hormones are running the show, and honestly, they don’t give a damn about your carefully curated birth Pinterest board. You can’t fail pregnancy — that baby is coming out one way or another!!!</w:t>
        <w:br/>
        <w:br/>
        <w:t>Even your relationships might get rocky. Your partner may try to “help” by telling you to “just relax” (bad move, buddy), your mother-in-law may start listing rules you never asked for, and your nosey aunty might ask about your “birth plan” like it’s an exam you can fail. Spoiler alert: you can’t fail pregnancy — this isn’t a test, it’s a nine-month endurance marathon!!!</w:t>
      </w:r>
    </w:p>
    <w:p>
      <w:r>
        <w:rPr>
          <w:b/>
        </w:rPr>
        <w:br/>
        <w:t>MAMA CONFESSION BOX:</w:t>
      </w:r>
    </w:p>
    <w:p>
      <w:r>
        <w:t>I once sent my partner to the store at 2 a.m. for marinated anchovies… and then cried when he came back with the wrong brand. True story. Zero shame!!!</w:t>
      </w:r>
    </w:p>
    <w:p>
      <w:r>
        <w:rPr>
          <w:b/>
        </w:rPr>
        <w:br/>
        <w:t>WTF FACT CORNER:</w:t>
      </w:r>
    </w:p>
    <w:p>
      <w:r>
        <w:t>- Up to 80% of women experience morning sickness!!!</w:t>
        <w:br/>
        <w:t>- About 50% will develop some kind of weird craving (pickles + ice cream is basically a cliché).</w:t>
        <w:br/>
        <w:t>- Around 20% of pregnant women develop varicose veins (yep, sexy).</w:t>
        <w:br/>
        <w:t>- And about 1 in 100 get hyperemesis gravidarum (yes, the one Princess Kate had). Translation: you’re not “weak,” you’re in a not-so-exclusive club of queasy warriors!!!</w:t>
      </w:r>
    </w:p>
    <w:p>
      <w:r>
        <w:rPr>
          <w:b/>
        </w:rPr>
        <w:br/>
        <w:t>HOT MESS PRO TIP:</w:t>
      </w:r>
    </w:p>
    <w:p>
      <w:r>
        <w:t>Buy extra undies. Trust me. Between sneeze-peeing, weird discharge, and 'oops I puked on myself again,' you’ll thank me later!!!</w:t>
      </w:r>
    </w:p>
    <w:p>
      <w:r>
        <w:rPr>
          <w:b/>
        </w:rPr>
        <w:br/>
        <w:t>🌈 PREGNANCY MYTH VS. REALITY:</w:t>
      </w:r>
    </w:p>
    <w:p>
      <w:r>
        <w:t>- Myth: You’ll glow like a radiant goddess.</w:t>
        <w:br/>
        <w:t xml:space="preserve">  Reality: It’s sweat — you’re going to give that piggy at the local farm a run for its money!!!</w:t>
        <w:br/>
        <w:br/>
        <w:t>- Myth: You’ll crave healthy foods to nourish the baby.</w:t>
        <w:br/>
        <w:t xml:space="preserve">  Reality: You will want a Taco Bell quesarito with double cheese at 3 a.m. and God help anyone who stands in your way!!!</w:t>
        <w:br/>
        <w:br/>
        <w:t>- Myth: You’ll be serene, peaceful, and wise.</w:t>
        <w:br/>
        <w:t xml:space="preserve">  Reality: You’ll cry because your partner bought the wrong type of cheese.</w:t>
        <w:br/>
        <w:br/>
        <w:t>- Myth: Your body is a temple.</w:t>
        <w:br/>
        <w:t xml:space="preserve">  Reality: Your body is a construction zone with questionable plumbing.</w:t>
      </w:r>
    </w:p>
    <w:p>
      <w:r>
        <w:rPr>
          <w:b/>
        </w:rPr>
        <w:br/>
        <w:t>📝 INTERACTIVE SPACE:</w:t>
      </w:r>
    </w:p>
    <w:p>
      <w:r>
        <w:t>Write this down, mama: Why don’t you start a little pregnancy journey with funny memories to look back on?! I did it, and my kids love to read it back years later!!! Trust me, one day you’ll laugh when you remember your midnight obsession with marinated anchovies or that time you cried because the supermarket was out of your favorite ice cream.</w:t>
        <w:br/>
        <w:br/>
        <w:t>Grab a notebook, jot it down in your phone, or scribble it in the margins of this book if you want — whatever works!!! The point is: you’ll thank yourself later when your kids are teenagers and you can hand them proof that they’ve been driving you bananas since before they were born!!!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