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CBE34" w14:textId="77777777" w:rsidR="0015559C" w:rsidRDefault="000F0BEB" w:rsidP="006674A0">
      <w:pPr>
        <w:pStyle w:val="Heading1"/>
      </w:pPr>
      <w:r>
        <w:t>The Supernatural World – Collected Chapters</w:t>
      </w:r>
      <w:r w:rsidR="006674A0">
        <w:t>.</w:t>
      </w:r>
    </w:p>
    <w:p w14:paraId="7D69B883" w14:textId="77777777" w:rsidR="004803BB" w:rsidRDefault="004803BB" w:rsidP="004803BB"/>
    <w:p w14:paraId="5BD881CF" w14:textId="77777777" w:rsidR="004803BB" w:rsidRPr="004803BB" w:rsidRDefault="00A42918" w:rsidP="00A42918">
      <w:pPr>
        <w:pStyle w:val="MacroText"/>
      </w:pPr>
      <w:r>
        <w:t>A growing compendium of chapters.</w:t>
      </w:r>
    </w:p>
    <w:p w14:paraId="1BF8C495" w14:textId="77777777" w:rsidR="00BE6F58" w:rsidRDefault="00BE6F58"/>
    <w:p w14:paraId="319A4E90" w14:textId="77777777" w:rsidR="002A675C" w:rsidRDefault="002A675C"/>
    <w:p w14:paraId="07C4BA44" w14:textId="77777777" w:rsidR="0015559C" w:rsidRDefault="0015559C"/>
    <w:p w14:paraId="212A6EEA" w14:textId="77777777" w:rsidR="0015559C" w:rsidRDefault="0015559C"/>
    <w:p w14:paraId="73EDC0ED" w14:textId="77777777" w:rsidR="0015559C" w:rsidRDefault="0015559C"/>
    <w:p w14:paraId="030F2D9A" w14:textId="77777777" w:rsidR="0015559C" w:rsidRDefault="0015559C"/>
    <w:p w14:paraId="785516D4" w14:textId="77777777" w:rsidR="0015559C" w:rsidRDefault="0015559C"/>
    <w:p w14:paraId="7359B176" w14:textId="77777777" w:rsidR="0015559C" w:rsidRDefault="0015559C"/>
    <w:p w14:paraId="52F9E298" w14:textId="77777777" w:rsidR="0015559C" w:rsidRDefault="0015559C"/>
    <w:p w14:paraId="5776BC41" w14:textId="77777777" w:rsidR="0015559C" w:rsidRDefault="0015559C"/>
    <w:p w14:paraId="0120FE0E" w14:textId="77777777" w:rsidR="00F23FA1" w:rsidRDefault="00F23FA1"/>
    <w:p w14:paraId="69BF1CE6" w14:textId="77777777" w:rsidR="00F23FA1" w:rsidRDefault="00F23FA1"/>
    <w:p w14:paraId="63C49E23" w14:textId="77777777" w:rsidR="00F23FA1" w:rsidRDefault="00F23FA1"/>
    <w:p w14:paraId="08F39051" w14:textId="77777777" w:rsidR="00F23FA1" w:rsidRDefault="00F23FA1"/>
    <w:p w14:paraId="02F4209D" w14:textId="77777777" w:rsidR="00F23FA1" w:rsidRDefault="00F23FA1"/>
    <w:p w14:paraId="6A93C873" w14:textId="77777777" w:rsidR="00F23FA1" w:rsidRDefault="00F23FA1"/>
    <w:p w14:paraId="427DE46F" w14:textId="77777777" w:rsidR="00F23FA1" w:rsidRDefault="00F23FA1"/>
    <w:p w14:paraId="72B13C14" w14:textId="77777777" w:rsidR="00F23FA1" w:rsidRDefault="00F23FA1"/>
    <w:p w14:paraId="145ACF98" w14:textId="77777777" w:rsidR="00BE6F58" w:rsidRDefault="00BE6F58"/>
    <w:p w14:paraId="7ADAA526" w14:textId="77777777" w:rsidR="003E2B68" w:rsidRDefault="003E2B68"/>
    <w:p w14:paraId="30FEA615" w14:textId="77777777" w:rsidR="009B4E30" w:rsidRDefault="009B4E30"/>
    <w:p w14:paraId="34363019" w14:textId="77777777" w:rsidR="00165122" w:rsidRDefault="00165122"/>
    <w:p w14:paraId="1DDFF8F7" w14:textId="77777777" w:rsidR="00165122" w:rsidRDefault="00165122"/>
    <w:p w14:paraId="345ED2F4" w14:textId="77777777" w:rsidR="00165122" w:rsidRDefault="00165122"/>
    <w:p w14:paraId="34CFAF76" w14:textId="77777777" w:rsidR="0015559C" w:rsidRDefault="000F0BEB" w:rsidP="005A3FBF">
      <w:pPr>
        <w:pStyle w:val="Heading2"/>
      </w:pPr>
      <w:r>
        <w:t>»Table of Contents</w:t>
      </w:r>
    </w:p>
    <w:p w14:paraId="1E8B0D06" w14:textId="77777777" w:rsidR="00726625" w:rsidRDefault="007F078C">
      <w:r>
        <w:t>Chapter 1: Bizarre at the sea</w:t>
      </w:r>
    </w:p>
    <w:p w14:paraId="577F59C6" w14:textId="77777777" w:rsidR="00726625" w:rsidRDefault="007F078C">
      <w:r>
        <w:t>Chapter 2: Cracks in the World</w:t>
      </w:r>
    </w:p>
    <w:p w14:paraId="4BA3DC6B" w14:textId="77777777" w:rsidR="00726625" w:rsidRDefault="007F078C">
      <w:r>
        <w:t>Chapter 3: The Crack and the Coin</w:t>
      </w:r>
    </w:p>
    <w:p w14:paraId="684BC664" w14:textId="77777777" w:rsidR="00726625" w:rsidRDefault="007F078C">
      <w:r>
        <w:t>Chapter 4: Into the Agency</w:t>
      </w:r>
    </w:p>
    <w:p w14:paraId="3E06DC25" w14:textId="77777777" w:rsidR="00726625" w:rsidRDefault="007F078C">
      <w:r>
        <w:t>Chapter 5: Echoes in the Rain</w:t>
      </w:r>
    </w:p>
    <w:p w14:paraId="28384DE9" w14:textId="77777777" w:rsidR="00726625" w:rsidRDefault="007F078C">
      <w:r>
        <w:t>Chapter 6: Through the Cracks</w:t>
      </w:r>
    </w:p>
    <w:p w14:paraId="1311AEA7" w14:textId="77777777" w:rsidR="00726625" w:rsidRDefault="007F078C">
      <w:r>
        <w:t>Chapter 7: The Quiet Heist</w:t>
      </w:r>
    </w:p>
    <w:p w14:paraId="68B4F8E1" w14:textId="77777777" w:rsidR="002B2B1C" w:rsidRDefault="002B2B1C">
      <w:r>
        <w:t>Chapter 8: Fractured Gateway</w:t>
      </w:r>
    </w:p>
    <w:p w14:paraId="0E1DA434" w14:textId="22312673" w:rsidR="000B4C82" w:rsidRDefault="000B4C82">
      <w:r>
        <w:t>Chapter 9: Glassheart Fallout</w:t>
      </w:r>
    </w:p>
    <w:p w14:paraId="01BCC6E1" w14:textId="77777777" w:rsidR="0015559C" w:rsidRDefault="000F0BEB" w:rsidP="00BB2CD8">
      <w:pPr>
        <w:pStyle w:val="Heading1"/>
      </w:pPr>
      <w:r>
        <w:t>All Supernatural Chapter 1: Bizarre at the sea</w:t>
      </w:r>
    </w:p>
    <w:p w14:paraId="422651DF" w14:textId="77777777" w:rsidR="0015559C" w:rsidRDefault="0015559C" w:rsidP="00BB2CD8">
      <w:pPr>
        <w:pStyle w:val="Heading1"/>
      </w:pPr>
    </w:p>
    <w:p w14:paraId="531FB154" w14:textId="77777777" w:rsidR="0015559C" w:rsidRDefault="000F0BEB">
      <w:r>
        <w:t>All Supernatural Chapter 1: Bizarre at the Sea.</w:t>
      </w:r>
    </w:p>
    <w:p w14:paraId="01E2C1C8" w14:textId="77777777" w:rsidR="0015559C" w:rsidRDefault="000F0BEB">
      <w:r>
        <w:t>The vast ocean stretched endlessly, dotted with playful dolphins leaping in the distance. The sky was a canvas of soft blue and white, with fluffy clouds lazily drifting by.</w:t>
      </w:r>
    </w:p>
    <w:p w14:paraId="7330B619" w14:textId="77777777" w:rsidR="0015559C" w:rsidRDefault="000F0BEB">
      <w:r>
        <w:t>SWOOSH!!!</w:t>
      </w:r>
    </w:p>
    <w:p w14:paraId="2EC6CFE0" w14:textId="77777777" w:rsidR="0015559C" w:rsidRDefault="000F0BEB">
      <w:r>
        <w:t>A speedboat is chasing after a distant cruise ship.</w:t>
      </w:r>
    </w:p>
    <w:p w14:paraId="1C219945" w14:textId="77777777" w:rsidR="0015559C" w:rsidRDefault="000F0BEB">
      <w:r>
        <w:t>As it catches up with the ship, Zain leaps out of speedboat into the ship. The jump was deliberate, a calculated risk. He needed to get onboard and the traditional methods were too slow. He scanned the deck searching for the sign of contamination.</w:t>
      </w:r>
    </w:p>
    <w:p w14:paraId="5001BE30" w14:textId="77777777" w:rsidR="0015559C" w:rsidRDefault="000F0BEB">
      <w:r>
        <w:t>He landed with a roll, the impact absorbed by the deck. The passengers turned startled, their expression was a mix of surprise and confusion. A few gasp, others pointed, and the ship's security team began to converge.</w:t>
      </w:r>
    </w:p>
    <w:p w14:paraId="6DEA1445" w14:textId="77777777" w:rsidR="0015559C" w:rsidRDefault="000F0BEB">
      <w:r>
        <w:t>"Hey! Who are you?" Someone asks. "Why did you jump on this ship?"</w:t>
      </w:r>
    </w:p>
    <w:p w14:paraId="48189D4B" w14:textId="77777777" w:rsidR="0015559C" w:rsidRDefault="000F0BEB">
      <w:r>
        <w:t>"This ship is not a place for a strange person to jump into. So don't try anything funny." Another man bravely says.</w:t>
      </w:r>
    </w:p>
    <w:p w14:paraId="7357143E" w14:textId="77777777" w:rsidR="0015559C" w:rsidRDefault="000F0BEB">
      <w:r>
        <w:t>He gave a disarming smile. His eyes, however were still scanning the crowd, searching for signs of contamination-- a flicker in the eyes, a subtle distortion of shadows. "</w:t>
      </w:r>
      <w:proofErr w:type="spellStart"/>
      <w:r>
        <w:t>Ohh</w:t>
      </w:r>
      <w:proofErr w:type="spellEnd"/>
      <w:r>
        <w:t xml:space="preserve">. I forgot to introduce myself. </w:t>
      </w:r>
      <w:proofErr w:type="spellStart"/>
      <w:r>
        <w:t>Hola</w:t>
      </w:r>
      <w:proofErr w:type="spellEnd"/>
      <w:r>
        <w:t xml:space="preserve"> everyone, I'm Zain and....." He pauses.</w:t>
      </w:r>
    </w:p>
    <w:p w14:paraId="6EB09218" w14:textId="77777777" w:rsidR="0015559C" w:rsidRDefault="000F0BEB">
      <w:r>
        <w:t>"There's something wrong with the ship "</w:t>
      </w:r>
    </w:p>
    <w:p w14:paraId="06E1A16D" w14:textId="77777777" w:rsidR="0015559C" w:rsidRDefault="000F0BEB">
      <w:r>
        <w:t>The passengers exchanged uneasy glances. Their faces showed a mixture of confusion and disbelief.</w:t>
      </w:r>
    </w:p>
    <w:p w14:paraId="18FA8C12" w14:textId="77777777" w:rsidR="0015559C" w:rsidRDefault="000F0BEB">
      <w:r>
        <w:t>"What do you mean?" A woman asks, her voice trembling slightly. The security team closed in, they were wary of him.</w:t>
      </w:r>
    </w:p>
    <w:p w14:paraId="5EDC4E3A" w14:textId="77777777" w:rsidR="0015559C" w:rsidRDefault="000F0BEB">
      <w:r>
        <w:t>"What's he talking about?"</w:t>
      </w:r>
    </w:p>
    <w:p w14:paraId="44B1F00B" w14:textId="77777777" w:rsidR="0015559C" w:rsidRDefault="000F0BEB">
      <w:r>
        <w:t>"I don't know."</w:t>
      </w:r>
    </w:p>
    <w:p w14:paraId="7952C230" w14:textId="77777777" w:rsidR="0015559C" w:rsidRDefault="000F0BEB">
      <w:r>
        <w:t>"Who would believe that nonsense you're spouting "</w:t>
      </w:r>
    </w:p>
    <w:p w14:paraId="76F0B6BA" w14:textId="77777777" w:rsidR="0015559C" w:rsidRDefault="000F0BEB">
      <w:r>
        <w:t>"He is so handsome, I hope he doesn't have mental issues "</w:t>
      </w:r>
    </w:p>
    <w:p w14:paraId="0B9EF130" w14:textId="77777777" w:rsidR="0015559C" w:rsidRDefault="000F0BEB">
      <w:r>
        <w:t>"Humph. I don't care you are but if you don't leave I'll call the police " a woman shouts.</w:t>
      </w:r>
    </w:p>
    <w:p w14:paraId="6B977C67" w14:textId="77777777" w:rsidR="0015559C" w:rsidRDefault="000F0BEB">
      <w:r>
        <w:t>"Yeah, you weren't invited here " others chorus.</w:t>
      </w:r>
    </w:p>
    <w:p w14:paraId="2D8C5D93" w14:textId="77777777" w:rsidR="0015559C" w:rsidRDefault="000F0BEB">
      <w:r>
        <w:t>"Get him out of here!" The mood shifted into hostility.</w:t>
      </w:r>
    </w:p>
    <w:p w14:paraId="7CEEA84A" w14:textId="77777777" w:rsidR="0015559C" w:rsidRDefault="000F0BEB">
      <w:r>
        <w:t>"What a chore!" Zain mutters under his breath.</w:t>
      </w:r>
    </w:p>
    <w:p w14:paraId="6ABB218E" w14:textId="77777777" w:rsidR="0015559C" w:rsidRDefault="000F0BEB">
      <w:r>
        <w:t>'They'll panic once they know that this ship is contaminated'</w:t>
      </w:r>
    </w:p>
    <w:p w14:paraId="28033C66" w14:textId="77777777" w:rsidR="0015559C" w:rsidRDefault="000F0BEB">
      <w:r>
        <w:t>"How do I explain that?"</w:t>
      </w:r>
    </w:p>
    <w:p w14:paraId="1F30D98B" w14:textId="77777777" w:rsidR="0015559C" w:rsidRDefault="000F0BEB">
      <w:r>
        <w:t>Zain is a person with supernatural powers. Which are from the Supernatural Codex. There are different Paths and different powers. Zain's path is the Fortune Path.</w:t>
      </w:r>
    </w:p>
    <w:p w14:paraId="30165DB9" w14:textId="77777777" w:rsidR="0015559C" w:rsidRDefault="000F0BEB">
      <w:r>
        <w:t>The reason he's on the ship is to clean up the contaminated ship. He was alone and had to act fast as Pathwalker.</w:t>
      </w:r>
    </w:p>
    <w:p w14:paraId="65164CD5" w14:textId="77777777" w:rsidR="0015559C" w:rsidRDefault="000F0BEB">
      <w:r>
        <w:t>Drawing out his Smart Energy Pistols, the passengers erupted into chaos. Zain dashed through the frightened passengers, their scream echoing in his ears. His senses were on high alert as he scanned for traces of contamination.</w:t>
      </w:r>
    </w:p>
    <w:p w14:paraId="238E8449" w14:textId="77777777" w:rsidR="0015559C" w:rsidRDefault="000F0BEB">
      <w:r>
        <w:t>Zain focused on the eerie aura that seemed to draw him towards the lower deck. The air grew colder as Zain approached and he knew that he was close to the source of the contamination.</w:t>
      </w:r>
    </w:p>
    <w:p w14:paraId="2D75B67E" w14:textId="77777777" w:rsidR="0015559C" w:rsidRDefault="000F0BEB">
      <w:r>
        <w:t>The air stank of burnt salt and rust. The deck thrummed under his boots like it had a pulse.</w:t>
      </w:r>
    </w:p>
    <w:p w14:paraId="17E6CEAD" w14:textId="77777777" w:rsidR="0015559C" w:rsidRDefault="000F0BEB">
      <w:r>
        <w:t>Shadows twitched against the walls, sliding the wrong way with the flicker of the lights. As Zain reached a secluded corridor, he spotted movement and so the passengers' panic</w:t>
      </w:r>
    </w:p>
    <w:p w14:paraId="0C938098" w14:textId="77777777" w:rsidR="0015559C" w:rsidRDefault="000F0BEB">
      <w:r>
        <w:t>faded into the background as he honed his target. The corridor bent at odd angles, like the</w:t>
      </w:r>
    </w:p>
    <w:p w14:paraId="11B8EE1C" w14:textId="77777777" w:rsidR="0015559C" w:rsidRDefault="000F0BEB">
      <w:r>
        <w:t>metal had softened and tried to breathe. The lights buzzed, flickering as if they were watching him.</w:t>
      </w:r>
    </w:p>
    <w:p w14:paraId="7E93660F" w14:textId="77777777" w:rsidR="0015559C" w:rsidRDefault="000F0BEB">
      <w:r>
        <w:t>A wave of dread washes over Zain. The air grew heavy and the ship seemed to pulse with dark energy. The flickering lights casts eerie shadows and he felt something sinister. Suddenly the atmosphere shifted . The ship was not just a vessel; it was a living entity, an</w:t>
      </w:r>
    </w:p>
    <w:p w14:paraId="77BF4EFF" w14:textId="77777777" w:rsidR="0015559C" w:rsidRDefault="000F0BEB">
      <w:r>
        <w:t>oddity also known as a bizarre entity. The steel bulkheads groaned like a throat clearing, and the deck swelled beneath him as if it had bones.</w:t>
      </w:r>
    </w:p>
    <w:p w14:paraId="01468F17" w14:textId="77777777" w:rsidR="0015559C" w:rsidRDefault="000F0BEB">
      <w:r>
        <w:t>"Alright odd-ship" Zain mutters both pistols locked and loaded. "How odd? what are you made of?"</w:t>
      </w:r>
    </w:p>
    <w:p w14:paraId="0AEC21FA" w14:textId="77777777" w:rsidR="0015559C" w:rsidRDefault="000F0BEB">
      <w:r>
        <w:t>Zain unleashes a barrage of gunfire, the energy bullets tearing into the metal. But the ship barely flinched. The were like pebbles hitting the mountain.</w:t>
      </w:r>
    </w:p>
    <w:p w14:paraId="1FE02547" w14:textId="77777777" w:rsidR="0015559C" w:rsidRDefault="000F0BEB">
      <w:r>
        <w:t>"Not bad" Zain quipped.</w:t>
      </w:r>
    </w:p>
    <w:p w14:paraId="7502CF46" w14:textId="77777777" w:rsidR="0015559C" w:rsidRDefault="000F0BEB">
      <w:r>
        <w:t>The ship lashed out, a wave of raw energy slamming him into the wall hard enough to rattle his ribs. He staggered up, blood in his mouth, and spat it onto the deck with a grin.</w:t>
      </w:r>
    </w:p>
    <w:p w14:paraId="07D694A6" w14:textId="77777777" w:rsidR="0015559C" w:rsidRDefault="000F0BEB">
      <w:r>
        <w:t>His ribs screamed, but he forced himself upright.</w:t>
      </w:r>
    </w:p>
    <w:p w14:paraId="4E1168DD" w14:textId="77777777" w:rsidR="0015559C" w:rsidRDefault="000F0BEB">
      <w:r>
        <w:t>He wiped blood from his lip, smirked, and muttered, "Okay. That was rude."</w:t>
      </w:r>
    </w:p>
    <w:p w14:paraId="0CF0C7D8" w14:textId="77777777" w:rsidR="0015559C" w:rsidRDefault="000F0BEB">
      <w:r>
        <w:t>Zain fought back , dodging the ship attacks, firing at its weak point. The bizarre entities was powerful, its control of the vessel absolute. He was outmatched, but he refuse to give up.</w:t>
      </w:r>
    </w:p>
    <w:p w14:paraId="0C2F6FFB" w14:textId="77777777" w:rsidR="0015559C" w:rsidRDefault="000F0BEB">
      <w:r>
        <w:t>With the help of his Lucky Aura, Zain spotted a faint energy signature, a weakness in the ship's structure. His hands shook from the recoil, but his Lucky Aura hummed.</w:t>
      </w:r>
    </w:p>
    <w:p w14:paraId="12E7A0BD" w14:textId="77777777" w:rsidR="0015559C" w:rsidRDefault="000F0BEB">
      <w:r>
        <w:t>He steadied his aim, smirk curling at the edge of his mouth. "Not today, odd-ship" With a burst of adrenaline, he aimed and fired, hitting the spot.... BOOM!!!!!!</w:t>
      </w:r>
    </w:p>
    <w:p w14:paraId="5B0E411C" w14:textId="77777777" w:rsidR="0015559C" w:rsidRDefault="000F0BEB">
      <w:r>
        <w:t>The ship was now safe, the passengers were celebrating. The security team were still wary.</w:t>
      </w:r>
    </w:p>
    <w:p w14:paraId="4CE4AFD4" w14:textId="77777777" w:rsidR="0015559C" w:rsidRDefault="000F0BEB">
      <w:r>
        <w:t>Zain pull up his comms while walking, dialed his superior, and gave a brief, concise report</w:t>
      </w:r>
    </w:p>
    <w:p w14:paraId="7C3A3DFD" w14:textId="77777777" w:rsidR="0015559C" w:rsidRDefault="000F0BEB">
      <w:r>
        <w:t>"Mission accomplished. Bizarre entity eliminated. Passengers safe." He hung up not breaking a sweat.</w:t>
      </w:r>
    </w:p>
    <w:p w14:paraId="61691B47" w14:textId="030F7D71" w:rsidR="0015559C" w:rsidRDefault="000F0BEB">
      <w:r>
        <w:t xml:space="preserve">Reaching the edge, He turned to the security team and gave them a </w:t>
      </w:r>
      <w:r w:rsidR="008943BE">
        <w:t>nonchalant</w:t>
      </w:r>
      <w:r>
        <w:t xml:space="preserve"> nod, and said "enjoy the rest of your cruise" Then with grin he jumped into the air.</w:t>
      </w:r>
    </w:p>
    <w:p w14:paraId="1848631D" w14:textId="77777777" w:rsidR="0015559C" w:rsidRDefault="000F0BEB">
      <w:r>
        <w:t>A slick speedboat waiting below roared to life as he landed perfectly. Speeding away from the cruise ship.</w:t>
      </w:r>
    </w:p>
    <w:p w14:paraId="2C0F0DBA" w14:textId="77777777" w:rsidR="0015559C" w:rsidRDefault="000F0BEB">
      <w:r>
        <w:t>As he approaches the dock, Zain feels a surge of relief. The mission was perilous, yet he managed to complete it, thanks to a series of lucky breaks. The sun glints off the water, reflecting his sense of accomplishment.</w:t>
      </w:r>
    </w:p>
    <w:p w14:paraId="588E6944" w14:textId="77777777" w:rsidR="0015559C" w:rsidRDefault="000F0BEB">
      <w:r>
        <w:t>Stepping onto solid ground, he takes a deep breath of the salty air. The city feels just as he left it, filled with the sounds of life and energy. He's eager to catch up with friends, especially Amber.</w:t>
      </w:r>
    </w:p>
    <w:p w14:paraId="6A694798" w14:textId="77777777" w:rsidR="0015559C" w:rsidRDefault="000F0BEB">
      <w:r>
        <w:t>As Zain strolls through the city, a familiar feeling of anticipation washes over him. He'd almost forgotten about the lottery ticket he'd bought before his mission. He pulls it out, and as he checks the numbers, his eyes widen.</w:t>
      </w:r>
    </w:p>
    <w:p w14:paraId="63EC6FA7" w14:textId="77777777" w:rsidR="0015559C" w:rsidRDefault="000F0BEB">
      <w:r>
        <w:t>"No way," he breathes, a genuine smile spreading across his face. He checks the numbers</w:t>
      </w:r>
    </w:p>
    <w:p w14:paraId="008446EB" w14:textId="77777777" w:rsidR="0015559C" w:rsidRDefault="000F0BEB">
      <w:r>
        <w:t>again, just to be sure. He's won! He'd won 10,000 ■ (Mave)! A sudden gust of wind playfully swirls around him, as if celebrating his good fortune. He chuckles, feeling the luck</w:t>
      </w:r>
    </w:p>
    <w:p w14:paraId="6DA15267" w14:textId="77777777" w:rsidR="0015559C" w:rsidRDefault="000F0BEB">
      <w:r>
        <w:t>radiate from him. He can almost feel the aura humming around him. He decides to treat himself to a fancy coffee. As he waits in line, a 50 ■ bill flutters to his feet. He picks it up, grinning.</w:t>
      </w:r>
    </w:p>
    <w:p w14:paraId="60E319A0" w14:textId="77777777" w:rsidR="0015559C" w:rsidRDefault="000F0BEB">
      <w:r>
        <w:t>"Well, alright then," he says, pocketing the money. As he receives his coffee, the barista accidentally drops a pastry.</w:t>
      </w:r>
    </w:p>
    <w:p w14:paraId="035AFD33" w14:textId="77777777" w:rsidR="0015559C" w:rsidRDefault="000F0BEB">
      <w:r>
        <w:t>"Whoops, on the house!" she says, handing him the treat with a smile. Mark winks, feeling his luck's influence at work.</w:t>
      </w:r>
    </w:p>
    <w:p w14:paraId="54B03A7C" w14:textId="77777777" w:rsidR="0015559C" w:rsidRDefault="000F0BEB">
      <w:r>
        <w:t>Zain arrives at a cozy café and finds Amber already waiting. The bell above the door chimed as he entered, and her face instantly lit up.</w:t>
      </w:r>
    </w:p>
    <w:p w14:paraId="07C0804A" w14:textId="77777777" w:rsidR="0015559C" w:rsidRDefault="000F0BEB">
      <w:r>
        <w:t>Amber is a vibrant woman with a cascade of fiery red hair that always seems to catch the</w:t>
      </w:r>
    </w:p>
    <w:p w14:paraId="7F06572B" w14:textId="77777777" w:rsidR="0015559C" w:rsidRDefault="000F0BEB">
      <w:r>
        <w:t>light. Her eyes, the color of the ocean on a clear day, crinkled at the corners as she smiled. She has a passion for art, her small apartment filled with canvases and half-finished projects, and her spirit is just as colorful as her art.</w:t>
      </w:r>
    </w:p>
    <w:p w14:paraId="314B06FB" w14:textId="77777777" w:rsidR="0015559C" w:rsidRDefault="000F0BEB">
      <w:r>
        <w:t>"Hey, beautiful," Zain says, leaning in to kiss her. The kiss is warm and familiar, a comfortable greeting that speaks of countless shared moments.</w:t>
      </w:r>
    </w:p>
    <w:p w14:paraId="2657967D" w14:textId="77777777" w:rsidR="0015559C" w:rsidRDefault="000F0BEB">
      <w:r>
        <w:t>"Guess what happened?"</w:t>
      </w:r>
    </w:p>
    <w:p w14:paraId="093501F2" w14:textId="77777777" w:rsidR="0015559C" w:rsidRDefault="000F0BEB">
      <w:r>
        <w:t>Amber raises an eyebrow, intrigued.</w:t>
      </w:r>
    </w:p>
    <w:p w14:paraId="51984DCC" w14:textId="77777777" w:rsidR="0015559C" w:rsidRDefault="000F0BEB">
      <w:r>
        <w:t>"Did the 'strange things' give you any trouble this time?" Zain grins, but this time, it's a little different.</w:t>
      </w:r>
    </w:p>
    <w:p w14:paraId="5AED5D61" w14:textId="77777777" w:rsidR="0015559C" w:rsidRDefault="000F0BEB">
      <w:r>
        <w:t>"Not exactly. More like... took care of some strange things." He knew she understood the truth of his work, the less glamorous side of his abilities. "Better. I won the lottery! Ten grand, baby!" Amber's jaw drops.</w:t>
      </w:r>
    </w:p>
    <w:p w14:paraId="5F243D02" w14:textId="77777777" w:rsidR="0015559C" w:rsidRDefault="000F0BEB">
      <w:r>
        <w:t>"No way! That's amazing!" Her genuine excitement is a testament to the depth of their connection. She knows the life he leads can be challenging and often dangerous, and any</w:t>
      </w:r>
    </w:p>
    <w:p w14:paraId="0C456FB7" w14:textId="77777777" w:rsidR="0015559C" w:rsidRDefault="000F0BEB">
      <w:r>
        <w:t>good news is a reason to celebrate. "That's incredible, Zain! You deserve it," she says, her voice filled with warmth. She reaches across the table, her hand finding his. "So, what are you going to do with all that cash? Buy a yacht?" Zain chuckles, their easy banter a familiar comfort.</w:t>
      </w:r>
    </w:p>
    <w:p w14:paraId="5EDB67DE" w14:textId="77777777" w:rsidR="0015559C" w:rsidRDefault="000F0BEB">
      <w:r>
        <w:t>"Maybe a speedboat upgrade! Or, you know, finally get that art studio you've been dreaming about." "Bzzzzt.</w:t>
      </w:r>
    </w:p>
    <w:p w14:paraId="222C85D1" w14:textId="77777777" w:rsidR="0015559C" w:rsidRDefault="000F0BEB">
      <w:r>
        <w:t>Zain's comms device vibrated against his wrist, breaking the moment. His smile faltered.</w:t>
      </w:r>
    </w:p>
    <w:p w14:paraId="2116786C" w14:textId="77777777" w:rsidR="0015559C" w:rsidRDefault="000F0BEB">
      <w:r>
        <w:t>Amber's expression shifted — she knew that sound.</w:t>
      </w:r>
    </w:p>
    <w:p w14:paraId="7616845F" w14:textId="77777777" w:rsidR="0015559C" w:rsidRDefault="000F0BEB">
      <w:r>
        <w:t>He sighed, muttering, "Of course."</w:t>
      </w:r>
    </w:p>
    <w:p w14:paraId="58E1391B" w14:textId="77777777" w:rsidR="0015559C" w:rsidRDefault="000F0BEB">
      <w:r>
        <w:t>A sharp voice crackled through the line: "Agent Mark. Debriefing. 0600 hours. And rookie?</w:t>
      </w:r>
    </w:p>
    <w:p w14:paraId="53589FBE" w14:textId="77777777" w:rsidR="0015559C" w:rsidRDefault="000F0BEB">
      <w:r>
        <w:t>Don't think one lucky shot makes you a hero."</w:t>
      </w:r>
    </w:p>
    <w:p w14:paraId="09F51B30" w14:textId="77777777" w:rsidR="0015559C" w:rsidRDefault="000F0BEB">
      <w:r>
        <w:t>Zain clenched his jaw, forcing out a calm, "Understood." He cut the line, shoving the device into his pocket like it burned.</w:t>
      </w:r>
    </w:p>
    <w:p w14:paraId="1B20A7C7" w14:textId="77777777" w:rsidR="0015559C" w:rsidRDefault="000F0BEB">
      <w:r>
        <w:t>Amber watched him, concern clouding her features. "Can't they let you breathe for one night?"</w:t>
      </w:r>
    </w:p>
    <w:p w14:paraId="4ED13EA1" w14:textId="77777777" w:rsidR="0015559C" w:rsidRDefault="000F0BEB">
      <w:r>
        <w:t>Zain forced a smirk, leaning back in his chair. "Breathing's optional in my line of work." But inside, he felt the weight — the Agency never let him forget he was theirs.</w:t>
      </w:r>
    </w:p>
    <w:p w14:paraId="4C5C8F50" w14:textId="77777777" w:rsidR="0015559C" w:rsidRDefault="000F0BEB">
      <w:r>
        <w:t>After the brief interruption, Zain sighs again. He knows her dreams are as important as his</w:t>
      </w:r>
    </w:p>
    <w:p w14:paraId="15F2CE53" w14:textId="77777777" w:rsidR="0015559C" w:rsidRDefault="000F0BEB">
      <w:r>
        <w:t>own. He then asks her "What about you? Any projects I should know about?" She smiles. "I'm working on a new mural, inspired by the ocean. I want to capture the beauty of our city, and maybe even a little bit of your... adventures," she says, her eyes sparkling with enthusiasm.</w:t>
      </w:r>
    </w:p>
    <w:p w14:paraId="1EE20CF6" w14:textId="77777777" w:rsidR="0015559C" w:rsidRDefault="000F0BEB">
      <w:r>
        <w:t>The atmosphere gets tense for a moment.</w:t>
      </w:r>
    </w:p>
    <w:p w14:paraId="611805CB" w14:textId="77777777" w:rsidR="0015559C" w:rsidRDefault="000F0BEB">
      <w:r>
        <w:t>Zain leans back in his chair, a thoughtful look on his face.</w:t>
      </w:r>
    </w:p>
    <w:p w14:paraId="71A32113" w14:textId="77777777" w:rsidR="0015559C" w:rsidRDefault="000F0BEB">
      <w:r>
        <w:t>"Look, about those 'adventures'," he says, meeting her gaze.</w:t>
      </w:r>
    </w:p>
    <w:p w14:paraId="1A38B810" w14:textId="77777777" w:rsidR="0015559C" w:rsidRDefault="000F0BEB">
      <w:r>
        <w:t>"They're not exactly a walk in the park. It's not all capes and sunshine. Sometimes, things get... messy." He pauses, choosing his words carefully. "The things I deal with... they're not just monsters or bad guys. There's a residue, a kind of... contamination. It's not something ordinary humans are built to handle."</w:t>
      </w:r>
    </w:p>
    <w:p w14:paraId="0CF9EF58" w14:textId="77777777" w:rsidR="0015559C" w:rsidRDefault="000F0BEB">
      <w:r>
        <w:t>He leans forward, his voice dropping slightly. "It's like... imagine touching something radioactive. You wouldn't see it, you wouldn't feel it at first, but it would be eating away at you, from the inside out. The 'strange things' I fight? They leave that kind of mark. It can cause all sorts of problems – physical, mental... It can change you, Amber. And not for the better." He pauses, letting the weight of his words sink in.</w:t>
      </w:r>
    </w:p>
    <w:p w14:paraId="6B5FB8EA" w14:textId="77777777" w:rsidR="0015559C" w:rsidRDefault="000F0BEB">
      <w:r>
        <w:t>"I've seen it happen. It's not pretty. I'd rather you didn't see that side of me. So, this time,</w:t>
      </w:r>
    </w:p>
    <w:p w14:paraId="5245E0D1" w14:textId="77777777" w:rsidR="0015559C" w:rsidRDefault="000F0BEB">
      <w:r>
        <w:t>how about you let me handle it? Stay safe, stay beautiful. Deal?" He gives her a small, reassuring smile, hoping she'll understand.</w:t>
      </w:r>
    </w:p>
    <w:p w14:paraId="5DCE9CD9" w14:textId="77777777" w:rsidR="0065682D" w:rsidRDefault="000F0BEB">
      <w:r>
        <w:t>"Deal!"</w:t>
      </w:r>
    </w:p>
    <w:p w14:paraId="5A641263" w14:textId="77777777" w:rsidR="0065682D" w:rsidRDefault="0065682D"/>
    <w:p w14:paraId="4C224CD6" w14:textId="77777777" w:rsidR="0065682D" w:rsidRDefault="0065682D"/>
    <w:p w14:paraId="5AEA84A8" w14:textId="77777777" w:rsidR="0065682D" w:rsidRDefault="0065682D"/>
    <w:p w14:paraId="71F015D7" w14:textId="77777777" w:rsidR="0065682D" w:rsidRDefault="0065682D"/>
    <w:p w14:paraId="2282E021" w14:textId="77777777" w:rsidR="0065682D" w:rsidRDefault="0065682D"/>
    <w:p w14:paraId="11DD119B" w14:textId="77777777" w:rsidR="0065682D" w:rsidRDefault="0065682D"/>
    <w:p w14:paraId="68F922F3" w14:textId="77777777" w:rsidR="00AA4E39" w:rsidRDefault="00AA4E39"/>
    <w:p w14:paraId="38BEB498" w14:textId="77777777" w:rsidR="00AA4E39" w:rsidRDefault="00AA4E39"/>
    <w:p w14:paraId="07230FC7" w14:textId="77777777" w:rsidR="00AA4E39" w:rsidRDefault="00AA4E39"/>
    <w:p w14:paraId="6720EFA0" w14:textId="77777777" w:rsidR="00AA4E39" w:rsidRDefault="00AA4E39"/>
    <w:p w14:paraId="7595BF03" w14:textId="77777777" w:rsidR="00AA4E39" w:rsidRDefault="00AA4E39"/>
    <w:p w14:paraId="0CCDD9E4" w14:textId="77777777" w:rsidR="00AA4E39" w:rsidRDefault="00AA4E39"/>
    <w:p w14:paraId="502CC6C9" w14:textId="77777777" w:rsidR="00AA4E39" w:rsidRDefault="00AA4E39"/>
    <w:p w14:paraId="60D2E762" w14:textId="77777777" w:rsidR="00AA4E39" w:rsidRDefault="00AA4E39"/>
    <w:p w14:paraId="160376B1" w14:textId="77777777" w:rsidR="00AA4E39" w:rsidRDefault="00AA4E39"/>
    <w:p w14:paraId="1DED20D8" w14:textId="77777777" w:rsidR="00AA4E39" w:rsidRDefault="00AA4E39"/>
    <w:p w14:paraId="2D11CF51" w14:textId="77777777" w:rsidR="00AA4E39" w:rsidRDefault="00AA4E39"/>
    <w:p w14:paraId="1F4B2FE4" w14:textId="77777777" w:rsidR="00AA4E39" w:rsidRDefault="00AA4E39"/>
    <w:p w14:paraId="22791306" w14:textId="77777777" w:rsidR="00AA4E39" w:rsidRDefault="00AA4E39"/>
    <w:p w14:paraId="19DB94D0" w14:textId="77777777" w:rsidR="00AA4E39" w:rsidRDefault="00AA4E39"/>
    <w:p w14:paraId="17E8BBEB" w14:textId="77777777" w:rsidR="00AA4E39" w:rsidRDefault="00AA4E39"/>
    <w:p w14:paraId="567DDD5E" w14:textId="77777777" w:rsidR="00AA4E39" w:rsidRDefault="00AA4E39"/>
    <w:p w14:paraId="35A2456D" w14:textId="77777777" w:rsidR="0015559C" w:rsidRDefault="000F0BEB" w:rsidP="00BB2CD8">
      <w:pPr>
        <w:pStyle w:val="Heading1"/>
      </w:pPr>
      <w:r>
        <w:t xml:space="preserve">All Supernatural Chapter 2: Cracks in the World </w:t>
      </w:r>
    </w:p>
    <w:p w14:paraId="2D4E3E1E" w14:textId="77777777" w:rsidR="0015559C" w:rsidRDefault="0015559C" w:rsidP="00BB2CD8">
      <w:pPr>
        <w:pStyle w:val="Heading1"/>
      </w:pPr>
    </w:p>
    <w:p w14:paraId="2DB1BE5F" w14:textId="77777777" w:rsidR="0015559C" w:rsidRDefault="000F0BEB">
      <w:r>
        <w:t>All Supernatural Chapter 2: Cracks in the World</w:t>
      </w:r>
    </w:p>
    <w:p w14:paraId="16E10234" w14:textId="77777777" w:rsidR="0015559C" w:rsidRDefault="000F0BEB">
      <w:r>
        <w:t xml:space="preserve">“Before the dawn of the mundane, the fabric of reality was woven with threads of the extraordinary. </w:t>
      </w:r>
    </w:p>
    <w:p w14:paraId="511E4780" w14:textId="77777777" w:rsidR="0015559C" w:rsidRDefault="000F0BEB">
      <w:r>
        <w:t>In the Supernatural World, existence was not defined by the predictable, but by the capricious whims of unseen forces. The genesis of this world was the awakening of the supernatural, a genesis that birthed the various bizarre entities and oddities that would come to define its history.</w:t>
      </w:r>
    </w:p>
    <w:p w14:paraId="11A9E5B3" w14:textId="77777777" w:rsidR="0015559C" w:rsidRDefault="0015559C"/>
    <w:p w14:paraId="3DDDC298" w14:textId="77777777" w:rsidR="0015559C" w:rsidRDefault="000F0BEB">
      <w:r>
        <w:t>The earliest epochs were etched in myth, where gods and spirits held sway. Dragons soared through skies, elemental beings commanded the elements, and shadows danced in the corners of reality. These entities, both benevolent and malevolent, shaped the world, their conflicts echoing in the rise and fall of civilizations.</w:t>
      </w:r>
    </w:p>
    <w:p w14:paraId="7F7F0E64" w14:textId="77777777" w:rsidR="0015559C" w:rsidRDefault="0015559C"/>
    <w:p w14:paraId="485815FA" w14:textId="77777777" w:rsidR="0015559C" w:rsidRDefault="000F0BEB">
      <w:r>
        <w:t>As ages passed, the boundaries between realms thinned. The veil between the human world and the supernatural became porous, leading to a convergence. Alliances were forged, and betrayals were whispered in the dark. Humans, with their insatiable thirst for power, sought to harness the powers of the entities, setting the stage for a new era of conflict.</w:t>
      </w:r>
    </w:p>
    <w:p w14:paraId="764FF733" w14:textId="77777777" w:rsidR="0015559C" w:rsidRDefault="0015559C"/>
    <w:p w14:paraId="74CB687E" w14:textId="77777777" w:rsidR="0015559C" w:rsidRDefault="000F0BEB">
      <w:r>
        <w:t>The present is a crucible. In this modern age, the supernatural codex is no longer a whisper in the wind, but a force that every aspect of life respects. The struggle for resources and control has intensified, but now, the world faces a new threat: contamination brought by the invading entities. Pathwalkers and ordinary humans must forge alliances to fight against the encroaching threat, battling for survival against both the invaders and the mutations they bring.”----------- Sages Words.</w:t>
      </w:r>
    </w:p>
    <w:p w14:paraId="3A74AB7A" w14:textId="77777777" w:rsidR="0015559C" w:rsidRDefault="0015559C"/>
    <w:p w14:paraId="28E32AFB" w14:textId="77777777" w:rsidR="0015559C" w:rsidRDefault="000F0BEB">
      <w:r>
        <w:t>That’s what the Sages claim, anyway. Maybe they’re right. Maybe they’re just full of it. Doesn’t matter — because I see the same damn thing with my own eyes.</w:t>
      </w:r>
    </w:p>
    <w:p w14:paraId="2DF4B9D9" w14:textId="77777777" w:rsidR="0015559C" w:rsidRDefault="0015559C"/>
    <w:p w14:paraId="208A8B6E" w14:textId="77777777" w:rsidR="0015559C" w:rsidRDefault="000F0BEB">
      <w:r>
        <w:t>“I’m Zain Mark, and I live in a f**ked up supernatural world. Let me tell you about it.”</w:t>
      </w:r>
    </w:p>
    <w:p w14:paraId="7E13CD61" w14:textId="77777777" w:rsidR="0015559C" w:rsidRDefault="0015559C"/>
    <w:p w14:paraId="58BAFAF2" w14:textId="77777777" w:rsidR="0015559C" w:rsidRDefault="000F0BEB">
      <w:r>
        <w:t>Most people think the world runs on laws, money, and politics. That’s the pretty lie the government feeds them on every broadcast. But I’ve seen what really moves things. It isn’t votes or credits — it’s Paths. It’s contamination. It’s the bizarre things scratching at reality, waiting for a chance to bleed through.</w:t>
      </w:r>
    </w:p>
    <w:p w14:paraId="183A07BC" w14:textId="77777777" w:rsidR="0015559C" w:rsidRDefault="0015559C"/>
    <w:p w14:paraId="05476768" w14:textId="77777777" w:rsidR="0015559C" w:rsidRDefault="000F0BEB">
      <w:r>
        <w:t>They’ve always been here. Maybe not on the evening news, maybe not in the history books, but in the shadows, in the cracks of every city, in the stories your grandma swears are true. Bizarre entities. Oddities. Things that don’t belong in our world but keep clawing their way in. You smell them before you see them — burnt salt, blood in the air, metal that tastes wrong on your tongue. And when they show up, people die. Or worse, they change. That’s contamination.</w:t>
      </w:r>
    </w:p>
    <w:p w14:paraId="1F56A56C" w14:textId="77777777" w:rsidR="0015559C" w:rsidRDefault="0015559C"/>
    <w:p w14:paraId="5A14F341" w14:textId="77777777" w:rsidR="0015559C" w:rsidRDefault="000F0BEB">
      <w:r>
        <w:t>The only ones who can fight it are Pathwalkers. People like me. You don’t choose a Path. It chooses you — like a bad joke with no punchline. One day you’re just some ordinary kid, the next your veins hum with power you never asked for. Some get Combat, some get Guile, some get Truth. Me? I drew Fortune. Lucky me. Means the odds tilt my way. A coin flip, a bullet, a choice — the world leans, just enough to keep me breathing. Most of the time.</w:t>
      </w:r>
    </w:p>
    <w:p w14:paraId="70C4E857" w14:textId="77777777" w:rsidR="0015559C" w:rsidRDefault="0015559C"/>
    <w:p w14:paraId="4D1248BE" w14:textId="77777777" w:rsidR="0015559C" w:rsidRDefault="000F0BEB">
      <w:r>
        <w:t>Ordinary people know about us. They respect Pathwalkers, sure. They know we’re the only wall between them and the bizarre. But don’t get it twisted — the government makes damn sure nobody calls us heroes. Official line is simple: we’re just super powered people. Not gods, not saviors. Just assets. Tools to point at the darkness and pull the trigger.</w:t>
      </w:r>
    </w:p>
    <w:p w14:paraId="517D7385" w14:textId="77777777" w:rsidR="0015559C" w:rsidRDefault="0015559C"/>
    <w:p w14:paraId="54C58EA1" w14:textId="77777777" w:rsidR="0015559C" w:rsidRDefault="000F0BEB">
      <w:r>
        <w:t>That’s where the Agency comes in. My bosses. My keepers. My drill sergeants, depending on the day. They track every Walker, register every Path, and send us where contamination festers. To the public, they’re protectors. To rookies like me, they’re handlers. They don’t hand out medals or parades — just orders. You follow them, you get to keep breathing. Simple as that.</w:t>
      </w:r>
    </w:p>
    <w:p w14:paraId="39FDA41C" w14:textId="77777777" w:rsidR="0015559C" w:rsidRDefault="0015559C"/>
    <w:p w14:paraId="528D960B" w14:textId="77777777" w:rsidR="0015559C" w:rsidRDefault="000F0BEB">
      <w:r>
        <w:t>If a Walker goes rogue? That’s not my department. Higher-ups say it gets “handled.” Handled by who? I don’t ask. I don’t want to know. My job is containment, not politics.</w:t>
      </w:r>
    </w:p>
    <w:p w14:paraId="1CC215F7" w14:textId="77777777" w:rsidR="0015559C" w:rsidRDefault="0015559C"/>
    <w:p w14:paraId="5CD162C5" w14:textId="77777777" w:rsidR="0015559C" w:rsidRDefault="000F0BEB">
      <w:r>
        <w:t>And the ordinary people? They clap when we win, cry when we fail, and try to go back to their lives like nothing happened. Some call us blessed, some call us cursed. A few idiots worship us. But most just look at us with that mix of fear and gratitude you give the guy who pulls you out of a burning building — you’re glad he was there, but you don’t want him sticking around for dinner.</w:t>
      </w:r>
    </w:p>
    <w:p w14:paraId="67C708B0" w14:textId="77777777" w:rsidR="0015559C" w:rsidRDefault="0015559C"/>
    <w:p w14:paraId="59A54212" w14:textId="77777777" w:rsidR="0015559C" w:rsidRDefault="000F0BEB">
      <w:r>
        <w:t>That’s the world. A world bleeding at the edges. A world full of cracks. And me, Zain Mark — rookie, Fortune Walker, still figuring it out — I’m just trying to keep those cracks from swallowing everything whole.</w:t>
      </w:r>
    </w:p>
    <w:p w14:paraId="33E4893A" w14:textId="77777777" w:rsidR="0015559C" w:rsidRDefault="0015559C"/>
    <w:p w14:paraId="617143FE" w14:textId="77777777" w:rsidR="0015559C" w:rsidRDefault="000F0BEB">
      <w:r>
        <w:t>__</w:t>
      </w:r>
    </w:p>
    <w:p w14:paraId="514A63E1" w14:textId="77777777" w:rsidR="0015559C" w:rsidRDefault="0015559C"/>
    <w:p w14:paraId="2DE68B34" w14:textId="77777777" w:rsidR="0015559C" w:rsidRDefault="000F0BEB">
      <w:r>
        <w:t>Zain leans back in the chair, boots propped on the edge of his desk, a coin rolling across his knuckles. The office around him was  a small area, white walls, humming light panels, the faint stench of recycled air. The Agency didn’t waste nice quarters on rookies. Two months in, and he was still on probation, still under watch. It’s really tough.</w:t>
      </w:r>
    </w:p>
    <w:p w14:paraId="007702EA" w14:textId="77777777" w:rsidR="0015559C" w:rsidRDefault="0015559C"/>
    <w:p w14:paraId="70B7873F" w14:textId="77777777" w:rsidR="0015559C" w:rsidRDefault="000F0BEB">
      <w:r>
        <w:t>If the cramped room bothered him, he certainly didn’t show it. Zain wore that same easy grin he carried into a challenge, the grin that made people wonder if he was fearless or just too reckless to care. Most assumed the latter. But he didn’t really care.</w:t>
      </w:r>
    </w:p>
    <w:p w14:paraId="4BCC7D97" w14:textId="77777777" w:rsidR="0015559C" w:rsidRDefault="0015559C"/>
    <w:p w14:paraId="7EFAD8E7" w14:textId="77777777" w:rsidR="0015559C" w:rsidRDefault="000F0BEB">
      <w:r>
        <w:t>The coin made a soft clink as it landed on the desk. Zain stared at it a moment, jaw tight. Coins had a way of showing up where he least expected them. Sometimes he swore they hummed faintly in his palm, like insects buzzing just out of sight.</w:t>
      </w:r>
    </w:p>
    <w:p w14:paraId="786007F5" w14:textId="77777777" w:rsidR="0015559C" w:rsidRDefault="0015559C"/>
    <w:p w14:paraId="171E2D61" w14:textId="77777777" w:rsidR="0015559C" w:rsidRDefault="000F0BEB">
      <w:r>
        <w:t>The Agency’s training officers told him it was “Path resonance.” They’d bark orders, shove him through live-fire drills, test his luck against simulations that could kill him if his aura faltered. No gentle explanations, no comforting science lessons. Just a boot in his ribs and a reminder that rookies either learned fast or didn’t live long.</w:t>
      </w:r>
    </w:p>
    <w:p w14:paraId="7BBFA0F3" w14:textId="77777777" w:rsidR="0015559C" w:rsidRDefault="0015559C"/>
    <w:p w14:paraId="018E8BC2" w14:textId="77777777" w:rsidR="0015559C" w:rsidRDefault="000F0BEB">
      <w:r>
        <w:t>Zain rubbed his thumb along the coin’s ridged edge, remembering the faces of the passengers on the contaminated cruise ship. Their fear. Their confusion. Their relief when the threat was gone — and the way they still looked at him afterward, like he was something dangerous best kept at arm’s length.</w:t>
      </w:r>
    </w:p>
    <w:p w14:paraId="54944028" w14:textId="77777777" w:rsidR="0015559C" w:rsidRDefault="0015559C"/>
    <w:p w14:paraId="566E1E97" w14:textId="77777777" w:rsidR="0015559C" w:rsidRDefault="000F0BEB">
      <w:r>
        <w:t>That was the life of a Pathwalker. Useful, feared, never trusted. But somehow respected for their jobs by ordinary people.</w:t>
      </w:r>
    </w:p>
    <w:p w14:paraId="599866EA" w14:textId="77777777" w:rsidR="0015559C" w:rsidRDefault="0015559C"/>
    <w:p w14:paraId="46B0F39A" w14:textId="77777777" w:rsidR="0015559C" w:rsidRDefault="000F0BEB">
      <w:r>
        <w:t>The Government made sure of it. To the public, Walkers were assets, not saviors. The news called them “special operatives” when they succeeded, “unregistered liabilities” when they didn’t. Zain had learned quickly — no one would put up a statue for a Fortune Walker. At best, they’d put up a warning sign and life goes on.</w:t>
      </w:r>
    </w:p>
    <w:p w14:paraId="0D7E378F" w14:textId="77777777" w:rsidR="0015559C" w:rsidRDefault="0015559C"/>
    <w:p w14:paraId="3E262FE8" w14:textId="77777777" w:rsidR="0015559C" w:rsidRDefault="000F0BEB">
      <w:r>
        <w:t>The coin buzzed faintly against the desk. Zain narrowed his eyes. It wasn’t his imagination. He could feel it — like static crawling over his skin, pulling his thoughts backward, into memory.</w:t>
      </w:r>
    </w:p>
    <w:p w14:paraId="5A08B1A5" w14:textId="77777777" w:rsidR="0015559C" w:rsidRDefault="0015559C"/>
    <w:p w14:paraId="1A93E308" w14:textId="77777777" w:rsidR="0015559C" w:rsidRDefault="000F0BEB">
      <w:r>
        <w:t>It wasn’t supposed to do that.</w:t>
      </w:r>
    </w:p>
    <w:p w14:paraId="36796673" w14:textId="77777777" w:rsidR="0015559C" w:rsidRDefault="0015559C"/>
    <w:p w14:paraId="6A5C1A9F" w14:textId="77777777" w:rsidR="0015559C" w:rsidRDefault="000F0BEB">
      <w:r>
        <w:t>He didn’t like the feeling one bit. Because memory was where the cracks began.</w:t>
      </w:r>
    </w:p>
    <w:p w14:paraId="6A764596" w14:textId="77777777" w:rsidR="0015559C" w:rsidRDefault="0015559C"/>
    <w:p w14:paraId="5658870C" w14:textId="77777777" w:rsidR="0015559C" w:rsidRDefault="000F0BEB">
      <w:r>
        <w:t>__</w:t>
      </w:r>
    </w:p>
    <w:p w14:paraId="1D41C55B" w14:textId="77777777" w:rsidR="0015559C" w:rsidRDefault="0015559C"/>
    <w:p w14:paraId="7F3D0068" w14:textId="77777777" w:rsidR="0015559C" w:rsidRDefault="000F0BEB">
      <w:r>
        <w:t>The city outside the Agency tower wasn’t just steel and neon — it was salt air tangled with smog, gulls cutting through the storm clouds, freighters crawling into harbor with rust in their bones. Shellbay City had raised him in streets that smelled like brine and fried fish, where the ocean was both promise and threat. He liked being near it. Made the chaos feel familiar. From up here, the streets looked blurred, washed out, like watercolor paint running together.</w:t>
      </w:r>
    </w:p>
    <w:p w14:paraId="62459981" w14:textId="77777777" w:rsidR="0015559C" w:rsidRDefault="0015559C"/>
    <w:p w14:paraId="231ED024" w14:textId="77777777" w:rsidR="0015559C" w:rsidRDefault="000F0BEB">
      <w:r>
        <w:t>Zain stood by the glass, arms folded, watching the drops race down the pane. He’d grown used to contamination’s stink — the burnt salt, the copper tang. But there were nights when the city smelled wrong even without it. Nights when he could feel something in the air, heavy and restless, as if the whole world was holding its breath.</w:t>
      </w:r>
    </w:p>
    <w:p w14:paraId="7023CC97" w14:textId="77777777" w:rsidR="0015559C" w:rsidRDefault="0015559C"/>
    <w:p w14:paraId="286CC30E" w14:textId="77777777" w:rsidR="0015559C" w:rsidRDefault="000F0BEB">
      <w:r>
        <w:t>Tonight was one of those nights.</w:t>
      </w:r>
    </w:p>
    <w:p w14:paraId="6F83AFD9" w14:textId="77777777" w:rsidR="0015559C" w:rsidRDefault="0015559C"/>
    <w:p w14:paraId="29FE07C7" w14:textId="77777777" w:rsidR="0015559C" w:rsidRDefault="000F0BEB">
      <w:r>
        <w:t>He flipped the coin again. Heads. He flipped it once more. Heads. A third time. Heads. Zain frowned. Luck was supposed to be a tilt, not a guarantee. The odds bent, but they weren’t supposed to break.</w:t>
      </w:r>
    </w:p>
    <w:p w14:paraId="117D1F02" w14:textId="77777777" w:rsidR="0015559C" w:rsidRDefault="0015559C"/>
    <w:p w14:paraId="081B4EAC" w14:textId="77777777" w:rsidR="0015559C" w:rsidRDefault="000F0BEB">
      <w:r>
        <w:t>The coin trembled against his palm. A whisper crawled into the back of his skull — faint, garbled, like a radio signal too far to catch. His breath hitched. He squeezed the coin until his knuckles whitened.</w:t>
      </w:r>
    </w:p>
    <w:p w14:paraId="1AA5BFC7" w14:textId="77777777" w:rsidR="0015559C" w:rsidRDefault="0015559C"/>
    <w:p w14:paraId="63BAFDF9" w14:textId="77777777" w:rsidR="0015559C" w:rsidRDefault="000F0BEB">
      <w:r>
        <w:t>“No! Not now,” he muttered, forcing a crooked smile. “Not tonight.”</w:t>
      </w:r>
    </w:p>
    <w:p w14:paraId="17AE1AA4" w14:textId="77777777" w:rsidR="0015559C" w:rsidRDefault="0015559C"/>
    <w:p w14:paraId="0D40CF9C" w14:textId="77777777" w:rsidR="0015559C" w:rsidRDefault="000F0BEB">
      <w:r>
        <w:t>But the whisper lingered. It just did.</w:t>
      </w:r>
    </w:p>
    <w:p w14:paraId="0A6958D6" w14:textId="77777777" w:rsidR="0015559C" w:rsidRDefault="0015559C"/>
    <w:p w14:paraId="0681AFF6" w14:textId="77777777" w:rsidR="0015559C" w:rsidRDefault="0015559C"/>
    <w:p w14:paraId="384815E8" w14:textId="77777777" w:rsidR="0015559C" w:rsidRDefault="000F0BEB">
      <w:r>
        <w:t>When contamination spread, it warped more than places and people. It warped time. A moment stretched, distorted, pulling him backward without permission.</w:t>
      </w:r>
    </w:p>
    <w:p w14:paraId="407D3F32" w14:textId="77777777" w:rsidR="0015559C" w:rsidRDefault="0015559C"/>
    <w:p w14:paraId="1FEE39CE" w14:textId="77777777" w:rsidR="0015559C" w:rsidRDefault="000F0BEB">
      <w:r>
        <w:t xml:space="preserve">“Ha!” </w:t>
      </w:r>
    </w:p>
    <w:p w14:paraId="112C691C" w14:textId="77777777" w:rsidR="0015559C" w:rsidRDefault="000F0BEB">
      <w:r>
        <w:t>And just like that, Zain was no longer in the tower. He was in the rain again, soaked to the bone, cutting through the narrow back alleys of the city. No Agency badge, no pistols, no equipment, no mission reports. Just Zain Mark — delivery driver, gambler, professional screw-up — with no idea his life was about to break wide open.</w:t>
      </w:r>
    </w:p>
    <w:p w14:paraId="6FC8FF68" w14:textId="77777777" w:rsidR="0015559C" w:rsidRDefault="0015559C"/>
    <w:p w14:paraId="0CFB2761" w14:textId="77777777" w:rsidR="0015559C" w:rsidRDefault="000F0BEB">
      <w:r>
        <w:t>The memory pressed in sharp, too sharp to ignore. The coin burned in his palm like ice. His heartbeat quickened. His grin faltered.</w:t>
      </w:r>
    </w:p>
    <w:p w14:paraId="1A226B9D" w14:textId="77777777" w:rsidR="0015559C" w:rsidRDefault="0015559C"/>
    <w:p w14:paraId="3587226E" w14:textId="77777777" w:rsidR="0015559C" w:rsidRDefault="000F0BEB">
      <w:r>
        <w:t>Because this wasn’t just memory. It was the edge of something bigger — the night when luck stopped being a game and became a sentence.</w:t>
      </w:r>
    </w:p>
    <w:p w14:paraId="1C4098E0" w14:textId="77777777" w:rsidR="0015559C" w:rsidRDefault="0015559C"/>
    <w:p w14:paraId="753584B7" w14:textId="77777777" w:rsidR="0015559C" w:rsidRDefault="000F0BEB">
      <w:r>
        <w:t>The night the Codex found him.</w:t>
      </w:r>
    </w:p>
    <w:p w14:paraId="21315B4A" w14:textId="77777777" w:rsidR="0015559C" w:rsidRDefault="0015559C"/>
    <w:p w14:paraId="7D87F4A1" w14:textId="77777777" w:rsidR="0015559C" w:rsidRDefault="000F0BEB">
      <w:r>
        <w:t>And even now, even with the Agency patch stitched onto his jacket, Zain wasn’t sure if he’d been chosen… or cursed. He was cool with it.</w:t>
      </w:r>
    </w:p>
    <w:p w14:paraId="63C0C104" w14:textId="77777777" w:rsidR="0015559C" w:rsidRDefault="0015559C"/>
    <w:p w14:paraId="74B9B24F" w14:textId="77777777" w:rsidR="0015559C" w:rsidRDefault="000F0BEB">
      <w:r>
        <w:t>The coin slipped from his hand, hitting the floor with a metallic clink. It spun in a tight circle, humming louder than before, until it settled on its edge and froze, perfectly balanced.</w:t>
      </w:r>
    </w:p>
    <w:p w14:paraId="12FA6435" w14:textId="77777777" w:rsidR="0015559C" w:rsidRDefault="0015559C"/>
    <w:p w14:paraId="2AE30120" w14:textId="77777777" w:rsidR="0015559C" w:rsidRDefault="000F0BEB">
      <w:r>
        <w:t>Zain stared at it. His chest tightened.</w:t>
      </w:r>
    </w:p>
    <w:p w14:paraId="61AEE11F" w14:textId="77777777" w:rsidR="0015559C" w:rsidRDefault="0015559C"/>
    <w:p w14:paraId="0CFF3A75" w14:textId="77777777" w:rsidR="0015559C" w:rsidRDefault="000F0BEB">
      <w:r>
        <w:t>He knew what came next.</w:t>
      </w:r>
    </w:p>
    <w:p w14:paraId="367245F7" w14:textId="77777777" w:rsidR="0015559C" w:rsidRDefault="000F0BEB">
      <w:r>
        <w:t>The hum would rise. The whispers would return. And the memory he tried to bury would drag him under, back to the alley, back to the night his Path awakened.</w:t>
      </w:r>
    </w:p>
    <w:p w14:paraId="58F2D5B1" w14:textId="77777777" w:rsidR="0015559C" w:rsidRDefault="0015559C"/>
    <w:p w14:paraId="76FCD3A5" w14:textId="77777777" w:rsidR="0015559C" w:rsidRDefault="0015559C"/>
    <w:p w14:paraId="5C5053CE" w14:textId="77777777" w:rsidR="0015559C" w:rsidRDefault="0015559C"/>
    <w:p w14:paraId="10ABF136" w14:textId="77777777" w:rsidR="0015559C" w:rsidRDefault="0015559C"/>
    <w:p w14:paraId="2F516342" w14:textId="77777777" w:rsidR="0015559C" w:rsidRDefault="0015559C"/>
    <w:p w14:paraId="6059AF1F" w14:textId="77777777" w:rsidR="0015559C" w:rsidRDefault="0015559C"/>
    <w:p w14:paraId="6BA0116D" w14:textId="77777777" w:rsidR="0015559C" w:rsidRDefault="0015559C"/>
    <w:p w14:paraId="76C96247" w14:textId="77777777" w:rsidR="0015559C" w:rsidRDefault="0015559C"/>
    <w:p w14:paraId="26CC3C59" w14:textId="77777777" w:rsidR="0015559C" w:rsidRDefault="0015559C"/>
    <w:p w14:paraId="0433F43C" w14:textId="77777777" w:rsidR="0015559C" w:rsidRDefault="0015559C"/>
    <w:p w14:paraId="582D435D" w14:textId="77777777" w:rsidR="0015559C" w:rsidRDefault="0015559C"/>
    <w:p w14:paraId="5B7E2F02" w14:textId="77777777" w:rsidR="006D08DE" w:rsidRDefault="006D08DE"/>
    <w:p w14:paraId="12DE52F8" w14:textId="77777777" w:rsidR="0015559C" w:rsidRDefault="000F0BEB" w:rsidP="00BB2CD8">
      <w:pPr>
        <w:pStyle w:val="Heading1"/>
      </w:pPr>
      <w:r>
        <w:t>All Supernatural Chapter 3: The Crack and the Coin</w:t>
      </w:r>
    </w:p>
    <w:p w14:paraId="7621B581" w14:textId="77777777" w:rsidR="0015559C" w:rsidRDefault="0015559C"/>
    <w:p w14:paraId="063D05A9" w14:textId="77777777" w:rsidR="0015559C" w:rsidRDefault="000F0BEB">
      <w:r>
        <w:t>All Supernatural Chapter 3: The Crack and the Coin</w:t>
      </w:r>
    </w:p>
    <w:p w14:paraId="6E0ED82B" w14:textId="77777777" w:rsidR="0015559C" w:rsidRDefault="000F0BEB">
      <w:r>
        <w:t>It was raining in Shellbay City. It wasn't heavy. It came in sheets that made the neon signs colorful</w:t>
      </w:r>
    </w:p>
    <w:p w14:paraId="4A87D72A" w14:textId="77777777" w:rsidR="0015559C" w:rsidRDefault="000F0BEB">
      <w:r>
        <w:t>and made the alleys smell like something else and grease, mixed with the salty wind blown air.</w:t>
      </w:r>
    </w:p>
    <w:p w14:paraId="58565586" w14:textId="77777777" w:rsidR="0015559C" w:rsidRDefault="000F0BEB">
      <w:r>
        <w:t>Zain Mark pulled up his hood tighter, shoulders hunched against the downpour, shivering and not a single good reason to be in part of the docks that he is now.</w:t>
      </w:r>
    </w:p>
    <w:p w14:paraId="031BEBC5" w14:textId="77777777" w:rsidR="0015559C" w:rsidRDefault="000F0BEB">
      <w:r>
        <w:t>Zain wasn't on mission. Not yet. This was before his badge, before the agency, before he became a</w:t>
      </w:r>
    </w:p>
    <w:p w14:paraId="6130A23B" w14:textId="77777777" w:rsidR="0015559C" w:rsidRDefault="000F0BEB">
      <w:r>
        <w:t>Pathwalker. Back then he was just another face in the crowd, an ordinary human --- a delivery guy</w:t>
      </w:r>
    </w:p>
    <w:p w14:paraId="21CC9E16" w14:textId="77777777" w:rsidR="0015559C" w:rsidRDefault="000F0BEB">
      <w:r>
        <w:t>when he needed cash, a gambler when he felt lucky; gambling away his little amount of money, a</w:t>
      </w:r>
    </w:p>
    <w:p w14:paraId="41D964A5" w14:textId="77777777" w:rsidR="0015559C" w:rsidRDefault="000F0BEB">
      <w:r>
        <w:t>guy who knows the alleys that led to a casino backdoor and those that led to a knife in the ribs, getting mugged or even murdered, so the thugs get extra organs for the black market.</w:t>
      </w:r>
    </w:p>
    <w:p w14:paraId="4BF6DFB0" w14:textId="77777777" w:rsidR="0015559C" w:rsidRDefault="000F0BEB">
      <w:r>
        <w:t>Tonight, he was chasing the first. But Zain ended up with the latter.</w:t>
      </w:r>
    </w:p>
    <w:p w14:paraId="58F0434B" w14:textId="77777777" w:rsidR="0015559C" w:rsidRDefault="000F0BEB">
      <w:r>
        <w:t>The back entrance was sealed, security and he saw other homeless thugs trying their luck too. Zain</w:t>
      </w:r>
    </w:p>
    <w:p w14:paraId="145284B7" w14:textId="77777777" w:rsidR="0015559C" w:rsidRDefault="000F0BEB">
      <w:r>
        <w:t>really didn't have some money at that time, he wished he hadn't come so early. The thugs focused on him.</w:t>
      </w:r>
    </w:p>
    <w:p w14:paraId="3CBA2C9C" w14:textId="77777777" w:rsidR="0015559C" w:rsidRDefault="000F0BEB">
      <w:r>
        <w:t>"Hey my man! You got any Mave?" They chuckled menacingly closing up on him.</w:t>
      </w:r>
    </w:p>
    <w:p w14:paraId="4D4E2521" w14:textId="77777777" w:rsidR="0015559C" w:rsidRDefault="000F0BEB">
      <w:r>
        <w:t>"Help a brother here cause we don't have any!"</w:t>
      </w:r>
    </w:p>
    <w:p w14:paraId="49F32F44" w14:textId="77777777" w:rsidR="0015559C" w:rsidRDefault="000F0BEB">
      <w:r>
        <w:t>"No I don't...." Zain never got to finish as they roughed him up, punches flew into his face, kicks found their way to the stomach.</w:t>
      </w:r>
    </w:p>
    <w:p w14:paraId="11691A19" w14:textId="77777777" w:rsidR="0015559C" w:rsidRDefault="000F0BEB">
      <w:r>
        <w:t>He got beaten up badly and they searched him for whatever that was valuable on him, took it and left him there.</w:t>
      </w:r>
    </w:p>
    <w:p w14:paraId="081AF51F" w14:textId="77777777" w:rsidR="0015559C" w:rsidRDefault="000F0BEB">
      <w:r>
        <w:t>'Damn! I'm just a screw up! Such bad luck tonight. Ugh.' he thought. 'Maybe the only good luck in my life is meeting Amber." He lay down there, his thoughts unfocused.</w:t>
      </w:r>
    </w:p>
    <w:p w14:paraId="0D3A570B" w14:textId="77777777" w:rsidR="0015559C" w:rsidRDefault="000F0BEB">
      <w:r>
        <w:t>Then a coin caught his eye as I rolled lazily across the ground, stopping just near him.</w:t>
      </w:r>
    </w:p>
    <w:p w14:paraId="1229FDFE" w14:textId="77777777" w:rsidR="0015559C" w:rsidRDefault="000F0BEB">
      <w:r>
        <w:t>Zain smiled and picked it up.</w:t>
      </w:r>
    </w:p>
    <w:p w14:paraId="7001A734" w14:textId="77777777" w:rsidR="0015559C" w:rsidRDefault="000F0BEB">
      <w:r>
        <w:t>"Maybe Lady Luck could lend me some luck." He quipped.</w:t>
      </w:r>
    </w:p>
    <w:p w14:paraId="0A785CFF" w14:textId="77777777" w:rsidR="0015559C" w:rsidRDefault="000F0BEB">
      <w:r>
        <w:t>The metal was colder than it should've been, heavy for its size. Old, too. No face he recognized, no</w:t>
      </w:r>
    </w:p>
    <w:p w14:paraId="469453B7" w14:textId="77777777" w:rsidR="0015559C" w:rsidRDefault="000F0BEB">
      <w:r>
        <w:t>mint mark, just worn etchings that looked like they were shifting under the light. The edges buzzed faintly in his fingers, like static electricity.</w:t>
      </w:r>
    </w:p>
    <w:p w14:paraId="435C6C58" w14:textId="77777777" w:rsidR="0015559C" w:rsidRDefault="000F0BEB">
      <w:r>
        <w:t>"Alright," Zain muttered, tossing it up once and catching it. "Heads, I score tonight. Tails, I head home broke."</w:t>
      </w:r>
    </w:p>
    <w:p w14:paraId="4BB55624" w14:textId="77777777" w:rsidR="0015559C" w:rsidRDefault="000F0BEB">
      <w:r>
        <w:t>The coin spun in the air, glinting under the neon glow. It landed in his palm.</w:t>
      </w:r>
    </w:p>
    <w:p w14:paraId="06B68BAF" w14:textId="77777777" w:rsidR="0015559C" w:rsidRDefault="000F0BEB">
      <w:r>
        <w:t>On its edge. Perfectly balanced.</w:t>
      </w:r>
    </w:p>
    <w:p w14:paraId="24195B91" w14:textId="77777777" w:rsidR="0015559C" w:rsidRDefault="000F0BEB">
      <w:r>
        <w:t>Zain blinked. "The hell…?"</w:t>
      </w:r>
    </w:p>
    <w:p w14:paraId="7BDA9CD8" w14:textId="77777777" w:rsidR="0015559C" w:rsidRDefault="000F0BEB">
      <w:r>
        <w:t>The world stuttered. For a second, the rain froze midair. Neon lights stretched and bled like paint.</w:t>
      </w:r>
    </w:p>
    <w:p w14:paraId="0CBFFC23" w14:textId="77777777" w:rsidR="0015559C" w:rsidRDefault="000F0BEB">
      <w:r>
        <w:t>Zain's stomach dropped as if gravity had tilted sideways. His vision went white, then black, then something else entirely.</w:t>
      </w:r>
    </w:p>
    <w:p w14:paraId="3C389352" w14:textId="77777777" w:rsidR="0015559C" w:rsidRDefault="000F0BEB">
      <w:r>
        <w:t>It wasn't a whisper, the thought came in layered as he understood. A supernatural weight press against him, not crushing but undeniable, like the world itself leaning in to look at him.</w:t>
      </w:r>
    </w:p>
    <w:p w14:paraId="61788B00" w14:textId="77777777" w:rsidR="0015559C" w:rsidRDefault="000F0BEB">
      <w:r>
        <w:t>The Supernatural Codex.</w:t>
      </w:r>
    </w:p>
    <w:p w14:paraId="68797383" w14:textId="77777777" w:rsidR="0015559C" w:rsidRDefault="000F0BEB">
      <w:r>
        <w:t>He didn't see it — not with his eyes — but he knew. A vast presence cracked into his mind, pages</w:t>
      </w:r>
    </w:p>
    <w:p w14:paraId="165153BD" w14:textId="77777777" w:rsidR="0015559C" w:rsidRDefault="000F0BEB">
      <w:r>
        <w:t>turning in a book too large for the universe to hold. Each Path shimmered like a thread, infinite,</w:t>
      </w:r>
    </w:p>
    <w:p w14:paraId="490649C2" w14:textId="77777777" w:rsidR="0015559C" w:rsidRDefault="000F0BEB">
      <w:r>
        <w:t>weaving through history. Combat, Knowledge, Influence, Truth, Chaos… And Fortune.</w:t>
      </w:r>
    </w:p>
    <w:p w14:paraId="114877FD" w14:textId="77777777" w:rsidR="0015559C" w:rsidRDefault="000F0BEB">
      <w:r>
        <w:t>The coin in his hand burned cold. His veins hummed, light sparking at the edges of his vision.</w:t>
      </w:r>
    </w:p>
    <w:p w14:paraId="242FD697" w14:textId="77777777" w:rsidR="0015559C" w:rsidRDefault="000F0BEB">
      <w:r>
        <w:t>Instinct — no, understanding — filled him in a rush, knowledge written into his bones.</w:t>
      </w:r>
    </w:p>
    <w:p w14:paraId="5A4822BD" w14:textId="77777777" w:rsidR="0015559C" w:rsidRDefault="000F0BEB">
      <w:r>
        <w:t>Lucky Aura. Passive. The odds tilt in your favor.</w:t>
      </w:r>
    </w:p>
    <w:p w14:paraId="1C699C3B" w14:textId="77777777" w:rsidR="0015559C" w:rsidRDefault="000F0BEB">
      <w:r>
        <w:t>Coin Twist. Active. Micro-scale control. Bias, not certainty. Overuse risks drain.</w:t>
      </w:r>
    </w:p>
    <w:p w14:paraId="1A9B48AC" w14:textId="77777777" w:rsidR="0015559C" w:rsidRDefault="000F0BEB">
      <w:r>
        <w:t>It wasn't explained. It didn't need to be. He simply knew.</w:t>
      </w:r>
    </w:p>
    <w:p w14:paraId="523F9BAA" w14:textId="77777777" w:rsidR="0015559C" w:rsidRDefault="000F0BEB">
      <w:r>
        <w:t>Zain staggered back against the alley wall, gasping. The rain moved again. Time snapped back. His grin crept across his face almost on instinct.</w:t>
      </w:r>
    </w:p>
    <w:p w14:paraId="6D43B6E6" w14:textId="77777777" w:rsidR="0015559C" w:rsidRDefault="000F0BEB">
      <w:r>
        <w:t>"Well… lucky me."</w:t>
      </w:r>
    </w:p>
    <w:p w14:paraId="59CC9635" w14:textId="77777777" w:rsidR="0015559C" w:rsidRDefault="000F0BEB">
      <w:r>
        <w:t>---</w:t>
      </w:r>
    </w:p>
    <w:p w14:paraId="18AB4473" w14:textId="77777777" w:rsidR="0015559C" w:rsidRDefault="000F0BEB">
      <w:r>
        <w:t>The alley wasn't empty anymore. Zain was far from the casino backdoor now. A man walked out from a turn, one of the casinos hangers-on. Except he didn't have a right shape,</w:t>
      </w:r>
    </w:p>
    <w:p w14:paraId="7D6DB768" w14:textId="77777777" w:rsidR="0015559C" w:rsidRDefault="000F0BEB">
      <w:r>
        <w:t>somehow mutated-- but still human. The air around him shimmered with a distortion Zain hadn't</w:t>
      </w:r>
    </w:p>
    <w:p w14:paraId="7522037E" w14:textId="77777777" w:rsidR="0015559C" w:rsidRDefault="000F0BEB">
      <w:r>
        <w:t>noticed before, like heat off asphalt. His eyes flickered purple for a second too long, and when he smiled, his face was eerie than they should've been.</w:t>
      </w:r>
    </w:p>
    <w:p w14:paraId="34ECFC93" w14:textId="77777777" w:rsidR="0015559C" w:rsidRDefault="000F0BEB">
      <w:r>
        <w:t>Contamination.</w:t>
      </w:r>
    </w:p>
    <w:p w14:paraId="02A25A5D" w14:textId="77777777" w:rsidR="0015559C" w:rsidRDefault="000F0BEB">
      <w:r>
        <w:t>Zain didn't know the word yet, but he felt it. The wrongness buzzed against his skin like the coin's</w:t>
      </w:r>
    </w:p>
    <w:p w14:paraId="297155C9" w14:textId="77777777" w:rsidR="0015559C" w:rsidRDefault="000F0BEB">
      <w:r>
        <w:t>static, only fouler, heavier. The man's shadow bent the wrong way under the neon sign, moving towards Zain like an oil slick.</w:t>
      </w:r>
    </w:p>
    <w:p w14:paraId="7BF4DC1B" w14:textId="77777777" w:rsidR="0015559C" w:rsidRDefault="000F0BEB">
      <w:r>
        <w:t>"Oh, shit," Zain muttered. He flicks the coin into his air, catches it; fists clenching out of instinct.</w:t>
      </w:r>
    </w:p>
    <w:p w14:paraId="7BACF1B7" w14:textId="77777777" w:rsidR="0015559C" w:rsidRDefault="000F0BEB">
      <w:r>
        <w:t>"What are you?"</w:t>
      </w:r>
    </w:p>
    <w:p w14:paraId="34C1E7B3" w14:textId="77777777" w:rsidR="0015559C" w:rsidRDefault="000F0BEB">
      <w:r>
        <w:t>Zain used to hear about unclean stuff and the bizarre from the news and rumors, but he hadn't seen it before. And now it was right in front of him.</w:t>
      </w:r>
    </w:p>
    <w:p w14:paraId="0DE29F5D" w14:textId="77777777" w:rsidR="0015559C" w:rsidRDefault="000F0BEB">
      <w:r>
        <w:t>The contaminated man lunged. Too fast. Too strong. Zain ducked without thinking, slipping on the</w:t>
      </w:r>
    </w:p>
    <w:p w14:paraId="4A086463" w14:textId="77777777" w:rsidR="0015559C" w:rsidRDefault="000F0BEB">
      <w:r>
        <w:t>slick pavement — but the lunge missed him by an inch, the man slamming face-first into the brick wall.</w:t>
      </w:r>
    </w:p>
    <w:p w14:paraId="3F000D3F" w14:textId="77777777" w:rsidR="0015559C" w:rsidRDefault="000F0BEB">
      <w:r>
        <w:t>Zain blinked. That shouldn't have worked.</w:t>
      </w:r>
    </w:p>
    <w:p w14:paraId="0008F738" w14:textId="77777777" w:rsidR="0015559C" w:rsidRDefault="000F0BEB">
      <w:r>
        <w:t>"Okay," he breathed, a grin tugging at his mouth. "That was lucky."</w:t>
      </w:r>
    </w:p>
    <w:p w14:paraId="7300BDD6" w14:textId="77777777" w:rsidR="0015559C" w:rsidRDefault="000F0BEB">
      <w:r>
        <w:t>The man turned with a snarl, no blood from the wound, just leaking contamination. It's eyes glowing faintly now. His whole body whipped forward like a spear.</w:t>
      </w:r>
    </w:p>
    <w:p w14:paraId="7E7FB82C" w14:textId="77777777" w:rsidR="0015559C" w:rsidRDefault="000F0BEB">
      <w:r>
        <w:t>Zain's heart hammered. He reached into his pocket, fingers brushing the coin. Instinct screamed.</w:t>
      </w:r>
    </w:p>
    <w:p w14:paraId="04C95A03" w14:textId="77777777" w:rsidR="0015559C" w:rsidRDefault="000F0BEB">
      <w:r>
        <w:t>Twist it.</w:t>
      </w:r>
    </w:p>
    <w:p w14:paraId="3B8ED977" w14:textId="77777777" w:rsidR="0015559C" w:rsidRDefault="000F0BEB">
      <w:r>
        <w:t>He flicked the coin into the air.</w:t>
      </w:r>
    </w:p>
    <w:p w14:paraId="723982CB" w14:textId="77777777" w:rsidR="0015559C" w:rsidRDefault="000F0BEB">
      <w:r>
        <w:t>It spun, faster than physics should've allowed. The shadow struck — but a loose bottle rolled under</w:t>
      </w:r>
    </w:p>
    <w:p w14:paraId="235B9A69" w14:textId="77777777" w:rsidR="0015559C" w:rsidRDefault="000F0BEB">
      <w:r>
        <w:t>the man's foot at the same instant, sending him crashing sideways. The coin slapped back into</w:t>
      </w:r>
    </w:p>
    <w:p w14:paraId="0C3F80F2" w14:textId="77777777" w:rsidR="0015559C" w:rsidRDefault="000F0BEB">
      <w:r>
        <w:t>Zain's palm, landing heads.</w:t>
      </w:r>
    </w:p>
    <w:p w14:paraId="7B426C5F" w14:textId="77777777" w:rsidR="0015559C" w:rsidRDefault="000F0BEB">
      <w:r>
        <w:t>Zain laughed. "Alright. I can work with this."</w:t>
      </w:r>
    </w:p>
    <w:p w14:paraId="3E447C03" w14:textId="77777777" w:rsidR="0015559C" w:rsidRDefault="000F0BEB">
      <w:r>
        <w:t>The fight was chaos — teeth, shadows, fists, and rain. But every time Zain should've been skewered, tripped, or crushed, something shifted. The bottle, the neon light flickering at the right moment, a trash lid tipping over to deflect a strike.</w:t>
      </w:r>
    </w:p>
    <w:p w14:paraId="64565089" w14:textId="77777777" w:rsidR="0015559C" w:rsidRDefault="000F0BEB">
      <w:r>
        <w:t>Not perfect. Not easy. But just enough.</w:t>
      </w:r>
    </w:p>
    <w:p w14:paraId="5E5C829E" w14:textId="77777777" w:rsidR="0015559C" w:rsidRDefault="000F0BEB">
      <w:r>
        <w:t>Then it ended. A lucky swing connected, the man cracked against the wall, and the contamination</w:t>
      </w:r>
    </w:p>
    <w:p w14:paraId="1E0BC1FD" w14:textId="77777777" w:rsidR="0015559C" w:rsidRDefault="000F0BEB">
      <w:r>
        <w:t>slowly gutters out like smoke. He slumped, dead. The air tasted like burnt salt and a weird smell that makes your skin crawl.</w:t>
      </w:r>
    </w:p>
    <w:p w14:paraId="441DD18A" w14:textId="77777777" w:rsidR="0015559C" w:rsidRDefault="000F0BEB">
      <w:r>
        <w:t>Zain leaned against the wall, panting. He had definitely gotten injuries. He laughed again, breathless. "Yeah. Definitely lucky."</w:t>
      </w:r>
    </w:p>
    <w:p w14:paraId="46FC71AD" w14:textId="77777777" w:rsidR="0015559C" w:rsidRDefault="000F0BEB">
      <w:r>
        <w:t>---</w:t>
      </w:r>
    </w:p>
    <w:p w14:paraId="5DA1CBD1" w14:textId="77777777" w:rsidR="0015559C" w:rsidRDefault="000F0BEB">
      <w:r>
        <w:t>"Fortune Path," a voice says.</w:t>
      </w:r>
    </w:p>
    <w:p w14:paraId="23150631" w14:textId="77777777" w:rsidR="0015559C" w:rsidRDefault="000F0BEB">
      <w:r>
        <w:t>Zain stiffened, spinning. A man in a dark coat stepped into the alley. Tall, sharp-eyed, with an</w:t>
      </w:r>
    </w:p>
    <w:p w14:paraId="789B438A" w14:textId="77777777" w:rsidR="0015559C" w:rsidRDefault="000F0BEB">
      <w:r>
        <w:t>Agency badge glinting faintly on his shoulder. He wasn't grinning, but he wasn't scowling either.</w:t>
      </w:r>
    </w:p>
    <w:p w14:paraId="777AF8BE" w14:textId="77777777" w:rsidR="0015559C" w:rsidRDefault="000F0BEB">
      <w:r>
        <w:t>"Who the hell are you?" Zain asks.</w:t>
      </w:r>
    </w:p>
    <w:p w14:paraId="43A59BB7" w14:textId="77777777" w:rsidR="0015559C" w:rsidRDefault="000F0BEB">
      <w:r>
        <w:t>"Agent Kade. I'm from The Agency." His tone was calm, professional. "And you're alive when you</w:t>
      </w:r>
    </w:p>
    <w:p w14:paraId="43539DB6" w14:textId="77777777" w:rsidR="0015559C" w:rsidRDefault="000F0BEB">
      <w:r>
        <w:t>shouldn't be."</w:t>
      </w:r>
    </w:p>
    <w:p w14:paraId="79D62DF9" w14:textId="77777777" w:rsidR="0015559C" w:rsidRDefault="000F0BEB">
      <w:r>
        <w:t>Zain raised his brows, smirking despite the chill crawling down his spine. "Guess I'm just lucky."</w:t>
      </w:r>
    </w:p>
    <w:p w14:paraId="28AEA803" w14:textId="77777777" w:rsidR="0015559C" w:rsidRDefault="000F0BEB">
      <w:r>
        <w:t>Kade's gaze flicked to the coin in Zain's hand. "Not luck. Resonance. You've awakened.</w:t>
      </w:r>
    </w:p>
    <w:p w14:paraId="4F704CFC" w14:textId="77777777" w:rsidR="0015559C" w:rsidRDefault="000F0BEB">
      <w:r>
        <w:t>The Codex chose you."</w:t>
      </w:r>
    </w:p>
    <w:p w14:paraId="22464DD8" w14:textId="77777777" w:rsidR="0015559C" w:rsidRDefault="000F0BEB">
      <w:r>
        <w:t>Zain rolled the coin across his knuckles, trying to hide how badly his hand was shaking.</w:t>
      </w:r>
    </w:p>
    <w:p w14:paraId="7E251954" w14:textId="77777777" w:rsidR="0015559C" w:rsidRDefault="000F0BEB">
      <w:r>
        <w:t>"Fortune</w:t>
      </w:r>
    </w:p>
    <w:p w14:paraId="70499EC1" w14:textId="77777777" w:rsidR="0015559C" w:rsidRDefault="000F0BEB">
      <w:r>
        <w:t>Path, huh? Has a nice ring to it."</w:t>
      </w:r>
    </w:p>
    <w:p w14:paraId="535C39E3" w14:textId="77777777" w:rsidR="0015559C" w:rsidRDefault="000F0BEB">
      <w:r>
        <w:t>"You'll come with me." Kade's words weren't a demand, more like a certainty.</w:t>
      </w:r>
    </w:p>
    <w:p w14:paraId="1425A956" w14:textId="77777777" w:rsidR="0015559C" w:rsidRDefault="000F0BEB">
      <w:r>
        <w:t>"You are now a Pathwalker, and all Pathwalkers are to be registered with the agency."</w:t>
      </w:r>
    </w:p>
    <w:p w14:paraId="03DE02FD" w14:textId="77777777" w:rsidR="0015559C" w:rsidRDefault="000F0BEB">
      <w:r>
        <w:t>"You need training. Guidance. Without it, you'll burn out fast."</w:t>
      </w:r>
    </w:p>
    <w:p w14:paraId="772566F8" w14:textId="77777777" w:rsidR="0015559C" w:rsidRDefault="000F0BEB">
      <w:r>
        <w:t>Normally, Zain would've bristled, laughed it off, maybe walked the other way. But something about</w:t>
      </w:r>
    </w:p>
    <w:p w14:paraId="70EC27BC" w14:textId="77777777" w:rsidR="0015559C" w:rsidRDefault="000F0BEB">
      <w:r>
        <w:t>Kade was steady, easy to read, easy to trust. Lucky, really.</w:t>
      </w:r>
    </w:p>
    <w:p w14:paraId="2EBD49DD" w14:textId="77777777" w:rsidR="0015559C" w:rsidRDefault="000F0BEB">
      <w:r>
        <w:t>He shrugged, flashing a crooked grin. "Fine. Lead the way, scout."</w:t>
      </w:r>
    </w:p>
    <w:p w14:paraId="2EC772C9" w14:textId="77777777" w:rsidR="0015559C" w:rsidRDefault="000F0BEB">
      <w:r>
        <w:t>Kade studied him for a moment, then nodded. "You'll fit."</w:t>
      </w:r>
    </w:p>
    <w:p w14:paraId="348B5825" w14:textId="77777777" w:rsidR="0015559C" w:rsidRDefault="000F0BEB">
      <w:r>
        <w:t>The rain hammered harder, neon smearing across the alley like blood. Zain slipped the coin back into his pocket and followed Kade toward the lights of Shellbay City.</w:t>
      </w:r>
    </w:p>
    <w:p w14:paraId="60C15616" w14:textId="77777777" w:rsidR="0015559C" w:rsidRDefault="000F0BEB">
      <w:r>
        <w:t>As walked out of the alley together into Shellbay proper. Rain-slick streets reflected neon, making</w:t>
      </w:r>
    </w:p>
    <w:p w14:paraId="7410713E" w14:textId="77777777" w:rsidR="0015559C" w:rsidRDefault="000F0BEB">
      <w:r>
        <w:t>the gutters run with color. People pressed by under umbrellas or hoods, busy with their lives. No one screamed, no one pointed — just another stormy night in the city.</w:t>
      </w:r>
    </w:p>
    <w:p w14:paraId="35D53CE7" w14:textId="77777777" w:rsidR="0015559C" w:rsidRDefault="000F0BEB">
      <w:r>
        <w:t>Zain asks Kade.</w:t>
      </w:r>
    </w:p>
    <w:p w14:paraId="508E3A9D" w14:textId="77777777" w:rsidR="0015559C" w:rsidRDefault="000F0BEB">
      <w:r>
        <w:t>"Apart from registering all Pathwalkers, what else do The Agency do?"</w:t>
      </w:r>
    </w:p>
    <w:p w14:paraId="7B6B8AEC" w14:textId="77777777" w:rsidR="0015559C" w:rsidRDefault="000F0BEB">
      <w:r>
        <w:t>Kade didn't look at him right away. His voice came steady, practiced — like he'd said this line a hundred times before.</w:t>
      </w:r>
    </w:p>
    <w:p w14:paraId="67BD8388" w14:textId="77777777" w:rsidR="0015559C" w:rsidRDefault="000F0BEB">
      <w:r>
        <w:t>"The Agency has three mandates. First, register every Pathwalker. No exceptions. Second,</w:t>
      </w:r>
    </w:p>
    <w:p w14:paraId="6C6BE5B9" w14:textId="77777777" w:rsidR="0015559C" w:rsidRDefault="000F0BEB">
      <w:r>
        <w:t>eliminate bizarre entities wherever they surface. Third, clean up contamination — the residue those</w:t>
      </w:r>
    </w:p>
    <w:p w14:paraId="0258EAF0" w14:textId="77777777" w:rsidR="0015559C" w:rsidRDefault="000F0BEB">
      <w:r>
        <w:t>things leave behind. If it spreads, cities fall. Our job is to keep that from happening."</w:t>
      </w:r>
    </w:p>
    <w:p w14:paraId="2839AEEA" w14:textId="77777777" w:rsidR="0015559C" w:rsidRDefault="000F0BEB">
      <w:r>
        <w:t>Zain tilted his head, grinning faintly. "Sounds like a lot of dirty work."</w:t>
      </w:r>
    </w:p>
    <w:p w14:paraId="47F8038D" w14:textId="77777777" w:rsidR="0015559C" w:rsidRDefault="000F0BEB">
      <w:r>
        <w:t>"Sounds like survival," Kade corrected. "We don't forgive mistakes, Mark. Not because we're cruel.</w:t>
      </w:r>
    </w:p>
    <w:p w14:paraId="10AD2014" w14:textId="77777777" w:rsidR="0015559C" w:rsidRDefault="000F0BEB">
      <w:r>
        <w:t>Because one mistake can poison a block, a district, an entire city. You'll learn fast or you won't last."</w:t>
      </w:r>
    </w:p>
    <w:p w14:paraId="5CB4494D" w14:textId="77777777" w:rsidR="0015559C" w:rsidRDefault="000F0BEB">
      <w:r>
        <w:t>They stopped at the curb where a sleek black vehicle waited, rain sliding off its curved frame. It</w:t>
      </w:r>
    </w:p>
    <w:p w14:paraId="0B6CE4FE" w14:textId="77777777" w:rsidR="0015559C" w:rsidRDefault="000F0BEB">
      <w:r>
        <w:t>wasn't like any car Zain had seen on the street — the edges too smooth, the lights too sharp, engine purring like something caged and dangerous.</w:t>
      </w:r>
    </w:p>
    <w:p w14:paraId="6B99ABD4" w14:textId="77777777" w:rsidR="0015559C" w:rsidRDefault="000F0BEB">
      <w:r>
        <w:t>"Nice ride," Zain says.</w:t>
      </w:r>
    </w:p>
    <w:p w14:paraId="0161CFC4" w14:textId="77777777" w:rsidR="0015559C" w:rsidRDefault="000F0BEB">
      <w:r>
        <w:t>"Agency issue," Kade replied, unlocking it with his fingerprint. "You'll see more once you're inside." "Cool!"</w:t>
      </w:r>
    </w:p>
    <w:p w14:paraId="206C4D53" w14:textId="77777777" w:rsidR="0015559C" w:rsidRDefault="000F0BEB">
      <w:r>
        <w:t>Zain slides into the passenger seat, stretching his legs as the leather creaked under his soaked</w:t>
      </w:r>
    </w:p>
    <w:p w14:paraId="75DF28B1" w14:textId="77777777" w:rsidR="0015559C" w:rsidRDefault="000F0BEB">
      <w:r>
        <w:t>jacket. He gave a crooked grin. "So this is it? My first lift into the great unknown?" Kade started the engine, city lights flashing across his eyes. "No, Mark. This is just the drive. The unknown comes after."</w:t>
      </w:r>
    </w:p>
    <w:p w14:paraId="0D28F4D8" w14:textId="77777777" w:rsidR="0015559C" w:rsidRDefault="000F0BEB">
      <w:r>
        <w:t>The car roared off into the rain, neon blurring past in streaks of blue, red, and gold. Shellbay spilled</w:t>
      </w:r>
    </w:p>
    <w:p w14:paraId="7745B8CA" w14:textId="77777777" w:rsidR="0015559C" w:rsidRDefault="000F0BEB">
      <w:r>
        <w:t>around them — salt air tangled with smog, gulls wheeling above rust-bitten cranes, laughter from</w:t>
      </w:r>
    </w:p>
    <w:p w14:paraId="48CF11AC" w14:textId="77777777" w:rsidR="0015559C" w:rsidRDefault="000F0BEB">
      <w:r>
        <w:t>doorways that tried to sound normal. People went on with their lives, never knowing how close the bizarre lurked.</w:t>
      </w:r>
    </w:p>
    <w:p w14:paraId="4AE5C9BA" w14:textId="77777777" w:rsidR="0015559C" w:rsidRDefault="000F0BEB">
      <w:r>
        <w:t>Zain leaned back, coin warm in his pocket, and let his grin spread. To him, this wasn't a curse. It</w:t>
      </w:r>
    </w:p>
    <w:p w14:paraId="6C78C108" w14:textId="77777777" w:rsidR="0015559C" w:rsidRDefault="000F0BEB">
      <w:r>
        <w:t>just happened. And if the world wanted him to play the odds, well — he was ready to roll the dice.</w:t>
      </w:r>
    </w:p>
    <w:p w14:paraId="6F922F4A" w14:textId="77777777" w:rsidR="0015559C" w:rsidRDefault="000F0BEB">
      <w:r>
        <w:t>His coin hummed.</w:t>
      </w:r>
    </w:p>
    <w:p w14:paraId="562D0C90" w14:textId="77777777" w:rsidR="0015559C" w:rsidRDefault="0015559C"/>
    <w:p w14:paraId="1947D2B2" w14:textId="77777777" w:rsidR="0015559C" w:rsidRDefault="0015559C"/>
    <w:p w14:paraId="736ABD18" w14:textId="77777777" w:rsidR="0015559C" w:rsidRDefault="0015559C"/>
    <w:p w14:paraId="60E53807" w14:textId="77777777" w:rsidR="0015559C" w:rsidRDefault="0015559C"/>
    <w:p w14:paraId="54A35D8D" w14:textId="77777777" w:rsidR="0015559C" w:rsidRDefault="0015559C"/>
    <w:p w14:paraId="1A48D17A" w14:textId="77777777" w:rsidR="0015559C" w:rsidRDefault="0015559C"/>
    <w:p w14:paraId="7698F455" w14:textId="77777777" w:rsidR="0015559C" w:rsidRDefault="0015559C"/>
    <w:p w14:paraId="64E257DD" w14:textId="77777777" w:rsidR="0015559C" w:rsidRDefault="0015559C"/>
    <w:p w14:paraId="5A51A435" w14:textId="77777777" w:rsidR="0015559C" w:rsidRDefault="0015559C"/>
    <w:p w14:paraId="091566D0" w14:textId="77777777" w:rsidR="0015559C" w:rsidRDefault="0015559C"/>
    <w:p w14:paraId="15160013" w14:textId="77777777" w:rsidR="0015559C" w:rsidRDefault="0015559C"/>
    <w:p w14:paraId="080D8976" w14:textId="77777777" w:rsidR="00113A04" w:rsidRDefault="00113A04"/>
    <w:p w14:paraId="0A5F1BF5" w14:textId="77777777" w:rsidR="00113A04" w:rsidRDefault="00113A04"/>
    <w:p w14:paraId="7DC0404B" w14:textId="77777777" w:rsidR="00113A04" w:rsidRDefault="00113A04"/>
    <w:p w14:paraId="536F8996" w14:textId="77777777" w:rsidR="00113A04" w:rsidRDefault="00113A04"/>
    <w:p w14:paraId="78FE2192" w14:textId="77777777" w:rsidR="00113A04" w:rsidRDefault="00113A04"/>
    <w:p w14:paraId="485AD553" w14:textId="77777777" w:rsidR="0015559C" w:rsidRDefault="0015559C"/>
    <w:p w14:paraId="5FB6B195" w14:textId="77777777" w:rsidR="0015559C" w:rsidRDefault="0015559C"/>
    <w:p w14:paraId="7EC79890" w14:textId="77777777" w:rsidR="0015559C" w:rsidRDefault="000F0BEB" w:rsidP="001C0EFA">
      <w:pPr>
        <w:pStyle w:val="Heading1"/>
      </w:pPr>
      <w:r>
        <w:t>All Supernatural Chapter 4: Into the Agency</w:t>
      </w:r>
    </w:p>
    <w:p w14:paraId="4A34BAAE" w14:textId="77777777" w:rsidR="0015559C" w:rsidRDefault="0015559C" w:rsidP="001C0EFA">
      <w:pPr>
        <w:pStyle w:val="Heading1"/>
      </w:pPr>
    </w:p>
    <w:p w14:paraId="63EA947A" w14:textId="77777777" w:rsidR="0015559C" w:rsidRDefault="000F0BEB">
      <w:r>
        <w:t>All Supernatural Chapter 4: Into the Agency "Two months ago.</w:t>
      </w:r>
    </w:p>
    <w:p w14:paraId="394F0268" w14:textId="77777777" w:rsidR="0015559C" w:rsidRDefault="000F0BEB">
      <w:r>
        <w:t>That's where we are. Back before the badge, before the title, before the missions stamped with blood and paperwork."</w:t>
      </w:r>
    </w:p>
    <w:p w14:paraId="271C33D0" w14:textId="77777777" w:rsidR="0015559C" w:rsidRDefault="000F0BEB">
      <w:r>
        <w:t>The Agency vehicle slides through the outskirts of Shellbay City, its engine purring low, the city's neon fading into rusted warehouses and industrial lots. Rain smears the windshield, streetlights bending into pale streaks.</w:t>
      </w:r>
    </w:p>
    <w:p w14:paraId="7FFC78D7" w14:textId="77777777" w:rsidR="0015559C" w:rsidRDefault="000F0BEB">
      <w:r>
        <w:t>They roll to a stop before a compound that looks, at first glance, like another shipping yard. Then the details surface: the wire crowned with barbs, towers with swiveling optics, the faint buzz of invisible scanners brushing over Zain's skin.</w:t>
      </w:r>
    </w:p>
    <w:p w14:paraId="13B4DED9" w14:textId="77777777" w:rsidR="0015559C" w:rsidRDefault="000F0BEB">
      <w:r>
        <w:t>"Subtle," Zain says, peering out the window. "All that's missing is a sign that says Totally Not Secret Government Facility."</w:t>
      </w:r>
    </w:p>
    <w:p w14:paraId="1CD5DF5C" w14:textId="77777777" w:rsidR="0015559C" w:rsidRDefault="000F0BEB">
      <w:r>
        <w:t>Kade doesn't bite. He presses his hand to a plate, and the gates rumble open.</w:t>
      </w:r>
    </w:p>
    <w:p w14:paraId="53E68C8F" w14:textId="77777777" w:rsidR="0015559C" w:rsidRDefault="000F0BEB">
      <w:r>
        <w:t>Inside, the place isn't grand — no marble, no banners — but it radiates function. Concrete walls. Steel walkways. Rows of reinforced glass panels that look into humming labs. Security drones glide on silent wings overhead, red optics scanning for intruders.</w:t>
      </w:r>
    </w:p>
    <w:p w14:paraId="4EAB365F" w14:textId="77777777" w:rsidR="0015559C" w:rsidRDefault="000F0BEB">
      <w:r>
        <w:t>Zain shoves his hands in his pockets as he steps out into the rain-slick yard. "Cozy. Bet you guys even get complimentary tinfoil hats."</w:t>
      </w:r>
    </w:p>
    <w:p w14:paraId="1951ADFC" w14:textId="77777777" w:rsidR="0015559C" w:rsidRDefault="000F0BEB">
      <w:r>
        <w:t>"Keep walking," Kade says without looking back.</w:t>
      </w:r>
    </w:p>
    <w:p w14:paraId="6D8C5D5B" w14:textId="77777777" w:rsidR="0015559C" w:rsidRDefault="000F0BEB">
      <w:r>
        <w:t>As they cross the inner yard, Zain notices something that stops his smirk short. The people here aren't all Pathwalkers. Sure, some have the sharp, thrumming presence but just as many are ordinary — analysts tapping furiously at terminals, engineers testing the servos of exoskeleton rigs, medics wheeling carts toward the lower wings. They look fragile compared to the powered, but they move with the same urgency, the same sense of belonging.</w:t>
      </w:r>
    </w:p>
    <w:p w14:paraId="3CE670D5" w14:textId="77777777" w:rsidR="0015559C" w:rsidRDefault="000F0BEB">
      <w:r>
        <w:t>Zain arches a brow. "Huh. Guess it's not all capes and glowing eyes."</w:t>
      </w:r>
    </w:p>
    <w:p w14:paraId="6F83701F" w14:textId="77777777" w:rsidR="0015559C" w:rsidRDefault="000F0BEB">
      <w:r>
        <w:t>Kade finally glances at him. "You thought the Agency ran on powers alone?"</w:t>
      </w:r>
    </w:p>
    <w:p w14:paraId="20713FD0" w14:textId="77777777" w:rsidR="0015559C" w:rsidRDefault="000F0BEB">
      <w:r>
        <w:t>"Yeah, kinda." Zain gestures at a pair of technicians hauling crates past. "Didn't think I'd see… regular nine-to-fivers in the middle of the apocalypse club."</w:t>
      </w:r>
    </w:p>
    <w:p w14:paraId="33A9CD47" w14:textId="77777777" w:rsidR="0015559C" w:rsidRDefault="000F0BEB">
      <w:r>
        <w:t>"The Agency runs because of them," Kade says flatly. "Pathwalkers fight. Humans make sure we live long enough to keep fighting."</w:t>
      </w:r>
    </w:p>
    <w:p w14:paraId="1434F7E9" w14:textId="77777777" w:rsidR="0015559C" w:rsidRDefault="000F0BEB">
      <w:r>
        <w:t>The gates seal shut behind them with a heavy metallic clang. Zain smirks again, but the sound lingers in his chest like a warning. He isn't walking into an organization. He is stepping into a machine — one that has been turning long before him, and one that won't stop for anyone.</w:t>
      </w:r>
    </w:p>
    <w:p w14:paraId="4F175453" w14:textId="77777777" w:rsidR="0015559C" w:rsidRDefault="000F0BEB">
      <w:r>
        <w:t>_____</w:t>
      </w:r>
    </w:p>
    <w:p w14:paraId="4D0AD436" w14:textId="77777777" w:rsidR="0015559C" w:rsidRDefault="000F0BEB">
      <w:r>
        <w:t>The registration hall. Fluorescent light glints off glass partitions, monitors pulse with shifting data, and the scent of sterilizer hangs heavy in the air. Zain leans against the counter while a technician in a slate-gray uniform takes his details with the warmth of a vending machine.</w:t>
      </w:r>
    </w:p>
    <w:p w14:paraId="337BF036" w14:textId="77777777" w:rsidR="0015559C" w:rsidRDefault="000F0BEB">
      <w:r>
        <w:t>"Name?"</w:t>
      </w:r>
    </w:p>
    <w:p w14:paraId="34BB243B" w14:textId="77777777" w:rsidR="0015559C" w:rsidRDefault="000F0BEB">
      <w:r>
        <w:t>"Zain Mark," he replies, tossing his coin once, catching it.</w:t>
      </w:r>
    </w:p>
    <w:p w14:paraId="0A69B265" w14:textId="77777777" w:rsidR="0015559C" w:rsidRDefault="000F0BEB">
      <w:r>
        <w:t>"Path?"</w:t>
      </w:r>
    </w:p>
    <w:p w14:paraId="13ED80B2" w14:textId="77777777" w:rsidR="0015559C" w:rsidRDefault="000F0BEB">
      <w:r>
        <w:t>"Fortune." He smirks. "Lucky me."</w:t>
      </w:r>
    </w:p>
    <w:p w14:paraId="196EE264" w14:textId="77777777" w:rsidR="0015559C" w:rsidRDefault="000F0BEB">
      <w:r>
        <w:t>Then come the tests — pulse checks, reflex drills, a battery of questions meant to box his mind into neat categories. Psych officers watch from behind mirrored glass, murmuring to each other as if he can't see the shapes of their mouths. A Pathwalker in a black coat passes through, glancing his way just long enough to say, "Fortune Paths. Rare. Don't always last."</w:t>
      </w:r>
    </w:p>
    <w:p w14:paraId="4DEFD2DF" w14:textId="77777777" w:rsidR="0015559C" w:rsidRDefault="000F0BEB">
      <w:r>
        <w:t>At the end, a badge clatters onto the desk in front of him.</w:t>
      </w:r>
    </w:p>
    <w:p w14:paraId="047985DD" w14:textId="77777777" w:rsidR="0015559C" w:rsidRDefault="000F0BEB">
      <w:r>
        <w:t>"Probationary Agent," the clerk says.</w:t>
      </w:r>
    </w:p>
    <w:p w14:paraId="45112263" w14:textId="77777777" w:rsidR="0015559C" w:rsidRDefault="000F0BEB">
      <w:r>
        <w:t>Zain clips it to his chest, grin sliding back in place. "Guess I'm official." "Officially on watch," Kade corrects.</w:t>
      </w:r>
    </w:p>
    <w:p w14:paraId="3D610529" w14:textId="77777777" w:rsidR="0015559C" w:rsidRDefault="000F0BEB">
      <w:r>
        <w:t>____</w:t>
      </w:r>
    </w:p>
    <w:p w14:paraId="4E0FBD87" w14:textId="77777777" w:rsidR="0015559C" w:rsidRDefault="000F0BEB">
      <w:r>
        <w:t>Kade takes him deeper into the complex, checkpoints giving way to quieter halls. The noise of drills and labs fades, replaced by the hum of lights and the occasional clipped announcement over intercom.</w:t>
      </w:r>
    </w:p>
    <w:p w14:paraId="4CE6B065" w14:textId="77777777" w:rsidR="0015559C" w:rsidRDefault="000F0BEB">
      <w:r>
        <w:t>Zain flicks his coin in his hand, glancing around. "So where do I fit in all this? Don't tell me I'm stuck in mail duty, like I was."</w:t>
      </w:r>
    </w:p>
    <w:p w14:paraId="4909F00D" w14:textId="77777777" w:rsidR="0015559C" w:rsidRDefault="000F0BEB">
      <w:r>
        <w:t>Kade doesn't crack a smile. "The Agency's structure is simple. Three layers."</w:t>
      </w:r>
    </w:p>
    <w:p w14:paraId="1D4B0901" w14:textId="77777777" w:rsidR="0015559C" w:rsidRDefault="000F0BEB">
      <w:r>
        <w:t>He gestures and counts them off without breaking stride. "Field Pathwalkers — that's where you'll land. Containment, elimination, direct response. Support staff — ordinary humans and some Pathwalkers running intel, logistics, medical. Without them, you'd be blind. Internal Enforcement — they keep order within these walls. Pathwalkers who cross the line get dealt with fast."</w:t>
      </w:r>
    </w:p>
    <w:p w14:paraId="62A51C84" w14:textId="77777777" w:rsidR="0015559C" w:rsidRDefault="000F0BEB">
      <w:r>
        <w:t>Zain lifts a brow. "Sounds like everyone's got a leash."</w:t>
      </w:r>
    </w:p>
    <w:p w14:paraId="7343D3C9" w14:textId="77777777" w:rsidR="0015559C" w:rsidRDefault="000F0BEB">
      <w:r>
        <w:t>"Everyone does," Kade replies. Then he glances at Zain, his voice flat, deliberate.</w:t>
      </w:r>
    </w:p>
    <w:p w14:paraId="0C20AC13" w14:textId="77777777" w:rsidR="0015559C" w:rsidRDefault="000F0BEB">
      <w:r>
        <w:t>"You asked where you fit? You're not a tool with legs. You're a loaded gun. Tools can be dropped. Guns must always be pointed."</w:t>
      </w:r>
    </w:p>
    <w:p w14:paraId="5C761783" w14:textId="77777777" w:rsidR="0015559C" w:rsidRDefault="000F0BEB">
      <w:r>
        <w:t>Zain lets out a short laugh, spinning the coin across his knuckles. "Guess I better hope I don't misfire, then."</w:t>
      </w:r>
    </w:p>
    <w:p w14:paraId="3970E8C9" w14:textId="77777777" w:rsidR="0015559C" w:rsidRDefault="000F0BEB">
      <w:r>
        <w:t>Kade doesn't answer. The silence says enough as he leads Zain into a briefing chamber where the air feels sharper, colder.</w:t>
      </w:r>
    </w:p>
    <w:p w14:paraId="3B9F4BF3" w14:textId="77777777" w:rsidR="0015559C" w:rsidRDefault="000F0BEB">
      <w:r>
        <w:t>A holo-projector hums at the center of the room, casting fractured light across the walls. The map of Shellbay City blooms into view, streaked with red spots. No one explains them. The recruits aren't told what those marks mean. They're just made to look.</w:t>
      </w:r>
    </w:p>
    <w:p w14:paraId="69317674" w14:textId="77777777" w:rsidR="0015559C" w:rsidRDefault="000F0BEB">
      <w:r>
        <w:t>"This is the COBD, Contamination, Oddity, Bizarre Detector." the officer at the front announces.</w:t>
      </w:r>
    </w:p>
    <w:p w14:paraId="299A1D6E" w14:textId="77777777" w:rsidR="0015559C" w:rsidRDefault="000F0BEB">
      <w:r>
        <w:t>"It is used to detect what it's name suggests."</w:t>
      </w:r>
    </w:p>
    <w:p w14:paraId="1867BDE9" w14:textId="77777777" w:rsidR="0015559C" w:rsidRDefault="000F0BEB">
      <w:r>
        <w:t>His voice carries the weight of habit, practiced, unyielding. "Contamination. It corrupts space. Filthy. Rotten. It eats through matter, through people… through time itself. But, it's just a byproduct of the Bizarre entities which lurk in the depths and try to invade reality."</w:t>
      </w:r>
    </w:p>
    <w:p w14:paraId="5EED48EB" w14:textId="77777777" w:rsidR="0015559C" w:rsidRDefault="000F0BEB">
      <w:r>
        <w:t>The projection flickers, showing the Bizarre entities and their contamination, the purple stains crawl, stretching in unnatural pattern. Corrupting.</w:t>
      </w:r>
    </w:p>
    <w:p w14:paraId="50133ED4" w14:textId="77777777" w:rsidR="0015559C" w:rsidRDefault="000F0BEB">
      <w:r>
        <w:t>"Sometimes," the officer continues, "a week collapses into a minute. Sometimes a night never ends. That is the danger. We don't just fight the bizarre. We fight the cracks they leave behind."</w:t>
      </w:r>
    </w:p>
    <w:p w14:paraId="0D5E3498" w14:textId="77777777" w:rsidR="0015559C" w:rsidRDefault="000F0BEB">
      <w:r>
        <w:t>“Leave contamination unchecked, and reality itself buckles. Streets loop, days refuse to end, whole districts vanish into cracks.” Kade's voice cuts in, low and steady.</w:t>
      </w:r>
    </w:p>
    <w:p w14:paraId="72145C12" w14:textId="77777777" w:rsidR="0015559C" w:rsidRDefault="000F0BEB">
      <w:r>
        <w:t>Across the room, the recruits react in their own ways. Rick sits tall, jaw set. Tomas tilts his head; -Truth Sense- threading through the words, expression unreadable. Gem snorts, tapping her boot against the floor. Elira smiles softly, her -Subtle Demeanor - helps her as her gaze flicks from face to face, measuring.</w:t>
      </w:r>
    </w:p>
    <w:p w14:paraId="121D08DE" w14:textId="77777777" w:rsidR="0015559C" w:rsidRDefault="000F0BEB">
      <w:r>
        <w:t>Zain flips his coin once, lets it land in his palm, and smirks. "So… fight the bizarre, clean up contamination, survive. Sounds simple enough."</w:t>
      </w:r>
    </w:p>
    <w:p w14:paraId="7EE9D688" w14:textId="77777777" w:rsidR="0015559C" w:rsidRDefault="000F0BEB">
      <w:r>
        <w:t>The officer's eyes harden. "It never is."</w:t>
      </w:r>
    </w:p>
    <w:p w14:paraId="6BD80DD9" w14:textId="77777777" w:rsidR="0015559C" w:rsidRDefault="000F0BEB">
      <w:r>
        <w:t>___</w:t>
      </w:r>
    </w:p>
    <w:p w14:paraId="5A9833FE" w14:textId="77777777" w:rsidR="0015559C" w:rsidRDefault="000F0BEB">
      <w:r>
        <w:t>After the short briefing about what they are about to face.</w:t>
      </w:r>
    </w:p>
    <w:p w14:paraId="1C0F8259" w14:textId="77777777" w:rsidR="0015559C" w:rsidRDefault="000F0BEB">
      <w:r>
        <w:t>The recruits are taken into a training facility, the floor marked with grids of light, ceiling rigs humming as they adjust to new settings. A row of veterans waits — each one calm, practiced, carrying the weight of experience.</w:t>
      </w:r>
    </w:p>
    <w:p w14:paraId="1A085977" w14:textId="77777777" w:rsidR="0015559C" w:rsidRDefault="000F0BEB">
      <w:r>
        <w:t>"Resonance evaluation," the instructor announces. "Each of you will demonstrate your abilities in a test."</w:t>
      </w:r>
    </w:p>
    <w:p w14:paraId="4D5CE87F" w14:textId="77777777" w:rsidR="0015559C" w:rsidRDefault="000F0BEB">
      <w:r>
        <w:t>Zain rolls his coin across his knuckles, grin steady. Around him, the others shift with quiet nerves.</w:t>
      </w:r>
    </w:p>
    <w:p w14:paraId="005027CF" w14:textId="77777777" w:rsidR="0015559C" w:rsidRDefault="000F0BEB">
      <w:r>
        <w:t>____</w:t>
      </w:r>
    </w:p>
    <w:p w14:paraId="1E13D13F" w14:textId="77777777" w:rsidR="0015559C" w:rsidRDefault="000F0BEB">
      <w:r>
        <w:t>Rick goes first.</w:t>
      </w:r>
    </w:p>
    <w:p w14:paraId="794F1555" w14:textId="77777777" w:rsidR="0015559C" w:rsidRDefault="000F0BEB">
      <w:r>
        <w:t>Doors slide open, releasing a training war machine — steel limbs bristling, its sensors glowing. Rick plants his feet, eyes narrowing as his -Fighting Instincts- settle into rhythm. He moves with clarity, dodging blows by fractions, countering with fists that crash against metal. His strikes sharpen as his -Arsenal- skill flares, chaining combinations fluidly.</w:t>
      </w:r>
    </w:p>
    <w:p w14:paraId="69F255FD" w14:textId="77777777" w:rsidR="0015559C" w:rsidRDefault="000F0BEB">
      <w:r>
        <w:t>For a moment, it looks like he's holding his ground — then the war machine accelerates. A single strike sends him sprawling across the mat. The sensors dim.</w:t>
      </w:r>
    </w:p>
    <w:p w14:paraId="10D9AB59" w14:textId="77777777" w:rsidR="0015559C" w:rsidRDefault="000F0BEB">
      <w:r>
        <w:t>The Resonance recording device's screen flashes: Resonance: 4.7%</w:t>
      </w:r>
    </w:p>
    <w:p w14:paraId="098F200B" w14:textId="77777777" w:rsidR="0015559C" w:rsidRDefault="000F0BEB">
      <w:r>
        <w:t>Rick groans but sits up with a tight smile. "Could've had him."</w:t>
      </w:r>
    </w:p>
    <w:p w14:paraId="52CD0E00" w14:textId="77777777" w:rsidR="0015559C" w:rsidRDefault="008918FB">
      <w:r>
        <w:t>_____</w:t>
      </w:r>
    </w:p>
    <w:p w14:paraId="1F9F0532" w14:textId="77777777" w:rsidR="0015559C" w:rsidRDefault="000F0BEB">
      <w:r>
        <w:t>Gem steps forward next.</w:t>
      </w:r>
    </w:p>
    <w:p w14:paraId="329717EC" w14:textId="77777777" w:rsidR="0015559C" w:rsidRDefault="000F0BEB">
      <w:r>
        <w:t>She faces not a machine, but an ordinary agent — a grizzled man with a will like iron. Gem exhales once, her -Charismatic Presence- always present. The man's eyes flick, drawn, and she presses with a sudden -Captivating Gaze-, her stare trying to stun him.</w:t>
      </w:r>
    </w:p>
    <w:p w14:paraId="697D7A85" w14:textId="77777777" w:rsidR="0015559C" w:rsidRDefault="000F0BEB">
      <w:r>
        <w:t>For a breath, the hall stills — then the veteran blinks, his willpower cutting clean through her influence.</w:t>
      </w:r>
    </w:p>
    <w:p w14:paraId="0DD22C97" w14:textId="77777777" w:rsidR="0015559C" w:rsidRDefault="000F0BEB">
      <w:r>
        <w:t>The screen flashes: Resonance: 3.9%</w:t>
      </w:r>
    </w:p>
    <w:p w14:paraId="53056263" w14:textId="77777777" w:rsidR="0015559C" w:rsidRDefault="000F0BEB">
      <w:r>
        <w:t>Gem huffs, tossing her hair back. "Figures. My audience is wasted on suits with iron wills."</w:t>
      </w:r>
    </w:p>
    <w:p w14:paraId="109C5F63" w14:textId="77777777" w:rsidR="0015559C" w:rsidRDefault="000F0BEB">
      <w:r>
        <w:t>____</w:t>
      </w:r>
    </w:p>
    <w:p w14:paraId="5A041043" w14:textId="77777777" w:rsidR="0015559C" w:rsidRDefault="000F0BEB">
      <w:r>
        <w:t>Tomas steps forward.</w:t>
      </w:r>
    </w:p>
    <w:p w14:paraId="68F0B620" w14:textId="77777777" w:rsidR="0015559C" w:rsidRDefault="000F0BEB">
      <w:r>
        <w:t>The test looks simple — a table, a set of cards, and a veteran Truth Walker across from him. Tomas sits, gaze unreadable. His -Truth Sense- pricks with every word exchanged, catching the cadence of lies in the veteran's misdirection. Then his hands blur — Trickster Hands- weaving cards faster than the eye can follow.</w:t>
      </w:r>
    </w:p>
    <w:p w14:paraId="7587D704" w14:textId="77777777" w:rsidR="0015559C" w:rsidRDefault="000F0BEB">
      <w:r>
        <w:t>The veteran smiles faintly and matches him, flicking cards with the same ability but sharper control. Within seconds, Tomas's tempo falters, the cards scatter.</w:t>
      </w:r>
    </w:p>
    <w:p w14:paraId="7750BC25" w14:textId="77777777" w:rsidR="0015559C" w:rsidRDefault="000F0BEB">
      <w:r>
        <w:t>The screen flashes: Resonance: 4.3%</w:t>
      </w:r>
    </w:p>
    <w:p w14:paraId="6F4ED5D8" w14:textId="77777777" w:rsidR="0015559C" w:rsidRDefault="000F0BEB">
      <w:r>
        <w:t>He leans back, lips curling. "You lie well. I'll remember that."</w:t>
      </w:r>
    </w:p>
    <w:p w14:paraId="3E6EA9CB" w14:textId="77777777" w:rsidR="0015559C" w:rsidRDefault="000F0BEB">
      <w:r>
        <w:t>____</w:t>
      </w:r>
    </w:p>
    <w:p w14:paraId="3674A0FF" w14:textId="77777777" w:rsidR="0015559C" w:rsidRDefault="000F0BEB">
      <w:r>
        <w:t>Elira takes her turn.</w:t>
      </w:r>
    </w:p>
    <w:p w14:paraId="33511EB8" w14:textId="77777777" w:rsidR="0015559C" w:rsidRDefault="000F0BEB">
      <w:r>
        <w:t>She stands before another agent — older, eyes sharp with years of Guile experience. Her posture softens, the subtle weight of -Subtle Demeanor- easing her into the moment. Then she shifts, expression bending under -False Impression- presenting herself as vulnerable, harmless.</w:t>
      </w:r>
    </w:p>
    <w:p w14:paraId="4A1448A4" w14:textId="77777777" w:rsidR="0015559C" w:rsidRDefault="000F0BEB">
      <w:r>
        <w:t>The veteran tilts his head, unconvinced.</w:t>
      </w:r>
    </w:p>
    <w:p w14:paraId="0733A694" w14:textId="77777777" w:rsidR="0015559C" w:rsidRDefault="000F0BEB">
      <w:r>
        <w:t>The screen flashes: Resonance: 4.1%</w:t>
      </w:r>
    </w:p>
    <w:p w14:paraId="638A3DED" w14:textId="77777777" w:rsidR="0015559C" w:rsidRDefault="000F0BEB">
      <w:r>
        <w:t>Elira dips her head, smiling as if it were all part of the plan.</w:t>
      </w:r>
    </w:p>
    <w:p w14:paraId="497695D9" w14:textId="77777777" w:rsidR="0015559C" w:rsidRDefault="000F0BEB">
      <w:r>
        <w:t>_____</w:t>
      </w:r>
    </w:p>
    <w:p w14:paraId="655F7D1F" w14:textId="77777777" w:rsidR="0015559C" w:rsidRDefault="000F0BEB">
      <w:r>
        <w:t>Finally, Zain steps onto the platform.</w:t>
      </w:r>
    </w:p>
    <w:p w14:paraId="1B4FFF8E" w14:textId="77777777" w:rsidR="0015559C" w:rsidRDefault="000F0BEB">
      <w:r>
        <w:t>Another Fortune Pathwalker waits — older, eyes calm, a coin glinting between his fingers and richer —Lucky Aura.</w:t>
      </w:r>
    </w:p>
    <w:p w14:paraId="670BB6A3" w14:textId="77777777" w:rsidR="0015559C" w:rsidRDefault="000F0BEB">
      <w:r>
        <w:t>The room quiets.</w:t>
      </w:r>
    </w:p>
    <w:p w14:paraId="476A7311" w14:textId="77777777" w:rsidR="0015559C" w:rsidRDefault="000F0BEB">
      <w:r>
        <w:t>Zain's —Lucky Aura— hums around him, subtle shifts trying to pull chance toward his favor. He flips his coin, grin tight. The veteran mirrors the motion, his own aura pressing back like a tide.</w:t>
      </w:r>
    </w:p>
    <w:p w14:paraId="59CD2393" w14:textId="77777777" w:rsidR="0015559C" w:rsidRDefault="000F0BEB">
      <w:r>
        <w:t>They move — not fists, but fortune. A loose tile, a shifting light, a coin landing off-balance. Zain twists his coin midair — Coin Twist- sparking probability sideways. For a moment, the world tilts with him.</w:t>
      </w:r>
    </w:p>
    <w:p w14:paraId="2DDA946C" w14:textId="77777777" w:rsidR="0015559C" w:rsidRDefault="000F0BEB">
      <w:r>
        <w:t>But the veteran's own -Coin Twist- catches, stronger, sharper. Zain stumbles, his coin clattering flat on the ground while the veteran's lands clean, edge humming.</w:t>
      </w:r>
    </w:p>
    <w:p w14:paraId="357CBACB" w14:textId="77777777" w:rsidR="0015559C" w:rsidRDefault="000F0BEB">
      <w:r>
        <w:t>The screen flashes: Resonance: 4.5%</w:t>
      </w:r>
    </w:p>
    <w:p w14:paraId="0D16C322" w14:textId="77777777" w:rsidR="0015559C" w:rsidRDefault="000F0BEB">
      <w:r>
        <w:t>Zain breathes hard, sweat on his brow — then lets out a short laugh. "Guess I'm not the only lucky one."</w:t>
      </w:r>
    </w:p>
    <w:p w14:paraId="3D48AA78" w14:textId="77777777" w:rsidR="0015559C" w:rsidRDefault="000F0BEB">
      <w:r>
        <w:t>The veteran just nods, pocketing his coin.</w:t>
      </w:r>
    </w:p>
    <w:p w14:paraId="27C0A37F" w14:textId="77777777" w:rsidR="0015559C" w:rsidRDefault="000F0BEB">
      <w:r>
        <w:t>The recruits are dismissed to training after that.</w:t>
      </w:r>
    </w:p>
    <w:p w14:paraId="244D1A2D" w14:textId="77777777" w:rsidR="0015559C" w:rsidRDefault="000F0BEB">
      <w:r>
        <w:t>______</w:t>
      </w:r>
    </w:p>
    <w:p w14:paraId="3CF1FE6C" w14:textId="77777777" w:rsidR="0015559C" w:rsidRDefault="000F0BEB">
      <w:r>
        <w:t>At his apartment, Zain lies back on his cot, the coin flipping between his fingers. His mind drifts — to Amber, to Shellbay City, to the streets that raised him.</w:t>
      </w:r>
    </w:p>
    <w:p w14:paraId="2ABA596A" w14:textId="77777777" w:rsidR="0015559C" w:rsidRDefault="000F0BEB">
      <w:r>
        <w:t>'I don't care what it takes. Now that I'm a Pathwalker, I'll do my best to eliminate the bizarre entities and contamination.</w:t>
      </w:r>
    </w:p>
    <w:p w14:paraId="4A050BBA" w14:textId="77777777" w:rsidR="0015559C" w:rsidRDefault="000F0BEB">
      <w:r>
        <w:t>I just want the people I care about to be safe. That's enough.' The coin lands on its edge, humming faintly in the dim light.</w:t>
      </w:r>
    </w:p>
    <w:p w14:paraId="3E9FBEB4" w14:textId="77777777" w:rsidR="0015559C" w:rsidRDefault="000F0BEB">
      <w:r>
        <w:t>Zain smirks, voice low. "Yeah… lucky me."</w:t>
      </w:r>
    </w:p>
    <w:p w14:paraId="1163DAF5" w14:textId="77777777" w:rsidR="0015559C" w:rsidRDefault="00670A8B">
      <w:r>
        <w:t>____________________________________________________________________</w:t>
      </w:r>
    </w:p>
    <w:p w14:paraId="3ED39B22" w14:textId="77777777" w:rsidR="00343BAC" w:rsidRDefault="00617DD5">
      <w:r>
        <w:br w:type="page"/>
      </w:r>
    </w:p>
    <w:p w14:paraId="56F32EAF" w14:textId="77777777" w:rsidR="00343BAC" w:rsidRDefault="00101833">
      <w:pPr>
        <w:pStyle w:val="Heading1"/>
      </w:pPr>
      <w:r>
        <w:t xml:space="preserve">All Supernatural </w:t>
      </w:r>
      <w:r w:rsidR="00617DD5">
        <w:t>Chapter 5: Echoes in the Rain</w:t>
      </w:r>
    </w:p>
    <w:p w14:paraId="4A52C66A" w14:textId="77777777" w:rsidR="00B819AB" w:rsidRPr="00B819AB" w:rsidRDefault="00B819AB" w:rsidP="00B819AB"/>
    <w:p w14:paraId="6492BE5A" w14:textId="77777777" w:rsidR="00B819AB" w:rsidRDefault="00867840">
      <w:r>
        <w:t xml:space="preserve">All Supernatural Chapter 5: Echoes in the Rain </w:t>
      </w:r>
    </w:p>
    <w:p w14:paraId="6C9D6779" w14:textId="77777777" w:rsidR="00343BAC" w:rsidRDefault="00617DD5">
      <w:r>
        <w:t>Amber leans against the chipped counter of her apartment kitchen, arms crossed as Zain straps on his Agency jacket. The rain outside is steady, rattling the windowpane, neon from the street flickering through the thin curtains.</w:t>
      </w:r>
    </w:p>
    <w:p w14:paraId="6D97728F" w14:textId="77777777" w:rsidR="00343BAC" w:rsidRDefault="00617DD5">
      <w:r>
        <w:t>"You're heading out again." Her tone isn't accusing, but it carries the weight of something unspoken.</w:t>
      </w:r>
    </w:p>
    <w:p w14:paraId="6612BD7A" w14:textId="77777777" w:rsidR="00343BAC" w:rsidRDefault="00617DD5">
      <w:r>
        <w:t>Zain flips his coin, catches it, tucks it into his pocket. "That's the job."</w:t>
      </w:r>
    </w:p>
    <w:p w14:paraId="77FBCFF4" w14:textId="77777777" w:rsidR="00343BAC" w:rsidRDefault="00617DD5">
      <w:r>
        <w:t>Amber exhales, brushing damp hair from her cheek. "You make it sound like you're clocking in for a night shift. These things you go after… they're not just odd jobs, Zain."</w:t>
      </w:r>
    </w:p>
    <w:p w14:paraId="1265AD4B" w14:textId="77777777" w:rsidR="00343BAC" w:rsidRDefault="00617DD5">
      <w:r>
        <w:t>He smirks, but it doesn't quite reach his eyes. "Relax. I've got luck on my side."</w:t>
      </w:r>
    </w:p>
    <w:p w14:paraId="61B5CE11" w14:textId="77777777" w:rsidR="00343BAC" w:rsidRDefault="00617DD5">
      <w:r>
        <w:t>"That's what scares me."</w:t>
      </w:r>
    </w:p>
    <w:p w14:paraId="16AF4861" w14:textId="77777777" w:rsidR="00343BAC" w:rsidRDefault="00617DD5">
      <w:r>
        <w:t xml:space="preserve">For a moment, the room is silent except for the rain. Then his </w:t>
      </w:r>
      <w:proofErr w:type="spellStart"/>
      <w:r>
        <w:t>wristcom</w:t>
      </w:r>
      <w:proofErr w:type="spellEnd"/>
      <w:r>
        <w:t xml:space="preserve"> buzzes — one sharp ping. He doesn't need to look; he knows what it means. COBD flagged a spike. Immediate deployment.</w:t>
      </w:r>
    </w:p>
    <w:p w14:paraId="5D7881C9" w14:textId="77777777" w:rsidR="00343BAC" w:rsidRDefault="00617DD5">
      <w:r>
        <w:t>Zain steps close, kissing her. "I'll be back before morning."</w:t>
      </w:r>
    </w:p>
    <w:p w14:paraId="7317DFF9" w14:textId="77777777" w:rsidR="00343BAC" w:rsidRDefault="00617DD5">
      <w:r>
        <w:t>Amber studies him, eyes narrowing, but she lets it go with a slow nod. "You'd better."</w:t>
      </w:r>
    </w:p>
    <w:p w14:paraId="75F83922" w14:textId="77777777" w:rsidR="00343BAC" w:rsidRDefault="00617DD5">
      <w:r>
        <w:t>He slips out into the rain.</w:t>
      </w:r>
    </w:p>
    <w:p w14:paraId="4EB4B9EC" w14:textId="77777777" w:rsidR="00343BAC" w:rsidRDefault="00343BAC"/>
    <w:p w14:paraId="064D7438" w14:textId="77777777" w:rsidR="00343BAC" w:rsidRDefault="00617DD5">
      <w:r>
        <w:t>_____</w:t>
      </w:r>
    </w:p>
    <w:p w14:paraId="647047E2" w14:textId="77777777" w:rsidR="00343BAC" w:rsidRDefault="00343BAC"/>
    <w:p w14:paraId="42828424" w14:textId="77777777" w:rsidR="00343BAC" w:rsidRDefault="00617DD5">
      <w:r>
        <w:t xml:space="preserve">The SOP kicks in fast. The black Agency vehicle waits at the curb, engine humming. Zain climbs in, the driver — an ordinary agent in gray — doesn't speak. The ride cuts through </w:t>
      </w:r>
      <w:proofErr w:type="spellStart"/>
      <w:r>
        <w:t>Shellbay's</w:t>
      </w:r>
      <w:proofErr w:type="spellEnd"/>
      <w:r>
        <w:t xml:space="preserve"> streets, past shuttered shops and alleys glistening with runoff, until they reach the site: a half-collapsed apartment block near the harbor.</w:t>
      </w:r>
    </w:p>
    <w:p w14:paraId="24142728" w14:textId="77777777" w:rsidR="00343BAC" w:rsidRDefault="00343BAC"/>
    <w:p w14:paraId="342EE759" w14:textId="77777777" w:rsidR="00343BAC" w:rsidRDefault="00617DD5">
      <w:r>
        <w:t>The smell hits first — not just rot, but something wrong, like salt meat left too long in stagnant water.</w:t>
      </w:r>
    </w:p>
    <w:p w14:paraId="066E158E" w14:textId="77777777" w:rsidR="00343BAC" w:rsidRDefault="00343BAC"/>
    <w:p w14:paraId="483DA25B" w14:textId="77777777" w:rsidR="00343BAC" w:rsidRDefault="00617DD5">
      <w:r>
        <w:t>Zain steps out, rain plastering his hood to his head. Ahead, shadows move inside the hollowed frame of the building. Shapes too stiff, too jerky.</w:t>
      </w:r>
    </w:p>
    <w:p w14:paraId="7F8A589E" w14:textId="77777777" w:rsidR="00343BAC" w:rsidRDefault="00343BAC"/>
    <w:p w14:paraId="7976A440" w14:textId="77777777" w:rsidR="00343BAC" w:rsidRDefault="00617DD5">
      <w:r>
        <w:t>Corpse-men.</w:t>
      </w:r>
    </w:p>
    <w:p w14:paraId="57881905" w14:textId="77777777" w:rsidR="00343BAC" w:rsidRDefault="00343BAC"/>
    <w:p w14:paraId="1B34B2B4" w14:textId="77777777" w:rsidR="00343BAC" w:rsidRDefault="00617DD5">
      <w:r>
        <w:t>The decontamination squad holds back, waiting. It's his breach.</w:t>
      </w:r>
    </w:p>
    <w:p w14:paraId="4FB86DB8" w14:textId="77777777" w:rsidR="00343BAC" w:rsidRDefault="00343BAC"/>
    <w:p w14:paraId="71560CE0" w14:textId="77777777" w:rsidR="00343BAC" w:rsidRDefault="00617DD5">
      <w:r>
        <w:t>Zain breathes once, flips his coin. -Lucky Aura- hums faintly around him, tugging chance, warping edges of fate. He moves in.</w:t>
      </w:r>
    </w:p>
    <w:p w14:paraId="0D38CFD6" w14:textId="77777777" w:rsidR="00343BAC" w:rsidRDefault="00343BAC"/>
    <w:p w14:paraId="5789EBC7" w14:textId="77777777" w:rsidR="00343BAC" w:rsidRDefault="00617DD5">
      <w:r>
        <w:t>The first Corpse-man lurches from the darkness, eyes empty, skin sagging in folds that glisten under the rain. Its arms stretch too long as it lunges.</w:t>
      </w:r>
    </w:p>
    <w:p w14:paraId="6127237B" w14:textId="77777777" w:rsidR="00343BAC" w:rsidRDefault="00343BAC"/>
    <w:p w14:paraId="35891EFE" w14:textId="77777777" w:rsidR="00343BAC" w:rsidRDefault="00617DD5">
      <w:r>
        <w:t>Zain sidesteps, foot sliding on wet concrete — but debris collapses from the ceiling at the same moment, slamming into the entity and pinning it to the floor. Coin warm in his palm.</w:t>
      </w:r>
    </w:p>
    <w:p w14:paraId="6876D308" w14:textId="77777777" w:rsidR="00343BAC" w:rsidRDefault="00343BAC"/>
    <w:p w14:paraId="318AD52A" w14:textId="77777777" w:rsidR="00343BAC" w:rsidRDefault="00617DD5">
      <w:r>
        <w:t>"Thanks, Lady Luck."</w:t>
      </w:r>
    </w:p>
    <w:p w14:paraId="36207E61" w14:textId="77777777" w:rsidR="00343BAC" w:rsidRDefault="00343BAC"/>
    <w:p w14:paraId="179D2C14" w14:textId="77777777" w:rsidR="00343BAC" w:rsidRDefault="00617DD5">
      <w:r>
        <w:t>He pushes deeper inside.</w:t>
      </w:r>
    </w:p>
    <w:p w14:paraId="03B0B0C5" w14:textId="77777777" w:rsidR="00343BAC" w:rsidRDefault="00343BAC"/>
    <w:p w14:paraId="2C7A1D34" w14:textId="77777777" w:rsidR="00343BAC" w:rsidRDefault="00617DD5">
      <w:r>
        <w:t>______</w:t>
      </w:r>
    </w:p>
    <w:p w14:paraId="63BF3119" w14:textId="77777777" w:rsidR="00343BAC" w:rsidRDefault="00343BAC"/>
    <w:p w14:paraId="38CB8AC9" w14:textId="77777777" w:rsidR="00343BAC" w:rsidRDefault="00617DD5">
      <w:r>
        <w:t>Flashback — One month ago.</w:t>
      </w:r>
    </w:p>
    <w:p w14:paraId="739820C6" w14:textId="77777777" w:rsidR="00343BAC" w:rsidRDefault="00343BAC"/>
    <w:p w14:paraId="2E2E5161" w14:textId="77777777" w:rsidR="00343BAC" w:rsidRDefault="00617DD5">
      <w:r>
        <w:t xml:space="preserve">The same cadence of rain, but different streets. Zain, Rick, and Gem move as a trio down the narrow spine of </w:t>
      </w:r>
      <w:proofErr w:type="spellStart"/>
      <w:r>
        <w:t>Shellbay's</w:t>
      </w:r>
      <w:proofErr w:type="spellEnd"/>
      <w:r>
        <w:t xml:space="preserve"> east quarter. Their first assignment, green as grass, nerves hidden under bravado.</w:t>
      </w:r>
    </w:p>
    <w:p w14:paraId="41F4BD0C" w14:textId="77777777" w:rsidR="00343BAC" w:rsidRDefault="00343BAC"/>
    <w:p w14:paraId="650541C9" w14:textId="77777777" w:rsidR="00343BAC" w:rsidRDefault="00617DD5">
      <w:r>
        <w:t>Rick adjusts the strap of his Agency issue gear, grin flashing. "First assignment. We'll nail this. Easy."</w:t>
      </w:r>
    </w:p>
    <w:p w14:paraId="15B9A05A" w14:textId="77777777" w:rsidR="00343BAC" w:rsidRDefault="00343BAC"/>
    <w:p w14:paraId="0D49587E" w14:textId="77777777" w:rsidR="00343BAC" w:rsidRDefault="00617DD5">
      <w:r>
        <w:t>Gem rolls her eyes, tugging her jacket tighter. "Optimism is cute. Just don't get us killed."</w:t>
      </w:r>
    </w:p>
    <w:p w14:paraId="51D48B4D" w14:textId="77777777" w:rsidR="00343BAC" w:rsidRDefault="00343BAC"/>
    <w:p w14:paraId="61F0E548" w14:textId="77777777" w:rsidR="00343BAC" w:rsidRDefault="00617DD5">
      <w:r>
        <w:t>Zain walks between them, coin sliding across his knuckles. "Relax. You've got me. What's the worst that can happen?"</w:t>
      </w:r>
    </w:p>
    <w:p w14:paraId="7198F2F7" w14:textId="77777777" w:rsidR="00343BAC" w:rsidRDefault="00343BAC"/>
    <w:p w14:paraId="13ADD895" w14:textId="77777777" w:rsidR="00343BAC" w:rsidRDefault="00617DD5">
      <w:r>
        <w:t>Kade's voice crackles through the comm. "Contamination spike confirmed. Warehouse ahead. No heroics. Breach, survive, report."</w:t>
      </w:r>
    </w:p>
    <w:p w14:paraId="0F5A805B" w14:textId="77777777" w:rsidR="00343BAC" w:rsidRDefault="00343BAC"/>
    <w:p w14:paraId="1DFAEDB1" w14:textId="77777777" w:rsidR="00343BAC" w:rsidRDefault="00617DD5">
      <w:r>
        <w:t>The warehouse looms at the street's end, its windows pulsing faint purple from within. The sound inside carries down the block — not music, but something broken, like hymns torn apart and re-stitched until they don't fit.</w:t>
      </w:r>
    </w:p>
    <w:p w14:paraId="3E7D4F7B" w14:textId="77777777" w:rsidR="00343BAC" w:rsidRDefault="00343BAC"/>
    <w:p w14:paraId="685EF3A7" w14:textId="77777777" w:rsidR="00343BAC" w:rsidRDefault="00617DD5">
      <w:r>
        <w:t>The trio exchange glances.</w:t>
      </w:r>
    </w:p>
    <w:p w14:paraId="1DB642EF" w14:textId="77777777" w:rsidR="00343BAC" w:rsidRDefault="00343BAC"/>
    <w:p w14:paraId="74328890" w14:textId="77777777" w:rsidR="00343BAC" w:rsidRDefault="00617DD5">
      <w:r>
        <w:t>______</w:t>
      </w:r>
    </w:p>
    <w:p w14:paraId="51ADEFED" w14:textId="77777777" w:rsidR="00343BAC" w:rsidRDefault="00343BAC"/>
    <w:p w14:paraId="18DA3B6E" w14:textId="77777777" w:rsidR="00343BAC" w:rsidRDefault="00617DD5">
      <w:r>
        <w:t>Present.</w:t>
      </w:r>
    </w:p>
    <w:p w14:paraId="0726A6C2" w14:textId="77777777" w:rsidR="00343BAC" w:rsidRDefault="00343BAC"/>
    <w:p w14:paraId="70D81200" w14:textId="77777777" w:rsidR="00343BAC" w:rsidRDefault="00617DD5">
      <w:r>
        <w:t>The Corpse-men crowd closer, movements twitchy, jaws slack as they echo forward. Zain flicks his coin into the air — Coin Twist — probability snaps. One stumbles on a broken stair, toppling into two more.</w:t>
      </w:r>
    </w:p>
    <w:p w14:paraId="2C378CAD" w14:textId="77777777" w:rsidR="00343BAC" w:rsidRDefault="00343BAC"/>
    <w:p w14:paraId="6A1C9A4B" w14:textId="77777777" w:rsidR="00343BAC" w:rsidRDefault="00617DD5">
      <w:r>
        <w:t>Zain moves fast, boots slapping the wet floor, parkour instincts carrying him up onto a cracked railing. He kicks off, landing hard on one Corpse-man's shoulders, driving it through the rotten floorboards.</w:t>
      </w:r>
    </w:p>
    <w:p w14:paraId="66581A18" w14:textId="77777777" w:rsidR="00343BAC" w:rsidRDefault="00343BAC"/>
    <w:p w14:paraId="5CEDE54E" w14:textId="77777777" w:rsidR="00343BAC" w:rsidRDefault="00617DD5">
      <w:r>
        <w:t>The squad outside waits for his signal. He needs to thin the tide first.</w:t>
      </w:r>
    </w:p>
    <w:p w14:paraId="2D82D254" w14:textId="77777777" w:rsidR="00343BAC" w:rsidRDefault="00343BAC"/>
    <w:p w14:paraId="0ECBB710" w14:textId="77777777" w:rsidR="00343BAC" w:rsidRDefault="00617DD5">
      <w:r>
        <w:t>Another coin flip. Another twist of odds.</w:t>
      </w:r>
    </w:p>
    <w:p w14:paraId="383A8C6C" w14:textId="77777777" w:rsidR="00343BAC" w:rsidRDefault="00343BAC"/>
    <w:p w14:paraId="3929DA22" w14:textId="77777777" w:rsidR="00343BAC" w:rsidRDefault="00617DD5">
      <w:r>
        <w:t>The Corpse-men hiss.</w:t>
      </w:r>
    </w:p>
    <w:p w14:paraId="15A22E75" w14:textId="77777777" w:rsidR="00343BAC" w:rsidRDefault="00343BAC"/>
    <w:p w14:paraId="09DD0BC2" w14:textId="77777777" w:rsidR="00343BAC" w:rsidRDefault="00617DD5">
      <w:r>
        <w:t>Zain grins, teeth flashing in the dark.</w:t>
      </w:r>
    </w:p>
    <w:p w14:paraId="0018CF5F" w14:textId="77777777" w:rsidR="00343BAC" w:rsidRDefault="00343BAC"/>
    <w:p w14:paraId="52D82456" w14:textId="77777777" w:rsidR="00343BAC" w:rsidRDefault="00617DD5">
      <w:r>
        <w:t>"Alright. Let's roll the dice."</w:t>
      </w:r>
    </w:p>
    <w:p w14:paraId="48F6D341" w14:textId="77777777" w:rsidR="00343BAC" w:rsidRDefault="00343BAC"/>
    <w:p w14:paraId="40134E30" w14:textId="77777777" w:rsidR="00343BAC" w:rsidRDefault="00617DD5">
      <w:r>
        <w:t>_____</w:t>
      </w:r>
    </w:p>
    <w:p w14:paraId="3FAB5EA8" w14:textId="77777777" w:rsidR="00343BAC" w:rsidRDefault="00343BAC"/>
    <w:p w14:paraId="2C5B16FE" w14:textId="77777777" w:rsidR="00343BAC" w:rsidRDefault="00617DD5">
      <w:r>
        <w:t>Flashback.</w:t>
      </w:r>
    </w:p>
    <w:p w14:paraId="3D8DDE72" w14:textId="77777777" w:rsidR="00343BAC" w:rsidRDefault="00343BAC"/>
    <w:p w14:paraId="069BA2E5" w14:textId="77777777" w:rsidR="00343BAC" w:rsidRDefault="00617DD5">
      <w:r>
        <w:t>From that fracture, something stirs: an Error-class Bizarre, its shape twitching in and out of alignment with reality, drawn by the false hymn.</w:t>
      </w:r>
    </w:p>
    <w:p w14:paraId="1BC4D8C0" w14:textId="77777777" w:rsidR="00343BAC" w:rsidRDefault="00343BAC"/>
    <w:p w14:paraId="69BC0202" w14:textId="77777777" w:rsidR="00343BAC" w:rsidRDefault="00617DD5">
      <w:r>
        <w:t>The warehouse rattles with fractured hymns.</w:t>
      </w:r>
    </w:p>
    <w:p w14:paraId="6CA5F2C5" w14:textId="77777777" w:rsidR="00343BAC" w:rsidRDefault="00617DD5">
      <w:r>
        <w:t>The Error shudders out of the shimmer, torso stuttering between shapes. Limbs fold wrong, face flickers. Each pulse of the hymn drags it further into reality.</w:t>
      </w:r>
    </w:p>
    <w:p w14:paraId="355F6CEC" w14:textId="77777777" w:rsidR="00343BAC" w:rsidRDefault="00617DD5">
      <w:r>
        <w:t xml:space="preserve"> </w:t>
      </w:r>
    </w:p>
    <w:p w14:paraId="28E26F3B" w14:textId="77777777" w:rsidR="00343BAC" w:rsidRDefault="00617DD5">
      <w:r>
        <w:t>Rick charges, jaw locked, — Fighting Instincts — coiling through every movement. He slams his baton into the first warped figure, fluid combinations chaining from — Arsenal — as his strikes hammer like pistons, every blow crisp, trained, amplified by his Path. The bizarre staggers but doesn't fall, body flickering in and out of form.</w:t>
      </w:r>
    </w:p>
    <w:p w14:paraId="11D1E794" w14:textId="77777777" w:rsidR="00343BAC" w:rsidRDefault="00343BAC"/>
    <w:p w14:paraId="3CADD4A2" w14:textId="77777777" w:rsidR="00343BAC" w:rsidRDefault="00617DD5">
      <w:r>
        <w:t>Gem's eyes narrow. "Look at me!" — Compelling Word.</w:t>
      </w:r>
    </w:p>
    <w:p w14:paraId="73C329B5" w14:textId="77777777" w:rsidR="00343BAC" w:rsidRDefault="00617DD5">
      <w:r>
        <w:t>She shifts, her — Charismatic Presence — bending focus toward herself, just long enough to stagger their rhythm. The Error turn as if yanked, attention cutting toward her against their will. It isn't glamour. It's pressure — a hook that draws eyes to her because of charisma.</w:t>
      </w:r>
    </w:p>
    <w:p w14:paraId="2124034F" w14:textId="77777777" w:rsidR="00343BAC" w:rsidRDefault="00343BAC"/>
    <w:p w14:paraId="7D9FBF98" w14:textId="77777777" w:rsidR="00343BAC" w:rsidRDefault="00617DD5">
      <w:r>
        <w:t>Zain vaults a crate, coin flashing between his fingers. The distortion surges toward him but — Lucky Aura — tilts its swipe wide, claws smashing empty air. He grins, flips the coin — Coin Twist —. The crate topples, crashing down on the warped figure Rick had softened, flattening it against the fractured floor.</w:t>
      </w:r>
    </w:p>
    <w:p w14:paraId="74861883" w14:textId="77777777" w:rsidR="00343BAC" w:rsidRDefault="00343BAC"/>
    <w:p w14:paraId="576741D0" w14:textId="77777777" w:rsidR="00343BAC" w:rsidRDefault="00617DD5">
      <w:r>
        <w:t>_________</w:t>
      </w:r>
    </w:p>
    <w:p w14:paraId="2F54BBE1" w14:textId="77777777" w:rsidR="00343BAC" w:rsidRDefault="00343BAC"/>
    <w:p w14:paraId="60B86F1E" w14:textId="77777777" w:rsidR="00343BAC" w:rsidRDefault="00617DD5">
      <w:r>
        <w:t>Present.</w:t>
      </w:r>
    </w:p>
    <w:p w14:paraId="1E8BBD93" w14:textId="77777777" w:rsidR="00343BAC" w:rsidRDefault="00343BAC"/>
    <w:p w14:paraId="71F4648D" w14:textId="77777777" w:rsidR="00343BAC" w:rsidRDefault="00617DD5">
      <w:r>
        <w:t>The Corpse-men close ranks, their jaws snapping open and shut like broken hinges. The stink of salt rot and wet fabric thickens the deeper Zain pushes. He plants a hand on a beam, vaults over a lurching figure, and lands hard on the cracked tiles. His coin flicks into the air — Coin Twist — tilting fate just enough for a falling pipe to spear through a Corpse-man's chest. It convulses, then slumps into stillness.</w:t>
      </w:r>
    </w:p>
    <w:p w14:paraId="47C25F3F" w14:textId="77777777" w:rsidR="00343BAC" w:rsidRDefault="00343BAC"/>
    <w:p w14:paraId="06CCCEA1" w14:textId="77777777" w:rsidR="00343BAC" w:rsidRDefault="00617DD5">
      <w:r>
        <w:t>"Not cool," Zain mutters, "but It drops. That's enough."</w:t>
      </w:r>
    </w:p>
    <w:p w14:paraId="7A1FA8B0" w14:textId="77777777" w:rsidR="00343BAC" w:rsidRDefault="00343BAC"/>
    <w:p w14:paraId="2B975C9A" w14:textId="77777777" w:rsidR="00343BAC" w:rsidRDefault="00617DD5">
      <w:r>
        <w:t>Two more shamble from the shadows, their limbs jerking too fast for dead flesh. They rush him at once. Zain slides low, Lucky Aura bending their timing, one lunging too early, the other too late. He rolls up behind them, heel slamming into the back of a knee. Bone crunches. The creature folds sideways, dragging its partner down in a tangle of limbs.</w:t>
      </w:r>
    </w:p>
    <w:p w14:paraId="68C852BD" w14:textId="77777777" w:rsidR="00343BAC" w:rsidRDefault="00343BAC"/>
    <w:p w14:paraId="681B11D9" w14:textId="77777777" w:rsidR="00343BAC" w:rsidRDefault="00617DD5">
      <w:r>
        <w:t>From the entrance, one of the support agents calls, "Mark! Status?"</w:t>
      </w:r>
    </w:p>
    <w:p w14:paraId="71888EF7" w14:textId="77777777" w:rsidR="00343BAC" w:rsidRDefault="00343BAC"/>
    <w:p w14:paraId="1EE19178" w14:textId="77777777" w:rsidR="00343BAC" w:rsidRDefault="00617DD5">
      <w:r>
        <w:t>"Still breathing," Zain fires back, vaulting onto a stair rail. His coin arcs high, spinning, catching dim light. Another — Coin Twist —, and the railing under the Corpse-man splinters just as it grabs for him. Both of them crash down in a heap of rubble.</w:t>
      </w:r>
    </w:p>
    <w:p w14:paraId="4E96661C" w14:textId="77777777" w:rsidR="00343BAC" w:rsidRDefault="00343BAC"/>
    <w:p w14:paraId="7AD81EE1" w14:textId="77777777" w:rsidR="00343BAC" w:rsidRDefault="00617DD5">
      <w:r>
        <w:t>The chorus of groans rises again. More are coming.</w:t>
      </w:r>
    </w:p>
    <w:p w14:paraId="50258E5B" w14:textId="77777777" w:rsidR="00343BAC" w:rsidRDefault="00343BAC"/>
    <w:p w14:paraId="4BD31332" w14:textId="77777777" w:rsidR="00343BAC" w:rsidRDefault="00617DD5">
      <w:r>
        <w:t>Zain tightens his grip on the coin, breath misting in the cold, foul air. "Fine. Let's see how deep this nest runs."</w:t>
      </w:r>
    </w:p>
    <w:p w14:paraId="7B9452B5" w14:textId="77777777" w:rsidR="00343BAC" w:rsidRDefault="00343BAC"/>
    <w:p w14:paraId="0435D907" w14:textId="77777777" w:rsidR="00343BAC" w:rsidRDefault="00617DD5">
      <w:r>
        <w:t>He kicks the door to the lower level. The dark yawns open.</w:t>
      </w:r>
    </w:p>
    <w:p w14:paraId="20D38AFB" w14:textId="77777777" w:rsidR="00343BAC" w:rsidRDefault="00343BAC"/>
    <w:p w14:paraId="6E8783D1" w14:textId="77777777" w:rsidR="00343BAC" w:rsidRDefault="00617DD5">
      <w:r>
        <w:t>______</w:t>
      </w:r>
    </w:p>
    <w:p w14:paraId="5FD8D173" w14:textId="77777777" w:rsidR="00343BAC" w:rsidRDefault="00343BAC"/>
    <w:p w14:paraId="1BE8119B" w14:textId="77777777" w:rsidR="00343BAC" w:rsidRDefault="00617DD5">
      <w:r>
        <w:t xml:space="preserve">Flashback </w:t>
      </w:r>
    </w:p>
    <w:p w14:paraId="30F81F35" w14:textId="77777777" w:rsidR="00343BAC" w:rsidRDefault="00343BAC"/>
    <w:p w14:paraId="39D1FB10" w14:textId="77777777" w:rsidR="00343BAC" w:rsidRDefault="00617DD5">
      <w:r>
        <w:t>The hymn wavers, falters — then spikes again, raw and jagged. The warped figure twitches under the crushed crate, body stuttering between shapes, then phases through the debris like matter means nothing.</w:t>
      </w:r>
    </w:p>
    <w:p w14:paraId="4799613D" w14:textId="77777777" w:rsidR="00343BAC" w:rsidRDefault="00343BAC"/>
    <w:p w14:paraId="6234457D" w14:textId="77777777" w:rsidR="00343BAC" w:rsidRDefault="00617DD5">
      <w:r>
        <w:t>It swells grotesque, pulling itself taller, the fractured song feeding resonance into its broken frame. Limbs splay at wrong angles, ribs stretching open as if trying to imitate wings.</w:t>
      </w:r>
    </w:p>
    <w:p w14:paraId="0A5AAE92" w14:textId="77777777" w:rsidR="00343BAC" w:rsidRDefault="00343BAC"/>
    <w:p w14:paraId="53E7C891" w14:textId="77777777" w:rsidR="00343BAC" w:rsidRDefault="00617DD5">
      <w:r>
        <w:t>The Error lashes out — an arm of static and bone striking across the room. Rick takes the hit, slamming into a stack of crates, coughing blood but still moving.</w:t>
      </w:r>
    </w:p>
    <w:p w14:paraId="7E063EFC" w14:textId="77777777" w:rsidR="00343BAC" w:rsidRDefault="00343BAC"/>
    <w:p w14:paraId="50AB415B" w14:textId="77777777" w:rsidR="00343BAC" w:rsidRDefault="00617DD5">
      <w:r>
        <w:t>Rick lunges again, battered but unbroken, fists snapping into its torso. — Fighting Instincts — keep him just outside its lethal reach, but his — Arsenal — strikes land like blows against water, splashing without sinking. The bizarre hardly slows.</w:t>
      </w:r>
    </w:p>
    <w:p w14:paraId="54F72AFB" w14:textId="77777777" w:rsidR="00343BAC" w:rsidRDefault="00343BAC"/>
    <w:p w14:paraId="2938C0BE" w14:textId="77777777" w:rsidR="00343BAC" w:rsidRDefault="00617DD5">
      <w:r>
        <w:t>Gem moves to his flank, voice tearing into the air: "Eyes here!" — Compelling Word —. For half a breath, it snaps toward her, and the distortion around its head glitches, caught between masks. But then the hymn pushes harder, shoving back against her pull, splitting her voice into echoes that don't belong to her throat. She staggers, clutching at her chest as if her own resonance is slipping sideways.</w:t>
      </w:r>
    </w:p>
    <w:p w14:paraId="0146FF89" w14:textId="77777777" w:rsidR="00343BAC" w:rsidRDefault="00343BAC"/>
    <w:p w14:paraId="1BC5DB53" w14:textId="77777777" w:rsidR="00343BAC" w:rsidRDefault="00617DD5">
      <w:r>
        <w:t>Zain doesn't hesitate. He dives past Rick, coin flashing. — Lucky Aura — makes the floor hold just long enough for him to spring, then rot straight through the moment the bizarre's claws strike where he was. He twists the coin mid-air — Coin Twist —. A dangling light rig snaps loose, crashing down and showering sparks across the warped thing's shoulders.</w:t>
      </w:r>
    </w:p>
    <w:p w14:paraId="107BCD9B" w14:textId="77777777" w:rsidR="00343BAC" w:rsidRDefault="00343BAC"/>
    <w:p w14:paraId="788B791A" w14:textId="77777777" w:rsidR="00343BAC" w:rsidRDefault="00617DD5">
      <w:r>
        <w:t>The smell of ozone and burnt iron floods the room. The bizarre shrieks — no voice, just an error tone that splinters glass.</w:t>
      </w:r>
    </w:p>
    <w:p w14:paraId="19B1CF13" w14:textId="77777777" w:rsidR="00343BAC" w:rsidRDefault="00343BAC"/>
    <w:p w14:paraId="5561C7EB" w14:textId="77777777" w:rsidR="00343BAC" w:rsidRDefault="00617DD5">
      <w:r>
        <w:t>The trio falter. The warehouse shakes, hymn rising again, dragging the monster into sharper form with every note. They're out of time.</w:t>
      </w:r>
    </w:p>
    <w:p w14:paraId="233F6F2B" w14:textId="77777777" w:rsidR="00343BAC" w:rsidRDefault="00343BAC"/>
    <w:p w14:paraId="53989492" w14:textId="77777777" w:rsidR="00343BAC" w:rsidRDefault="00617DD5">
      <w:r>
        <w:t xml:space="preserve">Then the comms split through: "Break off. Sweep </w:t>
      </w:r>
      <w:proofErr w:type="spellStart"/>
      <w:r>
        <w:t>en</w:t>
      </w:r>
      <w:proofErr w:type="spellEnd"/>
      <w:r>
        <w:t xml:space="preserve"> route."</w:t>
      </w:r>
    </w:p>
    <w:p w14:paraId="1F88779D" w14:textId="77777777" w:rsidR="00343BAC" w:rsidRDefault="00343BAC"/>
    <w:p w14:paraId="51617BF4" w14:textId="77777777" w:rsidR="00343BAC" w:rsidRDefault="00617DD5">
      <w:r>
        <w:t>The recruits disengage, stumbling back through broken crates and flickering light. The bizarre surges after them — but the doors explode inward. A Full Agent enters, resonance hitting like a tidal wave. Their movements are sharp, merciless, practiced; abilities crash in concert, overwhelming the bizarre's rhythm. Rick, Gem, and Zain can only watch. Their own struggle feels like flailing in a storm; this is a surgeon cutting clean. The gap is impossible to ignore.</w:t>
      </w:r>
    </w:p>
    <w:p w14:paraId="23DD2924" w14:textId="77777777" w:rsidR="00343BAC" w:rsidRDefault="00343BAC"/>
    <w:p w14:paraId="76801A53" w14:textId="77777777" w:rsidR="00343BAC" w:rsidRDefault="00617DD5">
      <w:r>
        <w:t>The warped figure convulses, splinters, collapses back into unreality with a tearing sound.</w:t>
      </w:r>
    </w:p>
    <w:p w14:paraId="2B7ED099" w14:textId="77777777" w:rsidR="00343BAC" w:rsidRDefault="00343BAC"/>
    <w:p w14:paraId="3B154D62" w14:textId="77777777" w:rsidR="00343BAC" w:rsidRDefault="00617DD5">
      <w:r>
        <w:t>The distortion writhes once, then collapses, flickering out of alignment with a sound like glass shearing underwater.</w:t>
      </w:r>
    </w:p>
    <w:p w14:paraId="3B466D3D" w14:textId="77777777" w:rsidR="00343BAC" w:rsidRDefault="00343BAC"/>
    <w:p w14:paraId="17D97F53" w14:textId="77777777" w:rsidR="00343BAC" w:rsidRDefault="00617DD5">
      <w:r>
        <w:t>The Support Staff are already moving. One signals, and the decontamination squad pushes in — suits sealed, instruments humming as they scrape residue into steel canisters. Another team secures the cracked floor with resonance stabilizers, the hum steadying the warped geometry until the walls breathe normal again.</w:t>
      </w:r>
    </w:p>
    <w:p w14:paraId="0DF6558B" w14:textId="77777777" w:rsidR="00343BAC" w:rsidRDefault="00343BAC"/>
    <w:p w14:paraId="3E3C666D" w14:textId="77777777" w:rsidR="00343BAC" w:rsidRDefault="00617DD5">
      <w:r>
        <w:t>Rick leans back, chest hammering, baton still clenched. Gem rubs her temples, her presence fading now that the pressure is gone.</w:t>
      </w:r>
    </w:p>
    <w:p w14:paraId="2E322E87" w14:textId="77777777" w:rsidR="00343BAC" w:rsidRDefault="00343BAC"/>
    <w:p w14:paraId="562FBD18" w14:textId="77777777" w:rsidR="00343BAC" w:rsidRDefault="00617DD5">
      <w:r>
        <w:t>Zain slides his coin into his pocket, jaw set as he watches the sweep. No speeches, no triumph. Just procedure.</w:t>
      </w:r>
    </w:p>
    <w:p w14:paraId="00762993" w14:textId="77777777" w:rsidR="00343BAC" w:rsidRDefault="00343BAC"/>
    <w:p w14:paraId="50259670" w14:textId="77777777" w:rsidR="00343BAC" w:rsidRDefault="00617DD5">
      <w:r>
        <w:t>Medics triage two civilians pulled from the edges, handlers records every second. Surveillance rigs click into the rafters — they'll be here a week at least, monitoring for any aftershock.</w:t>
      </w:r>
    </w:p>
    <w:p w14:paraId="4D091CB5" w14:textId="77777777" w:rsidR="00343BAC" w:rsidRDefault="00343BAC"/>
    <w:p w14:paraId="719F1EC6" w14:textId="77777777" w:rsidR="00343BAC" w:rsidRDefault="00617DD5">
      <w:r>
        <w:t>For the rookies, it's over. For the Agency, it's just step five of the SOP.</w:t>
      </w:r>
    </w:p>
    <w:p w14:paraId="006C75AA" w14:textId="77777777" w:rsidR="00343BAC" w:rsidRDefault="00343BAC"/>
    <w:p w14:paraId="5BEAA53E" w14:textId="77777777" w:rsidR="00343BAC" w:rsidRDefault="00617DD5">
      <w:r>
        <w:t>Rick slumps against a wall, spit red on his lip, still grinning. "We softened it."</w:t>
      </w:r>
    </w:p>
    <w:p w14:paraId="53D214FD" w14:textId="77777777" w:rsidR="00343BAC" w:rsidRDefault="00343BAC"/>
    <w:p w14:paraId="3D7C0E91" w14:textId="77777777" w:rsidR="00343BAC" w:rsidRDefault="00617DD5">
      <w:r>
        <w:t>Gem spits back, hair plastered to her face. "We barely survived it."</w:t>
      </w:r>
    </w:p>
    <w:p w14:paraId="5B47B6A7" w14:textId="77777777" w:rsidR="00343BAC" w:rsidRDefault="00343BAC"/>
    <w:p w14:paraId="693706AC" w14:textId="77777777" w:rsidR="00343BAC" w:rsidRDefault="00617DD5">
      <w:r>
        <w:t>Zain palms his coin, breath ragged, smirk faint. "And we're still breathing. That's enough." He doesn't argue. Because beneath the noise of cleanup, the thought is clear:</w:t>
      </w:r>
    </w:p>
    <w:p w14:paraId="7F07E4CC" w14:textId="77777777" w:rsidR="00343BAC" w:rsidRDefault="00343BAC"/>
    <w:p w14:paraId="6CE17106" w14:textId="77777777" w:rsidR="00343BAC" w:rsidRDefault="00617DD5">
      <w:r>
        <w:t>'First mission. You don't win. You endure.'</w:t>
      </w:r>
    </w:p>
    <w:p w14:paraId="1FB9EA3E" w14:textId="77777777" w:rsidR="00343BAC" w:rsidRDefault="00343BAC"/>
    <w:p w14:paraId="3A5C1820" w14:textId="77777777" w:rsidR="00343BAC" w:rsidRDefault="00617DD5">
      <w:r>
        <w:t>“Doesn't mean we weren't outclassed!” Gem argues back.</w:t>
      </w:r>
    </w:p>
    <w:p w14:paraId="7A166807" w14:textId="77777777" w:rsidR="00343BAC" w:rsidRDefault="00343BAC"/>
    <w:p w14:paraId="48A1BDAB" w14:textId="77777777" w:rsidR="00343BAC" w:rsidRDefault="00617DD5">
      <w:r>
        <w:t>Rick leans forward, palms on his knees, shoulders heaving with each breath. He laughs once, hoarse and stubborn, like he has to prove the fight hasn't broken him. "We didn't fold. That counts."</w:t>
      </w:r>
    </w:p>
    <w:p w14:paraId="7FF61CF6" w14:textId="77777777" w:rsidR="00343BAC" w:rsidRDefault="00343BAC"/>
    <w:p w14:paraId="1FC21363" w14:textId="77777777" w:rsidR="00343BAC" w:rsidRDefault="00617DD5">
      <w:r>
        <w:t>Gem wipes grit from her cheek, her gaze sharper than her words. "Counts for what? We didn't even scratch it." She glances at the agents moving past, their control refined, their pace calm. "We're not close to that. Not yet."</w:t>
      </w:r>
    </w:p>
    <w:p w14:paraId="736E86C4" w14:textId="77777777" w:rsidR="00343BAC" w:rsidRDefault="00343BAC"/>
    <w:p w14:paraId="72350A2E" w14:textId="77777777" w:rsidR="00343BAC" w:rsidRDefault="00617DD5">
      <w:r>
        <w:t>Zain turns his coin over between his fingers, metal warm from the fight. He smirks, but it's thinner now, a mask stretched over a question he doesn't voice. He watches the Support agents as they clean up methodically.</w:t>
      </w:r>
    </w:p>
    <w:p w14:paraId="77D48603" w14:textId="77777777" w:rsidR="0008343A" w:rsidRDefault="0008343A">
      <w:r>
        <w:t>That’s the difference. Not strength. Not even luck. Control.</w:t>
      </w:r>
    </w:p>
    <w:p w14:paraId="2F26124F" w14:textId="77777777" w:rsidR="00726625" w:rsidRDefault="007F078C">
      <w:r>
        <w:br w:type="page"/>
      </w:r>
    </w:p>
    <w:p w14:paraId="629925DB" w14:textId="77777777" w:rsidR="00726625" w:rsidRDefault="007F078C">
      <w:pPr>
        <w:pStyle w:val="Heading1"/>
      </w:pPr>
      <w:r>
        <w:t>All Supernatural Chapter 6: Through the Cracks</w:t>
      </w:r>
    </w:p>
    <w:p w14:paraId="284E3580" w14:textId="77777777" w:rsidR="00726625" w:rsidRDefault="007F078C">
      <w:r>
        <w:t>Zain kicks the door, hinges shrieking as the lower level yawns wide. The air is heavier down here, thick with brine and rot, like the harbor had been dragged inside to die.</w:t>
      </w:r>
    </w:p>
    <w:p w14:paraId="5B673B67" w14:textId="77777777" w:rsidR="00726625" w:rsidRDefault="00726625"/>
    <w:p w14:paraId="225EB856" w14:textId="77777777" w:rsidR="00726625" w:rsidRDefault="007F078C">
      <w:r>
        <w:t>The walls pulse faintly with veins of violet light. Cracks spider across concrete, thin and wrong, humming with the same rhythm as the COBD back at HQ. Every beat pushes out another shadow.</w:t>
      </w:r>
    </w:p>
    <w:p w14:paraId="26D26D85" w14:textId="77777777" w:rsidR="00726625" w:rsidRDefault="00726625"/>
    <w:p w14:paraId="71C05C95" w14:textId="77777777" w:rsidR="00726625" w:rsidRDefault="007F078C">
      <w:r>
        <w:t>Corpse-men claw their way free. Fingers snap into place like tools jammed into flesh, eyes rolling blank. They don't rise so much as stutter into being — half there, half not, until the resonance of the crack finishes them.</w:t>
      </w:r>
    </w:p>
    <w:p w14:paraId="7BACB517" w14:textId="77777777" w:rsidR="00726625" w:rsidRDefault="00726625"/>
    <w:p w14:paraId="2BAC2207" w14:textId="77777777" w:rsidR="00726625" w:rsidRDefault="007F078C">
      <w:r>
        <w:t>Zain doesn't wait. His coin spins — Lucky Aura — tilting timing, skewing angles. His hand drops to the sleek pistol on his thigh, matte black with a faint blue glow in its core. He squeezes the trigger once. A shot of condensed energy hisses across the chamber, caving a Corpse-man's skull in a flash of steam.</w:t>
      </w:r>
    </w:p>
    <w:p w14:paraId="05A224F6" w14:textId="77777777" w:rsidR="00726625" w:rsidRDefault="00726625"/>
    <w:p w14:paraId="3870B09C" w14:textId="77777777" w:rsidR="00726625" w:rsidRDefault="007F078C">
      <w:r>
        <w:t>Another lurches from the side. He pivots, coin still spinning — Coin Twist — and debris crashes loose from the ceiling, slamming the creature flat before it can reach him.</w:t>
      </w:r>
    </w:p>
    <w:p w14:paraId="56340FD6" w14:textId="77777777" w:rsidR="00726625" w:rsidRDefault="00726625"/>
    <w:p w14:paraId="2650634E" w14:textId="77777777" w:rsidR="00726625" w:rsidRDefault="007F078C">
      <w:r>
        <w:t>The crack widens. More bodies spill out, jerking forward with impossible hunger.</w:t>
      </w:r>
    </w:p>
    <w:p w14:paraId="74FE63A6" w14:textId="77777777" w:rsidR="00726625" w:rsidRDefault="00726625"/>
    <w:p w14:paraId="5E41DFF9" w14:textId="77777777" w:rsidR="00726625" w:rsidRDefault="007F078C">
      <w:r>
        <w:t>Zain moves. His parkour instincts take him over a railing, boots scraping concrete, pistol firing in sharp rhythm. Each coin toss shifts probability, just enough to line his shots, just enough to make a falling beam spear through two at once.</w:t>
      </w:r>
    </w:p>
    <w:p w14:paraId="203A3949" w14:textId="77777777" w:rsidR="00726625" w:rsidRDefault="00726625"/>
    <w:p w14:paraId="74B47996" w14:textId="77777777" w:rsidR="00726625" w:rsidRDefault="007F078C">
      <w:r>
        <w:t>Still, the tide presses harder.</w:t>
      </w:r>
    </w:p>
    <w:p w14:paraId="4AA9680D" w14:textId="77777777" w:rsidR="00726625" w:rsidRDefault="00726625"/>
    <w:p w14:paraId="60099E9A" w14:textId="77777777" w:rsidR="00726625" w:rsidRDefault="007F078C">
      <w:r>
        <w:t>One catches his arm, jaws snapping at his throat. Zain twists, pistol jammed under its jaw, trigger flaring. Energy blows the top of its skull apart. He wrenches free, sweat slick on his brow, coin biting into his palm.</w:t>
      </w:r>
    </w:p>
    <w:p w14:paraId="6C1658A7" w14:textId="77777777" w:rsidR="00726625" w:rsidRDefault="00726625"/>
    <w:p w14:paraId="3053EF49" w14:textId="77777777" w:rsidR="00726625" w:rsidRDefault="007F078C">
      <w:r>
        <w:t>The nest isn't endless. He knows the source: the crack. The way the purple light pulses faster each time a corpse falls, the rhythm pulling more forward.</w:t>
      </w:r>
    </w:p>
    <w:p w14:paraId="1F0F9DA9" w14:textId="77777777" w:rsidR="00726625" w:rsidRDefault="00726625"/>
    <w:p w14:paraId="35202394" w14:textId="77777777" w:rsidR="00726625" w:rsidRDefault="007F078C">
      <w:r>
        <w:t>Zain flicks his coin high. — Coin Twist —.</w:t>
      </w:r>
    </w:p>
    <w:p w14:paraId="2D01ADAC" w14:textId="77777777" w:rsidR="00726625" w:rsidRDefault="00726625"/>
    <w:p w14:paraId="34706F36" w14:textId="77777777" w:rsidR="00726625" w:rsidRDefault="007F078C">
      <w:r>
        <w:t>The ceiling buckles. Steel beams groan, breaking loose. He dives as the floor collapses behind him, burying the horde in rubble. The coin lands edge-first in his hand, warm and steady.</w:t>
      </w:r>
    </w:p>
    <w:p w14:paraId="58672848" w14:textId="77777777" w:rsidR="00726625" w:rsidRDefault="00726625"/>
    <w:p w14:paraId="08813ECE" w14:textId="77777777" w:rsidR="00726625" w:rsidRDefault="007F078C">
      <w:r>
        <w:t>He staggers up, chest heaving. Just one crack left, its edges raw, spitting resonance.</w:t>
      </w:r>
    </w:p>
    <w:p w14:paraId="615326D9" w14:textId="77777777" w:rsidR="00726625" w:rsidRDefault="00726625"/>
    <w:p w14:paraId="4E062DA5" w14:textId="77777777" w:rsidR="00726625" w:rsidRDefault="007F078C">
      <w:r>
        <w:t>The pistol hums low as he adjusts the charge to stabilize cracks. His thumb traces the coin. "Let's close this out."</w:t>
      </w:r>
    </w:p>
    <w:p w14:paraId="5E11F279" w14:textId="77777777" w:rsidR="00726625" w:rsidRDefault="00726625"/>
    <w:p w14:paraId="718FFC7F" w14:textId="77777777" w:rsidR="00726625" w:rsidRDefault="007F078C">
      <w:r>
        <w:t>He flips it — Coin Twist — probability skewing sharp. The charge detonates against the crack, and instead of ricocheting, the blast settles, folding concrete inward. The resonance shivers, sputters, collapses.</w:t>
      </w:r>
    </w:p>
    <w:p w14:paraId="3BD68D99" w14:textId="77777777" w:rsidR="00726625" w:rsidRDefault="00726625"/>
    <w:p w14:paraId="3102EAFE" w14:textId="77777777" w:rsidR="00726625" w:rsidRDefault="007F078C">
      <w:r>
        <w:t>The room goes still.</w:t>
      </w:r>
    </w:p>
    <w:p w14:paraId="57FDE5E4" w14:textId="77777777" w:rsidR="00726625" w:rsidRDefault="00726625"/>
    <w:p w14:paraId="426950F1" w14:textId="77777777" w:rsidR="00726625" w:rsidRDefault="007F078C">
      <w:r>
        <w:t>Zain exhales hard, sliding the coin into his pocket. "The Bizarre cleared," he mutters into comms.</w:t>
      </w:r>
    </w:p>
    <w:p w14:paraId="5D5303B8" w14:textId="77777777" w:rsidR="00726625" w:rsidRDefault="00726625"/>
    <w:p w14:paraId="54C27F56" w14:textId="77777777" w:rsidR="00726625" w:rsidRDefault="007F078C">
      <w:r>
        <w:t>The decontamination squad moves in within minutes, their boots steady, suits hissing as they sweep. They scrape residue, clamp stabilizers into the floor, and log every reading with unbroken calm. For them, this is routine. For Zain, it's survival.</w:t>
      </w:r>
    </w:p>
    <w:p w14:paraId="449BE9BF" w14:textId="77777777" w:rsidR="00726625" w:rsidRDefault="00726625"/>
    <w:p w14:paraId="2C63269F" w14:textId="77777777" w:rsidR="00726625" w:rsidRDefault="007F078C">
      <w:r>
        <w:t>He watches just long enough to be sure, then leaves the squad to finish the sweep.</w:t>
      </w:r>
    </w:p>
    <w:p w14:paraId="72CD5A41" w14:textId="77777777" w:rsidR="00726625" w:rsidRDefault="00726625"/>
    <w:p w14:paraId="4B0C6E2B" w14:textId="77777777" w:rsidR="00726625" w:rsidRDefault="007F078C">
      <w:r>
        <w:t>_______</w:t>
      </w:r>
    </w:p>
    <w:p w14:paraId="36EB3985" w14:textId="77777777" w:rsidR="00726625" w:rsidRDefault="00726625"/>
    <w:p w14:paraId="790A6B3F" w14:textId="77777777" w:rsidR="00726625" w:rsidRDefault="00726625"/>
    <w:p w14:paraId="1FC1381D" w14:textId="77777777" w:rsidR="00726625" w:rsidRDefault="007F078C">
      <w:r>
        <w:t>Back at HQ, the lights are harsh, the walls too clean. Zain sits across from a senior officer, badge glinting cold under fluorescents. The report is short, clipped.</w:t>
      </w:r>
    </w:p>
    <w:p w14:paraId="52927D7C" w14:textId="77777777" w:rsidR="00726625" w:rsidRDefault="00726625"/>
    <w:p w14:paraId="58E4ECCA" w14:textId="77777777" w:rsidR="00726625" w:rsidRDefault="007F078C">
      <w:r>
        <w:t>"Crack sealed. Approximate count — thirty corpse-men entities. Site under surveillance for two weeks."</w:t>
      </w:r>
    </w:p>
    <w:p w14:paraId="615CED0E" w14:textId="77777777" w:rsidR="00726625" w:rsidRDefault="00726625"/>
    <w:p w14:paraId="44FF0C99" w14:textId="77777777" w:rsidR="00726625" w:rsidRDefault="007F078C">
      <w:r>
        <w:t>The officer's pen scratches across a slate. "Noted. You performed above probationary metrics. That said…" A pause, eyes narrowing. "We're seeing frequency spikes across multiple zones. Don't expect every breach to fold so neatly."</w:t>
      </w:r>
    </w:p>
    <w:p w14:paraId="0793339C" w14:textId="77777777" w:rsidR="00726625" w:rsidRDefault="00726625"/>
    <w:p w14:paraId="352F9BF9" w14:textId="77777777" w:rsidR="00726625" w:rsidRDefault="007F078C">
      <w:r>
        <w:t>Zain doesn't answer. There's nothing to say.</w:t>
      </w:r>
    </w:p>
    <w:p w14:paraId="7E7F710D" w14:textId="77777777" w:rsidR="00726625" w:rsidRDefault="00726625"/>
    <w:p w14:paraId="7A20F881" w14:textId="77777777" w:rsidR="00726625" w:rsidRDefault="007F078C">
      <w:r>
        <w:t>"Dismissed."</w:t>
      </w:r>
    </w:p>
    <w:p w14:paraId="5DEA6592" w14:textId="77777777" w:rsidR="00726625" w:rsidRDefault="00726625"/>
    <w:p w14:paraId="044783DC" w14:textId="77777777" w:rsidR="00726625" w:rsidRDefault="007F078C">
      <w:r>
        <w:t>He stands, coin rolling across his knuckles as he leaves the room.</w:t>
      </w:r>
    </w:p>
    <w:p w14:paraId="469A3F07" w14:textId="77777777" w:rsidR="00726625" w:rsidRDefault="00726625"/>
    <w:p w14:paraId="2670BA8C" w14:textId="77777777" w:rsidR="00726625" w:rsidRDefault="007F078C">
      <w:r>
        <w:t>______</w:t>
      </w:r>
    </w:p>
    <w:p w14:paraId="4DB15FE1" w14:textId="77777777" w:rsidR="00726625" w:rsidRDefault="00726625"/>
    <w:p w14:paraId="28B81E78" w14:textId="77777777" w:rsidR="00726625" w:rsidRDefault="007F078C">
      <w:r>
        <w:t>Amber's apartment is warm against the rain. The faint glow of a desk lamp softens the shadows as Zain steps inside, jacket dripping, boots heavy from the night.</w:t>
      </w:r>
    </w:p>
    <w:p w14:paraId="3A75B25E" w14:textId="77777777" w:rsidR="00726625" w:rsidRDefault="00726625"/>
    <w:p w14:paraId="504892A5" w14:textId="77777777" w:rsidR="00726625" w:rsidRDefault="007F078C">
      <w:r>
        <w:t>Amber rises from the couch, relief flickering across her face as soon as she sees him. "You're back."</w:t>
      </w:r>
    </w:p>
    <w:p w14:paraId="0B2E9D42" w14:textId="77777777" w:rsidR="00726625" w:rsidRDefault="00726625"/>
    <w:p w14:paraId="1653B43C" w14:textId="77777777" w:rsidR="00726625" w:rsidRDefault="007F078C">
      <w:r>
        <w:t>"Yeah," Zain mutters, shrugging off his jacket. The smell of rain and faint rot clings to him. "Took longer than I thought."</w:t>
      </w:r>
    </w:p>
    <w:p w14:paraId="243631AC" w14:textId="77777777" w:rsidR="00726625" w:rsidRDefault="00726625"/>
    <w:p w14:paraId="4E1C5F16" w14:textId="77777777" w:rsidR="00726625" w:rsidRDefault="007F078C">
      <w:r>
        <w:t>She closes the distance without hesitation, arms sliding around him, lips brushing his cheek before finding his mouth in a brief, grounding kiss. "Doesn't matter. You're here."</w:t>
      </w:r>
    </w:p>
    <w:p w14:paraId="3178B366" w14:textId="77777777" w:rsidR="00726625" w:rsidRDefault="00726625"/>
    <w:p w14:paraId="7E8712D0" w14:textId="77777777" w:rsidR="00726625" w:rsidRDefault="007F078C">
      <w:r>
        <w:t>He exhales, some of the tension draining out of his shoulders as one hand rests lightly at her back.</w:t>
      </w:r>
    </w:p>
    <w:p w14:paraId="1EE9AFB3" w14:textId="77777777" w:rsidR="00726625" w:rsidRDefault="00726625"/>
    <w:p w14:paraId="06061C5B" w14:textId="77777777" w:rsidR="00726625" w:rsidRDefault="007F078C">
      <w:r>
        <w:t>Amber studies his face, voice soft but steady. "Rough night?"</w:t>
      </w:r>
    </w:p>
    <w:p w14:paraId="337A769F" w14:textId="77777777" w:rsidR="00726625" w:rsidRDefault="00726625"/>
    <w:p w14:paraId="7C258800" w14:textId="77777777" w:rsidR="00726625" w:rsidRDefault="007F078C">
      <w:r>
        <w:t>Zain smirks faintly, tired but alive. "You could say that."</w:t>
      </w:r>
    </w:p>
    <w:p w14:paraId="46DF6AD3" w14:textId="77777777" w:rsidR="00726625" w:rsidRDefault="00726625"/>
    <w:p w14:paraId="0412000A" w14:textId="77777777" w:rsidR="00726625" w:rsidRDefault="007F078C">
      <w:r>
        <w:t>"Then don't say more," she replies, tugging him toward the couch. "Just… stay for a while."</w:t>
      </w:r>
    </w:p>
    <w:p w14:paraId="41983BE0" w14:textId="77777777" w:rsidR="00726625" w:rsidRDefault="00726625"/>
    <w:p w14:paraId="083DDBB7" w14:textId="77777777" w:rsidR="00726625" w:rsidRDefault="007F078C">
      <w:r>
        <w:t>They sit together, the quiet of the apartment wrapping around them like a second skin. Amber leans against him, head resting on his shoulder, her fingers absently tracing the back of his hand. Outside, the rain keeps on, but here, it's muffled, distant.</w:t>
      </w:r>
    </w:p>
    <w:p w14:paraId="4822BF11" w14:textId="77777777" w:rsidR="00726625" w:rsidRDefault="00726625"/>
    <w:p w14:paraId="7808C2DE" w14:textId="77777777" w:rsidR="00726625" w:rsidRDefault="007F078C">
      <w:r>
        <w:t>Zain lets the coin rest idle in his palm before sliding it into his pocket. For the first time all night, he doesn't feel like he has to flip it.</w:t>
      </w:r>
    </w:p>
    <w:p w14:paraId="0328BABC" w14:textId="77777777" w:rsidR="00726625" w:rsidRDefault="00726625"/>
    <w:p w14:paraId="4C9069FB" w14:textId="77777777" w:rsidR="00726625" w:rsidRDefault="007F078C">
      <w:r>
        <w:t>For a moment, he just feels at peace, the city's neon pulsing faint through the curtains, painting them both in shifting colors. Amber loops her arms around his neck, resting her chin on his shoulder. "I don't like this part. The waiting. Not knowing if you're walking back through that door or if someone else is going to knock and give me the speech instead."</w:t>
      </w:r>
    </w:p>
    <w:p w14:paraId="5B3E980D" w14:textId="77777777" w:rsidR="00726625" w:rsidRDefault="00726625"/>
    <w:p w14:paraId="0B5C21B6" w14:textId="77777777" w:rsidR="00726625" w:rsidRDefault="007F078C">
      <w:r>
        <w:t>Zain exhales against her hair, his grin slipping into something smaller, quieter. "I told you before, Am. I'm not going anywhere."</w:t>
      </w:r>
    </w:p>
    <w:p w14:paraId="688607AD" w14:textId="77777777" w:rsidR="00726625" w:rsidRDefault="00726625"/>
    <w:p w14:paraId="78E15967" w14:textId="77777777" w:rsidR="00726625" w:rsidRDefault="007F078C">
      <w:r>
        <w:t>"You can't promise that," she says, pulling back enough to look at him. Her eyes catch the dim light, sharp even when her voice softens. "Not with the things you fight."</w:t>
      </w:r>
    </w:p>
    <w:p w14:paraId="782FB149" w14:textId="77777777" w:rsidR="00726625" w:rsidRDefault="00726625"/>
    <w:p w14:paraId="58B13AE0" w14:textId="77777777" w:rsidR="00726625" w:rsidRDefault="007F078C">
      <w:r>
        <w:t>He tilts his head, coin stilling in his hand. "No. But I can promise I'll do everything to stack the odds."</w:t>
      </w:r>
    </w:p>
    <w:p w14:paraId="222C78DF" w14:textId="77777777" w:rsidR="00726625" w:rsidRDefault="00726625"/>
    <w:p w14:paraId="1F25C028" w14:textId="77777777" w:rsidR="00726625" w:rsidRDefault="007F078C">
      <w:r>
        <w:t>Amber studies him for a long moment, searching his face like she's trying to see the cracks he won't admit. Finally, she sighs, brushing her fingers through his damp hair. "You always have to make it sound like a game."</w:t>
      </w:r>
    </w:p>
    <w:p w14:paraId="06497A67" w14:textId="77777777" w:rsidR="00726625" w:rsidRDefault="00726625"/>
    <w:p w14:paraId="4BE979EA" w14:textId="77777777" w:rsidR="00726625" w:rsidRDefault="007F078C">
      <w:r>
        <w:t>"It's not a game." He sets the coin down on the table, deliberate. "It's the only way I know to keep moving. If I start treating every fight like it's the last one, I'll never make it through the next."</w:t>
      </w:r>
    </w:p>
    <w:p w14:paraId="56F6DE33" w14:textId="77777777" w:rsidR="00726625" w:rsidRDefault="00726625"/>
    <w:p w14:paraId="57B71C59" w14:textId="77777777" w:rsidR="00726625" w:rsidRDefault="007F078C">
      <w:r>
        <w:t>Her expression softens. "And if treating it like a game means you stop seeing when the stakes are real?"</w:t>
      </w:r>
    </w:p>
    <w:p w14:paraId="26C769A9" w14:textId="77777777" w:rsidR="00726625" w:rsidRDefault="00726625"/>
    <w:p w14:paraId="4B2D3E61" w14:textId="77777777" w:rsidR="00726625" w:rsidRDefault="007F078C">
      <w:r>
        <w:t>"Then I've got you to remind me." His smile tilts back into place, steadier this time.</w:t>
      </w:r>
    </w:p>
    <w:p w14:paraId="21BEDBBE" w14:textId="77777777" w:rsidR="00726625" w:rsidRDefault="00726625"/>
    <w:p w14:paraId="3200CCF5" w14:textId="77777777" w:rsidR="00726625" w:rsidRDefault="007F078C">
      <w:r>
        <w:t>Amber shakes her head, but the warmth in her eyes betrays her. She leans in, kissing him slow, deliberate, grounding him in a way the Agency never could. When they part, she rests her forehead against his. "Just… don't shut me out. If you're going to keep doing this, let me be scared with you."</w:t>
      </w:r>
    </w:p>
    <w:p w14:paraId="63C3B109" w14:textId="77777777" w:rsidR="00726625" w:rsidRDefault="00726625"/>
    <w:p w14:paraId="656BA4E5" w14:textId="77777777" w:rsidR="00726625" w:rsidRDefault="007F078C">
      <w:r>
        <w:t>"Every time you walk out that door, I wait to see if you'll come back. Just… promise me you'll keep walking back through it."</w:t>
      </w:r>
    </w:p>
    <w:p w14:paraId="6DA1E458" w14:textId="77777777" w:rsidR="00726625" w:rsidRDefault="00726625"/>
    <w:p w14:paraId="76C1E72C" w14:textId="77777777" w:rsidR="00726625" w:rsidRDefault="007F078C">
      <w:r>
        <w:t>Amber’s hands tighten on his, her voice softer now, almost embarrassed.</w:t>
      </w:r>
    </w:p>
    <w:p w14:paraId="07CE6FB6" w14:textId="77777777" w:rsidR="00726625" w:rsidRDefault="007F078C">
      <w:r>
        <w:t>“I try to fill the hours, you know. Make tea I don’t even drink. Put on shows I don’t watch. Sometimes I’ll just stand by the window and count the cars until I lose track.” She huffs a quiet laugh, shaking her head. “It’s pathetic, I know.”</w:t>
      </w:r>
    </w:p>
    <w:p w14:paraId="15A03BD0" w14:textId="77777777" w:rsidR="00726625" w:rsidRDefault="00726625"/>
    <w:p w14:paraId="3F2351DC" w14:textId="77777777" w:rsidR="00726625" w:rsidRDefault="007F078C">
      <w:r>
        <w:t>Zain brushes his thumb over her knuckles, smirk tugging but gentler this time. “Sounds like you’ve got your own missions. Recon on the traffic flow, surveillance on kettle temperature.”</w:t>
      </w:r>
    </w:p>
    <w:p w14:paraId="490840B5" w14:textId="77777777" w:rsidR="00726625" w:rsidRDefault="00726625"/>
    <w:p w14:paraId="5CA74D26" w14:textId="77777777" w:rsidR="00726625" w:rsidRDefault="007F078C">
      <w:r>
        <w:t>That earns him a real laugh, light and warm, and some of the weight slips from her shoulders. She leans her forehead to his. “Idiot. But that’s what I do. While you’re out there flipping your coin, I’m in here making paintings. We’re both just trying to keep from breaking.”</w:t>
      </w:r>
    </w:p>
    <w:p w14:paraId="19478C24" w14:textId="77777777" w:rsidR="00726625" w:rsidRDefault="00726625"/>
    <w:p w14:paraId="68D7F2AE" w14:textId="77777777" w:rsidR="00726625" w:rsidRDefault="007F078C">
      <w:r>
        <w:t>Zain's hand lingers at her waist, thumb brushing the edge of her sweater. "Deal. But only if you promise not to worry so much. I can't fight and keep you from biting your nails down to nothing."</w:t>
      </w:r>
    </w:p>
    <w:p w14:paraId="3F85E07E" w14:textId="77777777" w:rsidR="00726625" w:rsidRDefault="00726625"/>
    <w:p w14:paraId="0E020F1A" w14:textId="77777777" w:rsidR="00726625" w:rsidRDefault="007F078C">
      <w:r>
        <w:t>Amber laughs then, soft but real, the tension easing just a fraction. "I make no promises."</w:t>
      </w:r>
    </w:p>
    <w:p w14:paraId="000A1D4F" w14:textId="77777777" w:rsidR="00726625" w:rsidRDefault="00726625"/>
    <w:p w14:paraId="1F131068" w14:textId="77777777" w:rsidR="00726625" w:rsidRDefault="007F078C">
      <w:r>
        <w:t>"Fair enough." He pulls her closer, the rain still tapping at the window, the neon still bleeding in. For now, the world outside can wait.</w:t>
      </w:r>
    </w:p>
    <w:p w14:paraId="39691BCF" w14:textId="77777777" w:rsidR="00726625" w:rsidRDefault="00726625"/>
    <w:p w14:paraId="105C93E4" w14:textId="77777777" w:rsidR="00726625" w:rsidRDefault="007F078C">
      <w:r>
        <w:t>Zain tilts his head against hers, lips brushing her hair. "Yeah. I promise."</w:t>
      </w:r>
    </w:p>
    <w:p w14:paraId="4AA25470" w14:textId="77777777" w:rsidR="00726625" w:rsidRDefault="00726625"/>
    <w:p w14:paraId="508E38E2" w14:textId="77777777" w:rsidR="00726625" w:rsidRDefault="007F078C">
      <w:r>
        <w:t>And for once, he means it without a smirk.</w:t>
      </w:r>
    </w:p>
    <w:p w14:paraId="7B291B07" w14:textId="77777777" w:rsidR="00726625" w:rsidRDefault="00726625"/>
    <w:p w14:paraId="72FECF14" w14:textId="77777777" w:rsidR="00726625" w:rsidRDefault="007F078C">
      <w:r>
        <w:t>________</w:t>
      </w:r>
    </w:p>
    <w:p w14:paraId="345B35EA" w14:textId="77777777" w:rsidR="00726625" w:rsidRDefault="00726625"/>
    <w:p w14:paraId="2A303165" w14:textId="77777777" w:rsidR="00726625" w:rsidRDefault="007F078C">
      <w:r>
        <w:t>The training yard is never empty. Dozens of probationary agents fill the grids — some younger than Zain, some older, all running drills, sparring, pushing resonance to its limits. Voices carry between matches: laughter, curses, the crack of batons against padded armor.</w:t>
      </w:r>
    </w:p>
    <w:p w14:paraId="15E3ABF0" w14:textId="77777777" w:rsidR="00726625" w:rsidRDefault="00726625"/>
    <w:p w14:paraId="5A47CB29" w14:textId="77777777" w:rsidR="00726625" w:rsidRDefault="007F078C">
      <w:r>
        <w:t>Rick, Gem, and Zain sit cooling down on the benches, their spar just ended.</w:t>
      </w:r>
    </w:p>
    <w:p w14:paraId="0F49CDD9" w14:textId="77777777" w:rsidR="00726625" w:rsidRDefault="00726625"/>
    <w:p w14:paraId="1D6AAB2B" w14:textId="77777777" w:rsidR="00726625" w:rsidRDefault="007F078C">
      <w:r>
        <w:t>Gem wipes sweat from her forehead with the back of her hand. "Not bad. You're harder to hit than you look."</w:t>
      </w:r>
    </w:p>
    <w:p w14:paraId="20353FFA" w14:textId="77777777" w:rsidR="00726625" w:rsidRDefault="00726625"/>
    <w:p w14:paraId="35E42BDE" w14:textId="77777777" w:rsidR="00726625" w:rsidRDefault="007F078C">
      <w:r>
        <w:t>Rick smirks, baton propped against his knee. "And you're still predictable."</w:t>
      </w:r>
    </w:p>
    <w:p w14:paraId="0D73B985" w14:textId="77777777" w:rsidR="00726625" w:rsidRDefault="00726625"/>
    <w:p w14:paraId="2BA0DCF0" w14:textId="77777777" w:rsidR="00726625" w:rsidRDefault="007F078C">
      <w:r>
        <w:t>"Predict this," Gem mutters, kicking at his boot.</w:t>
      </w:r>
    </w:p>
    <w:p w14:paraId="5548B0D0" w14:textId="77777777" w:rsidR="00726625" w:rsidRDefault="00726625"/>
    <w:p w14:paraId="60B3FC4B" w14:textId="77777777" w:rsidR="00726625" w:rsidRDefault="007F078C">
      <w:r>
        <w:t>Zain spins his coin across his knuckles, grin faint. "Play nice, kids."</w:t>
      </w:r>
    </w:p>
    <w:p w14:paraId="73E2B630" w14:textId="77777777" w:rsidR="00726625" w:rsidRDefault="00726625"/>
    <w:p w14:paraId="5B7453AF" w14:textId="77777777" w:rsidR="00726625" w:rsidRDefault="007F078C">
      <w:r>
        <w:t>Before either of them can snap back, voices from the next bench drift over. A group of other recruits — a red-haired girl, two older men with fresh badges still clipped at their chests — lean close, whispering just loud enough to be overheard.</w:t>
      </w:r>
    </w:p>
    <w:p w14:paraId="18BB5158" w14:textId="77777777" w:rsidR="00726625" w:rsidRDefault="00726625"/>
    <w:p w14:paraId="652C5E9B" w14:textId="77777777" w:rsidR="00726625" w:rsidRDefault="007F078C">
      <w:r>
        <w:t>"Did you hear about Sector 12?" the girl says, wide-eyed.</w:t>
      </w:r>
    </w:p>
    <w:p w14:paraId="72363EA4" w14:textId="77777777" w:rsidR="00726625" w:rsidRDefault="00726625"/>
    <w:p w14:paraId="260E0DB8" w14:textId="77777777" w:rsidR="00726625" w:rsidRDefault="007F078C">
      <w:r>
        <w:t>"Yeah. Oddity breach. Tier B," one of the men answers, pulling his jacket tighter. "Containment team's already moving."</w:t>
      </w:r>
    </w:p>
    <w:p w14:paraId="04311427" w14:textId="77777777" w:rsidR="00726625" w:rsidRDefault="00726625"/>
    <w:p w14:paraId="69DEDA82" w14:textId="77777777" w:rsidR="00726625" w:rsidRDefault="007F078C">
      <w:r>
        <w:t>"Not just any team," the other adds, lowering his voice. "They sent Rank II's."</w:t>
      </w:r>
    </w:p>
    <w:p w14:paraId="25718BDD" w14:textId="77777777" w:rsidR="00726625" w:rsidRDefault="00726625"/>
    <w:p w14:paraId="100F6093" w14:textId="77777777" w:rsidR="00726625" w:rsidRDefault="007F078C">
      <w:r>
        <w:t>A hush ripples through the rookies nearby. Conversations falter, the weight of the rumor settling heavy in the yard.</w:t>
      </w:r>
    </w:p>
    <w:p w14:paraId="38F89F3A" w14:textId="77777777" w:rsidR="00726625" w:rsidRDefault="00726625"/>
    <w:p w14:paraId="350133E9" w14:textId="77777777" w:rsidR="00726625" w:rsidRDefault="007F078C">
      <w:r>
        <w:t>Rick whistles low. "Tier B? That's a serious cleanup."</w:t>
      </w:r>
    </w:p>
    <w:p w14:paraId="0A314232" w14:textId="77777777" w:rsidR="00726625" w:rsidRDefault="00726625"/>
    <w:p w14:paraId="1EC535C2" w14:textId="77777777" w:rsidR="00726625" w:rsidRDefault="007F078C">
      <w:r>
        <w:t>Gem leans forward, eyes flashing. "And they didn't even blink before sending people in. Figures."</w:t>
      </w:r>
    </w:p>
    <w:p w14:paraId="0EAC12CB" w14:textId="77777777" w:rsidR="00726625" w:rsidRDefault="00726625"/>
    <w:p w14:paraId="7A59BBE0" w14:textId="77777777" w:rsidR="00726625" w:rsidRDefault="007F078C">
      <w:r>
        <w:t>Zain palms his coin, smirk shadowed now, not playful. "Guess the real city doesn't wait for us to catch up."</w:t>
      </w:r>
    </w:p>
    <w:p w14:paraId="5F89812D" w14:textId="77777777" w:rsidR="00726625" w:rsidRDefault="00726625"/>
    <w:p w14:paraId="392D7E7B" w14:textId="77777777" w:rsidR="00726625" w:rsidRDefault="007F078C">
      <w:r>
        <w:t xml:space="preserve">Gem mutters under her breath, “Give me </w:t>
      </w:r>
      <w:proofErr w:type="spellStart"/>
      <w:r>
        <w:t>bizarres</w:t>
      </w:r>
      <w:proofErr w:type="spellEnd"/>
      <w:r>
        <w:t xml:space="preserve"> I can punch. At least those stay in front of you.”</w:t>
      </w:r>
    </w:p>
    <w:p w14:paraId="2159F413" w14:textId="77777777" w:rsidR="00726625" w:rsidRDefault="00726625"/>
    <w:p w14:paraId="12F54A02" w14:textId="77777777" w:rsidR="00726625" w:rsidRDefault="007F078C">
      <w:r>
        <w:t>A recruit with cropped hair pipes up from the end of the bench. “You think they’ll cycle us in for containment drills soon?” His voice cracks slightly, betraying nerves. “Feels like they’re gearing us up.”</w:t>
      </w:r>
    </w:p>
    <w:p w14:paraId="6724DEAE" w14:textId="77777777" w:rsidR="00726625" w:rsidRDefault="00726625"/>
    <w:p w14:paraId="0C7F9CA5" w14:textId="77777777" w:rsidR="00726625" w:rsidRDefault="007F078C">
      <w:r>
        <w:t>Rick shrugs, easy grin still in place but not as sharp. “They’ll throw us in when they’re ready. Just hope it’s not on something that bends your head sideways.”</w:t>
      </w:r>
    </w:p>
    <w:p w14:paraId="16A91AD8" w14:textId="77777777" w:rsidR="00726625" w:rsidRDefault="00726625"/>
    <w:p w14:paraId="70778D15" w14:textId="77777777" w:rsidR="00726625" w:rsidRDefault="007F078C">
      <w:r>
        <w:t>The gossip swirls, fragments traded like contraband. Some recruits lean into bravado, laughing too loud, others go quiet, eyes tight with unease. But the word oddity lingers sharp, heavier than any sparring match.</w:t>
      </w:r>
    </w:p>
    <w:p w14:paraId="356C5CCF" w14:textId="77777777" w:rsidR="00726625" w:rsidRDefault="00726625"/>
    <w:p w14:paraId="1931468C" w14:textId="77777777" w:rsidR="00726625" w:rsidRDefault="007F078C">
      <w:r>
        <w:t>For all of them, the message is the same: they’re not the first, and they won’t be the last.</w:t>
      </w:r>
    </w:p>
    <w:p w14:paraId="126C1811" w14:textId="77777777" w:rsidR="00726625" w:rsidRDefault="007F078C">
      <w:r>
        <w:br w:type="page"/>
      </w:r>
    </w:p>
    <w:p w14:paraId="57E40849" w14:textId="77777777" w:rsidR="00726625" w:rsidRDefault="007F078C">
      <w:pPr>
        <w:pStyle w:val="Heading1"/>
      </w:pPr>
      <w:r>
        <w:t>All Supernatural Chapter 7: The Quiet Heist</w:t>
      </w:r>
    </w:p>
    <w:p w14:paraId="621EB6A1" w14:textId="77777777" w:rsidR="00726625" w:rsidRDefault="007F078C">
      <w:r>
        <w:t xml:space="preserve">The convoy cut across </w:t>
      </w:r>
      <w:proofErr w:type="spellStart"/>
      <w:r>
        <w:t>Shellbay's</w:t>
      </w:r>
      <w:proofErr w:type="spellEnd"/>
      <w:r>
        <w:t xml:space="preserve"> industrial quarter, engines low, their presence hidden beneath the endless hum of freight trains and late-night factories. Cargo haulers moved in parallel, their matte plating reflecting fractured neon from distant billboards. Between them, a reinforced transport rolled steady, its markings discreet but its escort too sharp to be anything but Agency.</w:t>
      </w:r>
    </w:p>
    <w:p w14:paraId="4F511DB9" w14:textId="77777777" w:rsidR="00726625" w:rsidRDefault="00726625"/>
    <w:p w14:paraId="75EE16DF" w14:textId="77777777" w:rsidR="00726625" w:rsidRDefault="007F078C">
      <w:r>
        <w:t>Inside that transport: the sealed case. Black steel, resonance locks humming faint, inside of it — the thing COBD tagged as Class III Hazardous. Glassheart.</w:t>
      </w:r>
    </w:p>
    <w:p w14:paraId="49F072F4" w14:textId="77777777" w:rsidR="00726625" w:rsidRDefault="00726625"/>
    <w:p w14:paraId="2876E3EB" w14:textId="77777777" w:rsidR="00726625" w:rsidRDefault="007F078C">
      <w:r>
        <w:t>The convoy was never meant to be dramatic. That was the Agency's strength: efficiency, procedure, moving threats as if they were just another consignment of goods. To anyone watching from the outside, it looked like nothing more than late-night logistics.</w:t>
      </w:r>
    </w:p>
    <w:p w14:paraId="741269B6" w14:textId="77777777" w:rsidR="00726625" w:rsidRDefault="00726625"/>
    <w:p w14:paraId="016E65EE" w14:textId="77777777" w:rsidR="00726625" w:rsidRDefault="007F078C">
      <w:r>
        <w:t>And yet eyes were watching.</w:t>
      </w:r>
    </w:p>
    <w:p w14:paraId="034903DA" w14:textId="77777777" w:rsidR="00726625" w:rsidRDefault="00726625"/>
    <w:p w14:paraId="23257201" w14:textId="77777777" w:rsidR="00726625" w:rsidRDefault="007F078C">
      <w:r>
        <w:t>______</w:t>
      </w:r>
    </w:p>
    <w:p w14:paraId="6E934AFD" w14:textId="77777777" w:rsidR="00726625" w:rsidRDefault="00726625"/>
    <w:p w14:paraId="23B0CD6D" w14:textId="77777777" w:rsidR="00726625" w:rsidRDefault="007F078C">
      <w:r>
        <w:t>A rented floor in an unfinished tower gave them their vantage. No lights, no signs of occupation — just four figures crouched in the skeleton of concrete and steel.</w:t>
      </w:r>
    </w:p>
    <w:p w14:paraId="50C593E8" w14:textId="77777777" w:rsidR="00726625" w:rsidRDefault="00726625"/>
    <w:p w14:paraId="46C805CB" w14:textId="77777777" w:rsidR="00726625" w:rsidRDefault="007F078C">
      <w:r>
        <w:t>Marin crouched over a portable slate, his fingers moving across the screen with precise economy. Numbers cascaded, COBD signals mapped into false echoes. His voice was calm, even, deliberate. "Escort still running blind. False positives holding. They'll never see the gap until it's already passed."</w:t>
      </w:r>
    </w:p>
    <w:p w14:paraId="029326C6" w14:textId="77777777" w:rsidR="00726625" w:rsidRDefault="00726625"/>
    <w:p w14:paraId="62432E3A" w14:textId="77777777" w:rsidR="00726625" w:rsidRDefault="007F078C">
      <w:r>
        <w:t>Etta crouched beside a gap in the wall, hair tucked under a hood, her gaze fixed sharp on the convoy. She twirled a thin tool between her fingers — not quite a blade, not quite a key. "You're sure they're not running a shadow feed?"</w:t>
      </w:r>
    </w:p>
    <w:p w14:paraId="46515F08" w14:textId="77777777" w:rsidR="00726625" w:rsidRDefault="00726625"/>
    <w:p w14:paraId="3AB79F55" w14:textId="77777777" w:rsidR="00726625" w:rsidRDefault="007F078C">
      <w:r>
        <w:t>"If they were," Marin said, not looking up, "we wouldn't be here."</w:t>
      </w:r>
    </w:p>
    <w:p w14:paraId="31684929" w14:textId="77777777" w:rsidR="00726625" w:rsidRDefault="00726625"/>
    <w:p w14:paraId="08CB761A" w14:textId="77777777" w:rsidR="00726625" w:rsidRDefault="007F078C">
      <w:r>
        <w:t>A quiet chuckle rolled from Rune, seated with his back to a pillar. Heavy frame, arms folded, a fighter who didn't need to posture. His eyes tracked the transport as if weighing it for weaknesses. "Doesn't matter if they see us. They won't stop us."</w:t>
      </w:r>
    </w:p>
    <w:p w14:paraId="007E6C83" w14:textId="77777777" w:rsidR="00726625" w:rsidRDefault="00726625"/>
    <w:p w14:paraId="0D157F63" w14:textId="77777777" w:rsidR="00726625" w:rsidRDefault="007F078C">
      <w:r>
        <w:t>Bas leaned against the ledge, coin flicking effortlessly across her fingers — not mimicry, but her own style. She smiled faint, the type of smile that seemed to dare the world to prove her wrong. "Odds are leaning our way. Call it intuition."</w:t>
      </w:r>
    </w:p>
    <w:p w14:paraId="0CC4A960" w14:textId="77777777" w:rsidR="00726625" w:rsidRDefault="00726625"/>
    <w:p w14:paraId="6FA26D86" w14:textId="77777777" w:rsidR="00726625" w:rsidRDefault="007F078C">
      <w:r>
        <w:t>"Not intuition," Marin corrected softly. "Calibration. You tilt, I calculate. Between the two of us, the game is already decided."</w:t>
      </w:r>
    </w:p>
    <w:p w14:paraId="4550A53A" w14:textId="77777777" w:rsidR="00726625" w:rsidRDefault="00726625"/>
    <w:p w14:paraId="41DF87C0" w14:textId="77777777" w:rsidR="00726625" w:rsidRDefault="007F078C">
      <w:r>
        <w:t>Etta smirked, slipping the tool back into her sleeve. "Then let's take the prize."</w:t>
      </w:r>
    </w:p>
    <w:p w14:paraId="376796E2" w14:textId="77777777" w:rsidR="00726625" w:rsidRDefault="00726625"/>
    <w:p w14:paraId="1C14368B" w14:textId="77777777" w:rsidR="00726625" w:rsidRDefault="007F078C">
      <w:r>
        <w:t>______</w:t>
      </w:r>
    </w:p>
    <w:p w14:paraId="4E7D2F30" w14:textId="77777777" w:rsidR="00726625" w:rsidRDefault="00726625"/>
    <w:p w14:paraId="33882339" w14:textId="77777777" w:rsidR="00726625" w:rsidRDefault="007F078C">
      <w:r>
        <w:t>On the ground, the convoy reached the choke point: a stretch of road under scaffolding, construction tarps flapping faint in the night wind. A place chosen not by accident, but by — Risk Assessment.</w:t>
      </w:r>
    </w:p>
    <w:p w14:paraId="08BC12EF" w14:textId="77777777" w:rsidR="00726625" w:rsidRDefault="00726625"/>
    <w:p w14:paraId="322F0A68" w14:textId="77777777" w:rsidR="00726625" w:rsidRDefault="007F078C">
      <w:r>
        <w:t>Backed by — Lucky Aura &amp; Probability Drift — Bas flicked her cards and activates — Coin Twist. The moment the edge caught light, a power transformer on the street corner sparked, shorting in a shower of sparks. The escort vehicles braked, headlights flickering. In that manufactured second of hesitation, Etta moved.</w:t>
      </w:r>
    </w:p>
    <w:p w14:paraId="51AEF85E" w14:textId="77777777" w:rsidR="00726625" w:rsidRDefault="00726625"/>
    <w:p w14:paraId="407B1E04" w14:textId="77777777" w:rsidR="00726625" w:rsidRDefault="007F078C">
      <w:r>
        <w:t>She was already among them before anyone noticed. One heartbeat, the scaffolding was empty; the next, she was sliding down steel braces, boots finding purchase without sound. A blur across shadows, and she was under the convoy. — Cunning Instinct — helps her.</w:t>
      </w:r>
    </w:p>
    <w:p w14:paraId="4E3B608F" w14:textId="77777777" w:rsidR="00726625" w:rsidRDefault="00726625"/>
    <w:p w14:paraId="56F4375F" w14:textId="77777777" w:rsidR="00726625" w:rsidRDefault="007F078C">
      <w:r>
        <w:t>Hands pressed to the transport's undercarriage, locks disengaged not with force but with precision &amp; permissions stolen. A hidden hatch, never meant for human hands, cracked open like it had been waiting for her all along.</w:t>
      </w:r>
    </w:p>
    <w:p w14:paraId="71FD2727" w14:textId="77777777" w:rsidR="00726625" w:rsidRDefault="00726625"/>
    <w:p w14:paraId="17D3F5BC" w14:textId="77777777" w:rsidR="00726625" w:rsidRDefault="007F078C">
      <w:r>
        <w:t>Inside, the case sat inert. Black steel, resonance hum. Glassheart, waiting.</w:t>
      </w:r>
    </w:p>
    <w:p w14:paraId="3986FCCC" w14:textId="77777777" w:rsidR="00726625" w:rsidRDefault="00726625"/>
    <w:p w14:paraId="0A9CED3D" w14:textId="77777777" w:rsidR="00726625" w:rsidRDefault="007F078C">
      <w:r>
        <w:t>Etta whispered, "Hello."</w:t>
      </w:r>
    </w:p>
    <w:p w14:paraId="4145E971" w14:textId="77777777" w:rsidR="00726625" w:rsidRDefault="00726625"/>
    <w:p w14:paraId="32197B4E" w14:textId="77777777" w:rsidR="00726625" w:rsidRDefault="007F078C">
      <w:r>
        <w:t xml:space="preserve">By the time the escort stabilized, the hatch was already shut. By the time they radioed in, the case was already gone. By the time anyone thought to scan, Fourfold was already fading into </w:t>
      </w:r>
      <w:proofErr w:type="spellStart"/>
      <w:r>
        <w:t>Shellbay's</w:t>
      </w:r>
      <w:proofErr w:type="spellEnd"/>
      <w:r>
        <w:t xml:space="preserve"> veins of steel and glass.</w:t>
      </w:r>
    </w:p>
    <w:p w14:paraId="169C1E5A" w14:textId="77777777" w:rsidR="00726625" w:rsidRDefault="00726625"/>
    <w:p w14:paraId="7E453351" w14:textId="77777777" w:rsidR="00726625" w:rsidRDefault="007F078C">
      <w:r>
        <w:t>The convoy never saw them.</w:t>
      </w:r>
    </w:p>
    <w:p w14:paraId="3FCE9559" w14:textId="77777777" w:rsidR="00726625" w:rsidRDefault="00726625"/>
    <w:p w14:paraId="734458F6" w14:textId="77777777" w:rsidR="00726625" w:rsidRDefault="007F078C">
      <w:r>
        <w:t>______</w:t>
      </w:r>
    </w:p>
    <w:p w14:paraId="2015C935" w14:textId="77777777" w:rsidR="00726625" w:rsidRDefault="00726625"/>
    <w:p w14:paraId="7ED4C90C" w14:textId="77777777" w:rsidR="00726625" w:rsidRDefault="007F078C">
      <w:r>
        <w:t>Meanwhile.</w:t>
      </w:r>
    </w:p>
    <w:p w14:paraId="4431C68C" w14:textId="77777777" w:rsidR="00726625" w:rsidRDefault="00726625"/>
    <w:p w14:paraId="449AC5FF" w14:textId="77777777" w:rsidR="00726625" w:rsidRDefault="007F078C">
      <w:r>
        <w:t>Zain's squad wasn't anywhere near the convoy.</w:t>
      </w:r>
    </w:p>
    <w:p w14:paraId="00AA9903" w14:textId="77777777" w:rsidR="00726625" w:rsidRDefault="00726625"/>
    <w:p w14:paraId="2BBCC59C" w14:textId="77777777" w:rsidR="00726625" w:rsidRDefault="007F078C">
      <w:r>
        <w:t xml:space="preserve">COBD had flagged a contamination spike three districts away, a gutted warehouse with violet static bleeding faint across its frame. Routine, Handler Soto had said. A minor breach cleanup. </w:t>
      </w:r>
      <w:proofErr w:type="spellStart"/>
      <w:r>
        <w:t>Probationaries</w:t>
      </w:r>
      <w:proofErr w:type="spellEnd"/>
      <w:r>
        <w:t xml:space="preserve"> could handle it.</w:t>
      </w:r>
    </w:p>
    <w:p w14:paraId="03F5AA06" w14:textId="77777777" w:rsidR="00726625" w:rsidRDefault="00726625"/>
    <w:p w14:paraId="02885793" w14:textId="77777777" w:rsidR="00726625" w:rsidRDefault="007F078C">
      <w:r>
        <w:t>So Zain, Lira, and Juno stood among dust and fractured girders, pistols humming faint, eyes sharp but weary.</w:t>
      </w:r>
    </w:p>
    <w:p w14:paraId="439464C0" w14:textId="77777777" w:rsidR="00726625" w:rsidRDefault="00726625"/>
    <w:p w14:paraId="2EEA00BE" w14:textId="77777777" w:rsidR="00726625" w:rsidRDefault="007F078C">
      <w:r>
        <w:t xml:space="preserve">The contamination was weak — half-born shapes that twitched, then broke apart before fully manifesting. Shadows of threats, not threats themselves.  </w:t>
      </w:r>
    </w:p>
    <w:p w14:paraId="622B49CB" w14:textId="77777777" w:rsidR="00726625" w:rsidRDefault="007F078C">
      <w:r>
        <w:t xml:space="preserve">Zain cut them down with practiced rhythm, coin tilting the odds so debris fell when it needed to, shots landed just clean enough.  </w:t>
      </w:r>
    </w:p>
    <w:p w14:paraId="31BAE99B" w14:textId="77777777" w:rsidR="00726625" w:rsidRDefault="007F078C">
      <w:r>
        <w:t xml:space="preserve">Juno pressed forward with grim efficiency, his — Dual Aura — keeping the group steady, pulses of calm driving back the crack's pressure.  </w:t>
      </w:r>
    </w:p>
    <w:p w14:paraId="6AA0B89F" w14:textId="77777777" w:rsidR="00726625" w:rsidRDefault="007F078C">
      <w:r>
        <w:t>Lira, raw but eager, shoots with edge of bullets coated with — Mortal Wound — at each shadow, each flicker unraveling quicker than it formed.</w:t>
      </w:r>
    </w:p>
    <w:p w14:paraId="32D79962" w14:textId="77777777" w:rsidR="00726625" w:rsidRDefault="00726625"/>
    <w:p w14:paraId="1424147A" w14:textId="77777777" w:rsidR="00726625" w:rsidRDefault="007F078C">
      <w:r>
        <w:t>It was work. Necessary, dangerous in its way. But it wasn't the real game.</w:t>
      </w:r>
    </w:p>
    <w:p w14:paraId="473257EC" w14:textId="77777777" w:rsidR="00726625" w:rsidRDefault="00726625"/>
    <w:p w14:paraId="7163DD23" w14:textId="77777777" w:rsidR="00726625" w:rsidRDefault="007F078C">
      <w:r>
        <w:t>And none of them knew that while they were cleaning dust, the Agency's true prize was already gone.</w:t>
      </w:r>
    </w:p>
    <w:p w14:paraId="1F2770D7" w14:textId="77777777" w:rsidR="00726625" w:rsidRDefault="00726625"/>
    <w:p w14:paraId="4720BBF3" w14:textId="77777777" w:rsidR="00726625" w:rsidRDefault="007F078C">
      <w:r>
        <w:t>______</w:t>
      </w:r>
    </w:p>
    <w:p w14:paraId="4DD73CEE" w14:textId="77777777" w:rsidR="00726625" w:rsidRDefault="00726625"/>
    <w:p w14:paraId="554966A1" w14:textId="77777777" w:rsidR="00726625" w:rsidRDefault="007F078C">
      <w:r>
        <w:t>Later, back at HQ, Handler Soto closed the files.</w:t>
      </w:r>
    </w:p>
    <w:p w14:paraId="7BF3051A" w14:textId="77777777" w:rsidR="00726625" w:rsidRDefault="00726625"/>
    <w:p w14:paraId="3517B5C0" w14:textId="77777777" w:rsidR="00726625" w:rsidRDefault="007F078C">
      <w:r>
        <w:t>The contamination report from Zain's team came in clean. "Minor breach, neutralized." He filed it with a flick, barely glancing at the details.</w:t>
      </w:r>
    </w:p>
    <w:p w14:paraId="69A4519A" w14:textId="77777777" w:rsidR="00726625" w:rsidRDefault="00726625"/>
    <w:p w14:paraId="5FDB6C64" w14:textId="77777777" w:rsidR="00726625" w:rsidRDefault="007F078C">
      <w:r>
        <w:t>Another file blinked on his slate: Transport Log, Hazardous-Class III. Status: Delivered.</w:t>
      </w:r>
    </w:p>
    <w:p w14:paraId="7FDA244C" w14:textId="77777777" w:rsidR="00726625" w:rsidRDefault="00726625"/>
    <w:p w14:paraId="6EAF6DFE" w14:textId="77777777" w:rsidR="00726625" w:rsidRDefault="007F078C">
      <w:r>
        <w:t>He initialed it automatically, eyes half-focused. Routine. Another night. Another threat contained.</w:t>
      </w:r>
    </w:p>
    <w:p w14:paraId="5B1BA92D" w14:textId="77777777" w:rsidR="00726625" w:rsidRDefault="00726625"/>
    <w:p w14:paraId="4F35FF95" w14:textId="77777777" w:rsidR="00726625" w:rsidRDefault="007F078C">
      <w:r>
        <w:t>The slate hummed as the file locked. Soto rubbed his temples, muttering, "If only they were all this smooth."</w:t>
      </w:r>
    </w:p>
    <w:p w14:paraId="659AE7F8" w14:textId="77777777" w:rsidR="00726625" w:rsidRDefault="00726625"/>
    <w:p w14:paraId="02C20411" w14:textId="77777777" w:rsidR="00726625" w:rsidRDefault="007F078C">
      <w:r>
        <w:t>He never noticed the timestamp didn't match. He never saw that the digital trail had already been rewritten.</w:t>
      </w:r>
    </w:p>
    <w:p w14:paraId="6822B406" w14:textId="77777777" w:rsidR="00726625" w:rsidRDefault="00726625"/>
    <w:p w14:paraId="16613EB3" w14:textId="77777777" w:rsidR="00726625" w:rsidRDefault="007F078C">
      <w:r>
        <w:t>______</w:t>
      </w:r>
    </w:p>
    <w:p w14:paraId="2BAF0E74" w14:textId="77777777" w:rsidR="00726625" w:rsidRDefault="00726625"/>
    <w:p w14:paraId="75CA3F2B" w14:textId="77777777" w:rsidR="00726625" w:rsidRDefault="007F078C">
      <w:r>
        <w:t>Across the city, an unmarked transport rolled quiet through empty industrial backroads. No escort, no insignia. Inside, the case sat open, black steel folded back like petals.</w:t>
      </w:r>
    </w:p>
    <w:p w14:paraId="6AE65C50" w14:textId="77777777" w:rsidR="00726625" w:rsidRDefault="00726625"/>
    <w:p w14:paraId="22706778" w14:textId="77777777" w:rsidR="00726625" w:rsidRDefault="007F078C">
      <w:r>
        <w:t>Glassheart pulsed in the dark. A crystalline heart, jagged black facets lit faint from within, veins of violet threading outward, making the walls of the transport hum with resonance.</w:t>
      </w:r>
    </w:p>
    <w:p w14:paraId="4D3E2A8E" w14:textId="77777777" w:rsidR="00726625" w:rsidRDefault="00726625"/>
    <w:p w14:paraId="64F359C2" w14:textId="77777777" w:rsidR="00726625" w:rsidRDefault="007F078C">
      <w:r>
        <w:t>Etta sat nearest, gloves on, eyes bright. "Prettier than the rumors."</w:t>
      </w:r>
    </w:p>
    <w:p w14:paraId="66C74EF3" w14:textId="77777777" w:rsidR="00726625" w:rsidRDefault="00726625"/>
    <w:p w14:paraId="072CBA90" w14:textId="77777777" w:rsidR="00726625" w:rsidRDefault="007F078C">
      <w:r>
        <w:t>Rune grunted, watching it with the same wariness one might give a live explosive. "Or uglier. Depends how long you look."</w:t>
      </w:r>
    </w:p>
    <w:p w14:paraId="59FDEA92" w14:textId="77777777" w:rsidR="00726625" w:rsidRDefault="00726625"/>
    <w:p w14:paraId="7D1CCF15" w14:textId="77777777" w:rsidR="00726625" w:rsidRDefault="007F078C">
      <w:r>
        <w:t>Bas leaned back, smiling faint as her coin flicked between her hands. "Doesn't matter. Odds say it's ours now."</w:t>
      </w:r>
    </w:p>
    <w:p w14:paraId="554155FC" w14:textId="77777777" w:rsidR="00726625" w:rsidRDefault="00726625"/>
    <w:p w14:paraId="468C7A0A" w14:textId="77777777" w:rsidR="00726625" w:rsidRDefault="007F078C">
      <w:r>
        <w:t>Marin closed the case again with a decisive click, sealing the glow back into silence. His voice was calm, certain. "The Agency won't realize the truth until we're long gone."</w:t>
      </w:r>
    </w:p>
    <w:p w14:paraId="1632B524" w14:textId="77777777" w:rsidR="00726625" w:rsidRDefault="00726625"/>
    <w:p w14:paraId="325BE1F2" w14:textId="77777777" w:rsidR="00726625" w:rsidRDefault="007F078C">
      <w:r>
        <w:t xml:space="preserve">The van rolled on, swallowed by </w:t>
      </w:r>
      <w:proofErr w:type="spellStart"/>
      <w:r>
        <w:t>Shellbay's</w:t>
      </w:r>
      <w:proofErr w:type="spellEnd"/>
      <w:r>
        <w:t xml:space="preserve"> endless grid of steel, neon, and shadow.</w:t>
      </w:r>
    </w:p>
    <w:p w14:paraId="09F7DFC7" w14:textId="77777777" w:rsidR="00726625" w:rsidRDefault="00726625"/>
    <w:p w14:paraId="05508720" w14:textId="77777777" w:rsidR="00726625" w:rsidRDefault="007F078C">
      <w:r>
        <w:t>_____</w:t>
      </w:r>
    </w:p>
    <w:p w14:paraId="7D5C8214" w14:textId="77777777" w:rsidR="00726625" w:rsidRDefault="00726625"/>
    <w:p w14:paraId="60F746F4" w14:textId="77777777" w:rsidR="00726625" w:rsidRDefault="007F078C">
      <w:r>
        <w:t>Back at his apartment, the city pressed in faint through the window — neon shifting across the walls, the hum of traffic far below. Zain dropped his jacket across a chair, boots heavy as he kicked them off. The coin slipped from his palm to the table, a small, ordinary sound in the quiet.</w:t>
      </w:r>
    </w:p>
    <w:p w14:paraId="0969EB11" w14:textId="77777777" w:rsidR="00726625" w:rsidRDefault="00726625"/>
    <w:p w14:paraId="3F6B9848" w14:textId="77777777" w:rsidR="00726625" w:rsidRDefault="007F078C">
      <w:r>
        <w:t>Amber was already there, curled up on the couch with a blanket pulled around her shoulders. She tilted her head when he entered, her smile soft, immediate. "About time."</w:t>
      </w:r>
    </w:p>
    <w:p w14:paraId="1DBDE956" w14:textId="77777777" w:rsidR="00726625" w:rsidRDefault="00726625"/>
    <w:p w14:paraId="19AD404B" w14:textId="77777777" w:rsidR="00726625" w:rsidRDefault="007F078C">
      <w:r>
        <w:t>"Paperwork ran long," Zain muttered, running a hand through his hair. His voice carried the wear of the day, but the edge eased as he crossed the room.</w:t>
      </w:r>
    </w:p>
    <w:p w14:paraId="26882BA1" w14:textId="77777777" w:rsidR="00726625" w:rsidRDefault="00726625"/>
    <w:p w14:paraId="50FE83AC" w14:textId="77777777" w:rsidR="00726625" w:rsidRDefault="007F078C">
      <w:r>
        <w:t>Amber tugged the blanket aside in invitation, and he sat down next to her without hesitation. She leaned into him, head finding its place against his shoulder. For a while, they didn't talk — the silence filled by the muffled city outside, the warmth of the apartment wrapping around them both.</w:t>
      </w:r>
    </w:p>
    <w:p w14:paraId="4F0E4290" w14:textId="77777777" w:rsidR="00726625" w:rsidRDefault="00726625"/>
    <w:p w14:paraId="711C696C" w14:textId="77777777" w:rsidR="00726625" w:rsidRDefault="007F078C">
      <w:r>
        <w:t>Amber broke it first, voice barely above a whisper. "I like it better when you end up here, not at mine."</w:t>
      </w:r>
    </w:p>
    <w:p w14:paraId="6A054FA4" w14:textId="77777777" w:rsidR="00726625" w:rsidRDefault="00726625"/>
    <w:p w14:paraId="68CD26B5" w14:textId="77777777" w:rsidR="00726625" w:rsidRDefault="007F078C">
      <w:r>
        <w:t>"Why's that?"</w:t>
      </w:r>
    </w:p>
    <w:p w14:paraId="2152EFAF" w14:textId="77777777" w:rsidR="00726625" w:rsidRDefault="00726625"/>
    <w:p w14:paraId="05C1BEB5" w14:textId="77777777" w:rsidR="00726625" w:rsidRDefault="007F078C">
      <w:r>
        <w:t>She nudged his arm with her chin. "Because here you don't look like you're about to leave again."</w:t>
      </w:r>
    </w:p>
    <w:p w14:paraId="74BDC6B8" w14:textId="77777777" w:rsidR="00726625" w:rsidRDefault="00726625"/>
    <w:p w14:paraId="2F7D7E0D" w14:textId="77777777" w:rsidR="00726625" w:rsidRDefault="007F078C">
      <w:r>
        <w:t>Amber nudges him again, teasing. "Besides, your couch is better than mine. I think it's because you never let me pick the furniture."</w:t>
      </w:r>
    </w:p>
    <w:p w14:paraId="7C598047" w14:textId="77777777" w:rsidR="00726625" w:rsidRDefault="00726625"/>
    <w:p w14:paraId="109B0F8B" w14:textId="77777777" w:rsidR="00726625" w:rsidRDefault="007F078C">
      <w:r>
        <w:t>Zain smirks, eyebrow raised. "That's because you'd have picked something pink."</w:t>
      </w:r>
    </w:p>
    <w:p w14:paraId="27B0029E" w14:textId="77777777" w:rsidR="00726625" w:rsidRDefault="00726625"/>
    <w:p w14:paraId="266126F1" w14:textId="77777777" w:rsidR="00726625" w:rsidRDefault="007F078C">
      <w:r>
        <w:t>She gasps in mock offense, sitting up straighter. "It was coral, not pink."</w:t>
      </w:r>
    </w:p>
    <w:p w14:paraId="781FA039" w14:textId="77777777" w:rsidR="00726625" w:rsidRDefault="00726625"/>
    <w:p w14:paraId="70529F25" w14:textId="77777777" w:rsidR="00726625" w:rsidRDefault="007F078C">
      <w:r>
        <w:t>"Still pink."</w:t>
      </w:r>
    </w:p>
    <w:p w14:paraId="2CB0329F" w14:textId="77777777" w:rsidR="00726625" w:rsidRDefault="00726625"/>
    <w:p w14:paraId="7E92D20D" w14:textId="77777777" w:rsidR="00726625" w:rsidRDefault="007F078C">
      <w:r>
        <w:t>Amber laughs, pushing his shoulder lightly before settling back against him. "Fine. But you owe me a chair one day."</w:t>
      </w:r>
    </w:p>
    <w:p w14:paraId="61914A2F" w14:textId="77777777" w:rsidR="00726625" w:rsidRDefault="00726625"/>
    <w:p w14:paraId="1DD7EAE2" w14:textId="77777777" w:rsidR="00726625" w:rsidRDefault="007F078C">
      <w:r>
        <w:t xml:space="preserve">"As long as it's not coral."  </w:t>
      </w:r>
    </w:p>
    <w:p w14:paraId="7F5A929A" w14:textId="77777777" w:rsidR="00726625" w:rsidRDefault="007F078C">
      <w:r>
        <w:t>Zain smirked faintly, resting his hand over hers.</w:t>
      </w:r>
    </w:p>
    <w:p w14:paraId="50B7081E" w14:textId="77777777" w:rsidR="00726625" w:rsidRDefault="00726625"/>
    <w:p w14:paraId="18BF4F93" w14:textId="77777777" w:rsidR="00726625" w:rsidRDefault="007F078C">
      <w:r>
        <w:t>They sat there until the neon faded toward dawn, two silhouettes against the glass, holding the kind of quiet that neither the Agency nor the city could touch.</w:t>
      </w:r>
    </w:p>
    <w:p w14:paraId="7E5C8AB9" w14:textId="77777777" w:rsidR="00726625" w:rsidRDefault="00726625"/>
    <w:p w14:paraId="3F42D09F" w14:textId="77777777" w:rsidR="00726625" w:rsidRDefault="007F078C">
      <w:r>
        <w:t>Outside, Shellbay shifted restlessly — sirens echoing faint across the piers, freight cranes groaning like old giants, a pulse of violet haze from some distant crack already drawing another squad to their work. But up here, in the soft cocoon of Amber's apartment, the city's weight couldn't reach them.</w:t>
      </w:r>
    </w:p>
    <w:p w14:paraId="014A2F85" w14:textId="77777777" w:rsidR="00726625" w:rsidRDefault="00726625"/>
    <w:p w14:paraId="160DA6EF" w14:textId="77777777" w:rsidR="00726625" w:rsidRDefault="007F078C">
      <w:r>
        <w:t>For now, no alarms. No files. No cracks bleeding wrong light into the streets. Just the slow bleed of night into morning, and the quiet defiance of two people daring to rest inside it.</w:t>
      </w:r>
    </w:p>
    <w:p w14:paraId="24C9D959" w14:textId="77777777" w:rsidR="00726625" w:rsidRDefault="007F078C">
      <w:r>
        <w:br w:type="page"/>
      </w:r>
    </w:p>
    <w:p w14:paraId="6EA3E4FD" w14:textId="77777777" w:rsidR="00726625" w:rsidRDefault="007F078C">
      <w:pPr>
        <w:pStyle w:val="Heading1"/>
      </w:pPr>
      <w:r>
        <w:t>All Supernatural Chapter 8: Fractured Gateway</w:t>
      </w:r>
    </w:p>
    <w:p w14:paraId="2094A234" w14:textId="77777777" w:rsidR="00726625" w:rsidRDefault="007F078C">
      <w:r>
        <w:t xml:space="preserve">The sunlight caught </w:t>
      </w:r>
      <w:proofErr w:type="spellStart"/>
      <w:r>
        <w:t>Shellbay's</w:t>
      </w:r>
      <w:proofErr w:type="spellEnd"/>
      <w:r>
        <w:t xml:space="preserve"> towers at sharp angles, glass and steel gleaming until the streets seemed to hum with reflection. It was the kind of morning that made the city look cleaner than it was: polished façades, high-end cafés already serving, taxis honking as they filtered through broad intersections.</w:t>
      </w:r>
    </w:p>
    <w:p w14:paraId="011F7059" w14:textId="77777777" w:rsidR="00726625" w:rsidRDefault="00726625"/>
    <w:p w14:paraId="2E25B670" w14:textId="77777777" w:rsidR="00726625" w:rsidRDefault="007F078C">
      <w:r>
        <w:t>And then the reflections began to ripple.</w:t>
      </w:r>
    </w:p>
    <w:p w14:paraId="77D4B1B0" w14:textId="77777777" w:rsidR="00726625" w:rsidRDefault="00726625"/>
    <w:p w14:paraId="35B1B1D3" w14:textId="77777777" w:rsidR="00726625" w:rsidRDefault="007F078C">
      <w:r>
        <w:t>Mirrored windows flickered faintly, their reflections just a shade off, as though the glass remembered a different moment. A car mirror bent for a heartbeat, doubling the headlights behind it before snapping back. Even the shallow puddles left by the street-washers shimmered with ripples no breeze had touched.</w:t>
      </w:r>
    </w:p>
    <w:p w14:paraId="7CFFB7B3" w14:textId="77777777" w:rsidR="00726625" w:rsidRDefault="00726625"/>
    <w:p w14:paraId="79375C3D" w14:textId="77777777" w:rsidR="00726625" w:rsidRDefault="007F078C">
      <w:r>
        <w:t>Most pedestrians didn't notice, brushing it off as glare, but a few slowed, murmuring unease. A laugh from a café doorway seemed to echo longer than it should have — a half-beat wrong, enough to prickle the skin.</w:t>
      </w:r>
    </w:p>
    <w:p w14:paraId="5BDA86EC" w14:textId="77777777" w:rsidR="00726625" w:rsidRDefault="00726625"/>
    <w:p w14:paraId="6976E1D3" w14:textId="77777777" w:rsidR="00726625" w:rsidRDefault="007F078C">
      <w:r>
        <w:t>The crack wasn't visible at first. It never was. But its resonance was there, subtle distortions that whispered of something pushing through. Subtle, wrong, enough to bring the Agency's COBD flag.</w:t>
      </w:r>
    </w:p>
    <w:p w14:paraId="10C2508B" w14:textId="77777777" w:rsidR="00726625" w:rsidRDefault="00726625"/>
    <w:p w14:paraId="0998A5C3" w14:textId="77777777" w:rsidR="00726625" w:rsidRDefault="007F078C">
      <w:r>
        <w:t>Zain's squad was deployed by as fast as it could.</w:t>
      </w:r>
    </w:p>
    <w:p w14:paraId="401BE555" w14:textId="77777777" w:rsidR="00726625" w:rsidRDefault="00726625"/>
    <w:p w14:paraId="0939D043" w14:textId="77777777" w:rsidR="00726625" w:rsidRDefault="007F078C">
      <w:r>
        <w:t>They arrived in a sleek Agency van, doors sliding open as the trio stepped into sunlight.</w:t>
      </w:r>
    </w:p>
    <w:p w14:paraId="09F760C7" w14:textId="77777777" w:rsidR="00726625" w:rsidRDefault="00726625"/>
    <w:p w14:paraId="72485BE0" w14:textId="77777777" w:rsidR="00726625" w:rsidRDefault="007F078C">
      <w:r>
        <w:t>Zain adjusted his jacket, boots steady on clean pavement. The coin rolled across his knuckles like it had a life of its own. — Lucky Aura — bent with him, the casual tilt of probability that already made the wind shift his hair just right, already made the loose café sign above them stay fixed instead of falling.</w:t>
      </w:r>
    </w:p>
    <w:p w14:paraId="5CF9994F" w14:textId="77777777" w:rsidR="00726625" w:rsidRDefault="00726625"/>
    <w:p w14:paraId="6E7B4BFB" w14:textId="77777777" w:rsidR="00726625" w:rsidRDefault="007F078C">
      <w:r>
        <w:t>Beside him, Juno climbed out slower, bulkier, face already tightened against the bright glare. The air steadied as he stepped onto the sidewalk, his — Dual Aura — radiating without effort, calming the closest crowd that had begun to scatter. Their murmurs softened, panic ebbing into confusion.</w:t>
      </w:r>
    </w:p>
    <w:p w14:paraId="0B1EC5B0" w14:textId="77777777" w:rsidR="00726625" w:rsidRDefault="00726625"/>
    <w:p w14:paraId="36929AD3" w14:textId="77777777" w:rsidR="00726625" w:rsidRDefault="007F078C">
      <w:r>
        <w:t>Lira was last, her steps clipped, controlled. She drew her pistol with fluid precision, chamber humming faint as Agency design. Around her, puddles lost some of their shimmer; weaker distortions seemed to hesitate. — Aura of Mortality — clung to her like an unseen chill.</w:t>
      </w:r>
    </w:p>
    <w:p w14:paraId="314A58BC" w14:textId="77777777" w:rsidR="00726625" w:rsidRDefault="00726625"/>
    <w:p w14:paraId="0C3AF419" w14:textId="77777777" w:rsidR="00726625" w:rsidRDefault="007F078C">
      <w:r>
        <w:t>"Looks like Tier B," Zain muttered, eyes flicking between the towers. He palmed the coin, tossed it, caught it edge-first. "Reflections are dirty, but not fatal."</w:t>
      </w:r>
    </w:p>
    <w:p w14:paraId="4CB327B7" w14:textId="77777777" w:rsidR="00726625" w:rsidRDefault="00726625"/>
    <w:p w14:paraId="10078002" w14:textId="77777777" w:rsidR="00726625" w:rsidRDefault="007F078C">
      <w:r>
        <w:t>"Not yet," Juno said, voice even. "Don't underestimate."</w:t>
      </w:r>
    </w:p>
    <w:p w14:paraId="0AC68F1E" w14:textId="77777777" w:rsidR="00726625" w:rsidRDefault="00726625"/>
    <w:p w14:paraId="7E6D22D3" w14:textId="77777777" w:rsidR="00726625" w:rsidRDefault="007F078C">
      <w:r>
        <w:t>"Wouldn't dream of it."</w:t>
      </w:r>
    </w:p>
    <w:p w14:paraId="3BDDE9F2" w14:textId="77777777" w:rsidR="00726625" w:rsidRDefault="00726625"/>
    <w:p w14:paraId="4B64B4F7" w14:textId="77777777" w:rsidR="00726625" w:rsidRDefault="007F078C">
      <w:r>
        <w:t>A ripple pulsed across a mirrored façade. And then it came.</w:t>
      </w:r>
    </w:p>
    <w:p w14:paraId="717F4F94" w14:textId="77777777" w:rsidR="00726625" w:rsidRDefault="00726625"/>
    <w:p w14:paraId="3C1CD787" w14:textId="77777777" w:rsidR="00726625" w:rsidRDefault="007F078C">
      <w:r>
        <w:t>The reflective intruder stepped out of glass like it had always been there — a silhouette half-formed, its body jagged like cracked mirrors. Its head tilted in jittered delay, as though reflections couldn't agree on which angle was true.</w:t>
      </w:r>
    </w:p>
    <w:p w14:paraId="39852C23" w14:textId="77777777" w:rsidR="00726625" w:rsidRDefault="00726625"/>
    <w:p w14:paraId="44FB093D" w14:textId="77777777" w:rsidR="00726625" w:rsidRDefault="007F078C">
      <w:r>
        <w:t>Civilians screamed. Traffic lurched.</w:t>
      </w:r>
    </w:p>
    <w:p w14:paraId="6D9E50C9" w14:textId="77777777" w:rsidR="00726625" w:rsidRDefault="00726625"/>
    <w:p w14:paraId="6D8E10E0" w14:textId="77777777" w:rsidR="00726625" w:rsidRDefault="007F078C">
      <w:r>
        <w:t>"Push them back," Zain ordered, already moving. His pistol hummed as he fired, bolts of condensed energy sparking across the glass-skin of the entity. Shards flew, but the intruder only re-formed, sliding into the hood of a car and out again through the windows across the street.</w:t>
      </w:r>
    </w:p>
    <w:p w14:paraId="7E2A43C1" w14:textId="77777777" w:rsidR="00726625" w:rsidRDefault="00726625"/>
    <w:p w14:paraId="36762FFC" w14:textId="77777777" w:rsidR="00726625" w:rsidRDefault="007F078C">
      <w:r>
        <w:t>Juno's aura pushed steady waves, his calm radiance slowing the panic at their backs. "I'll hold the perimeter. Don't let it slip past."</w:t>
      </w:r>
    </w:p>
    <w:p w14:paraId="6F1BAD89" w14:textId="77777777" w:rsidR="00726625" w:rsidRDefault="00726625"/>
    <w:p w14:paraId="13DD5C8E" w14:textId="77777777" w:rsidR="00726625" w:rsidRDefault="007F078C">
      <w:r>
        <w:t>"Got it," Zain replied.</w:t>
      </w:r>
    </w:p>
    <w:p w14:paraId="2E3469C3" w14:textId="77777777" w:rsidR="00726625" w:rsidRDefault="00726625"/>
    <w:p w14:paraId="2BCA1DD5" w14:textId="77777777" w:rsidR="00726625" w:rsidRDefault="007F078C">
      <w:r>
        <w:t>Lira moved sharp, sidearm flashing. She fired twice, each shot crackling faint violet as it carried her active resonance. — Mortal Wound — cut into the bizarre, the bullet's edges refusing to heal over. The intruder staggered, leaving cracks in its mirrored form that spread instead of sealing.</w:t>
      </w:r>
    </w:p>
    <w:p w14:paraId="03E72C81" w14:textId="77777777" w:rsidR="00726625" w:rsidRDefault="00726625"/>
    <w:p w14:paraId="56A30636" w14:textId="77777777" w:rsidR="00726625" w:rsidRDefault="007F078C">
      <w:r>
        <w:t>For a moment, it seemed manageable.</w:t>
      </w:r>
    </w:p>
    <w:p w14:paraId="47322C0B" w14:textId="77777777" w:rsidR="00726625" w:rsidRDefault="00726625"/>
    <w:p w14:paraId="6AD08772" w14:textId="77777777" w:rsidR="00726625" w:rsidRDefault="007F078C">
      <w:r>
        <w:t>And then the reflections stuttered. The intruder's form splintered for a heartbeat into jagged afterimages across nearby glass — echoes, not new bodies — each one flickering out as quickly as it appeared. The air rippled sharp, but held within the block.</w:t>
      </w:r>
    </w:p>
    <w:p w14:paraId="5CE91E5E" w14:textId="77777777" w:rsidR="00726625" w:rsidRDefault="00726625"/>
    <w:p w14:paraId="763EE306" w14:textId="77777777" w:rsidR="00726625" w:rsidRDefault="007F078C">
      <w:r>
        <w:t>Zain hissed through his teeth. "This thing's pushing the edge of Tier B"</w:t>
      </w:r>
    </w:p>
    <w:p w14:paraId="65984614" w14:textId="77777777" w:rsidR="00726625" w:rsidRDefault="00726625"/>
    <w:p w14:paraId="1DC5527F" w14:textId="77777777" w:rsidR="00726625" w:rsidRDefault="007F078C">
      <w:r>
        <w:t>Juno raised his hand, aura flaring stronger, steadying the team's ground. "Then we fight through."</w:t>
      </w:r>
    </w:p>
    <w:p w14:paraId="35FA94D3" w14:textId="77777777" w:rsidR="00726625" w:rsidRDefault="00726625"/>
    <w:p w14:paraId="692C2F74" w14:textId="77777777" w:rsidR="00726625" w:rsidRDefault="007F078C">
      <w:r>
        <w:t>They pressed forward.</w:t>
      </w:r>
    </w:p>
    <w:p w14:paraId="5F2555F2" w14:textId="77777777" w:rsidR="00726625" w:rsidRDefault="00726625"/>
    <w:p w14:paraId="365F18D4" w14:textId="77777777" w:rsidR="00726625" w:rsidRDefault="007F078C">
      <w:r>
        <w:t>______</w:t>
      </w:r>
    </w:p>
    <w:p w14:paraId="794856C7" w14:textId="77777777" w:rsidR="00726625" w:rsidRDefault="00726625"/>
    <w:p w14:paraId="6736015C" w14:textId="77777777" w:rsidR="00726625" w:rsidRDefault="007F078C">
      <w:r>
        <w:t>Across the avenue, unseen by the squad, Fourfold were already in motion.</w:t>
      </w:r>
    </w:p>
    <w:p w14:paraId="1DDF0402" w14:textId="77777777" w:rsidR="00726625" w:rsidRDefault="00726625"/>
    <w:p w14:paraId="0FA9958C" w14:textId="77777777" w:rsidR="00726625" w:rsidRDefault="007F078C">
      <w:r>
        <w:t xml:space="preserve">Etta crouched in the mouth of an alley, eyes narrowing against the mirrored bursts. Every ripple across the glass bent the air wrong, shoving light into her sightline like a blade. She muttered, lips quirking dryly under her hood, "Perfect. Even the </w:t>
      </w:r>
      <w:proofErr w:type="spellStart"/>
      <w:r>
        <w:t>bizarres</w:t>
      </w:r>
      <w:proofErr w:type="spellEnd"/>
      <w:r>
        <w:t xml:space="preserve"> reflections  won't leave us alone."</w:t>
      </w:r>
    </w:p>
    <w:p w14:paraId="77DAE702" w14:textId="77777777" w:rsidR="00726625" w:rsidRDefault="00726625"/>
    <w:p w14:paraId="23DD3F0D" w14:textId="77777777" w:rsidR="00726625" w:rsidRDefault="007F078C">
      <w:r>
        <w:t>Rune cursed under his breath as the bizarre flickered in the car's mirror, its fractured glare stabbing his eyes as if it were closer than it was. "If it gets any nearer, it's going to box us in."</w:t>
      </w:r>
    </w:p>
    <w:p w14:paraId="79C88AD8" w14:textId="77777777" w:rsidR="00726625" w:rsidRDefault="00726625"/>
    <w:p w14:paraId="1D83785B" w14:textId="77777777" w:rsidR="00726625" w:rsidRDefault="007F078C">
      <w:r>
        <w:t>Marin's slate pulsed, streams of numbers scrambling into unreadable loops as the entity's resonance bled across the signals. His jaw tightened. "We move now. Before it destabilizes the whole block."</w:t>
      </w:r>
    </w:p>
    <w:p w14:paraId="57AD0683" w14:textId="77777777" w:rsidR="00726625" w:rsidRDefault="00726625"/>
    <w:p w14:paraId="23DFA60F" w14:textId="77777777" w:rsidR="00726625" w:rsidRDefault="007F078C">
      <w:r>
        <w:t>Bas flicked her cards, each one snapping between her fingers with ease. The air bent subtly — her — Lucky Aura — already making debris fall just right, shadows tilt away from her. She flicked another, resonance humming as — Probability Drift — warped the odds. Traffic lights froze red, hemming in the street. She inhaled, cards fluttering like restless birds. — Risk Assessment — triggered, her eyes narrowing as numbers flicked across probabilities in her mind. "Window is two minutes. After that, Agency patro</w:t>
      </w:r>
      <w:r>
        <w:t>l drones rolls in."</w:t>
      </w:r>
    </w:p>
    <w:p w14:paraId="55F25874" w14:textId="77777777" w:rsidR="00726625" w:rsidRDefault="00726625"/>
    <w:p w14:paraId="4D382D29" w14:textId="77777777" w:rsidR="00726625" w:rsidRDefault="007F078C">
      <w:r>
        <w:t>Rune checked his weapon — a heavy sidearm, barrel engraved with wear from long use. His posture was grounded, brutal. — Fighting Instinct — burned in him, body already anticipating recoil, cover angles, kill zones. He flexed his fingers, muttering, "That's more than enough."</w:t>
      </w:r>
    </w:p>
    <w:p w14:paraId="7F29619F" w14:textId="77777777" w:rsidR="00726625" w:rsidRDefault="00726625"/>
    <w:p w14:paraId="719307E5" w14:textId="77777777" w:rsidR="00726625" w:rsidRDefault="007F078C">
      <w:r>
        <w:t>Marin adjusted his slate, calm in contrast. — Keen Mind — kept his thoughts sharp, his calculations tighter than any machine's. "The bizarre's movement pattern is erratic, but predictable with correction." He activated — Analytical Mind —, mapping the entity's jumps. "Pathways open on its trail. Tactical Read once they engage further."</w:t>
      </w:r>
    </w:p>
    <w:p w14:paraId="30A2D50D" w14:textId="77777777" w:rsidR="00726625" w:rsidRDefault="00726625"/>
    <w:p w14:paraId="71D42D1C" w14:textId="77777777" w:rsidR="00726625" w:rsidRDefault="007F078C">
      <w:r>
        <w:t>"Translation?" Rune asked.</w:t>
      </w:r>
    </w:p>
    <w:p w14:paraId="73D37FC2" w14:textId="77777777" w:rsidR="00726625" w:rsidRDefault="00726625"/>
    <w:p w14:paraId="13D92798" w14:textId="77777777" w:rsidR="00726625" w:rsidRDefault="007F078C">
      <w:r>
        <w:t>"We move when they're too busy to notice." Marin's voice never wavered.</w:t>
      </w:r>
    </w:p>
    <w:p w14:paraId="0CD0BE46" w14:textId="77777777" w:rsidR="00726625" w:rsidRDefault="00726625"/>
    <w:p w14:paraId="3F2044EB" w14:textId="77777777" w:rsidR="00726625" w:rsidRDefault="007F078C">
      <w:r>
        <w:t>Etta twirled her blade-tool, resonance sliding into place. — Cunning Instinct — sharpened her awareness; — False Impression — would turn any glance her way into hesitation. She smirked. "Then I'll make sure they don't see us at all."</w:t>
      </w:r>
    </w:p>
    <w:p w14:paraId="5400BBC5" w14:textId="77777777" w:rsidR="00726625" w:rsidRDefault="00726625"/>
    <w:p w14:paraId="3B304A96" w14:textId="77777777" w:rsidR="00726625" w:rsidRDefault="007F078C">
      <w:r>
        <w:t>"So you do your thing?" Marin reminded.</w:t>
      </w:r>
    </w:p>
    <w:p w14:paraId="46AA240C" w14:textId="77777777" w:rsidR="00726625" w:rsidRDefault="00726625"/>
    <w:p w14:paraId="0835CC1C" w14:textId="77777777" w:rsidR="00726625" w:rsidRDefault="007F078C">
      <w:r>
        <w:t>"Always," she replied.</w:t>
      </w:r>
    </w:p>
    <w:p w14:paraId="12E4094B" w14:textId="77777777" w:rsidR="00726625" w:rsidRDefault="00726625"/>
    <w:p w14:paraId="514541C9" w14:textId="77777777" w:rsidR="00726625" w:rsidRDefault="007F078C">
      <w:r>
        <w:t>The four slipped into the fractured light, keeping tight to the alleys.</w:t>
      </w:r>
    </w:p>
    <w:p w14:paraId="68F9970E" w14:textId="77777777" w:rsidR="00726625" w:rsidRDefault="00726625"/>
    <w:p w14:paraId="4A24E886" w14:textId="77777777" w:rsidR="00726625" w:rsidRDefault="007F078C">
      <w:r>
        <w:t>It wasn't the whole street — just patches. A single storefront window shimmered, its reflection dragging half a second behind. A parked car's mirror doubled Rune's silhouette, showing him moving before he did. Even a shallow puddle near the curb rippled against still air.</w:t>
      </w:r>
    </w:p>
    <w:p w14:paraId="04F940DD" w14:textId="77777777" w:rsidR="00726625" w:rsidRDefault="00726625"/>
    <w:p w14:paraId="693A0C24" w14:textId="77777777" w:rsidR="00726625" w:rsidRDefault="007F078C">
      <w:r>
        <w:t>Etta sidestepped it, muttering, "One wrong glance and it pulls at you." Her — Cunning Instinct — steadied her, letting her cut through the distortion without faltering.</w:t>
      </w:r>
    </w:p>
    <w:p w14:paraId="72F0A135" w14:textId="77777777" w:rsidR="00726625" w:rsidRDefault="00726625"/>
    <w:p w14:paraId="1465702F" w14:textId="77777777" w:rsidR="00726625" w:rsidRDefault="007F078C">
      <w:r>
        <w:t>Bas flicked a card, snapping it between her fingers. The air bent faintly, her — Lucky Aura — nudging chance so the loosened scaffolding bolt clattered harmlessly aside instead of catching her hood. She flicked another, exhaling. "Messy. Not dangerous yet, but messy."</w:t>
      </w:r>
    </w:p>
    <w:p w14:paraId="128D6D34" w14:textId="77777777" w:rsidR="00726625" w:rsidRDefault="00726625"/>
    <w:p w14:paraId="56A32B39" w14:textId="77777777" w:rsidR="00726625" w:rsidRDefault="007F078C">
      <w:r>
        <w:t>Rune shielded his eyes against a flare of wrong light from a passing car window. His — Fighting Instinct — kept him braced, moving where the angles let him, but irritation hardened his jaw. "Feels like it's trying to bait us step by step."</w:t>
      </w:r>
    </w:p>
    <w:p w14:paraId="4CBE008C" w14:textId="77777777" w:rsidR="00726625" w:rsidRDefault="00726625"/>
    <w:p w14:paraId="3027E8B5" w14:textId="77777777" w:rsidR="00726625" w:rsidRDefault="007F078C">
      <w:r>
        <w:t xml:space="preserve">Marin's slate </w:t>
      </w:r>
      <w:proofErr w:type="spellStart"/>
      <w:r>
        <w:t>glitched</w:t>
      </w:r>
      <w:proofErr w:type="spellEnd"/>
      <w:r>
        <w:t xml:space="preserve"> with faint static, but — Analytical Mind — let him strip away the noise. "Localized. No full spread. It's confined to this block." His gaze flicked up, calm even in distortion. "If it jumps, we move immediately."</w:t>
      </w:r>
    </w:p>
    <w:p w14:paraId="0617262C" w14:textId="77777777" w:rsidR="00726625" w:rsidRDefault="00726625"/>
    <w:p w14:paraId="41202539" w14:textId="77777777" w:rsidR="00726625" w:rsidRDefault="007F078C">
      <w:r>
        <w:t>Bas's tone cut sharp, her — Risk Assessment — already running. "Probability to slip clear without COBD tagging us is seventy-two percent. Drops every minute we stay."</w:t>
      </w:r>
    </w:p>
    <w:p w14:paraId="0940E13D" w14:textId="77777777" w:rsidR="00726625" w:rsidRDefault="00726625"/>
    <w:p w14:paraId="190D995C" w14:textId="77777777" w:rsidR="00726625" w:rsidRDefault="007F078C">
      <w:r>
        <w:t>Rune snorted. "Seventy-two's enough."</w:t>
      </w:r>
    </w:p>
    <w:p w14:paraId="39C11ABD" w14:textId="77777777" w:rsidR="00726625" w:rsidRDefault="00726625"/>
    <w:p w14:paraId="402BA6F7" w14:textId="77777777" w:rsidR="00726625" w:rsidRDefault="007F078C">
      <w:r>
        <w:t>"Not if you're the twenty-eight," she shot back, flicking another card so it spun between her fingers like a warning.</w:t>
      </w:r>
    </w:p>
    <w:p w14:paraId="65B1378E" w14:textId="77777777" w:rsidR="00726625" w:rsidRDefault="00726625"/>
    <w:p w14:paraId="5AAD3D04" w14:textId="77777777" w:rsidR="00726625" w:rsidRDefault="007F078C">
      <w:r>
        <w:t>Marin gave a brief nod. "Then we don't waste it."</w:t>
      </w:r>
    </w:p>
    <w:p w14:paraId="430ABB03" w14:textId="77777777" w:rsidR="00726625" w:rsidRDefault="00726625"/>
    <w:p w14:paraId="0DB545E6" w14:textId="77777777" w:rsidR="00726625" w:rsidRDefault="007F078C">
      <w:r>
        <w:t>The bizarre pulsed again, this time from a single glass door across the avenue — its jagged silhouette flickering in and out, visible only in that reflection before sliding back into silence. Civilians nearby startled, but only a handful — not a full crowd.</w:t>
      </w:r>
    </w:p>
    <w:p w14:paraId="7E4739EE" w14:textId="77777777" w:rsidR="00726625" w:rsidRDefault="00726625"/>
    <w:p w14:paraId="0D865434" w14:textId="77777777" w:rsidR="00726625" w:rsidRDefault="007F078C">
      <w:r>
        <w:t>The team pressed on, their path narrowed by mirrors that couldn't be trusted.</w:t>
      </w:r>
    </w:p>
    <w:p w14:paraId="75590237" w14:textId="77777777" w:rsidR="00726625" w:rsidRDefault="00726625"/>
    <w:p w14:paraId="72B6E213" w14:textId="77777777" w:rsidR="00726625" w:rsidRDefault="007F078C">
      <w:r>
        <w:t>____</w:t>
      </w:r>
    </w:p>
    <w:p w14:paraId="6D0BFAE5" w14:textId="77777777" w:rsidR="00726625" w:rsidRDefault="00726625"/>
    <w:p w14:paraId="7FA5171A" w14:textId="77777777" w:rsidR="00726625" w:rsidRDefault="007F078C">
      <w:r>
        <w:t xml:space="preserve"> The bizarre pulsed again, its jagged silhouette flickering in and out of a glass door across the avenue. The warped reflection made it lurch closer than it was, its fractured form already straining the surface.</w:t>
      </w:r>
    </w:p>
    <w:p w14:paraId="7B7440A5" w14:textId="77777777" w:rsidR="00726625" w:rsidRDefault="00726625"/>
    <w:p w14:paraId="35E0F20D" w14:textId="77777777" w:rsidR="00726625" w:rsidRDefault="007F078C">
      <w:r>
        <w:t>Zain sighted it first, pistol snapping up. He flicked the coin high — Coin Twist — guiding the angle. The shot cracked clean, bursting across the reflection and driving the thing back into static ripples.</w:t>
      </w:r>
    </w:p>
    <w:p w14:paraId="11B2BD29" w14:textId="77777777" w:rsidR="00726625" w:rsidRDefault="00726625"/>
    <w:p w14:paraId="110F789B" w14:textId="77777777" w:rsidR="00726625" w:rsidRDefault="007F078C">
      <w:r>
        <w:t>"Hold it steady," he muttered, stepping forward, scanning the glass edges for its next breach.</w:t>
      </w:r>
    </w:p>
    <w:p w14:paraId="19929A51" w14:textId="77777777" w:rsidR="00726625" w:rsidRDefault="00726625"/>
    <w:p w14:paraId="2836DE42" w14:textId="77777777" w:rsidR="00726625" w:rsidRDefault="007F078C">
      <w:r>
        <w:t>The air stilled unnaturally. Lira stiffened, her — Aura of Mortality — prickling sharp at the edges of her senses. "Something else. Not just the bizarre."</w:t>
      </w:r>
    </w:p>
    <w:p w14:paraId="5BF952BB" w14:textId="77777777" w:rsidR="00726625" w:rsidRDefault="00726625"/>
    <w:p w14:paraId="06E7B816" w14:textId="77777777" w:rsidR="00726625" w:rsidRDefault="007F078C">
      <w:r>
        <w:t>Across the fractured light, movement.</w:t>
      </w:r>
    </w:p>
    <w:p w14:paraId="028DE9E8" w14:textId="77777777" w:rsidR="00726625" w:rsidRDefault="00726625"/>
    <w:p w14:paraId="19530874" w14:textId="77777777" w:rsidR="00726625" w:rsidRDefault="007F078C">
      <w:r>
        <w:t>Four figures slipping tight along the mirrored fringe. Not civilians. Not Agency.</w:t>
      </w:r>
    </w:p>
    <w:p w14:paraId="21781333" w14:textId="77777777" w:rsidR="00726625" w:rsidRDefault="00726625"/>
    <w:p w14:paraId="168559D5" w14:textId="77777777" w:rsidR="00726625" w:rsidRDefault="007F078C">
      <w:r>
        <w:t xml:space="preserve">Etta froze first, her hood shadowing her face. "Damn," she whispered, eyes narrowing on the three </w:t>
      </w:r>
      <w:proofErr w:type="spellStart"/>
      <w:r>
        <w:t>probationaries</w:t>
      </w:r>
      <w:proofErr w:type="spellEnd"/>
      <w:r>
        <w:t xml:space="preserve"> holding line against the bizarre.</w:t>
      </w:r>
    </w:p>
    <w:p w14:paraId="14D3ECBD" w14:textId="77777777" w:rsidR="00726625" w:rsidRDefault="00726625"/>
    <w:p w14:paraId="212DD685" w14:textId="77777777" w:rsidR="00726625" w:rsidRDefault="007F078C">
      <w:r>
        <w:t>Rune's jaw set, his hand brushing the grip of his firearm by instinct. "Agency."</w:t>
      </w:r>
    </w:p>
    <w:p w14:paraId="768B6735" w14:textId="77777777" w:rsidR="00726625" w:rsidRDefault="00726625"/>
    <w:p w14:paraId="5D03539D" w14:textId="77777777" w:rsidR="00726625" w:rsidRDefault="007F078C">
      <w:r>
        <w:t>Marin's voice was low, quick. "Coincidence. Keep clear. Do not engage."</w:t>
      </w:r>
    </w:p>
    <w:p w14:paraId="63AB9582" w14:textId="77777777" w:rsidR="00726625" w:rsidRDefault="00726625"/>
    <w:p w14:paraId="48939682" w14:textId="77777777" w:rsidR="00726625" w:rsidRDefault="007F078C">
      <w:r>
        <w:t>Bas's cards fanned in her hand, reflexive, her gaze darting between the bizarre's flickers and the armed squad across the avenue. "Seventy-eight percent chance they clock us. Drops fast the longer we stay."</w:t>
      </w:r>
    </w:p>
    <w:p w14:paraId="6101E3D9" w14:textId="77777777" w:rsidR="00726625" w:rsidRDefault="00726625"/>
    <w:p w14:paraId="208EE7E2" w14:textId="77777777" w:rsidR="00726625" w:rsidRDefault="007F078C">
      <w:r>
        <w:t>Zain's eyes locked on them now, coin rolling back to his palm. Not civilians. Not strays. Four, moving like a unit, shadows pressed thin against the distorted glass.</w:t>
      </w:r>
    </w:p>
    <w:p w14:paraId="256279BB" w14:textId="77777777" w:rsidR="00726625" w:rsidRDefault="00726625"/>
    <w:p w14:paraId="4DE4D05A" w14:textId="77777777" w:rsidR="00726625" w:rsidRDefault="007F078C">
      <w:r>
        <w:t>Suspicion carved through the tension.</w:t>
      </w:r>
    </w:p>
    <w:p w14:paraId="5E19E93B" w14:textId="77777777" w:rsidR="00726625" w:rsidRDefault="00726625"/>
    <w:p w14:paraId="231562CA" w14:textId="77777777" w:rsidR="00726625" w:rsidRDefault="007F078C">
      <w:r>
        <w:t>"Who the hell are you?" he called across, pistol still leveled at the glass door where the bizarre twitched.</w:t>
      </w:r>
    </w:p>
    <w:p w14:paraId="067B9782" w14:textId="77777777" w:rsidR="00726625" w:rsidRDefault="00726625"/>
    <w:p w14:paraId="4E700B93" w14:textId="77777777" w:rsidR="00726625" w:rsidRDefault="007F078C">
      <w:r>
        <w:t>The reflections rippled again, static biting sharp, caught between the bizarre's strain and the collision of two paths that were never meant to meet.</w:t>
      </w:r>
    </w:p>
    <w:p w14:paraId="3B78ECD4" w14:textId="77777777" w:rsidR="00726625" w:rsidRDefault="00726625"/>
    <w:p w14:paraId="29226678" w14:textId="77777777" w:rsidR="00726625" w:rsidRDefault="007F078C">
      <w:r>
        <w:t xml:space="preserve">Etta's hood tilted, lips curving faintly. A whisper of — False Impression &amp; Calculated </w:t>
      </w:r>
      <w:proofErr w:type="spellStart"/>
      <w:r>
        <w:t>Deciever</w:t>
      </w:r>
      <w:proofErr w:type="spellEnd"/>
      <w:r>
        <w:t xml:space="preserve"> — softened her stance, making her seem less like a rogue in the wrong place and more like a passerby caught in the chaos. Her voice matched it, light and almost disarming: "Not your concern."</w:t>
      </w:r>
    </w:p>
    <w:p w14:paraId="27C1E130" w14:textId="77777777" w:rsidR="00726625" w:rsidRDefault="00726625"/>
    <w:p w14:paraId="53E8AEE0" w14:textId="77777777" w:rsidR="00726625" w:rsidRDefault="007F078C">
      <w:r>
        <w:t>Zain's pistol didn't lower. The coin traced steady lines over his knuckles, his eyes narrowing. "Civilians don't walk alleys during a crack."</w:t>
      </w:r>
    </w:p>
    <w:p w14:paraId="2089A94F" w14:textId="77777777" w:rsidR="00726625" w:rsidRDefault="00726625"/>
    <w:p w14:paraId="5C30FEAF" w14:textId="77777777" w:rsidR="00726625" w:rsidRDefault="007F078C">
      <w:r>
        <w:t>Rune shifted, shoulders taut, his hand brushing the grip of his sidearm but holding there. A weight, a warning.</w:t>
      </w:r>
    </w:p>
    <w:p w14:paraId="5EA7683F" w14:textId="77777777" w:rsidR="00726625" w:rsidRDefault="00726625"/>
    <w:p w14:paraId="57572F92" w14:textId="77777777" w:rsidR="00726625" w:rsidRDefault="007F078C">
      <w:r>
        <w:t>Bas let her cards flicker between her fingers with idle confidence, a smile playing at the edge of her lips. "Maybe they do when the main street's worse."</w:t>
      </w:r>
    </w:p>
    <w:p w14:paraId="46C8E974" w14:textId="77777777" w:rsidR="00726625" w:rsidRDefault="00726625"/>
    <w:p w14:paraId="24B0D2D2" w14:textId="77777777" w:rsidR="00726625" w:rsidRDefault="007F078C">
      <w:r>
        <w:t>Marin's slate glowed faint in his palm, static threading across its display. His eyes moved between the squad and the mirrored façade, voice quiet but decisive. "Not the time."</w:t>
      </w:r>
    </w:p>
    <w:p w14:paraId="2E94874D" w14:textId="77777777" w:rsidR="00726625" w:rsidRDefault="00726625"/>
    <w:p w14:paraId="1317539E" w14:textId="77777777" w:rsidR="00726625" w:rsidRDefault="007F078C">
      <w:r>
        <w:t>The air tightened. For a long beat, it was standoff without fire, two sides watching, the mirrored glass humming as though waiting for one of them to move.</w:t>
      </w:r>
    </w:p>
    <w:p w14:paraId="00EF822F" w14:textId="77777777" w:rsidR="00726625" w:rsidRDefault="00726625"/>
    <w:p w14:paraId="7F61F7DF" w14:textId="77777777" w:rsidR="00726625" w:rsidRDefault="007F078C">
      <w:r>
        <w:t>Then the façade shuddered hard. The bizarre screamed back through the glass, its jagged silhouette breaking across reflections, forcing civilians into panicked retreat.</w:t>
      </w:r>
    </w:p>
    <w:p w14:paraId="6C6F2C0F" w14:textId="77777777" w:rsidR="00726625" w:rsidRDefault="00726625"/>
    <w:p w14:paraId="7FFA1F06" w14:textId="77777777" w:rsidR="00726625" w:rsidRDefault="007F078C">
      <w:r>
        <w:t>The fragile line between them snapped — both sides shifting, not by choice, but because the distortion made choice irrelevant.</w:t>
      </w:r>
    </w:p>
    <w:p w14:paraId="398538D1" w14:textId="77777777" w:rsidR="00526AAC" w:rsidRDefault="007F078C">
      <w:r>
        <w:br w:type="page"/>
      </w:r>
    </w:p>
    <w:p w14:paraId="46E18BB5" w14:textId="77777777" w:rsidR="00526AAC" w:rsidRDefault="007F078C">
      <w:pPr>
        <w:pStyle w:val="Heading1"/>
      </w:pPr>
      <w:r>
        <w:t>All Supernatural Chapter 9: Glassheart Fallout</w:t>
      </w:r>
    </w:p>
    <w:p w14:paraId="55B97A2A" w14:textId="77777777" w:rsidR="00526AAC" w:rsidRDefault="007F078C">
      <w:r>
        <w:t>The logistics wing breathes in hums and chilled air. White strip lights cut down the rows of containment crates, every box tagged, sealed, and logged in layered precision. Nothing about the place suggests chaos—its order is a fortress of routine.</w:t>
      </w:r>
    </w:p>
    <w:p w14:paraId="47908E2D" w14:textId="77777777" w:rsidR="00526AAC" w:rsidRDefault="00526AAC"/>
    <w:p w14:paraId="0FAB23ED" w14:textId="77777777" w:rsidR="00526AAC" w:rsidRDefault="007F078C">
      <w:r>
        <w:t>Handler Soto walks with his usual deliberate pace, boots echoing on the sealed floor. He stops before one of the central vault crates, a heavy unit still ringed with clamps and sensor lines. Its display glows steady green: Glassheart — in queue for final vault transfer.</w:t>
      </w:r>
    </w:p>
    <w:p w14:paraId="338DEAD4" w14:textId="77777777" w:rsidR="00526AAC" w:rsidRDefault="00526AAC"/>
    <w:p w14:paraId="6676958A" w14:textId="77777777" w:rsidR="00526AAC" w:rsidRDefault="007F078C">
      <w:r>
        <w:t>Soto keys the access code. A hiss of air pressure slides the lid free, locks retracting with hydraulic precision. Cold light bleeds over the interior.</w:t>
      </w:r>
    </w:p>
    <w:p w14:paraId="6E53B6C2" w14:textId="77777777" w:rsidR="00526AAC" w:rsidRDefault="00526AAC"/>
    <w:p w14:paraId="1C971256" w14:textId="77777777" w:rsidR="00526AAC" w:rsidRDefault="007F078C">
      <w:r>
        <w:t>The clamps inside are empty.</w:t>
      </w:r>
    </w:p>
    <w:p w14:paraId="6AA72942" w14:textId="77777777" w:rsidR="00526AAC" w:rsidRDefault="00526AAC"/>
    <w:p w14:paraId="29E6B5C6" w14:textId="77777777" w:rsidR="00526AAC" w:rsidRDefault="007F078C">
      <w:r>
        <w:t>Not broken. Not forced. Simply open hands that hold nothing.</w:t>
      </w:r>
    </w:p>
    <w:p w14:paraId="12D83CE2" w14:textId="77777777" w:rsidR="00526AAC" w:rsidRDefault="00526AAC"/>
    <w:p w14:paraId="0CA45650" w14:textId="77777777" w:rsidR="00526AAC" w:rsidRDefault="007F078C">
      <w:r>
        <w:t>For a moment there is no sound but the faint mechanical sigh of stabilizers overhead. Then Soto leans in, eyes narrowing, gloved fingers brushing the hollow space where the oddity should have been. Smooth. Clean. Deliberate.</w:t>
      </w:r>
    </w:p>
    <w:p w14:paraId="178FF4FC" w14:textId="77777777" w:rsidR="00526AAC" w:rsidRDefault="00526AAC"/>
    <w:p w14:paraId="08B62AB0" w14:textId="77777777" w:rsidR="00526AAC" w:rsidRDefault="007F078C">
      <w:r>
        <w:t>His hand stills. Something lies at the center.</w:t>
      </w:r>
    </w:p>
    <w:p w14:paraId="4F904BD2" w14:textId="77777777" w:rsidR="00526AAC" w:rsidRDefault="00526AAC"/>
    <w:p w14:paraId="6DB9A5BB" w14:textId="77777777" w:rsidR="00526AAC" w:rsidRDefault="007F078C">
      <w:r>
        <w:t>A card. Laminated, white, fractured with four black diamond-shapes overlapping like shards of glass. Placed with care, mocking the sterile precision of the crate.</w:t>
      </w:r>
    </w:p>
    <w:p w14:paraId="0617ED19" w14:textId="77777777" w:rsidR="00526AAC" w:rsidRDefault="00526AAC"/>
    <w:p w14:paraId="5EEF9CCA" w14:textId="77777777" w:rsidR="00526AAC" w:rsidRDefault="007F078C">
      <w:r>
        <w:t>Soto lifts it into the light. His breath leaves sharper than he intends.</w:t>
      </w:r>
    </w:p>
    <w:p w14:paraId="295EE0E1" w14:textId="77777777" w:rsidR="00526AAC" w:rsidRDefault="007F078C">
      <w:r>
        <w:t>"It's gone."</w:t>
      </w:r>
    </w:p>
    <w:p w14:paraId="37E5D601" w14:textId="77777777" w:rsidR="00526AAC" w:rsidRDefault="00526AAC"/>
    <w:p w14:paraId="074FBC08" w14:textId="77777777" w:rsidR="00526AAC" w:rsidRDefault="007F078C">
      <w:r>
        <w:t>Across the row, the nearest agents look up. No shouts, no scramble—just silence breaking into a ripple of exchanged glances, a sharp inhale cut short, datapads lowering mid-scroll. Shock carries its own weight here, controlled, professional.</w:t>
      </w:r>
    </w:p>
    <w:p w14:paraId="18ED4651" w14:textId="77777777" w:rsidR="00526AAC" w:rsidRDefault="00526AAC"/>
    <w:p w14:paraId="61AF48DF" w14:textId="77777777" w:rsidR="00526AAC" w:rsidRDefault="007F078C">
      <w:r>
        <w:t>The card glints in Soto's grip, black lines catching the sterile light. Fourfold have gotten a steal.</w:t>
      </w:r>
    </w:p>
    <w:p w14:paraId="1C8B7CBD" w14:textId="77777777" w:rsidR="00526AAC" w:rsidRDefault="00526AAC"/>
    <w:p w14:paraId="2E3D1D74" w14:textId="77777777" w:rsidR="00526AAC" w:rsidRDefault="007F078C">
      <w:r>
        <w:t>And Glassheart is gone.</w:t>
      </w:r>
    </w:p>
    <w:p w14:paraId="799FA6DB" w14:textId="77777777" w:rsidR="00526AAC" w:rsidRDefault="00526AAC"/>
    <w:p w14:paraId="7CD116D7" w14:textId="77777777" w:rsidR="00526AAC" w:rsidRDefault="00526AAC"/>
    <w:p w14:paraId="7C663CE6" w14:textId="77777777" w:rsidR="00526AAC" w:rsidRDefault="007F078C">
      <w:r>
        <w:t>---</w:t>
      </w:r>
    </w:p>
    <w:p w14:paraId="793B3B10" w14:textId="77777777" w:rsidR="00526AAC" w:rsidRDefault="00526AAC"/>
    <w:p w14:paraId="7055CA39" w14:textId="77777777" w:rsidR="00526AAC" w:rsidRDefault="007F078C">
      <w:r>
        <w:t>The thrum of rotor blades cuts across the western sky, steady and deliberate. Two matte-black helicopters push through the morning haze, their profiles sharp against the light. Inside each cabin, six enforcers sit strapped into harnesses, gear fastened with an economy that speaks of habit, not haste.</w:t>
      </w:r>
    </w:p>
    <w:p w14:paraId="263BDED3" w14:textId="77777777" w:rsidR="00526AAC" w:rsidRDefault="00526AAC"/>
    <w:p w14:paraId="61E010B4" w14:textId="77777777" w:rsidR="00526AAC" w:rsidRDefault="007F078C">
      <w:r>
        <w:t>Their armor gleams a dull graphite, plates interlocked over the frame of fitted exoskeletons. Hydraulic joints whisper with each shift, subtle servos compensating for the weight of rifles and ordnance packs. The rigs aren't bulky; they are built for precision.</w:t>
      </w:r>
    </w:p>
    <w:p w14:paraId="6BEDB13D" w14:textId="77777777" w:rsidR="00526AAC" w:rsidRDefault="00526AAC"/>
    <w:p w14:paraId="18B567ED" w14:textId="77777777" w:rsidR="00526AAC" w:rsidRDefault="007F078C">
      <w:r>
        <w:t>One leans forward, visor half-lit, voice flat over the comms. "Command confirms. Cross-check with Agency chatter."</w:t>
      </w:r>
    </w:p>
    <w:p w14:paraId="02609ED5" w14:textId="77777777" w:rsidR="00526AAC" w:rsidRDefault="00526AAC"/>
    <w:p w14:paraId="4FB9F98A" w14:textId="77777777" w:rsidR="00526AAC" w:rsidRDefault="007F078C">
      <w:r>
        <w:t>A beat of static, then the comms officer replies, clipped. "Verification complete. Fourfold are in Shellbay City. Oddity confirmed stolen—designation Glassheart."</w:t>
      </w:r>
    </w:p>
    <w:p w14:paraId="2CA70AC3" w14:textId="77777777" w:rsidR="00526AAC" w:rsidRDefault="00526AAC"/>
    <w:p w14:paraId="1F54AD57" w14:textId="77777777" w:rsidR="00526AAC" w:rsidRDefault="007F078C">
      <w:r>
        <w:t>No surprise passes through the cabins. Only a shift of shoulders, a tightening of grips on rifles. Professional silence.</w:t>
      </w:r>
    </w:p>
    <w:p w14:paraId="0E8A958F" w14:textId="77777777" w:rsidR="00526AAC" w:rsidRDefault="00526AAC"/>
    <w:p w14:paraId="75985634" w14:textId="77777777" w:rsidR="00526AAC" w:rsidRDefault="007F078C">
      <w:r>
        <w:t>The lead enforcer tilts his head just enough to catch the others' eyes. "Objective stands. Track, engage if contact is clean. No excess."</w:t>
      </w:r>
    </w:p>
    <w:p w14:paraId="702FFF20" w14:textId="77777777" w:rsidR="00526AAC" w:rsidRDefault="00526AAC"/>
    <w:p w14:paraId="7C5B6096" w14:textId="77777777" w:rsidR="00526AAC" w:rsidRDefault="007F078C">
      <w:r>
        <w:t xml:space="preserve">Outside, the helicopters sweep over the city's fringe, their shadows dragging long across rooftops. Civilians on balconies pause mid-smoke, faces tilted upward. On the streets below, office workers slow at crosswalks, murmurs rising as the twin aircraft bank toward </w:t>
      </w:r>
      <w:proofErr w:type="spellStart"/>
      <w:r>
        <w:t>Shellbay's</w:t>
      </w:r>
      <w:proofErr w:type="spellEnd"/>
      <w:r>
        <w:t xml:space="preserve"> towers.</w:t>
      </w:r>
    </w:p>
    <w:p w14:paraId="58956555" w14:textId="77777777" w:rsidR="00526AAC" w:rsidRDefault="00526AAC"/>
    <w:p w14:paraId="765D5E0B" w14:textId="77777777" w:rsidR="00526AAC" w:rsidRDefault="00526AAC"/>
    <w:p w14:paraId="76EDC8F9" w14:textId="77777777" w:rsidR="00526AAC" w:rsidRDefault="007F078C">
      <w:r>
        <w:t>---</w:t>
      </w:r>
    </w:p>
    <w:p w14:paraId="1B43F7C3" w14:textId="77777777" w:rsidR="00526AAC" w:rsidRDefault="00526AAC"/>
    <w:p w14:paraId="1984BEB2" w14:textId="77777777" w:rsidR="00526AAC" w:rsidRDefault="007F078C">
      <w:r>
        <w:t>The mirrored street holds its breath. Zain's coin traces slow arcs over his knuckles, pistol angled toward the fractured glass. Across the avenue, Fourfold stand in the warped fringe, half-shadowed, half-shown. Neither side moves. Neither side breaks.</w:t>
      </w:r>
    </w:p>
    <w:p w14:paraId="149477C0" w14:textId="77777777" w:rsidR="00526AAC" w:rsidRDefault="00526AAC"/>
    <w:p w14:paraId="1EC2C65C" w14:textId="77777777" w:rsidR="00526AAC" w:rsidRDefault="007F078C">
      <w:r>
        <w:t>Then the comms crack in Zain's ear. A flat Agency dispatch, stripped of inflection:</w:t>
      </w:r>
    </w:p>
    <w:p w14:paraId="31408772" w14:textId="77777777" w:rsidR="00526AAC" w:rsidRDefault="00526AAC"/>
    <w:p w14:paraId="1398F9F5" w14:textId="77777777" w:rsidR="00526AAC" w:rsidRDefault="007F078C">
      <w:r>
        <w:t xml:space="preserve">"Priority alert. All active agents—target Fourfold. Oddity confirmed stolen: Glassheart. Search drones </w:t>
      </w:r>
      <w:proofErr w:type="spellStart"/>
      <w:r>
        <w:t>en</w:t>
      </w:r>
      <w:proofErr w:type="spellEnd"/>
      <w:r>
        <w:t xml:space="preserve"> route."</w:t>
      </w:r>
    </w:p>
    <w:p w14:paraId="6EB9E1CD" w14:textId="77777777" w:rsidR="00526AAC" w:rsidRDefault="00526AAC"/>
    <w:p w14:paraId="6C185F58" w14:textId="77777777" w:rsidR="00526AAC" w:rsidRDefault="007F078C">
      <w:r>
        <w:t>The name drops like a blade.</w:t>
      </w:r>
    </w:p>
    <w:p w14:paraId="7E0EA621" w14:textId="77777777" w:rsidR="00526AAC" w:rsidRDefault="00526AAC"/>
    <w:p w14:paraId="1308473D" w14:textId="77777777" w:rsidR="00526AAC" w:rsidRDefault="007F078C">
      <w:r>
        <w:t>Across the way, Marin's slate pulses at the same instant, catching the encrypted broadcast. His eyes sharpen. "They know."</w:t>
      </w:r>
    </w:p>
    <w:p w14:paraId="3FA19D64" w14:textId="77777777" w:rsidR="00526AAC" w:rsidRDefault="00526AAC"/>
    <w:p w14:paraId="361FE1F1" w14:textId="77777777" w:rsidR="00526AAC" w:rsidRDefault="007F078C">
      <w:r>
        <w:t>Etta's lips press thin. She is already shifting back, hood shadowing her face. "Time's up."</w:t>
      </w:r>
    </w:p>
    <w:p w14:paraId="002BA183" w14:textId="77777777" w:rsidR="00526AAC" w:rsidRDefault="00526AAC"/>
    <w:p w14:paraId="24DFD298" w14:textId="77777777" w:rsidR="00526AAC" w:rsidRDefault="007F078C">
      <w:r>
        <w:t>Rune's jaw clenches, hand tightening around his sidearm. Bas flicks her cards once, sharp and final, then snaps them shut.</w:t>
      </w:r>
    </w:p>
    <w:p w14:paraId="399EC6F2" w14:textId="77777777" w:rsidR="00526AAC" w:rsidRDefault="00526AAC"/>
    <w:p w14:paraId="1B42FCD8" w14:textId="77777777" w:rsidR="00526AAC" w:rsidRDefault="007F078C">
      <w:r>
        <w:t>The four move in unison, shadows peeling into side streets and alleys with practiced speed. They don't wait for the drones to circle. They don't wait to be trapped. One second they are figures in fractured light—next, gone into the city's undercurrent.</w:t>
      </w:r>
    </w:p>
    <w:p w14:paraId="73EAB685" w14:textId="77777777" w:rsidR="00526AAC" w:rsidRDefault="00526AAC"/>
    <w:p w14:paraId="0E68F42C" w14:textId="77777777" w:rsidR="00526AAC" w:rsidRDefault="007F078C">
      <w:r>
        <w:t>Elsewhere in the city, agents react in fragments:</w:t>
      </w:r>
    </w:p>
    <w:p w14:paraId="6B6BE604" w14:textId="77777777" w:rsidR="00526AAC" w:rsidRDefault="007F078C">
      <w:r>
        <w:t>—On a rooftop two blocks away, a lone marksman freezes mid-scan, as he swings his scope toward the streets.</w:t>
      </w:r>
    </w:p>
    <w:p w14:paraId="256423D6" w14:textId="77777777" w:rsidR="00526AAC" w:rsidRDefault="007F078C">
      <w:r>
        <w:t>—At a café corner, two field operatives stiffen, they stand up and go to search.</w:t>
      </w:r>
    </w:p>
    <w:p w14:paraId="0DBF904D" w14:textId="77777777" w:rsidR="00526AAC" w:rsidRDefault="007F078C">
      <w:r>
        <w:t>—In a service tunnel, a trio on duty exchange brief nods, their calm breaking into silent urgency as they move toward daylight.</w:t>
      </w:r>
    </w:p>
    <w:p w14:paraId="090F9F5C" w14:textId="77777777" w:rsidR="00526AAC" w:rsidRDefault="00526AAC"/>
    <w:p w14:paraId="3761478B" w14:textId="77777777" w:rsidR="00526AAC" w:rsidRDefault="007F078C">
      <w:r>
        <w:t>Zain's eyes lock on the empty fringe where they've been. The coin freezes in his palm.</w:t>
      </w:r>
    </w:p>
    <w:p w14:paraId="2A025F09" w14:textId="77777777" w:rsidR="00526AAC" w:rsidRDefault="00526AAC"/>
    <w:p w14:paraId="3804B74F" w14:textId="77777777" w:rsidR="00526AAC" w:rsidRDefault="007F078C">
      <w:r>
        <w:t>"They're running—we can cut them off!" Lira's voice cuts sharp, pistol already swinging. Her —Aura of Mortality— prickles cold, feeding her urgency.</w:t>
      </w:r>
    </w:p>
    <w:p w14:paraId="27F91FC7" w14:textId="77777777" w:rsidR="00526AAC" w:rsidRDefault="00526AAC"/>
    <w:p w14:paraId="1B44D31D" w14:textId="77777777" w:rsidR="00526AAC" w:rsidRDefault="007F078C">
      <w:r>
        <w:t>"Hold," Zain barks, dragging his aim back to the glass. The bizarre writhes harder now, jagged silhouette pressing against the surface until cracks lance outward like veins.</w:t>
      </w:r>
    </w:p>
    <w:p w14:paraId="3A63AD64" w14:textId="77777777" w:rsidR="00526AAC" w:rsidRDefault="00526AAC"/>
    <w:p w14:paraId="1CFFB577" w14:textId="77777777" w:rsidR="00526AAC" w:rsidRDefault="007F078C">
      <w:r>
        <w:t>Juno steadies the line, his —Dual Aura— anchoring the space around them. Calm, but firm: "One threat at a time."</w:t>
      </w:r>
    </w:p>
    <w:p w14:paraId="18E14B6F" w14:textId="77777777" w:rsidR="00526AAC" w:rsidRDefault="00526AAC"/>
    <w:p w14:paraId="16179374" w14:textId="77777777" w:rsidR="00526AAC" w:rsidRDefault="007F078C">
      <w:r>
        <w:t>But Lira doesn't hold. She breaks from formation, boots striking hard against pavement as she veers after the fleeing shadows, vanishing into the alleys before Zain can call her back.</w:t>
      </w:r>
    </w:p>
    <w:p w14:paraId="21809079" w14:textId="77777777" w:rsidR="00526AAC" w:rsidRDefault="00526AAC"/>
    <w:p w14:paraId="5C3348CC" w14:textId="77777777" w:rsidR="00526AAC" w:rsidRDefault="007F078C">
      <w:r>
        <w:t>"Hey! Come back! People need us to eliminate the bizarre!" Zain's shout rings after her, sharp, frustrated, but already swallowed by the city noise.</w:t>
      </w:r>
    </w:p>
    <w:p w14:paraId="367CA7F5" w14:textId="77777777" w:rsidR="00526AAC" w:rsidRDefault="00526AAC"/>
    <w:p w14:paraId="6744206B" w14:textId="77777777" w:rsidR="00526AAC" w:rsidRDefault="007F078C">
      <w:r>
        <w:t>Juno's gaze stays fixed on the fractured glass, though his voice is quieter, edged with unease. "I hope nothing happens to her. I felt that those people were dangerous—and above our rank and pay grade."</w:t>
      </w:r>
    </w:p>
    <w:p w14:paraId="3B9C8E79" w14:textId="77777777" w:rsidR="00526AAC" w:rsidRDefault="00526AAC"/>
    <w:p w14:paraId="00129D7D" w14:textId="77777777" w:rsidR="00526AAC" w:rsidRDefault="007F078C">
      <w:r>
        <w:t>Above, the first drone hums low between rooftops, shadows cutting long across the fractured street.</w:t>
      </w:r>
    </w:p>
    <w:p w14:paraId="65307C9B" w14:textId="77777777" w:rsidR="00526AAC" w:rsidRDefault="00526AAC"/>
    <w:p w14:paraId="102928FE" w14:textId="77777777" w:rsidR="00526AAC" w:rsidRDefault="007F078C">
      <w:r>
        <w:t>The choice splits sharp—pursue the thieves or end the bizarre before it tears free.</w:t>
      </w:r>
    </w:p>
    <w:p w14:paraId="161661DB" w14:textId="77777777" w:rsidR="00526AAC" w:rsidRDefault="00526AAC"/>
    <w:p w14:paraId="73B4D045" w14:textId="77777777" w:rsidR="00526AAC" w:rsidRDefault="007F078C">
      <w:r>
        <w:t>The reflections shudder, demanding an answer.</w:t>
      </w:r>
    </w:p>
    <w:p w14:paraId="7AA6CC5E" w14:textId="77777777" w:rsidR="00526AAC" w:rsidRDefault="00526AAC"/>
    <w:p w14:paraId="6BFB222A" w14:textId="77777777" w:rsidR="00526AAC" w:rsidRDefault="007F078C">
      <w:r>
        <w:t>"Let's clean up the bizarre first," Zain snaps, pistol already lifting.</w:t>
      </w:r>
    </w:p>
    <w:p w14:paraId="1C5A9461" w14:textId="77777777" w:rsidR="00526AAC" w:rsidRDefault="00526AAC"/>
    <w:p w14:paraId="59FB0F19" w14:textId="77777777" w:rsidR="00526AAC" w:rsidRDefault="007F078C">
      <w:r>
        <w:t>"Agreed," Juno echoes, his aura tightening around them.</w:t>
      </w:r>
    </w:p>
    <w:p w14:paraId="0F7F2553" w14:textId="77777777" w:rsidR="00526AAC" w:rsidRDefault="00526AAC"/>
    <w:p w14:paraId="1BC7A291" w14:textId="77777777" w:rsidR="00526AAC" w:rsidRDefault="007F078C">
      <w:r>
        <w:t>The reflective intruder moves sharper, shards whipping from its limbs as it lunges.</w:t>
      </w:r>
    </w:p>
    <w:p w14:paraId="54B45E1B" w14:textId="77777777" w:rsidR="00526AAC" w:rsidRDefault="00526AAC"/>
    <w:p w14:paraId="268B0BF3" w14:textId="77777777" w:rsidR="00526AAC" w:rsidRDefault="007F078C">
      <w:r>
        <w:t>Zain's coin spins high, catching sunlight — Coin Twist snapping his next shot with surgical precision. A bolt strikes the creature mid-lunge, fragments bursting outward. He ducks beneath a slicing shard, rolls, fires again, each shot passing through impossible angles.</w:t>
      </w:r>
    </w:p>
    <w:p w14:paraId="3F563076" w14:textId="77777777" w:rsidR="00526AAC" w:rsidRDefault="00526AAC"/>
    <w:p w14:paraId="688DE7C5" w14:textId="77777777" w:rsidR="00526AAC" w:rsidRDefault="007F078C">
      <w:r>
        <w:t>Juno holds ground beside him, firing with measured cadence. His pistol barks steady light, every shot placed not for flair but to hem the bizarre into narrowing space. — Incite — flares, pressing into the entity's mind, pushing its instability higher. The bizarre reels, flinching against invisible pressure.</w:t>
      </w:r>
    </w:p>
    <w:p w14:paraId="270166A8" w14:textId="77777777" w:rsidR="00526AAC" w:rsidRDefault="00526AAC"/>
    <w:p w14:paraId="7BCBF8B2" w14:textId="77777777" w:rsidR="00526AAC" w:rsidRDefault="007F078C">
      <w:r>
        <w:t>The intruder screams, its voice like shattering panes. Shards whip down the street, forcing Zain into cover. He slides behind a taxi, coin flicked again — another shot angles off the mirror of a shattered storefront, ricocheting into the bizarre's side.</w:t>
      </w:r>
    </w:p>
    <w:p w14:paraId="5B10B14F" w14:textId="77777777" w:rsidR="00526AAC" w:rsidRDefault="00526AAC"/>
    <w:p w14:paraId="2A6F0C13" w14:textId="77777777" w:rsidR="00526AAC" w:rsidRDefault="007F078C">
      <w:r>
        <w:t>Juno's calm doesn't falter. He fires into its center mass, step by step, pushing it back toward the largest pane of glass. "Keep the pressure," he says flat, aura steadying Zain's quick, risky pace.</w:t>
      </w:r>
    </w:p>
    <w:p w14:paraId="012F0FB8" w14:textId="77777777" w:rsidR="00526AAC" w:rsidRDefault="00526AAC"/>
    <w:p w14:paraId="057ABF05" w14:textId="77777777" w:rsidR="00526AAC" w:rsidRDefault="007F078C">
      <w:r>
        <w:t>Zain grins sharp. "Always." He surges forward, pistol humming with each pull, until the creature staggers, its cracks refusing to seal. One last twist of the coin, one last angled shot — and the intruder shatters across the glass, dissolving into static fragments that blink out.</w:t>
      </w:r>
    </w:p>
    <w:p w14:paraId="50FEC6A2" w14:textId="77777777" w:rsidR="00526AAC" w:rsidRDefault="00526AAC"/>
    <w:p w14:paraId="59171373" w14:textId="77777777" w:rsidR="00526AAC" w:rsidRDefault="007F078C">
      <w:r>
        <w:t>"Ha! I hope Lira is still okay."</w:t>
      </w:r>
    </w:p>
    <w:p w14:paraId="6551F5CC" w14:textId="77777777" w:rsidR="00526AAC" w:rsidRDefault="00526AAC"/>
    <w:p w14:paraId="144F76D8" w14:textId="77777777" w:rsidR="00526AAC" w:rsidRDefault="007F078C">
      <w:r>
        <w:t>Meanwhile</w:t>
      </w:r>
    </w:p>
    <w:p w14:paraId="478EE6E1" w14:textId="77777777" w:rsidR="00526AAC" w:rsidRDefault="007F078C">
      <w:r>
        <w:t>Lira's boots hammer the pavement, breath quick but steady, her pistol raised. Ahead, Fourfold cut through the streets with trained precision — no wasted motion, no hesitation. They clear obstacles fast, Rune taking point with heavy strides, Marin pulling slightly back to guard their flank.</w:t>
      </w:r>
    </w:p>
    <w:p w14:paraId="503C183C" w14:textId="77777777" w:rsidR="00526AAC" w:rsidRDefault="00526AAC"/>
    <w:p w14:paraId="2C7A8F1D" w14:textId="77777777" w:rsidR="00526AAC" w:rsidRDefault="007F078C">
      <w:r>
        <w:t>Her —Aura of Mortality— sharpens, the world thinning into cold clarity. 'They shouldn't escape. Not after this.'</w:t>
      </w:r>
    </w:p>
    <w:p w14:paraId="74D112CA" w14:textId="77777777" w:rsidR="00526AAC" w:rsidRDefault="00526AAC"/>
    <w:p w14:paraId="13CAC59F" w14:textId="77777777" w:rsidR="00526AAC" w:rsidRDefault="007F078C">
      <w:r>
        <w:t>Rune doesn't slow. He runs with the others, turning only enough to fire. His sidearm barks with brutal precision, Arsenal guiding his aim through motion. Bullets snap down the street, one sparking close to her shoulder, another cracking concrete beside her.</w:t>
      </w:r>
    </w:p>
    <w:p w14:paraId="650C305D" w14:textId="77777777" w:rsidR="00526AAC" w:rsidRDefault="00526AAC"/>
    <w:p w14:paraId="1FA84431" w14:textId="77777777" w:rsidR="00526AAC" w:rsidRDefault="007F078C">
      <w:r>
        <w:t>She fires back, but her shots cut wide.</w:t>
      </w:r>
    </w:p>
    <w:p w14:paraId="154CCE91" w14:textId="77777777" w:rsidR="00526AAC" w:rsidRDefault="00526AAC"/>
    <w:p w14:paraId="3E9D3E15" w14:textId="77777777" w:rsidR="00526AAC" w:rsidRDefault="007F078C">
      <w:r>
        <w:t>Then chance bends. Bas never looks back — her cards are still clenched tight, focus on escape — but her passive — Probability Drift — tugs the angles. One of Rune's rounds, wide by margin, bends true.</w:t>
      </w:r>
    </w:p>
    <w:p w14:paraId="31638851" w14:textId="77777777" w:rsidR="00526AAC" w:rsidRDefault="00526AAC"/>
    <w:p w14:paraId="5271595A" w14:textId="77777777" w:rsidR="00526AAC" w:rsidRDefault="007F078C">
      <w:r>
        <w:t>Lira gasps, staggers. Not a kill at once, but a slow wound that her own Path can't turn away. Ironic — a Death Pathwalker undone by mortality itself. She clamps down on the sudden warmth spreading under her ribs.</w:t>
      </w:r>
    </w:p>
    <w:p w14:paraId="617DA7F0" w14:textId="77777777" w:rsidR="00526AAC" w:rsidRDefault="00526AAC"/>
    <w:p w14:paraId="2CA07EA7" w14:textId="77777777" w:rsidR="00526AAC" w:rsidRDefault="007F078C">
      <w:r>
        <w:t>'No. Not here. Not now.'</w:t>
      </w:r>
    </w:p>
    <w:p w14:paraId="242785B1" w14:textId="77777777" w:rsidR="00526AAC" w:rsidRDefault="00526AAC"/>
    <w:p w14:paraId="1B40938C" w14:textId="77777777" w:rsidR="00526AAC" w:rsidRDefault="007F078C">
      <w:r>
        <w:t>She staggers, fires back, but her aim slips. The world wavers.</w:t>
      </w:r>
    </w:p>
    <w:p w14:paraId="176916D6" w14:textId="77777777" w:rsidR="00526AAC" w:rsidRDefault="00526AAC"/>
    <w:p w14:paraId="359DD354" w14:textId="77777777" w:rsidR="00526AAC" w:rsidRDefault="007F078C">
      <w:r>
        <w:t>'Death… Pathwalker. I am supposed to bring endings. Not mine.'</w:t>
      </w:r>
    </w:p>
    <w:p w14:paraId="02C11137" w14:textId="77777777" w:rsidR="00526AAC" w:rsidRDefault="00526AAC"/>
    <w:p w14:paraId="43BE1A56" w14:textId="77777777" w:rsidR="00526AAC" w:rsidRDefault="007F078C">
      <w:r>
        <w:t>She forces herself upright, pistol still raised, eyes burning at the team slipping farther away with each turn.</w:t>
      </w:r>
    </w:p>
    <w:p w14:paraId="6F05274A" w14:textId="77777777" w:rsidR="00526AAC" w:rsidRDefault="00526AAC"/>
    <w:p w14:paraId="33C12EC1" w14:textId="77777777" w:rsidR="00526AAC" w:rsidRDefault="007F078C">
      <w:r>
        <w:t>'Not like this.'</w:t>
      </w:r>
    </w:p>
    <w:p w14:paraId="152B791C" w14:textId="77777777" w:rsidR="00526AAC" w:rsidRDefault="00526AAC"/>
    <w:p w14:paraId="3FD1D63A" w14:textId="77777777" w:rsidR="00526AAC" w:rsidRDefault="007F078C">
      <w:r>
        <w:t>Rune fires again, cover shots barking behind him, driving her down. None of them stop. None of them need to.</w:t>
      </w:r>
    </w:p>
    <w:p w14:paraId="70144B9B" w14:textId="77777777" w:rsidR="00526AAC" w:rsidRDefault="00526AAC"/>
    <w:p w14:paraId="55A55FA9" w14:textId="77777777" w:rsidR="00526AAC" w:rsidRDefault="007F078C">
      <w:r>
        <w:t>Lira presses a hand to her side, breath shallow, her own mortality whispering closer.</w:t>
      </w:r>
    </w:p>
    <w:p w14:paraId="4453B4E1" w14:textId="77777777" w:rsidR="00526AAC" w:rsidRDefault="00526AAC"/>
    <w:p w14:paraId="5A4EF773" w14:textId="77777777" w:rsidR="00526AAC" w:rsidRDefault="007F078C">
      <w:r>
        <w:t>Her breath hitches once —then stills.</w:t>
      </w:r>
    </w:p>
    <w:p w14:paraId="2277DD35" w14:textId="77777777" w:rsidR="00526AAC" w:rsidRDefault="00526AAC"/>
    <w:p w14:paraId="6B6DF957" w14:textId="77777777" w:rsidR="00526AAC" w:rsidRDefault="00526AAC"/>
    <w:p w14:paraId="75037C8F" w14:textId="77777777" w:rsidR="00526AAC" w:rsidRDefault="007F078C">
      <w:r>
        <w:t>---</w:t>
      </w:r>
    </w:p>
    <w:p w14:paraId="21CE60D4" w14:textId="77777777" w:rsidR="00526AAC" w:rsidRDefault="00526AAC"/>
    <w:p w14:paraId="056567A1" w14:textId="77777777" w:rsidR="00526AAC" w:rsidRDefault="007F078C">
      <w:r>
        <w:t>The industrial yard lies quiet, emptied by the hour. Containers stack like rusted monuments, cranes sleeping over tracks, and the wind drags dust through hollow scaffolds. Every sound carries too far and shadows too long.</w:t>
      </w:r>
    </w:p>
    <w:p w14:paraId="1E455153" w14:textId="77777777" w:rsidR="00526AAC" w:rsidRDefault="00526AAC"/>
    <w:p w14:paraId="644D9BB7" w14:textId="77777777" w:rsidR="00526AAC" w:rsidRDefault="007F078C">
      <w:r>
        <w:t>Fourfold slip into that silence like they've rehearsed it a hundred times. Etta lingers furthest back, hood drawn, eyes always on the edges. Rune stalks forward in the open, heavy pistol low but steady, every movement brutal economy. Bas ghosts to his left, fingers brushing her deck of cards, flipping one into motion before tucking it away again. Marin keeps close to Rune, slate balanced in his hand, symbols cascading across its glass surface.</w:t>
      </w:r>
    </w:p>
    <w:p w14:paraId="105BAF06" w14:textId="77777777" w:rsidR="00526AAC" w:rsidRDefault="00526AAC"/>
    <w:p w14:paraId="2856301B" w14:textId="77777777" w:rsidR="00526AAC" w:rsidRDefault="007F078C">
      <w:r>
        <w:t>The steady crunch of boots breaks that silence. Twelve enforcers, split from their helicopters, fan into the yard in two disciplined formations. Their exoskeletons move in unison—hydraulics whispering, servos adjusting weight, HUD visors pulsing faint amber in the half-light.</w:t>
      </w:r>
    </w:p>
    <w:p w14:paraId="0D8034C2" w14:textId="77777777" w:rsidR="00526AAC" w:rsidRDefault="00526AAC"/>
    <w:p w14:paraId="0A74ABC1" w14:textId="77777777" w:rsidR="00526AAC" w:rsidRDefault="007F078C">
      <w:r>
        <w:t>"Unit A—east stacks clear," comes a voice over comms, flat and precise.</w:t>
      </w:r>
    </w:p>
    <w:p w14:paraId="38EDC436" w14:textId="77777777" w:rsidR="00526AAC" w:rsidRDefault="00526AAC"/>
    <w:p w14:paraId="148D0ED5" w14:textId="77777777" w:rsidR="00526AAC" w:rsidRDefault="007F078C">
      <w:r>
        <w:t>"Unit B—thermal sweep negative," another reports.</w:t>
      </w:r>
    </w:p>
    <w:p w14:paraId="027EB23C" w14:textId="77777777" w:rsidR="00526AAC" w:rsidRDefault="00526AAC"/>
    <w:p w14:paraId="51886BC2" w14:textId="77777777" w:rsidR="00526AAC" w:rsidRDefault="007F078C">
      <w:r>
        <w:t>A pause, only the low thrum of hydraulics filling the gap. Then:</w:t>
      </w:r>
    </w:p>
    <w:p w14:paraId="799AC1A6" w14:textId="77777777" w:rsidR="00526AAC" w:rsidRDefault="007F078C">
      <w:r>
        <w:t>"Picking up trace signatures. Four, possibly masked. Northeast fringe."</w:t>
      </w:r>
    </w:p>
    <w:p w14:paraId="4103FBC9" w14:textId="77777777" w:rsidR="00526AAC" w:rsidRDefault="00526AAC"/>
    <w:p w14:paraId="50DF18DF" w14:textId="77777777" w:rsidR="00526AAC" w:rsidRDefault="007F078C">
      <w:r>
        <w:t>Confirmation snaps through the comms. "Hold formation. Box them."</w:t>
      </w:r>
    </w:p>
    <w:p w14:paraId="19CA0E76" w14:textId="77777777" w:rsidR="00526AAC" w:rsidRDefault="00526AAC"/>
    <w:p w14:paraId="77998A79" w14:textId="77777777" w:rsidR="00526AAC" w:rsidRDefault="007F078C">
      <w:r>
        <w:t>The line of graphite armor shifts, rifles lift with mechanical precision. A single hand signal—silent, sharp—and the squad split again, one group circling containers, the other cutting directly through a line of steel crates. Their HUDs map angles and heat shadows, narrowing the hunt.</w:t>
      </w:r>
    </w:p>
    <w:p w14:paraId="58623A58" w14:textId="77777777" w:rsidR="00526AAC" w:rsidRDefault="00526AAC"/>
    <w:p w14:paraId="4B651B82" w14:textId="77777777" w:rsidR="00526AAC" w:rsidRDefault="007F078C">
      <w:r>
        <w:t>In the broken light, Fourfold wait.</w:t>
      </w:r>
    </w:p>
    <w:p w14:paraId="00DD2664" w14:textId="77777777" w:rsidR="00526AAC" w:rsidRDefault="00526AAC"/>
    <w:p w14:paraId="3F168DD7" w14:textId="77777777" w:rsidR="00526AAC" w:rsidRDefault="007F078C">
      <w:r>
        <w:t>Bas's eyes narrow, her mind assessing probabilities. She doesn't speak; instead, a quick hand signal snaps across to Rune—angled downward, short, decisive. He understands. Risk Assessment has already given her the outcome: if they are caught standing still, the yard will collapse on them. If they move, there is a chance to slip free. That is the only chance worth taking.</w:t>
      </w:r>
    </w:p>
    <w:p w14:paraId="5F4C3DD5" w14:textId="77777777" w:rsidR="00526AAC" w:rsidRDefault="00526AAC"/>
    <w:p w14:paraId="0AECF9AF" w14:textId="77777777" w:rsidR="00526AAC" w:rsidRDefault="007F078C">
      <w:r>
        <w:t>Marin doesn't need to echo. His slate blinks alive, running sharper streams as his abilities align: —Keen Mind pulling threads,— Analytical Mind mapping positions, and —Tactical Read filtering them into patterns. His voice is calm, almost detached. "They'll sweep right. Split formation, three forward, three covering. They're confident. That's a weakness."</w:t>
      </w:r>
    </w:p>
    <w:p w14:paraId="4033783B" w14:textId="77777777" w:rsidR="00526AAC" w:rsidRDefault="00526AAC"/>
    <w:p w14:paraId="1198381E" w14:textId="77777777" w:rsidR="00526AAC" w:rsidRDefault="007F078C">
      <w:r>
        <w:t>Rune's jaw tightens, gun steady, body like a coiled spring. Fighting Instinct sings through his muscles, every angle mapped by instinct before steel even clashes.</w:t>
      </w:r>
    </w:p>
    <w:p w14:paraId="17AD91B8" w14:textId="77777777" w:rsidR="00526AAC" w:rsidRDefault="00526AAC"/>
    <w:p w14:paraId="78BC09DF" w14:textId="77777777" w:rsidR="00526AAC" w:rsidRDefault="007F078C">
      <w:r>
        <w:t>Rune twitches a nod, jaw tightening. "We keep it clean."</w:t>
      </w:r>
    </w:p>
    <w:p w14:paraId="60D39B88" w14:textId="77777777" w:rsidR="00526AAC" w:rsidRDefault="00526AAC"/>
    <w:p w14:paraId="4D44391B" w14:textId="549A21E6" w:rsidR="00526AAC" w:rsidRDefault="007F078C">
      <w:r>
        <w:t>Behind them, Etta's eyes narrow at the shifting beams of HUD glow. Cunning Instinct pulls her awareness sharp, finding shadows where none should have been. Her knife-tool flickers, ready but quiet.</w:t>
      </w:r>
    </w:p>
    <w:p w14:paraId="57546EA1" w14:textId="5D2504C8" w:rsidR="00007CD1" w:rsidRDefault="00007CD1">
      <w:r>
        <w:t>The enforcers close. Every step tightens the circle.</w:t>
      </w:r>
    </w:p>
    <w:sectPr w:rsidR="00007CD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95997096">
    <w:abstractNumId w:val="8"/>
  </w:num>
  <w:num w:numId="2" w16cid:durableId="2097941849">
    <w:abstractNumId w:val="6"/>
  </w:num>
  <w:num w:numId="3" w16cid:durableId="218395598">
    <w:abstractNumId w:val="5"/>
  </w:num>
  <w:num w:numId="4" w16cid:durableId="882866236">
    <w:abstractNumId w:val="4"/>
  </w:num>
  <w:num w:numId="5" w16cid:durableId="1692142109">
    <w:abstractNumId w:val="7"/>
  </w:num>
  <w:num w:numId="6" w16cid:durableId="433718441">
    <w:abstractNumId w:val="3"/>
  </w:num>
  <w:num w:numId="7" w16cid:durableId="1449742540">
    <w:abstractNumId w:val="2"/>
  </w:num>
  <w:num w:numId="8" w16cid:durableId="1728991701">
    <w:abstractNumId w:val="1"/>
  </w:num>
  <w:num w:numId="9" w16cid:durableId="403374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CD1"/>
    <w:rsid w:val="0002513F"/>
    <w:rsid w:val="00032C90"/>
    <w:rsid w:val="00034616"/>
    <w:rsid w:val="00044501"/>
    <w:rsid w:val="0006063C"/>
    <w:rsid w:val="00065432"/>
    <w:rsid w:val="0008343A"/>
    <w:rsid w:val="000B4C82"/>
    <w:rsid w:val="000F0BEB"/>
    <w:rsid w:val="00101833"/>
    <w:rsid w:val="00113A04"/>
    <w:rsid w:val="0015074B"/>
    <w:rsid w:val="0015559C"/>
    <w:rsid w:val="00165122"/>
    <w:rsid w:val="00173A68"/>
    <w:rsid w:val="001A56AE"/>
    <w:rsid w:val="001B2B8B"/>
    <w:rsid w:val="001C0EFA"/>
    <w:rsid w:val="001C2DC2"/>
    <w:rsid w:val="00251D11"/>
    <w:rsid w:val="00291EE4"/>
    <w:rsid w:val="00292234"/>
    <w:rsid w:val="0029639D"/>
    <w:rsid w:val="002A38FA"/>
    <w:rsid w:val="002A675C"/>
    <w:rsid w:val="002B2B1C"/>
    <w:rsid w:val="002F4E51"/>
    <w:rsid w:val="00326F90"/>
    <w:rsid w:val="00343BAC"/>
    <w:rsid w:val="003E2B68"/>
    <w:rsid w:val="003F00D7"/>
    <w:rsid w:val="0041264D"/>
    <w:rsid w:val="004803BB"/>
    <w:rsid w:val="005077EF"/>
    <w:rsid w:val="00510EB6"/>
    <w:rsid w:val="00526AAC"/>
    <w:rsid w:val="0053251B"/>
    <w:rsid w:val="0058407C"/>
    <w:rsid w:val="005A3FBF"/>
    <w:rsid w:val="005B4A0A"/>
    <w:rsid w:val="005E01AE"/>
    <w:rsid w:val="00617DD5"/>
    <w:rsid w:val="0065682D"/>
    <w:rsid w:val="006674A0"/>
    <w:rsid w:val="00670A8B"/>
    <w:rsid w:val="006766F2"/>
    <w:rsid w:val="006D08DE"/>
    <w:rsid w:val="00726625"/>
    <w:rsid w:val="00795397"/>
    <w:rsid w:val="007B1E78"/>
    <w:rsid w:val="007F078C"/>
    <w:rsid w:val="0081771C"/>
    <w:rsid w:val="00867840"/>
    <w:rsid w:val="00890A95"/>
    <w:rsid w:val="008918FB"/>
    <w:rsid w:val="008943BE"/>
    <w:rsid w:val="008A1F82"/>
    <w:rsid w:val="009141A4"/>
    <w:rsid w:val="0094247E"/>
    <w:rsid w:val="009B4E30"/>
    <w:rsid w:val="00A42918"/>
    <w:rsid w:val="00A572C0"/>
    <w:rsid w:val="00AA1D8D"/>
    <w:rsid w:val="00AA4E39"/>
    <w:rsid w:val="00AD1454"/>
    <w:rsid w:val="00AE242A"/>
    <w:rsid w:val="00B47730"/>
    <w:rsid w:val="00B819AB"/>
    <w:rsid w:val="00BB2CD8"/>
    <w:rsid w:val="00BE6F58"/>
    <w:rsid w:val="00C36CD3"/>
    <w:rsid w:val="00CA500C"/>
    <w:rsid w:val="00CB0664"/>
    <w:rsid w:val="00CE7B46"/>
    <w:rsid w:val="00D2508F"/>
    <w:rsid w:val="00D55F71"/>
    <w:rsid w:val="00DA2C8B"/>
    <w:rsid w:val="00DD1B92"/>
    <w:rsid w:val="00DD5E0E"/>
    <w:rsid w:val="00E05FC9"/>
    <w:rsid w:val="00E15FFB"/>
    <w:rsid w:val="00E20C74"/>
    <w:rsid w:val="00E70279"/>
    <w:rsid w:val="00ED1D55"/>
    <w:rsid w:val="00F23FA1"/>
    <w:rsid w:val="00F505CF"/>
    <w:rsid w:val="00F573EA"/>
    <w:rsid w:val="00FB4F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5CF7CD"/>
  <w14:defaultImageDpi w14:val="300"/>
  <w15:docId w15:val="{ABBD4237-000B-EC40-94C7-5257405A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14099</Words>
  <Characters>80365</Characters>
  <Application>Microsoft Office Word</Application>
  <DocSecurity>0</DocSecurity>
  <Lines>669</Lines>
  <Paragraphs>188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94276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Golden-Treasure Esoh</cp:lastModifiedBy>
  <cp:revision>2</cp:revision>
  <dcterms:created xsi:type="dcterms:W3CDTF">2025-09-23T23:37:00Z</dcterms:created>
  <dcterms:modified xsi:type="dcterms:W3CDTF">2025-09-23T23:37:00Z</dcterms:modified>
  <cp:category/>
</cp:coreProperties>
</file>