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An Unexpected</w:t>
      </w:r>
    </w:p>
    <w:p>
      <w:r>
        <w:t>Journey:</w:t>
      </w:r>
    </w:p>
    <w:p>
      <w:r>
        <w:t>From a Bar in Arizona to the beaches of Maui to a Temple in India</w:t>
      </w:r>
    </w:p>
    <w:p>
      <w:r>
        <w:t>Patrick Wise</w:t>
      </w:r>
    </w:p>
    <w:p>
      <w:r>
        <w:t>“Hey You Guys,” Christina said as she cheerfully walked up to our table at Jillian’s Bar and Grill in Scottsdale, Arizona the last week of January in 2005.  Such a simple phrase that is used everyday all the time.  This simple phrase however began a series of events that changed everything!  Some would say that those three words set into motion my awakening and sent me merrily on my way down my Journey home.  Before I go on, I must confess that I am not an author.  I am just an everyday person like you and that is one of the biggest points I want to make in this book.  You do not have to be someone special to have a spiritual awakening or an expanded awareness of the world around you, you do not have to go sit by yourself in a cave meditating for 25 years to have a spiritual awakening or have expanded awareness of the world around, all you have to do is pay attention when it comes and it will come, trust me it will come!</w:t>
      </w:r>
    </w:p>
    <w:p>
      <w:r>
        <w:t>So on that fateful night in the desert there was a party going on in Scottsdale.  The Phoenix Open golf tournament was going on.  It is much more a party than a sporting event as anyone who has ever attended or watched on television would know.  Since my roommate Scott and I lived just across the street from the party, we figured we better go and check it out, especially since we had our really good friend Michelle in town from California.  Michelle brought her friend Leah with her and we were all itching to go have some fun!  Michelle and Leah had arrived the night before and they met us at a swanky lounge when they arrived for a few drinks.  During the course of that first evening Michelle announced some very exciting news.  She was going to be heading to Maui the next week; to interview for a Management position with the company we both happened to work for.  Although I was excited for her, I really did not think at the time that it had anything to do with me, but since it was Maui I am sure happy that I was wrong.</w:t>
      </w:r>
    </w:p>
    <w:p>
      <w:r>
        <w:t>Ok back to Jillian’s…..My friends and I were sitting in one of those half moon shaped boots.  The pleather seats were bright red and the stark white tabletop was covered with beers and appetizers.  As the casual conversation rambled on and the drinks flowed and the laughter filled the air, it occurred to me that there was something bothering me.  I couldn’t quite put my finger on it, but it was something about the girl Leah that had come with Michelle from California.  After a few minutes it dawned on me, that it was her voice.  It wasn’t that her voice was irritating, it just sounded exactly and I mean exactly like someone else’s that I knew.  I kept listening to her talk and then scanning every single female that I knew to figure out who’s voice matched hers in my mind.  After about 10 minutes of totally ignoring the table, but not yet figuring out who it was, I had to seek help so I didn’t go insane right then and there.  You know how it works, when you can’t figure something out and it’s right on the tip of your brain, but it just won’t leave your brain and enter you mouth.  So I asked Scott to listen to Leah talk and tell me which one of our friends sounded exactly like her.  Within about two minutes a light bulb went off in his head and he told me that it was Christina from the restaurant we had worked together at a few months back.  Before I could even finish the thought of being relieved to have the answer to my mental quest, I heard Scott say quizzically, “Christina?”</w:t>
      </w:r>
    </w:p>
    <w:p>
      <w:r>
        <w:t>To my utter amazement the very same Christina we had just been talking about walked up to our table and said, “Hey Guys!”   It was just uncanny and everyone at the table was looking at her to a small extent like she was a ghost.  Before she started to feel to uncomfortable I filled her in that we had just brought her name up because her voice sounded exactly like Leah’s at the table.  I introduced them and they both quickly realized that to their utter amazement they had the identical same voice.  It was comical for a moment and we completed our hello’s, introductions and small talk with her and she headed back to the bar.  I mentioned how weird that was and everyone was in total agreement. Michelle then asked anyone at the table if they had read the Celestine Prophecy.  No one had, but we asked what it was about.</w:t>
      </w:r>
    </w:p>
    <w:p>
      <w:r>
        <w:t>“Coincidences,” she said.</w:t>
      </w:r>
    </w:p>
    <w:p>
      <w:r>
        <w:t>It is an amazing book that she confessed to reading once every six months, because it was so good.  She gave us a very quick synopsis and the synopsis had me convinced that I needed to read the book.  Coincidences and strange occurrences had always happened in my life, just as they do in everyone else’s.  They had always intrigued me greatly, so I was really anxious to get that book in my hands.  Bear with me for the next few moments as it will seem I am going all over the place her, but I promise it will all come together, I told you I was not an author ; )</w:t>
      </w:r>
    </w:p>
    <w:p>
      <w:r>
        <w:t>The next day was Super Bowl Sunday and I had to go to work.  I was a concierge at a classy resort and loved my job very much.  On that particular day I was more than a little distracted due to the fact that I kept leaving the desk to run down to the bar to catch a bit of the game and the commercials of course.  In one of the rare moments that I was actually working I received a phone call from a gentleman that wanted to make a reservation for a great Japanese restaurant that was just down the street for the next night which was Monday.  I wrote the reservation down on my to-do list and proceeded to leave the desk to go catch the score of the game.  I was very good at my job and I rarely forgot to do something especially if it was for a guest.  In fact I can say with confidence that I had never forgotten to make a reservation that a guest requested in the entire two years that I have been a concierge.  I forgot that one though.  That is until the next morning….</w:t>
      </w:r>
    </w:p>
    <w:p>
      <w:r>
        <w:t>Ahh the next morning, when I woke up I didn’t really expect it to be a magical day at all.  Let me digress to three months prior.  I had been the proud recipient of Southern Caribbean Cruise from my company.  I took my buddy Scott along as I was single at the time and he had been going through a rough spot in his life and because he was damn fun to be around.  The cruise was one of the most unbelievable weeks of my entire life, well all of our entire lives.  It wasn’t the lavish cruise ship or the exotic destinations or the fact that I won $350 playing bingo on the ship.  It was because of an incredible bond that had taken place between 6 people.  This group consisted of Scott and I, my good friend Liza from one of our resorts in St. John and her sister in law Angel and Michelle(our friend that was in from California) and her Mom Laurie.  We all came together for the first time on the dance floor with drinks in hand and our booties shaking at the Old San Juan Hotel the first night we were in town.  We all immediately hit it off and danced the night away.  The next day we all headed for the Cruise Ship and there was major excitement in the air.  Keep in mind that none of our cell phones worked down there, so we basically had no way of communicating with one another.  Despite that fact and despite the fact that we had no knowledge of each other’s room numbers yet, the six of us kept bumping into each other at every single turn.  This was a HUGE ship and if it had only happened once or twice we would have blown it off, but it kept happening and kept happening so we all took it as a sign that we better just hang out.  That was OK with us as the group dynamic could not have been better.  The entire time we were all together it was pure fun, serious but playful conversation and a ton of laughter.  As we floated around the Caribbean our bond grew stronger and stronger.</w:t>
      </w:r>
    </w:p>
    <w:p>
      <w:r>
        <w:t>Michelle was currently working at one of our call center locations in Orange County and I was obviously working in Scottsdale.  The moment that our feet hit the ground in St. John a spark flew into both of our minds, we need to work HERE.  St. John is one of the most visually stunning locations in the entire world.  The water is so clear and blue that you think you are in an amazing painting instead of actual reality.  The sand on the beach is white an about as fine as it gets.  She was already a manager and I was headed in that direction.  She had been thinking about changing locations for a while, but I really hadn’t been.  I like living in Scottsdale, but as soon as my feet touched the sand the wheels in my mind started turning pretty quickly.</w:t>
      </w:r>
    </w:p>
    <w:p>
      <w:r>
        <w:t>A few months prior I had been deeply in love in a totally intense but weird non-relationship.  I will save you the agony of having to read the details, but let’s just say my heart got ripped out, shredded into many pieces and thrown in a trashcan.  In other words, I hit rock bottom after she decided to move on.  We had gone from looking for houses together to not being able to stand one another in a matter of days.  It is weird how Love and Hate really are so connected.  Any way’s due to that occurrence and by my deep desire to experience new people and new places, the thought of moving to another place became a real desire in a very short period of time on the beach in St. John.  I threw caution to the wind and started telling every one that would listen my intention to move to another location within the company.</w:t>
      </w:r>
    </w:p>
    <w:p>
      <w:r>
        <w:t>We took an Island tour and every stop we made Michelle and my desire to live somewhere like this in pristine beauty increased.  I knew that once I returned to Scottsdale that I must immediately tell my bosses my intention, since I had already told everyone else in the company.  That is exactly what I did, but they didn’t take me too seriously because I had not decided on a location.  I did keep saying for three months that I was moving somewhere.  That only can go on so long in a corporate environment, before you have to either shut up or decide where to move. I had narrowed my choices down to three St. John, Maui or Cancun, rough choices I know! I had been hesitant to make a final decision, because all three locations would require a very dramatic move and a huge change in lifestyle.  This brings us back to the Monday after Super Bowl Sunday.  As I crawled out of bed and wondered into the living room Scott was sitting there like normal watching television.  I sat down on the other couch and asked how his morning was going.</w:t>
      </w:r>
    </w:p>
    <w:p>
      <w:r>
        <w:t>“I think I am going to move Maui, do you want to come,” he asked?</w:t>
      </w:r>
    </w:p>
    <w:p>
      <w:r>
        <w:t>Those were not the words I was expecting to here at all, so it surprised me even more when I naturally just said, “Yes, I do!”  Within the next 30 minutes we seriously discussed the pro’s and cons and the practicalities and the final decision was made right then and there.  Within the hour I had called my boss and my parents to let them know my intention.  Everything was in fast-forward as my excitement grew with each passing moment.  I was moving to freaking Maui!  Now keep in mind I had not been to Maui in about 16 years, the last time was when I was a small kid with my parents.  However, it had always been my favorite destination out of all the places that I had ever traveled and I just had a very strong affinity for that particular island.  Never mind the fact that it was 3000 miles away from Scottsdale and about 6000 miles away from my family in Kansas City, I was going and that was all there was to it!</w:t>
      </w:r>
    </w:p>
    <w:p>
      <w:r>
        <w:t>As I was watching recaps of the Super Bowl after the huge decision had been made effortlessly to move, a flash came into my mind that I had not made the reservation for that guy at the Japanese restaurant for that night.  I quickly scrambled to get the number to the restaurant.  When I called the manager Jenn answered the phone.  Jenn and I had talked back and forth professionally and we had been out with the same group of people maybe once before then, but we certainly would not have been classified as friends at that point.  However, after I begged her for the reservation that I had forgotten to make, we chatted for a while.  She was having a rough day so she asked me if we could go grab a drink when she got off.  I was never one to turn down a lady that asked me to go drinking so I obliged.  I then headed out to find The Celestine Prophecy book that Michelle had recommended the night before.  I went to every bookstore that I knew and they were all out!  Pretty popular book I thought to myself.</w:t>
      </w:r>
    </w:p>
    <w:p>
      <w:r>
        <w:t>I finally gave up and met Jenn at the neighborhood bar, Zipps.  After a couple of beers and some great conversation, I called Scott to see if he wanted to join our revelry.  He said he would be there in a few and told me that he had a surprise for me.  I like surprises but didn’t think much of it until he walked in the door and produces a worn copy of The Celestine Prophecy that he had managed to find at a used bookstore on a college campus.  I was excited and thanked him for his efforts.  The major topic of conversation was about the decision we had made earlier in the day to move to a rock in the middle of the Pacific Ocean.  Jenn was a little jealous but excited for us at the same time.  The three of us had never hung out before but we were having so much fun or more accurately had had enough drinks to make us want more drinks at a different location.  Jenn eloquently asked us if we had ever been to the Dirty Dogg Saloon just down the street.  We had not and she told us that the bartenders were hot and danced on the bar.  That was all the arm-twisting we needed.  We decided to consolidate cars so we went back to our apartment to have an in between bars drink.  While we were there I pulled out the Celestine Prophecy and read the back cover of the book to them.  It was so compelling that they both asked to borrow this book about coincidence, coincidentally at the same exact time.  I laughed and said sure!</w:t>
      </w:r>
    </w:p>
    <w:p>
      <w:r>
        <w:t>I put the book down as we left to head to the saloon.  When we arrived, there was not a soul in the bar and Jenn felt bad and asked if we would rather go to some place livelier.  Scott and I shrugged that idea off, knowing the three of us could be a party amongst ourselves.  We walked in to a pretty typical looking saloon, the bar ran the length of the sidewall and there were tables and booths surrounding a worn pool table.  As we approached the bar, I noticed that besides the bra’s hanging from the beams above that there were dollar bills pasted onto the walls and ceilings covering every practical inch around the bar.  The dollar bills had writing on them and the first one that I focused my eyes on read, ALOHA!  I laughed inside thinking how appropriate that was considering the decision that Scott and I had made earlier.  I didn’t think too much of it other than it was a cool coincidence especially because that was the major theme in The Celestine Prophecy that I had waiting eagerly at home for me.  This is where things start to get a little weird.</w:t>
      </w:r>
    </w:p>
    <w:p>
      <w:r>
        <w:t>The bartended comes out from the kitchen into the bar.  She was a beautiful brunette and was dressed as if she was right out of a Crocodile Dundee movie.  She gave us a huge smile then gave us the hang loose or shaka symbol that Hawaii is famous for and floored Scott and I by yelling, “ALOHA!”</w:t>
      </w:r>
    </w:p>
    <w:p>
      <w:r>
        <w:t>Now keep in mind that we are in the middle of the desert and that is definitely not the common greeting from bartenders in Arizona.  I smiled and quizzed her on why she greeted us that way.  She went on to say that it was because she was a Hawaii Girl.  I started to get Goosebumps and knew the answer before I even asked her what Island she was from.  She confirmed what I knew by yelling once again, “MAUI!, I am a Maui girl.”</w:t>
      </w:r>
    </w:p>
    <w:p>
      <w:r>
        <w:t>Scott and I looked at each other with a look of awe and bewilderment.  There is no way she just said that.  Out of all the bars in town and all the bartenders we had encountered we had never ever been greeted with Aloha.  After she asked if we were OK, because we looked as if we had just seen a ghost, I gently explained the decision that we had made earlier in the day to move to her home island.</w:t>
      </w:r>
    </w:p>
    <w:p>
      <w:r>
        <w:t>“REALLY,” she yelled once again!</w:t>
      </w:r>
    </w:p>
    <w:p>
      <w:r>
        <w:t>“Yes REALLY,” I said still shocked.</w:t>
      </w:r>
    </w:p>
    <w:p>
      <w:r>
        <w:t>My whole insides filled with familiar warmth, as I knew that my decision to move to Maui had been solidified as being on the right track by the Universe.  I spent the next 3 hours sitting at the bar, finding out all the ins and outs of the Island, where I should go, where I should avoid.  It was definitely much appreciated insider information.  When I got home, I immediately picked up The Celestine Prophecy and fell in love with it immediately.  Of course it talked about how the Universe will give you signs if you are on the right track towards your destiny.  It also talked about how the right people will come along at the right time, if you just keep your eyes open and pay attention.  Sometimes, however as I just learned it will come up and sit you down and smack you right in the face.</w:t>
      </w:r>
    </w:p>
    <w:p>
      <w:r>
        <w:t>The next morning I woke up buzzing with excitement.  I quickly turned on my computer to e-mail my friend Michelle, who was currently in Maui interviewing for her position.  I thanked her so much for recommending the Celestine to me and frantically wrote that I hope she got the job out there, because Scott and I were moving there!  I also excitedly told her about what had previously happened the night before with the Maui bartender.   When I finished the e-mail I wasn’t really expecting things to get any weirder, but they in fact did.</w:t>
      </w:r>
    </w:p>
    <w:p>
      <w:r>
        <w:t>As soon as I hit SEND on my computer, and Instant Message popped up from my buddy Justin in New York that said and I quote exactly, “Want to go to Hawaii????”</w:t>
      </w:r>
    </w:p>
    <w:p>
      <w:r>
        <w:t>I stared at the screen in utter disbelief!  How could he have known anything, I hadn’t told anyone outside of a handful and he surely was not one of them.</w:t>
      </w:r>
    </w:p>
    <w:p>
      <w:r>
        <w:t>“Why did you just ask me that,” I replied back?</w:t>
      </w:r>
    </w:p>
    <w:p>
      <w:r>
        <w:t>“Ummmm…Jimmy Buffet is playing in Honolulu on April 19th and my brother and I are thinking of going and wanted to see if you and Scott wanted to come out…….is that OK haha.” he replied .</w:t>
      </w:r>
    </w:p>
    <w:p>
      <w:r>
        <w:t>“Dude, you have no IDEA how weird it is that you just asked me that!!!!!  I want you to sit down and I am going to forward you an e-mail that I literally just sent to my friend Michelle the second before you messaged me.”</w:t>
      </w:r>
    </w:p>
    <w:p>
      <w:r>
        <w:t>“ummm.OK”</w:t>
      </w:r>
    </w:p>
    <w:p>
      <w:r>
        <w:t>I forwarded him the e-mail still not believing all the things that were happening!</w:t>
      </w:r>
    </w:p>
    <w:p>
      <w:r>
        <w:t>“DUDE that is FUCKED up” he responded.  “How crazy is that!!!!”</w:t>
      </w:r>
    </w:p>
    <w:p>
      <w:r>
        <w:t>I told him that I for sure wanted to go to Hawaii during that time.  I figured it would be the perfect time to check out the Island and start looking for a place.  I called Scott in the room and shared the crazy news with him.  Justin’s brother was in the travel business at the time and by the end of the day, we had a vacation booked for Scott, his parents, my friend Amy and myself for the third week of April.</w:t>
      </w:r>
    </w:p>
    <w:p>
      <w:r>
        <w:t>I lay in bed and gobbled up the rest of The Celestine Prophecy as fast as I possibly could.  The book was magical in my eyes.  Not only was it an amazing adventure story, but it unlocked access to a knowing that had always been inside me, but that I was not aware of on a conscious level.  The books “insights” had to do with energy, synchronicities and most of all it made the suggestion ever so slightly that this whole God thing could be easily defined as this super intelligent life force energy that was flowing through all things, including me!</w:t>
      </w:r>
    </w:p>
    <w:p>
      <w:r>
        <w:t>It made another soft suggestion that Jesus was no more special than anyone of us, he was just aware of knowledge that the rest of had forgotten.  It told how ancient civilizations such as the Mayans, figured this information out and they all basically ascended into Heaven or another dimension as a massive group.  The book made the claim that we are all energy beings and that here on earth we are vibrating so slowly that we appear as dense matter along with almost everything else on Earth.  It more astonishingly made the claim through this “fictional” story that we could learn to see this energy around plants, trees and more importantly other human beings.  Then it dramatically claimed that we could learn to raise our vibration high enough to literally become light and disappear into another dimension.   Although it all seemed very out there to this Catholic boy, there was something about this new knowledge that I knew was true.  At the very core of my being, I instantly got why I had not been able to fully buy into Christianity or any other religion.  I instantly got that Jesus and Buddha and Krishna were not here to save us and have us worship them.  They were here to be examples and to show us how to do what they were doing.  I literally lay in bed for hours contemplating all of this stuff!</w:t>
      </w:r>
    </w:p>
    <w:p>
      <w:r>
        <w:t>Growing up in the Christian religion, I knew that it was fundamentally good.  There was always one thing that I could never get past.  It was the fact that you HAD to accept Jesus Christ as your savior in order to get into heaven.  What about all the people that would never hear about Jesus, you know the people in the middle of the Amazon Rain Forrest for whom the world Google is not in their vocabulary?  Also, what about the other half of the world that was Jewish, Muslim, Buddhist and so on?  You are telling me that a loving God would send half of the Earth’s population to hell.  I didn’t and could never buy that.  The other thing I had a problem with was the fact that I had been taught that I was a born sinner and that I needed to seek salvation.  Although I had my days, I felt fundamentally Good most of the time. I was also not very good with all the rules and all the guilt.  I had all of these thoughts and “knowings” inside me growing up, but I was focused more on baseball and girls than I was all of this spiritual stuff.</w:t>
      </w:r>
    </w:p>
    <w:p>
      <w:r>
        <w:t>However, as I tore through James Redfield book it was like a bright spotlight was shone on that part of me where these “knowings” had lay hidden from my consciousness.  I slowly, but surely began to get it.  I slowly began to realize that God was a supreme consciousness of energy that we were all of part of.  Every page I read felt like a notch in the combination to my soul’s essence opening.</w:t>
      </w:r>
    </w:p>
    <w:p>
      <w:r>
        <w:t>Life continued pretty much as normal after the first wave of freaky but cool coincidences.  I was moving to Maui and I needed money to make that happen.  My first reaction was one of fear that I would not have enough of course.  So I called the restaurant I used to work at to see if I could pick up some shifts on the side to supplement my income.  They never called back and that was probably a good thing.  As I have since learned when you are focused excitedly on something incredible that is going to happen in your life and you are focused in a positive way, the universe will respond with whatever you need.</w:t>
      </w:r>
    </w:p>
    <w:p>
      <w:r>
        <w:t>What I needed was money and that is exactly what the universe gave me.  I was not doing anything out of the ordinary, but I proceeded to have the two best months financially I had ever had.  Just like that after two months I had all the money that I needed to move to Maui.  After finishing the Celestine Prophecy, I moved on to the next book in the series called The 10th Insight.  It was good, but did not quite have the same affect as the Celestine did.  The only thing I got out of that book however is exactly how much fear will affect your life in a negative way.  Sometimes you cannot help the things that happen to you, but you can certainly control how you react to them.  It taught that what you focus your attention on is that which you will create more of.  I immediately thought of the news.  The amount of negative information on the news is disgusting if you really think about it.  If it is true that what you put your attention you will attract more of, no wonder it seems like the world is in dire shape.  All we are hearing it that so and so was murdered and that 30 troops were killed today in Iraq and that the War on Terrorism is this or that.</w:t>
      </w:r>
    </w:p>
    <w:p>
      <w:r>
        <w:t>I began to carefully monitor my thoughts, to make sure that many more of them were positive versus negative.  More strange occurrences started happening at work to me.  I kept running into people that had a Maui connection and I learned so much from theses people.  I also kept running into people that lived where I grew up.</w:t>
      </w:r>
    </w:p>
    <w:p>
      <w:r>
        <w:t>One particular event happened while I was at the hotel working as a concierge.  I started talking to one of the guests and I saw in the computer that she was from Kansas City, it turns out she happened to live in my old neighborhood The Cedars.  Small world isn’t.  The weird part came a few days later when I was training a new associate.  I was so excited about The Celestine Prophecy that I was telling anyone who would listen about it.  The kid I was training Chris, didn’t have much choice, he was stuck with me.  I was telling him about some of the coincidences that had been occurring in my life ever since I read the book.  I was also training him on the art of Discovery with guests in the hotel.  We were not only concierges, but we also did marketing for the timeshare on our property.  It was important to find out as much about the guest in order to guide them into a sales presentation and to make sure that you suggested activities that would suit them while they were at the hotel.  I was talking to Chris about building rapport and common ground.  I was telling him about the lady a few days earlier that was from my old neighborhood in Kansas City.  While I was in the middle of the story a lady walked up to my desk and I stopped training and attended to her.  As I was practicing what I had been preaching, I discovered that she was also from Kansas City.  As I dug a little deeper, I realized that not only was she from my old suburb and my old neighborhood, she used to live on the same street that I did.  Now that was freaking weird.  I told her about the lady the few days before and about the conversation Chris and I were just having when she walked up.</w:t>
      </w:r>
    </w:p>
    <w:p>
      <w:r>
        <w:t>Needless to stay Chris dashed to the bookstore on the way home and bought The Celestine Prophecy.  Little weird events like that just kept happening over and over again.  I now know that I was simply in the synchronistic flow, but at the time I was just blown away a little more each and every day.</w:t>
      </w:r>
    </w:p>
    <w:p>
      <w:r>
        <w:t>As I stated earlier I had always had some major doubts about Christianity growing up.  However, I knew that the power of prayer and having a personal relationship with this Jesus guy did work.  Growing up, the first time I remember such magic was in my sophomore year of High School.  First I should say that I went to a Catholic High School even though I wasn’t Catholic.  If you can believe it or not I was uneasy about going to the public High School, due to the fact that there would be drinking and drugs and many other bad influences there.  Being that I was a very good baseball player, I somehow was accepted to the Catholic High School at the very last minute even though there was a waiting list.  Thanks Coach!  Obviously I did not know very much about Catholics at the time I was making my decisions.  All the things that I was afraid would influence me in the Public School showed up just the same in my school.  You have to grow up sometime right ; )  During my sophomore year had been dating a girl that I liked very much.  She went to church, so I went to church.  I really got into this whole God thing.  I started praying regularly and tried to be a better person and noticed that my life went much more smoothly.  Hmmmm……there might be something to this whole church thing afterall.</w:t>
      </w:r>
    </w:p>
    <w:p>
      <w:r>
        <w:t>It was the Saturday morning before Mother’s Day towards the end of my sophomore year.  As soon as my Dad walked into my room, I knew something had happened.</w:t>
      </w:r>
    </w:p>
    <w:p>
      <w:r>
        <w:t>“Brent Ricci killed himself last night,” my Dad said softly.</w:t>
      </w:r>
    </w:p>
    <w:p>
      <w:r>
        <w:t>Brent was not a close friend of mine, but we had played baseball together since we were little so I knew him very well.  This was the first tragic event that struck our class, but of course would not be the last.  Time seemed to slow down over the next few days. One of my closest friends Paul, had been very close to Brent and his family.  He was the first person that came into my mind.  After the initial shock and a few tears I immediately ran to the phone to call up Paul.  He was not doing so well as he had been on the phone with Brent just minutes before he pulled the trigger.  I went over to Paul’s house and we then went over to Brent’s.  I will never forget the devastation that I saw in Brent’s family’s eyes.  Those moments will leave impressions on you for a lifetime.  There was nothing anyone could do or say that could ease the pain of this family.  Feeling heart sick for the family I remember walking into school on Monday morning.  The halls were dark and everyone was just sitting in the hallways.  The classrooms were all closed as the teachers were having an emergency meeting on how to handle the tragedy.  That Monday was by far the hardest day that I ever spent in High School.  It was just awful, people bursting into tears, the teachers not knowing what to say.  The grief traveled through all of the students whether they knew Brent or not.  After school a big group of our friends headed over to Paul’s house to just be with one another.  We hung out, relaxed, told stories about Brent, cried and laughed together. It did not feel good that Brent was gone, but it felt really good to be together with everyone.  That evening the sky’s opened up and a thunderstorm of major proportions started.</w:t>
      </w:r>
    </w:p>
    <w:p>
      <w:r>
        <w:t>Tuesday before school it was still raining furiously.  I attended an early morning mass and this is when the first miracle in my life happened.  As mass went on I just prayed and prayed that we did not have to go to school that day.  Yesterday was too hard for everyone and it’s not like anyone could concentrate anyway.  I wanted more than anything to just be able to go over to Paul’s house again and just be with our group of friends.  As we walked out of my mass, my Dad was there to greet us.  He said that school was closed for the day.  A lightening bolt had made a direct hit on the transformer, so there was no power to the building.</w:t>
      </w:r>
    </w:p>
    <w:p>
      <w:r>
        <w:t>I remember feeling the tingle throughout my body, as I knew my prayers had been answered in a fairly dramatic fashion.  We all sloshed over to Paul’s house and communed with each other in the only way that we knew how as teenagers, with beer, lots and lots of beer.  By the end of the day, there was a lot more laughing about the situation then there was crying, which was a blessing to us all.  The rain continued to pour down as it felt like God was shedding his tears along with us.  The odd thing is that statement was much more of a feeling then I could ever describe.  I was not the only one that noticed the feeling, which felt somehow comforting.</w:t>
      </w:r>
    </w:p>
    <w:p>
      <w:r>
        <w:t>The wake for Brent was a couple days later and it was the single hardest event that I had attended up to that point in my life.  The pain was so real as it tore through Brent’s family and friends.  All I could remember were tears from us on the inside and torrential tears from God still coming down on the outside.  It rained so hard that as I was driving home the streets were completely flooded.  The water was almost up to my car windows and I definitely should not have been driving.  We made it home slowly but surely and I remember when we got to my house, to figure out where we were all going next, that my friend Jeremy totally bit it in my front yard as it had turned into a natural slip and slide.  We laughed profusely and the release of laughter felt much better than the release of tears that had been flowing earlier in the evening.</w:t>
      </w:r>
    </w:p>
    <w:p>
      <w:r>
        <w:t>The funeral was the next day and the church was standing room only.  The second and third most magical things happened that day that truly showed me that God was much more than a concept.  We were all soaking wet as the funeral mass began.  At one point during the funeral, Brent’s little brother stood up in front of this group and courageously read a poem about his brother.  It was so beautiful and touching and read with such grace.  There was not a dry eye in the entire building.  About half way through the poem it was as if a spotlight was turned on this little boy.  The clouds had moved away and in an instant the Sun was shining brightly through the skylights in the church and the stain glass colorfully glistened as the sun beat through them.  The timing was so dramatic that there was a collective audible gasp from the majority of those that were in attendance.  As soon as the poem ended the clouds turned gray once again and the rain started to pour once again.  I could not even concentrate on what was being said, because God’s presence was so palpable you could reach out and touch it. It was noticed by everyone as everyone was looking around in disbelief at what had just occurred.</w:t>
      </w:r>
    </w:p>
    <w:p>
      <w:r>
        <w:t>The last miracle was when the funereal ended we were all standing outside in the rain waiting for the casket to come out so we could all make the small walk to the cemetery across the street.  As they brought the casket down the church steps the rain once again ceased and the sun started to shine brightly as we all made the walk together.  Again everyone noticed the grace of the divine and we all felt as if we were participating in a magic act put on by God himself.</w:t>
      </w:r>
    </w:p>
    <w:p>
      <w:r>
        <w:t>As Brent’s body was interned into the ground the skies immediately blackened and the rain started to pour once again right on queue.  I had always believed in God, because that had been what I had been taught, but now I knew from direct holy experience that this so called God existed.</w:t>
      </w:r>
    </w:p>
    <w:p>
      <w:r>
        <w:t>Let’s fast-forward to about three years ago to another amazing moment in my life that proved God’s absolute existence to me.  As I had mentioned earlier, I went through a pretty dramatic break-up with the girl that I knew for sure was going to be my wife.  Again, I will save the details knowing that we have all had the same sort of traumas and experiences in our own lives.  I will tell you that it led me to crash face first into the state known as rock bottom.  I was in such a state of despair that I had to take sleeping pills to fall asleep and could hardly move out of bed.  When I was at work, I was not myself and my finances were taking a hit.  After about three weeks of this pain and misery I did not know what else to do.  It was a Friday night and I just remember sobbing and sobbing and just shaking uncontrollably as the pain just would not subside.  Suicide was never an option for me as I had several direct experiences with the harm that it caused, one being my uncle.  Although it was not an option in my mind, I totally understood in that moment  how humans can get to that point.  I was so sad and so sick of feeling that way.  I had not been attending church or praying at the point and had really lost my connection to Christ.  That night though I remember making a decision that I was going to try praying and if that did not work then I was going to the Doctor to get on anti-depressants.  I got on my hands and knees and prayed like I had never prayed before.  I was done feeling this way and I needed serious help to pull myself out of this depression.  This was not me and I really wanted me back.  I fell asleep still crying and praying to whoever would listen.</w:t>
      </w:r>
    </w:p>
    <w:p>
      <w:r>
        <w:t>On Saturday morning I woke up and everything was completely different.  I literally felt absolutely fine.  I was not sad anymore and that empty space that had been boring into my heart and the pressure that it was causing was absolutely gone.  I could not believe it….  I was ME again.  It felt so good.  All I could do was pray some more with all the gratitude that I had in my being.  It was a miracle of major proportions, but the most astonishing thing was yet to come.  My job was and still is in the Vacation Ownership business.  I work as a concierge, helping people plan their vacations once they arrive. I make dinner reservation, book activities and also encourage people to attend a presentation in which they would be able to purchase a Vacation Interval.  We call these presentations tours.  Long story short is that I make the majority of my money based on how many tours I send through the door in a month.  The resort I worked at in Scottsdale was a tough location to do what we did.  Although the resort was beautiful, it catered mostly to business travelers.  One of the requirements to attend one of these presentations was that if married both spouses had to attend.  This made it difficult for us, because one most spouses did not attend these business trips and the average stay for a guest in our hotel was 2.6 nights.  There were a lot of other fantastic things to do in Arizona in 2.6 days than attend a 90 minute timeshare presentation.  Despite these obstacles I had became very good at my job.  On a average day, I would book anywhere from zero to two tours.  A good day was two to three tours and an exceptional day would be four to five.</w:t>
      </w:r>
    </w:p>
    <w:p>
      <w:r>
        <w:t>On that Saturday morning I walked into work with myself back.  I was feeling happy and so excited to be at work for the first time in weeks.  The fact that all of the pain that had been so prevalent in my life was just simply erased was still so mystical to me.  I would take it however, it was much better than taking prescription drugs I thought to myself.  As soon as I sat down and turned my computer on, a lady pushing a stroller walked up to me and said that her and her husband really wanted to attend one of those timeshare presentations.  She went on to say that they really loved the resort and could not wait to be owners.  After she walked away, I looked up towards the sky and expressed my gratitude silently, because that hardly ever happened.  I didn’t have much time to say thanks as the phone rang and the man on the other end said that he also wanted to attend one of our presentations. A chill ran through my body as I knew God was smiling down on me.  That back to back occurrence had never happened and I knew that something very special was going on.  Not one person I asked that day said no and by the end of that magical six and half hours I had booked FOURTEEN presentations.  I was in a state of shock, excitement and total gratitude as God had shown his presence in the most amazing way that morning.  Not only was my pain gone, but I just booked as many tours as I normally did in two weeks in six and half hours.  So much for my finances being a problem as the drought of the last three weeks had just been resurrected in a magical six and half hours.  On a side note, the girl that this had all been about happened to work with me.  She walked in that afternoon to replace me and she could tell just by looking at me that something was very different with me.  We still weren’t on talking terms, but I felt amazing so it did not matter anymore.  There was a buzz around the entire hotel as the word had spread of my amazing morning.  Someone excitedly told her about my tour feat as she walked in the door.  She and I had always been very competitive in the amount of tours that we booked.  She was a bit more competitive than me as she was normally second and I was normally first at the end of the month.</w:t>
      </w:r>
    </w:p>
    <w:p>
      <w:r>
        <w:t>She walked up to me in amazement and said, “YOU BOOKED 14 TOURS THIS MORNING!!!”</w:t>
      </w:r>
    </w:p>
    <w:p>
      <w:r>
        <w:t>All I could do was smile and softly and with nothing but joy in my heart say, “I am BACK!”</w:t>
      </w:r>
    </w:p>
    <w:p>
      <w:r>
        <w:t>I began to attend a Christian church regularly again and began to watch the ministry of Joyce Meyer on television.  It was so nice to have re-established my connection with the divine in such a magical way.  Life had always been easier for me when my connection with God was at the forefront of my consciousness.  This period in my life was no exception.  I was attending this little progressive church that had turned into a fairly large congregation after a nice grass roots effort.  It was a church for those who didn’t believe in church.  They had a full band that played rocking music and they did skits and used multi media to express Christ’s teaching in a very contemporary way.  It was actually fun.  I had converted to Catholicism my senior year in High School, but could not see myself returning to another mass again.  Nothing against the Catholic Church, but every time I left mass I felt worse than when I had started.  I felt guilty about this or guilty about that.  My life was going great as I was praying regularly and was happy to share my miraculous recovery story with anyone that was going through a rough time.  If it worked for me, this God thing could work for anyone!</w:t>
      </w:r>
    </w:p>
    <w:p>
      <w:r>
        <w:t>My enthusiasm started to wane after awhile, as life happened, but more importantly the same old guilt’s had started to return. Although it was done in a much nicer way at this new church, I was still being told that I was a sinner and that I needed to take Christ into my heart to be able to enter heaven.  I needed to do this or that or whatever to make sure that God would let me in.  I was basically told that I could however do whatever that I wanted and if I asked for forgiveness it would be granted.  One particular Sunday, the preacher basically said that no matter what a person had done, even if he had raped and killed children, he would still get into Heaven as long as he asked for forgiveness.  Now this was something I absolutely agreed with, but it also made another very clear point to me.  Everyone got in, no matter what.  So if everyone got in, why was I sitting here listening to all of this stuff?  Why did I put up with being made to feel like I was born in sin, being made to feel guilty because I thought about lust and sex, being made to feel guilty because I did not go help feed the poor when everyone got in anyway?  No matter what you do you get in, no matter if you are Christian, Muslim, Atheist, Black, White, Rich, Poor, Mother Theresa or Hitler!  You get in, because it is the only place there is to go!  Back home to your source, to God, Intelligent Energy, Christ, Buddha, your Antaryarmin or whatever you want to call the Divine!  This was something that I had known my entire life. So I left that Christian Church and have not been back to one since.  The Christian Church had played a very important role in my life.  I bless it for what it taught me and I bless it for the role that it is playing in every Christian’s life.  However there comes a point when one needs to build on the beliefs and accept the possibility that they may be more out there.  That is what I did that day!</w:t>
      </w:r>
    </w:p>
    <w:p>
      <w:r>
        <w:t>One morning a couple weeks after I finished The Celestine Prophecy I woke up and had this very strong feeling that I should do the Master Cleanse.  If you are not familiar it is the Lemonade Diet as some call it.  It in fact is not a diet, it is a cleanse to clear the toxins from your body.  I had heard of it a year earlier from some co-workers.  You basically drink a concoction that consists of water, fresh squeezed lemon juice, grade B maple syrup and a dash of cayenne pepper.  It sounds gross I know, but a year earlier after seeing the results from the few co-workers that were doing it I had given it a shot.</w:t>
      </w:r>
    </w:p>
    <w:p>
      <w:r>
        <w:t>I lasted all of about 6 hours.  I was sitting at the concierge desk, with this warm interesting tasting cleanse drink sitting under my desk.  During my shift, I was talking to guests of the hotel about succulent steaks at Morton’s and the fabulous Filet Oscar at the Ocean Club and just about every other awesome entrée in the greater Scottsdale area.  The minute my shift was over, I said to my co-worker, the one I had been dating, “Lets go eat IMMEDIATELY!”</w:t>
      </w:r>
    </w:p>
    <w:p>
      <w:r>
        <w:t>Well a year later the feeling to do this just popped into my awareness.  That day I went to the store bought the ingredients and began the cleanse that night.  The first couple of days were a struggle, but I was being helped by strength much stronger than my own.  Once I reached day four it was like sailing on the ocean with a 50 Mile hour wind behind me.</w:t>
      </w:r>
    </w:p>
    <w:p>
      <w:r>
        <w:t>The Celestine Prophesy talked a lot about energy and that you can actually feel and see this energy sometimes.  This was especially possible in nature.  Well living in Scottsdale, I was about a hour an a half a way from Sedona.  Sedona is not only one of the most beautiful spots on the planet; it is known to have energy vortexes.  Vortexes are basically a very healthy spot on the planet where extra energy can be seen and felt.</w:t>
      </w:r>
    </w:p>
    <w:p>
      <w:r>
        <w:t>The first time I ever went to Sedona, I felt this presence even though I knew nothing about these so-called vortexes.  Here out of the desert rose this area of absolutely beautiful Red Rock formations that looked as if God herself painted them.  The energy there was extremely special.  I decided to spend my days off amongst this energy to see what else I could learn about what I had read in The Celestine.  I had recently purchased the Experiential Guide to the Celestine.  I grabbed that, the ingredients I needed to continue my cleanse and an overnight bag on a seemingly normal weekend trip.  Little did I know what an extraordinary effect these two days would have on my life?</w:t>
      </w:r>
    </w:p>
    <w:p>
      <w:r>
        <w:t>When I arrived I headed straight to Cathedral Rock.  I hiked around a little bit, but not too much considering that I was not eating.  Amazingly I had more energy than I had in years.  I settled down by a peaceful stream in the shadows of the beautiful rocks.  I began to read and experiment with some of the concepts in the book.  One exercise actually helps you see the energy.  You hold your hands up to the blue sky and place your two index fingertips together. You slowly pull them apart and stare for a while at the space between.  In my experience I saw something like looked white and smoky between my fingertips after awhile.  This according to the book was the energy that I was looking for.  Wow, I was impressed and wanted more.  It was starting to get dark, so I headed to the car to find a hotel room.</w:t>
      </w:r>
    </w:p>
    <w:p>
      <w:r>
        <w:t>I found a quaint little western themed motel and settled in for the night.  While I was there I received a phone call from my friend Amy.  Amy and I had become best friends in High School.  We always related exceptionally well.  She was really the only one from High School that I kept in contact with.  She was born Catholic and was much more rebellious about the church than I was.  She just knew that there was more out there, but she could not put her finger on it.  However, once she read The DaVinci Code, she came much closer to putting her finger on it.  In fact it inspired her so much, that she quit her job and returned to school to study religion.  She wanted to get to the bottom of all of this.  Ironically, she was doing this right after my amazing experience had happened with my prayers pulling me out of my girl depression in a dramatic way.  So as she was trying to tell my all these facts that she was learning about what really happened during Biblical times I was resistant to hearing it.</w:t>
      </w:r>
    </w:p>
    <w:p>
      <w:r>
        <w:t>However, she got me to read the DaVinci code and that even before The Celestine Prophecy, slowly but surely began cracking my hardened Christian belief system.  She also had me read another book along the way called Many Lives Many Masters by Dr. Brian Weiss.  This is an extraordinary book about past lives and a therapy known as past life regression.  At the time of reading the book, I had never really seriously considered the thought of past lives and reincarnation.  Even though the concept was totally foreign to me, the book was interesting enough to hold my attention.  It made me consider the possibility of reincarnation due to the amazing facts that he presented in the book.  This once again further cracked the shell of my beliefs.</w:t>
      </w:r>
    </w:p>
    <w:p>
      <w:r>
        <w:t>As I lay in the hotel in Sedona talking to Amy, I was telling her about seeing the energy.  Upon my suggestion she read The Celestine and loved it.  We had many hours of conversation on the book and the amazing events that had happened so far to me.  I told her I was up in Sedona to discover more.  Her voice sparked when I said Sedona.  She told me that she had scheduled a past life regression therapy to try to see if she could recall any of her past lives.  She went on to tell me that Sedona was known for this therapy and that I should check it out while I was there.  Her Christian belief system shell was obviously cracked open much wider than mine. I told her that I still wasn’t sure about all of that stuff, so I doubted that I would, but thanked her for the suggestion.  As I drifted off to sleep something told me to trust what she had said, I always had up to that point right?</w:t>
      </w:r>
    </w:p>
    <w:p>
      <w:r>
        <w:t>The next morning I woke up with the intention of going on a long hike to one of these so-called vortexes.  I wanted to feel this energy that I had been reading about in a dramatic way and figured that a vortex would give me the best shot.  I wanted to get some cool music on my MP3 player for this hike, so I as was driving around town trying to find the right cable to transfer music from my computer to my MP3 player, I passed by the New Age Center of Sedona.  I had passed by it many times before, but never once considered going into a place like that.  My entire life I had been led to think that those places were for crazy people that had lost touch with reality.  They were places where supposed psychics took money from people telling them very obvious stuff that could apply to anyone.  That hokey stuff was not for me.  Therefore I drove past the two story blue building by Oak Creek about 5 times before I actually had the guts to turn into the parking lot.</w:t>
      </w:r>
    </w:p>
    <w:p>
      <w:r>
        <w:t>I finally rationalized going inside by the fact that I bet they had some peaceful music in which to hike to.  I slowly got out of the car, grabbed my lemon cleanse jug and headed into a totally unknown world.  The first thing I noticed when I walked inside was a very different energy.  It felt like the energy was very high and I totally felt it in my chest area.  It was really awesome and felt good.  This could not possibly be happening I thought.  I kept my head down as to not make eye contact with anyone.  Even though I was an hour and a half away from home, I could still not risk being recognized by anyone that I knew. There were many cool crystals and statues of things I had only seen in movies.  Buddha heads and some Hindu God statues that I knew nothing about were strewn across the store.  They were fascinating to look at and it all seemed vaguely familiar in a subconscious kind of way.</w:t>
      </w:r>
    </w:p>
    <w:p>
      <w:r>
        <w:t>I headed to the book and CD section.  The first book I noticed on the shelf was of course The Celestine Prophecy.  I smiled to myself and then headed towards the music.  As I was minding my own business a lady approached me and asked me if I wanted a psychic reading.  I knew it, I just knew that some crazy person with purple hair was going to ask me that.  I politely declined, but in my head was screaming.  Get away from me you freak, psychic readings are for gullible idiots, that stuff is not real, it is all fake and totally not possible.  There I felt better.</w:t>
      </w:r>
    </w:p>
    <w:p>
      <w:r>
        <w:t>Now it was back to picking out music. As I roamed around the store my fascination grew more and more. The energy felt really good in there and slowly my shield of discomfort lowered. I was slightly embarrassed by the fact that I was actually starting to enjoy my time in the store. After about an hour I remembered what Amy had said about past life regressions and figured they probably did that here. It took me about another half an hour to build up the courage to ask however. Once I did the lady that actually looked normal and had brown hair not purple smiled and told me that they did offer past life regression. She told me the price and it was much more than I was willing to spend. I was saving money for my move to Maui for God Sake I could not be throwing away $200 to hear nonsense. I told her that was way too much and started to walk away. She stopped my by saying, “Wait a minute, today is Tuesday and we do a group past life regression therapy tonight.” She went on to tell me that it was only $25 and it was at 7 that night. I smiled and immediately signed up. I could not believe I was actually doing this as I was signing my name. She warned me that at least two people had to sign up otherwise it would be cancelled. I was hit with relief and disappointment at the same time. Relief that I knew it would be cancelled, because there would not be another idiot who would actually sign up for something crazy like that. I was disappointed for the same reason. I grabbed a couple of CD’s and headed on my way. I almost ran to my car figuring that I had been in there for almost two hours. Come on, get your head on straight I thought to</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