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br w:type="page"/>
      </w:r>
    </w:p>
    <w:sectPr w:rsidR="00FC693F" w:rsidRPr="0006063C" w:rsidSect="00034616">
      <w:pgSz w:w="12240" w:h="15840"/>
      <w:pgMar w:top="1440" w:right="1800" w:bottom="1440" w:left="1800" w:header="720" w:footer="720" w:gutter="0"/>
      <w:cols w:space="720"/>
      <w:docGrid w:linePitch="360"/>
    </w:sectPr>
    <w:p w:rsidR="00F659CF" w:rsidRPr="001E2F32" w:rsidRDefault="00F659CF" w:rsidP="001E2F32">
      <w:pPr>
        <w:spacing w:line="480" w:lineRule="auto"/>
        <w:jc w:val="center"/>
        <w:rPr>
          <w:rFonts w:ascii="Garamond" w:hAnsi="Garamond"/>
        </w:rPr>
      </w:pPr>
      <w:r w:rsidRPr="001E2F32">
        <w:rPr>
          <w:rFonts w:ascii="Garamond" w:hAnsi="Garamond"/>
          <w:b/>
          <w:bCs/>
        </w:rPr>
        <w:t>THE VOICE OF YAHUAH: FIRE, WARNING, AND RENEWAL</w:t>
      </w:r>
      <w:r w:rsidRPr="001E2F32">
        <w:rPr>
          <w:rFonts w:ascii="Garamond" w:hAnsi="Garamond"/>
        </w:rPr>
        <w:br/>
        <w:t>A Prophetic Call to the Nations</w:t>
      </w:r>
      <w:r w:rsidRPr="001E2F32">
        <w:rPr>
          <w:rFonts w:ascii="Garamond" w:hAnsi="Garamond"/>
        </w:rPr>
        <w:br/>
      </w:r>
      <w:r w:rsidRPr="001E2F32">
        <w:rPr>
          <w:rFonts w:ascii="Garamond" w:hAnsi="Garamond"/>
          <w:b/>
          <w:bCs/>
        </w:rPr>
        <w:t>by Apostle Johnny Alston</w:t>
      </w:r>
      <w:r w:rsidRPr="001E2F32">
        <w:rPr>
          <w:rFonts w:ascii="Garamond" w:hAnsi="Garamond"/>
        </w:rPr>
        <w:br/>
        <w:t>(Expanded &amp; Sanctified Edition — Glory to YAHUAH Alone)</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DEDICATION</w:t>
      </w:r>
    </w:p>
    <w:p w:rsidR="00F659CF" w:rsidRPr="00F659CF" w:rsidRDefault="00F659CF" w:rsidP="001E2F32">
      <w:pPr>
        <w:spacing w:line="480" w:lineRule="auto"/>
        <w:jc w:val="center"/>
        <w:rPr>
          <w:rFonts w:ascii="Garamond" w:hAnsi="Garamond"/>
        </w:rPr>
      </w:pPr>
      <w:r w:rsidRPr="00F659CF">
        <w:rPr>
          <w:rFonts w:ascii="Garamond" w:hAnsi="Garamond"/>
        </w:rPr>
        <w:t>To the Ancient of Days—</w:t>
      </w:r>
      <w:r w:rsidRPr="00F659CF">
        <w:rPr>
          <w:rFonts w:ascii="Garamond" w:hAnsi="Garamond"/>
        </w:rPr>
        <w:br/>
        <w:t>whose voice thunders like many waters,</w:t>
      </w:r>
      <w:r w:rsidRPr="00F659CF">
        <w:rPr>
          <w:rFonts w:ascii="Garamond" w:hAnsi="Garamond"/>
        </w:rPr>
        <w:br/>
        <w:t>whose whisper ignites the hearts of the humble,</w:t>
      </w:r>
      <w:r w:rsidRPr="00F659CF">
        <w:rPr>
          <w:rFonts w:ascii="Garamond" w:hAnsi="Garamond"/>
        </w:rPr>
        <w:br/>
        <w:t>and whose fire purifies the vessels He calls.</w:t>
      </w:r>
    </w:p>
    <w:p w:rsidR="00F659CF" w:rsidRPr="00F659CF" w:rsidRDefault="00F659CF" w:rsidP="001E2F32">
      <w:pPr>
        <w:spacing w:line="480" w:lineRule="auto"/>
        <w:jc w:val="center"/>
        <w:rPr>
          <w:rFonts w:ascii="Garamond" w:hAnsi="Garamond"/>
        </w:rPr>
      </w:pPr>
      <w:r w:rsidRPr="00F659CF">
        <w:rPr>
          <w:rFonts w:ascii="Garamond" w:hAnsi="Garamond"/>
        </w:rPr>
        <w:t>To every servant who has stood on the mountain,</w:t>
      </w:r>
      <w:r w:rsidRPr="00F659CF">
        <w:rPr>
          <w:rFonts w:ascii="Garamond" w:hAnsi="Garamond"/>
        </w:rPr>
        <w:br/>
        <w:t>waiting for the still small voice—</w:t>
      </w:r>
      <w:r w:rsidRPr="00F659CF">
        <w:rPr>
          <w:rFonts w:ascii="Garamond" w:hAnsi="Garamond"/>
        </w:rPr>
        <w:br/>
        <w:t>may this book remind you that He still speaks,</w:t>
      </w:r>
      <w:r w:rsidRPr="00F659CF">
        <w:rPr>
          <w:rFonts w:ascii="Garamond" w:hAnsi="Garamond"/>
        </w:rPr>
        <w:br/>
        <w:t>He still calls, and He still answers.</w:t>
      </w:r>
    </w:p>
    <w:p w:rsidR="00F659CF" w:rsidRPr="00F659CF" w:rsidRDefault="00F659CF" w:rsidP="001E2F32">
      <w:pPr>
        <w:spacing w:line="480" w:lineRule="auto"/>
        <w:jc w:val="center"/>
        <w:rPr>
          <w:rFonts w:ascii="Garamond" w:hAnsi="Garamond"/>
        </w:rPr>
      </w:pPr>
      <w:r w:rsidRPr="00F659CF">
        <w:rPr>
          <w:rFonts w:ascii="Garamond" w:hAnsi="Garamond"/>
        </w:rPr>
        <w:t>And to the generations yet unborn—</w:t>
      </w:r>
      <w:r w:rsidRPr="00F659CF">
        <w:rPr>
          <w:rFonts w:ascii="Garamond" w:hAnsi="Garamond"/>
        </w:rPr>
        <w:br/>
        <w:t>may these words be a flame in your hands,</w:t>
      </w:r>
      <w:r w:rsidRPr="00F659CF">
        <w:rPr>
          <w:rFonts w:ascii="Garamond" w:hAnsi="Garamond"/>
        </w:rPr>
        <w:br/>
        <w:t>a light for your path,</w:t>
      </w:r>
      <w:r w:rsidRPr="00F659CF">
        <w:rPr>
          <w:rFonts w:ascii="Garamond" w:hAnsi="Garamond"/>
        </w:rPr>
        <w:br/>
        <w:t>and a trumpet sounding the nearness of His Kingdom.</w:t>
      </w:r>
    </w:p>
    <w:p w:rsidR="00A60211" w:rsidRDefault="00F659CF" w:rsidP="001E2F32">
      <w:pPr>
        <w:spacing w:line="480" w:lineRule="auto"/>
        <w:jc w:val="center"/>
        <w:rPr>
          <w:rFonts w:ascii="Garamond" w:hAnsi="Garamond"/>
          <w:b/>
          <w:bCs/>
        </w:rPr>
      </w:pPr>
      <w:proofErr w:type="spellStart"/>
      <w:r w:rsidRPr="00F659CF">
        <w:rPr>
          <w:rFonts w:ascii="Garamond" w:hAnsi="Garamond"/>
          <w:b/>
          <w:bCs/>
        </w:rPr>
        <w:t>HalleluYAH</w:t>
      </w:r>
      <w:proofErr w:type="spellEnd"/>
      <w:r w:rsidRPr="00F659CF">
        <w:rPr>
          <w:rFonts w:ascii="Garamond" w:hAnsi="Garamond"/>
          <w:b/>
          <w:bCs/>
        </w:rPr>
        <w:t>.</w:t>
      </w:r>
    </w:p>
    <w:p w:rsidR="00A60211" w:rsidRDefault="00A60211">
      <w:pPr>
        <w:rPr>
          <w:rFonts w:ascii="Garamond" w:hAnsi="Garamond"/>
          <w:b/>
          <w:bCs/>
        </w:rPr>
      </w:pPr>
      <w:r>
        <w:rPr>
          <w:rFonts w:ascii="Garamond" w:hAnsi="Garamond"/>
          <w:b/>
          <w:bCs/>
        </w:rPr>
        <w:br w:type="page"/>
      </w:r>
    </w:p>
    <w:p w:rsidR="00A60211" w:rsidRPr="00F659CF" w:rsidRDefault="00A60211" w:rsidP="00A60211">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TABLE OF CONTENTS</w:t>
      </w:r>
    </w:p>
    <w:p w:rsidR="00A60211" w:rsidRPr="00F659CF" w:rsidRDefault="00A60211" w:rsidP="00A60211">
      <w:pPr>
        <w:spacing w:line="480" w:lineRule="auto"/>
        <w:jc w:val="center"/>
        <w:rPr>
          <w:rFonts w:ascii="Garamond" w:hAnsi="Garamond"/>
        </w:rPr>
      </w:pPr>
      <w:r w:rsidRPr="00F659CF">
        <w:rPr>
          <w:rFonts w:ascii="Garamond" w:hAnsi="Garamond"/>
        </w:rPr>
        <w:t>Chapter 1 – The Voice of YAHUAH</w:t>
      </w:r>
      <w:r w:rsidRPr="00F659CF">
        <w:rPr>
          <w:rFonts w:ascii="Garamond" w:hAnsi="Garamond"/>
        </w:rPr>
        <w:br/>
        <w:t>Chapter 2 – The Majesty of YAH</w:t>
      </w:r>
      <w:r w:rsidRPr="00F659CF">
        <w:rPr>
          <w:rFonts w:ascii="Garamond" w:hAnsi="Garamond"/>
        </w:rPr>
        <w:br/>
        <w:t>Chapter 3 – Mighty in Majesty</w:t>
      </w:r>
      <w:r w:rsidRPr="00F659CF">
        <w:rPr>
          <w:rFonts w:ascii="Garamond" w:hAnsi="Garamond"/>
        </w:rPr>
        <w:br/>
        <w:t>Chapter 4 – The Deception of Pride</w:t>
      </w:r>
      <w:r w:rsidRPr="00F659CF">
        <w:rPr>
          <w:rFonts w:ascii="Garamond" w:hAnsi="Garamond"/>
        </w:rPr>
        <w:br/>
        <w:t>Chapter 5 – The Sound of Peace</w:t>
      </w:r>
      <w:r w:rsidRPr="00F659CF">
        <w:rPr>
          <w:rFonts w:ascii="Garamond" w:hAnsi="Garamond"/>
        </w:rPr>
        <w:br/>
        <w:t>Chapter 6 – This Is the Day YAHUAH Has Made</w:t>
      </w:r>
      <w:r w:rsidRPr="00F659CF">
        <w:rPr>
          <w:rFonts w:ascii="Garamond" w:hAnsi="Garamond"/>
        </w:rPr>
        <w:br/>
        <w:t>Chapter 7 – Return to Your First Love</w:t>
      </w:r>
      <w:r w:rsidRPr="00F659CF">
        <w:rPr>
          <w:rFonts w:ascii="Garamond" w:hAnsi="Garamond"/>
        </w:rPr>
        <w:br/>
        <w:t>Chapter 8 – The Tree of Life and the Paradise of God</w:t>
      </w:r>
      <w:r w:rsidRPr="00F659CF">
        <w:rPr>
          <w:rFonts w:ascii="Garamond" w:hAnsi="Garamond"/>
        </w:rPr>
        <w:br/>
        <w:t>Chapter 9 – A Broken Spirit</w:t>
      </w:r>
      <w:r w:rsidRPr="00F659CF">
        <w:rPr>
          <w:rFonts w:ascii="Garamond" w:hAnsi="Garamond"/>
        </w:rPr>
        <w:br/>
        <w:t>Chapter 10 – Jealousy as Cruel as the Grave</w:t>
      </w:r>
      <w:r w:rsidRPr="00F659CF">
        <w:rPr>
          <w:rFonts w:ascii="Garamond" w:hAnsi="Garamond"/>
        </w:rPr>
        <w:br/>
        <w:t>Chapter 11 – Judgment in the Valley of Jehoshaphat</w:t>
      </w:r>
      <w:r w:rsidRPr="00F659CF">
        <w:rPr>
          <w:rFonts w:ascii="Garamond" w:hAnsi="Garamond"/>
        </w:rPr>
        <w:br/>
        <w:t>Chapter 12 – The Feast of Renewal</w:t>
      </w:r>
      <w:r w:rsidRPr="00F659CF">
        <w:rPr>
          <w:rFonts w:ascii="Garamond" w:hAnsi="Garamond"/>
        </w:rPr>
        <w:br/>
        <w:t>Chapter 13 – Lift Up Your Eyes</w:t>
      </w:r>
      <w:r w:rsidRPr="00F659CF">
        <w:rPr>
          <w:rFonts w:ascii="Garamond" w:hAnsi="Garamond"/>
        </w:rPr>
        <w:br/>
        <w:t>Chapter 14 – The Shadow of the Almighty</w:t>
      </w:r>
      <w:r w:rsidRPr="00F659CF">
        <w:rPr>
          <w:rFonts w:ascii="Garamond" w:hAnsi="Garamond"/>
        </w:rPr>
        <w:br/>
        <w:t>Chapter 15 – You Were Established from the Womb</w:t>
      </w:r>
      <w:r w:rsidRPr="00F659CF">
        <w:rPr>
          <w:rFonts w:ascii="Garamond" w:hAnsi="Garamond"/>
        </w:rPr>
        <w:br/>
        <w:t>Chapter 16 – The Remnant Flame</w:t>
      </w:r>
      <w:r w:rsidRPr="00F659CF">
        <w:rPr>
          <w:rFonts w:ascii="Garamond" w:hAnsi="Garamond"/>
        </w:rPr>
        <w:br/>
        <w:t xml:space="preserve">Chapter 17 – The Aleph and the </w:t>
      </w:r>
      <w:proofErr w:type="spellStart"/>
      <w:r w:rsidRPr="00F659CF">
        <w:rPr>
          <w:rFonts w:ascii="Garamond" w:hAnsi="Garamond"/>
        </w:rPr>
        <w:t>Tav</w:t>
      </w:r>
      <w:proofErr w:type="spellEnd"/>
    </w:p>
    <w:p w:rsidR="00F659CF" w:rsidRPr="00F659CF" w:rsidRDefault="00A60211" w:rsidP="00A60211">
      <w:pPr>
        <w:spacing w:line="480" w:lineRule="auto"/>
        <w:jc w:val="center"/>
        <w:rPr>
          <w:rFonts w:ascii="Garamond" w:hAnsi="Garamond"/>
        </w:rPr>
      </w:pPr>
      <w:r w:rsidRPr="00F659CF">
        <w:rPr>
          <w:rFonts w:ascii="Garamond" w:hAnsi="Garamond"/>
        </w:rPr>
        <w:t>Interlude: Shabbat Whispers (7 Blessings)</w:t>
      </w:r>
      <w:r w:rsidRPr="00F659CF">
        <w:rPr>
          <w:rFonts w:ascii="Garamond" w:hAnsi="Garamond"/>
        </w:rPr>
        <w:br/>
        <w:t>Interlude: The Liturgy of Listening (Morning, Midday, Evening)</w:t>
      </w:r>
      <w:r w:rsidRPr="00F659CF">
        <w:rPr>
          <w:rFonts w:ascii="Garamond" w:hAnsi="Garamond"/>
        </w:rPr>
        <w:br/>
        <w:t>Appendix A: Scripture Index of Divine Speech</w:t>
      </w:r>
      <w:r w:rsidRPr="00F659CF">
        <w:rPr>
          <w:rFonts w:ascii="Garamond" w:hAnsi="Garamond"/>
        </w:rPr>
        <w:br/>
        <w:t>Appendix B: Glossary-Poems of Sacred Terms</w:t>
      </w:r>
      <w:r w:rsidRPr="00F659CF">
        <w:rPr>
          <w:rFonts w:ascii="Garamond" w:hAnsi="Garamond"/>
        </w:rPr>
        <w:br/>
        <w:t>Appendix C: Timeline of Audible Encounters with YAHUAH</w:t>
      </w:r>
    </w:p>
    <w:p w:rsidR="00F659CF" w:rsidRPr="00F659CF" w:rsidRDefault="00F659CF" w:rsidP="001E2F32">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FOREWORD</w:t>
      </w:r>
    </w:p>
    <w:p w:rsidR="00F659CF" w:rsidRPr="00F659CF" w:rsidRDefault="00F659CF" w:rsidP="001E2F32">
      <w:pPr>
        <w:spacing w:line="480" w:lineRule="auto"/>
        <w:jc w:val="center"/>
        <w:rPr>
          <w:rFonts w:ascii="Garamond" w:hAnsi="Garamond"/>
        </w:rPr>
      </w:pPr>
      <w:r w:rsidRPr="00F659CF">
        <w:rPr>
          <w:rFonts w:ascii="Garamond" w:hAnsi="Garamond"/>
        </w:rPr>
        <w:t>There are books written by men, and then there are books breathed by YAHUAH. The Voice of YAHUAH: Fire, Warning, and Renewal belongs to the latter. It is not a casual read, but a trumpet blast. These pages carry the weight of eternity, the urgency of the hour, and the fire of the One who still speaks from the mountain.</w:t>
      </w:r>
    </w:p>
    <w:p w:rsidR="00F659CF" w:rsidRPr="00F659CF" w:rsidRDefault="00F659CF" w:rsidP="001E2F32">
      <w:pPr>
        <w:spacing w:line="480" w:lineRule="auto"/>
        <w:jc w:val="center"/>
        <w:rPr>
          <w:rFonts w:ascii="Garamond" w:hAnsi="Garamond"/>
        </w:rPr>
      </w:pPr>
      <w:r w:rsidRPr="00F659CF">
        <w:rPr>
          <w:rFonts w:ascii="Garamond" w:hAnsi="Garamond"/>
        </w:rPr>
        <w:t>Apostle Johnny Alston has been entrusted with a burden that is not his own. He does not write to entertain or flatter, but to awaken. His words are not polished with human wisdom, but sharpened by the Spirit—like a sword, like a hammer, like fire shut up in the bones. What you hold in your hands is not simply teaching; it is encounter.</w:t>
      </w:r>
    </w:p>
    <w:p w:rsidR="00F659CF" w:rsidRPr="00F659CF" w:rsidRDefault="00F659CF" w:rsidP="001E2F32">
      <w:pPr>
        <w:spacing w:line="480" w:lineRule="auto"/>
        <w:jc w:val="center"/>
        <w:rPr>
          <w:rFonts w:ascii="Garamond" w:hAnsi="Garamond"/>
        </w:rPr>
      </w:pPr>
      <w:r w:rsidRPr="00F659CF">
        <w:rPr>
          <w:rFonts w:ascii="Garamond" w:hAnsi="Garamond"/>
        </w:rPr>
        <w:t>The voice of YAHUAH shakes nations, exposes pride, confronts idolatry, and calls His people back to Himself. That voice is echoed here—in chapters that declare warning, release hope, and ignite renewal. Each page resounds with the cry of the Spirit: Return to your first love. Prepare for the coming King. Tremble at His Word.</w:t>
      </w:r>
    </w:p>
    <w:p w:rsidR="00F659CF" w:rsidRPr="00F659CF" w:rsidRDefault="00F659CF" w:rsidP="001E2F32">
      <w:pPr>
        <w:spacing w:line="480" w:lineRule="auto"/>
        <w:jc w:val="center"/>
        <w:rPr>
          <w:rFonts w:ascii="Garamond" w:hAnsi="Garamond"/>
        </w:rPr>
      </w:pPr>
      <w:r w:rsidRPr="00F659CF">
        <w:rPr>
          <w:rFonts w:ascii="Garamond" w:hAnsi="Garamond"/>
        </w:rPr>
        <w:t>I believe this book will be more than a message—it will be a mirror. As you read, you will not only hear His voice, but see yourself reflected in the fire. Some will be refined. Some will be warned. But all will be called higher.</w:t>
      </w:r>
    </w:p>
    <w:p w:rsidR="00F659CF" w:rsidRPr="00F659CF" w:rsidRDefault="00F659CF" w:rsidP="001E2F32">
      <w:pPr>
        <w:spacing w:line="480" w:lineRule="auto"/>
        <w:jc w:val="center"/>
        <w:rPr>
          <w:rFonts w:ascii="Garamond" w:hAnsi="Garamond"/>
        </w:rPr>
      </w:pPr>
      <w:r w:rsidRPr="00F659CF">
        <w:rPr>
          <w:rFonts w:ascii="Garamond" w:hAnsi="Garamond"/>
        </w:rPr>
        <w:t>May you not just read these words, but encounter the One who gave them. For the voice of YAHUAH is not silent, and His fire has not gone out.</w:t>
      </w:r>
    </w:p>
    <w:p w:rsidR="00F659CF" w:rsidRPr="00F659CF" w:rsidRDefault="00F659CF" w:rsidP="001E2F32">
      <w:pPr>
        <w:spacing w:line="480" w:lineRule="auto"/>
        <w:jc w:val="center"/>
        <w:rPr>
          <w:rFonts w:ascii="Garamond" w:hAnsi="Garamond"/>
        </w:rPr>
      </w:pPr>
      <w:r w:rsidRPr="00F659CF">
        <w:rPr>
          <w:rFonts w:ascii="Garamond" w:hAnsi="Garamond"/>
        </w:rPr>
        <w:t>— Apostle Johnny E. Alston</w:t>
      </w:r>
      <w:r w:rsidRPr="00F659CF">
        <w:rPr>
          <w:rFonts w:ascii="Garamond" w:hAnsi="Garamond"/>
        </w:rPr>
        <w:br/>
      </w:r>
      <w:r w:rsidRPr="00F659CF">
        <w:rPr>
          <w:rFonts w:ascii="Garamond" w:hAnsi="Garamond"/>
          <w:b/>
          <w:bCs/>
        </w:rPr>
        <w:t>HalleluYAH.</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PREFACE</w:t>
      </w:r>
    </w:p>
    <w:p w:rsidR="00F659CF" w:rsidRPr="00F659CF" w:rsidRDefault="00F659CF" w:rsidP="001E2F32">
      <w:pPr>
        <w:spacing w:line="480" w:lineRule="auto"/>
        <w:jc w:val="center"/>
        <w:rPr>
          <w:rFonts w:ascii="Garamond" w:hAnsi="Garamond"/>
        </w:rPr>
      </w:pPr>
      <w:r w:rsidRPr="00F659CF">
        <w:rPr>
          <w:rFonts w:ascii="Garamond" w:hAnsi="Garamond"/>
        </w:rPr>
        <w:t>This book was not written for applause, but out of obedience. Each word came through prayer, waiting, and trembling before the voice of YAHUAH. I did not seek to craft a message; I was compelled to release a burden. For months, His Spirit stirred me with visions, dreams, and Scripture that confirmed His Word. I wrestled with what I heard, but the fire in my bones gave me no rest until it was released.</w:t>
      </w:r>
    </w:p>
    <w:p w:rsidR="00F659CF" w:rsidRPr="00F659CF" w:rsidRDefault="00F659CF" w:rsidP="001E2F32">
      <w:pPr>
        <w:spacing w:line="480" w:lineRule="auto"/>
        <w:jc w:val="center"/>
        <w:rPr>
          <w:rFonts w:ascii="Garamond" w:hAnsi="Garamond"/>
        </w:rPr>
      </w:pPr>
      <w:r w:rsidRPr="00F659CF">
        <w:rPr>
          <w:rFonts w:ascii="Garamond" w:hAnsi="Garamond"/>
        </w:rPr>
        <w:t>The pages that follow are not the product of intellect, but of encounter. They are declarations, warnings, and calls to repentance for the Body of Christ and the nations. My prayer is that you will not read this book as information, but as impartation. May His voice thunder through the lines, and may His Spirit bear witness within you.</w:t>
      </w:r>
    </w:p>
    <w:p w:rsidR="00F659CF" w:rsidRPr="00F659CF" w:rsidRDefault="00F659CF" w:rsidP="001E2F32">
      <w:pPr>
        <w:spacing w:line="480" w:lineRule="auto"/>
        <w:jc w:val="center"/>
        <w:rPr>
          <w:rFonts w:ascii="Garamond" w:hAnsi="Garamond"/>
        </w:rPr>
      </w:pPr>
      <w:r w:rsidRPr="00F659CF">
        <w:rPr>
          <w:rFonts w:ascii="Garamond" w:hAnsi="Garamond"/>
        </w:rPr>
        <w:t>This preface is my witness: I heard His voice, and I cannot be silent.</w:t>
      </w:r>
    </w:p>
    <w:p w:rsidR="00F659CF" w:rsidRPr="00F659CF" w:rsidRDefault="00F659CF" w:rsidP="001E2F32">
      <w:pPr>
        <w:spacing w:line="480" w:lineRule="auto"/>
        <w:jc w:val="center"/>
        <w:rPr>
          <w:rFonts w:ascii="Garamond" w:hAnsi="Garamond"/>
        </w:rPr>
      </w:pPr>
      <w:r w:rsidRPr="00F659CF">
        <w:rPr>
          <w:rFonts w:ascii="Garamond" w:hAnsi="Garamond"/>
        </w:rPr>
        <w:t>— Apostle Johnny Alston</w:t>
      </w:r>
      <w:r w:rsidRPr="00F659CF">
        <w:rPr>
          <w:rFonts w:ascii="Garamond" w:hAnsi="Garamond"/>
        </w:rPr>
        <w:br/>
      </w:r>
      <w:r w:rsidRPr="00F659CF">
        <w:rPr>
          <w:rFonts w:ascii="Garamond" w:hAnsi="Garamond"/>
          <w:b/>
          <w:bCs/>
        </w:rPr>
        <w:t>HalleluYAH.</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INTRODUCTION</w:t>
      </w:r>
    </w:p>
    <w:p w:rsidR="00F659CF" w:rsidRPr="00F659CF" w:rsidRDefault="00F659CF" w:rsidP="001E2F32">
      <w:pPr>
        <w:spacing w:line="480" w:lineRule="auto"/>
        <w:jc w:val="center"/>
        <w:rPr>
          <w:rFonts w:ascii="Garamond" w:hAnsi="Garamond"/>
        </w:rPr>
      </w:pPr>
      <w:r w:rsidRPr="00F659CF">
        <w:rPr>
          <w:rFonts w:ascii="Garamond" w:hAnsi="Garamond"/>
        </w:rPr>
        <w:t>From the beginning, the Creator has spoken. His Word framed the heavens and the earth. His command separated light from darkness, sea from land, life from death. But He did not stop speaking after creation—He has continued to call, to warn, and to reveal Himself through prophets, apostles, and His Word made flesh.</w:t>
      </w:r>
    </w:p>
    <w:p w:rsidR="00F659CF" w:rsidRPr="00F659CF" w:rsidRDefault="00F659CF" w:rsidP="001E2F32">
      <w:pPr>
        <w:spacing w:line="480" w:lineRule="auto"/>
        <w:jc w:val="center"/>
        <w:rPr>
          <w:rFonts w:ascii="Garamond" w:hAnsi="Garamond"/>
        </w:rPr>
      </w:pPr>
      <w:r w:rsidRPr="00F659CF">
        <w:rPr>
          <w:rFonts w:ascii="Garamond" w:hAnsi="Garamond"/>
        </w:rPr>
        <w:t>Today, the world is noisy with confusion, deception, and distractions. Many voices clamor for attention, but only one voice can shake nations and awaken hearts: the voice of YAHUAH. That voice is a fire—consuming what is false, refining what is pure, and igniting what is surrendered. It is a hammer—breaking the pride of men, tearing down strongholds, and opening a way for truth to stand.</w:t>
      </w:r>
    </w:p>
    <w:p w:rsidR="00F659CF" w:rsidRPr="00F659CF" w:rsidRDefault="00F659CF" w:rsidP="001E2F32">
      <w:pPr>
        <w:spacing w:line="480" w:lineRule="auto"/>
        <w:jc w:val="center"/>
        <w:rPr>
          <w:rFonts w:ascii="Garamond" w:hAnsi="Garamond"/>
        </w:rPr>
      </w:pPr>
      <w:r w:rsidRPr="00F659CF">
        <w:rPr>
          <w:rFonts w:ascii="Garamond" w:hAnsi="Garamond"/>
        </w:rPr>
        <w:t>This book is a collection of those prophetic echoes. Each chapter carries an aspect of His heart: judgment and mercy, warning and hope, fire and renewal. These are not just words to be studied, but calls to be answered. As you read, I urge you to pause, pray, and listen. The same Spirit who spoke to the prophets still speaks today.</w:t>
      </w:r>
    </w:p>
    <w:p w:rsidR="00F659CF" w:rsidRPr="00F659CF" w:rsidRDefault="00F659CF" w:rsidP="001E2F32">
      <w:pPr>
        <w:spacing w:line="480" w:lineRule="auto"/>
        <w:jc w:val="center"/>
        <w:rPr>
          <w:rFonts w:ascii="Garamond" w:hAnsi="Garamond"/>
        </w:rPr>
      </w:pPr>
      <w:r w:rsidRPr="00F659CF">
        <w:rPr>
          <w:rFonts w:ascii="Garamond" w:hAnsi="Garamond"/>
        </w:rPr>
        <w:t>The voice of YAHUAH is not silent. It is crying out. The question is—will we hear, and will we obey?</w:t>
      </w:r>
    </w:p>
    <w:p w:rsidR="00F659CF" w:rsidRPr="00F659CF" w:rsidRDefault="00F659CF" w:rsidP="001E2F32">
      <w:pPr>
        <w:spacing w:line="480" w:lineRule="auto"/>
        <w:jc w:val="center"/>
        <w:rPr>
          <w:rFonts w:ascii="Garamond" w:hAnsi="Garamond"/>
        </w:rPr>
      </w:pPr>
      <w:proofErr w:type="spellStart"/>
      <w:r w:rsidRPr="00F659CF">
        <w:rPr>
          <w:rFonts w:ascii="Garamond" w:hAnsi="Garamond"/>
          <w:b/>
          <w:bCs/>
        </w:rPr>
        <w:t>HalleluYAH</w:t>
      </w:r>
      <w:proofErr w:type="spellEnd"/>
      <w:r w:rsidRPr="00F659CF">
        <w:rPr>
          <w:rFonts w:ascii="Garamond" w:hAnsi="Garamond"/>
          <w:b/>
          <w:bCs/>
        </w:rPr>
        <w:t>.</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Segoe UI Emoji" w:hAnsi="Segoe UI Emoji" w:cs="Segoe UI Emoji"/>
          <w:b/>
          <w:bCs/>
        </w:rPr>
        <w:lastRenderedPageBreak/>
        <w:t>⛰️</w:t>
      </w:r>
      <w:r w:rsidRPr="00F659CF">
        <w:rPr>
          <w:rFonts w:ascii="Garamond" w:hAnsi="Garamond"/>
          <w:b/>
          <w:bCs/>
        </w:rPr>
        <w:t xml:space="preserve"> PROLOGUE</w:t>
      </w:r>
    </w:p>
    <w:p w:rsidR="00F659CF" w:rsidRPr="00F659CF" w:rsidRDefault="00F659CF" w:rsidP="001E2F32">
      <w:pPr>
        <w:spacing w:line="480" w:lineRule="auto"/>
        <w:jc w:val="center"/>
        <w:rPr>
          <w:rFonts w:ascii="Garamond" w:hAnsi="Garamond"/>
        </w:rPr>
      </w:pPr>
      <w:r w:rsidRPr="00F659CF">
        <w:rPr>
          <w:rFonts w:ascii="Garamond" w:hAnsi="Garamond"/>
        </w:rPr>
        <w:t>The mountain trembles, yet the fire does not consume it. A voice thunders from the midst of the flame, calling forth a people who will not bow to idols, who will not silence His Word. In every generation, YAHUAH raises a witness—a trumpet, a prophet, a voice crying in the wilderness.</w:t>
      </w:r>
    </w:p>
    <w:p w:rsidR="00F659CF" w:rsidRPr="00F659CF" w:rsidRDefault="00F659CF" w:rsidP="001E2F32">
      <w:pPr>
        <w:spacing w:line="480" w:lineRule="auto"/>
        <w:jc w:val="center"/>
        <w:rPr>
          <w:rFonts w:ascii="Garamond" w:hAnsi="Garamond"/>
        </w:rPr>
      </w:pPr>
      <w:r w:rsidRPr="00F659CF">
        <w:rPr>
          <w:rFonts w:ascii="Garamond" w:hAnsi="Garamond"/>
        </w:rPr>
        <w:t>This book is born of such fire. These are not words of convenience, but words of covenant. They cut, they heal, they warn, and they restore. As Moses was hidden in the cleft of the rock to behold His glory, so too must we enter the secret place to hear His voice.</w:t>
      </w:r>
    </w:p>
    <w:p w:rsidR="00F659CF" w:rsidRPr="00F659CF" w:rsidRDefault="00F659CF" w:rsidP="001E2F32">
      <w:pPr>
        <w:spacing w:line="480" w:lineRule="auto"/>
        <w:jc w:val="center"/>
        <w:rPr>
          <w:rFonts w:ascii="Garamond" w:hAnsi="Garamond"/>
        </w:rPr>
      </w:pPr>
      <w:r w:rsidRPr="00F659CF">
        <w:rPr>
          <w:rFonts w:ascii="Garamond" w:hAnsi="Garamond"/>
        </w:rPr>
        <w:t>Let these pages be that cleft for you. Read with trembling. Listen with awe. For the One who speaks here is the same who spoke at Sinai, who walked in the fire, and who will soon split the skies.</w:t>
      </w:r>
    </w:p>
    <w:p w:rsidR="00F659CF" w:rsidRPr="00F659CF" w:rsidRDefault="00F659CF" w:rsidP="001E2F32">
      <w:pPr>
        <w:spacing w:line="480" w:lineRule="auto"/>
        <w:jc w:val="center"/>
        <w:rPr>
          <w:rFonts w:ascii="Garamond" w:hAnsi="Garamond"/>
        </w:rPr>
      </w:pPr>
      <w:proofErr w:type="spellStart"/>
      <w:r w:rsidRPr="00F659CF">
        <w:rPr>
          <w:rFonts w:ascii="Garamond" w:hAnsi="Garamond"/>
          <w:b/>
          <w:bCs/>
        </w:rPr>
        <w:t>HalleluYAH</w:t>
      </w:r>
      <w:proofErr w:type="spellEnd"/>
      <w:r w:rsidRPr="00F659CF">
        <w:rPr>
          <w:rFonts w:ascii="Garamond" w:hAnsi="Garamond"/>
          <w:b/>
          <w:bCs/>
        </w:rPr>
        <w:t>.</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1E2F32" w:rsidRDefault="00F659CF" w:rsidP="00A60211">
      <w:pPr>
        <w:spacing w:line="480" w:lineRule="auto"/>
        <w:jc w:val="center"/>
        <w:rPr>
          <w:rFonts w:ascii="Garamond" w:hAnsi="Garamond"/>
        </w:rPr>
      </w:pPr>
      <w:r w:rsidRPr="00F659CF">
        <w:rPr>
          <w:rFonts w:ascii="Garamond" w:hAnsi="Garamond"/>
        </w:rPr>
        <w:lastRenderedPageBreak/>
        <w:br/>
      </w:r>
    </w:p>
    <w:p w:rsidR="00F659CF" w:rsidRPr="00F659CF" w:rsidRDefault="00F659CF" w:rsidP="001E2F32">
      <w:pPr>
        <w:spacing w:line="480" w:lineRule="auto"/>
        <w:jc w:val="center"/>
        <w:rPr>
          <w:rFonts w:ascii="Garamond" w:hAnsi="Garamond"/>
          <w:b/>
          <w:bCs/>
        </w:rPr>
      </w:pPr>
      <w:r w:rsidRPr="00F659CF">
        <w:rPr>
          <w:rFonts w:ascii="Garamond" w:hAnsi="Garamond"/>
          <w:b/>
          <w:bCs/>
        </w:rPr>
        <w:t>CHAPTER 1: THE VOICE OF YAHUAH</w:t>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t>🔥</w:t>
      </w:r>
      <w:r w:rsidRPr="00F659CF">
        <w:rPr>
          <w:rFonts w:ascii="Garamond" w:hAnsi="Garamond"/>
        </w:rPr>
        <w:t> “Is not My word like fire?” declares YAHUAH, “and like a hammer that breaks a rock in pieces?”</w:t>
      </w:r>
      <w:r w:rsidRPr="00F659CF">
        <w:rPr>
          <w:rFonts w:ascii="Garamond" w:hAnsi="Garamond"/>
        </w:rPr>
        <w:br/>
        <w:t>— Jeremiah 23:29</w:t>
      </w:r>
    </w:p>
    <w:p w:rsidR="00F659CF" w:rsidRPr="00F659CF" w:rsidRDefault="00F659CF" w:rsidP="001E2F32">
      <w:pPr>
        <w:spacing w:line="480" w:lineRule="auto"/>
        <w:jc w:val="center"/>
        <w:rPr>
          <w:rFonts w:ascii="Garamond" w:hAnsi="Garamond"/>
        </w:rPr>
      </w:pPr>
      <w:r w:rsidRPr="00F659CF">
        <w:rPr>
          <w:rFonts w:ascii="Garamond" w:hAnsi="Garamond"/>
        </w:rPr>
        <w:t>Beloved — hear this:</w:t>
      </w:r>
    </w:p>
    <w:p w:rsidR="00F659CF" w:rsidRPr="00F659CF" w:rsidRDefault="00F659CF" w:rsidP="001E2F32">
      <w:pPr>
        <w:spacing w:line="480" w:lineRule="auto"/>
        <w:jc w:val="center"/>
        <w:rPr>
          <w:rFonts w:ascii="Garamond" w:hAnsi="Garamond"/>
        </w:rPr>
      </w:pPr>
      <w:r w:rsidRPr="00F659CF">
        <w:rPr>
          <w:rFonts w:ascii="Garamond" w:hAnsi="Garamond"/>
        </w:rPr>
        <w:t>There is a Voice that predates time.</w:t>
      </w:r>
      <w:r w:rsidRPr="00F659CF">
        <w:rPr>
          <w:rFonts w:ascii="Garamond" w:hAnsi="Garamond"/>
        </w:rPr>
        <w:br/>
        <w:t>It spoke galaxies into orbit before breath stirred in man’s lungs.</w:t>
      </w:r>
      <w:r w:rsidRPr="00F659CF">
        <w:rPr>
          <w:rFonts w:ascii="Garamond" w:hAnsi="Garamond"/>
        </w:rPr>
        <w:br/>
        <w:t>It carved valleys with syllables and summoned oceans with sighs.</w:t>
      </w:r>
      <w:r w:rsidRPr="00F659CF">
        <w:rPr>
          <w:rFonts w:ascii="Garamond" w:hAnsi="Garamond"/>
        </w:rPr>
        <w:br/>
        <w:t>This is not the voice of philosophy, nor the murmur of mysticism —</w:t>
      </w:r>
      <w:r w:rsidRPr="00F659CF">
        <w:rPr>
          <w:rFonts w:ascii="Garamond" w:hAnsi="Garamond"/>
        </w:rPr>
        <w:br/>
        <w:t>this is the </w:t>
      </w:r>
      <w:proofErr w:type="spellStart"/>
      <w:r w:rsidRPr="00F659CF">
        <w:rPr>
          <w:rFonts w:ascii="Garamond" w:hAnsi="Garamond"/>
          <w:b/>
          <w:bCs/>
        </w:rPr>
        <w:t>Qol</w:t>
      </w:r>
      <w:proofErr w:type="spellEnd"/>
      <w:r w:rsidRPr="00F659CF">
        <w:rPr>
          <w:rFonts w:ascii="Garamond" w:hAnsi="Garamond"/>
          <w:b/>
          <w:bCs/>
        </w:rPr>
        <w:t xml:space="preserve"> YAHUAH</w:t>
      </w:r>
      <w:r w:rsidRPr="00F659CF">
        <w:rPr>
          <w:rFonts w:ascii="Garamond" w:hAnsi="Garamond"/>
        </w:rPr>
        <w:t> — the Voice that creates reality when it speaks.</w:t>
      </w:r>
    </w:p>
    <w:p w:rsidR="00F659CF" w:rsidRPr="00F659CF" w:rsidRDefault="00F659CF" w:rsidP="001E2F32">
      <w:pPr>
        <w:spacing w:line="480" w:lineRule="auto"/>
        <w:jc w:val="center"/>
        <w:rPr>
          <w:rFonts w:ascii="Garamond" w:hAnsi="Garamond"/>
        </w:rPr>
      </w:pPr>
      <w:r w:rsidRPr="00F659CF">
        <w:rPr>
          <w:rFonts w:ascii="Garamond" w:hAnsi="Garamond"/>
        </w:rPr>
        <w:t>YAHUAH says:</w:t>
      </w:r>
    </w:p>
    <w:p w:rsidR="00937B08" w:rsidRPr="00937B08" w:rsidRDefault="00937B08" w:rsidP="00937B08">
      <w:pPr>
        <w:rPr>
          <w:rFonts w:ascii="Garamond" w:hAnsi="Garamond"/>
        </w:rPr>
      </w:pPr>
      <w:r w:rsidRPr="00937B08">
        <w:rPr>
          <w:rFonts w:ascii="Garamond" w:hAnsi="Garamond"/>
        </w:rPr>
        <w:t>YAHUAH says, “I am raising My voice in the earth, and none shall silence what I am declaring. For too long My people have walked in slumber, content with shadows while the hour of light has come. I am shaking the nations, and I am shaking My house first. My word will pierce, My Spirit will convict, and those who resist will be sifted like chaff in the wind.”</w:t>
      </w:r>
    </w:p>
    <w:p w:rsidR="00937B08" w:rsidRPr="00937B08" w:rsidRDefault="00937B08" w:rsidP="00937B08">
      <w:pPr>
        <w:rPr>
          <w:rFonts w:ascii="Garamond" w:hAnsi="Garamond"/>
        </w:rPr>
      </w:pPr>
      <w:r w:rsidRPr="00937B08">
        <w:rPr>
          <w:rFonts w:ascii="Garamond" w:hAnsi="Garamond"/>
        </w:rPr>
        <w:t xml:space="preserve">There is a fire shut up in my bones, and I cannot hold it back. The Spirit of YAHUAH compels me to release this word: Repent, for the time is short. Awake, for the </w:t>
      </w:r>
      <w:proofErr w:type="gramStart"/>
      <w:r w:rsidRPr="00937B08">
        <w:rPr>
          <w:rFonts w:ascii="Garamond" w:hAnsi="Garamond"/>
        </w:rPr>
        <w:t>Bridegroom</w:t>
      </w:r>
      <w:proofErr w:type="gramEnd"/>
      <w:r w:rsidRPr="00937B08">
        <w:rPr>
          <w:rFonts w:ascii="Garamond" w:hAnsi="Garamond"/>
        </w:rPr>
        <w:t xml:space="preserve"> is </w:t>
      </w:r>
      <w:proofErr w:type="gramStart"/>
      <w:r w:rsidRPr="00937B08">
        <w:rPr>
          <w:rFonts w:ascii="Garamond" w:hAnsi="Garamond"/>
        </w:rPr>
        <w:t>near</w:t>
      </w:r>
      <w:proofErr w:type="gramEnd"/>
      <w:r w:rsidRPr="00937B08">
        <w:rPr>
          <w:rFonts w:ascii="Garamond" w:hAnsi="Garamond"/>
        </w:rPr>
        <w:t>.</w:t>
      </w:r>
    </w:p>
    <w:p w:rsidR="00937B08" w:rsidRPr="00937B08" w:rsidRDefault="00937B08" w:rsidP="00937B08">
      <w:pPr>
        <w:rPr>
          <w:rFonts w:ascii="Garamond" w:hAnsi="Garamond"/>
        </w:rPr>
      </w:pPr>
      <w:r w:rsidRPr="00937B08">
        <w:rPr>
          <w:rFonts w:ascii="Garamond" w:hAnsi="Garamond"/>
        </w:rPr>
        <w:t>Beloved, hear and heed. Do not harden your heart, for the days are urgent.</w:t>
      </w:r>
    </w:p>
    <w:p w:rsidR="00937B08" w:rsidRPr="00937B08" w:rsidRDefault="00937B08" w:rsidP="00937B08">
      <w:pPr>
        <w:rPr>
          <w:rFonts w:ascii="Garamond" w:hAnsi="Garamond"/>
        </w:rPr>
      </w:pPr>
      <w:r w:rsidRPr="00937B08">
        <w:rPr>
          <w:rFonts w:ascii="Garamond" w:hAnsi="Garamond"/>
          <w:i/>
          <w:iCs/>
        </w:rPr>
        <w:t>Lay down pride, cast off compromise, and return to YAHUAH with fasting, prayer, and trembling.</w:t>
      </w:r>
    </w:p>
    <w:p w:rsidR="00937B08" w:rsidRPr="00937B08" w:rsidRDefault="00937B08" w:rsidP="00937B08">
      <w:pPr>
        <w:rPr>
          <w:rFonts w:ascii="Garamond" w:hAnsi="Garamond"/>
        </w:rPr>
      </w:pPr>
      <w:r w:rsidRPr="00937B08">
        <w:rPr>
          <w:rFonts w:ascii="Garamond" w:hAnsi="Garamond"/>
        </w:rPr>
        <w:t>Lord, open the eyes of Your people. Let scales fall and hearts burn with holy fire.</w:t>
      </w:r>
    </w:p>
    <w:p w:rsidR="00937B08" w:rsidRPr="00937B08" w:rsidRDefault="00937B08" w:rsidP="00937B08">
      <w:pPr>
        <w:rPr>
          <w:rFonts w:ascii="Garamond" w:hAnsi="Garamond"/>
        </w:rPr>
      </w:pPr>
      <w:r w:rsidRPr="00937B08">
        <w:rPr>
          <w:rFonts w:ascii="Garamond" w:hAnsi="Garamond"/>
        </w:rPr>
        <w:t xml:space="preserve">May Your word run swiftly and accomplish all for which You have sent it. </w:t>
      </w:r>
      <w:proofErr w:type="spellStart"/>
      <w:r w:rsidRPr="00937B08">
        <w:rPr>
          <w:rFonts w:ascii="Garamond" w:hAnsi="Garamond"/>
        </w:rPr>
        <w:t>HalleluYah</w:t>
      </w:r>
      <w:proofErr w:type="spellEnd"/>
      <w:r w:rsidRPr="00937B08">
        <w:rPr>
          <w:rFonts w:ascii="Garamond" w:hAnsi="Garamond"/>
        </w:rPr>
        <w:t>.</w:t>
      </w:r>
    </w:p>
    <w:p w:rsidR="00937B08" w:rsidRPr="00937B08" w:rsidRDefault="00937B08" w:rsidP="00937B08">
      <w:pPr>
        <w:rPr>
          <w:rFonts w:ascii="Garamond" w:hAnsi="Garamond"/>
        </w:rPr>
      </w:pPr>
      <w:r w:rsidRPr="00937B08">
        <w:rPr>
          <w:rFonts w:ascii="Garamond" w:hAnsi="Garamond"/>
        </w:rPr>
        <w:t xml:space="preserve">The strength of a man’s words brings forth victory. In times of trouble, knowing where that strength comes from is vital to survival. No man can stand alone for so long. Is it not written, “Two are </w:t>
      </w:r>
      <w:r w:rsidRPr="00937B08">
        <w:rPr>
          <w:rFonts w:ascii="Garamond" w:hAnsi="Garamond"/>
        </w:rPr>
        <w:lastRenderedPageBreak/>
        <w:t>better than one”? For if one falls, the other can help raise him up. Truly, God is the strength of every living being.</w:t>
      </w:r>
    </w:p>
    <w:p w:rsidR="00937B08" w:rsidRPr="00937B08" w:rsidRDefault="00937B08" w:rsidP="00937B08">
      <w:pPr>
        <w:rPr>
          <w:rFonts w:ascii="Garamond" w:hAnsi="Garamond"/>
        </w:rPr>
      </w:pPr>
      <w:r w:rsidRPr="00937B08">
        <w:rPr>
          <w:rFonts w:ascii="Garamond" w:hAnsi="Garamond"/>
        </w:rPr>
        <w:t>I reached out to the hearts of those who asked for prayer and declared: “Father, give them a repentant heart. Heal the broken places within them. Restore their body, renew their mind, and heal their land. Show them how to activate the Comforter You have already sent. Where there is only one standing, reveal Yourself even greater, for You are the Great Healer, the Magnificent One.”</w:t>
      </w:r>
    </w:p>
    <w:p w:rsidR="00937B08" w:rsidRPr="00937B08" w:rsidRDefault="00937B08" w:rsidP="00937B08">
      <w:pPr>
        <w:rPr>
          <w:rFonts w:ascii="Garamond" w:hAnsi="Garamond"/>
        </w:rPr>
      </w:pPr>
      <w:r w:rsidRPr="00937B08">
        <w:rPr>
          <w:rFonts w:ascii="Garamond" w:hAnsi="Garamond"/>
        </w:rPr>
        <w:t>YAHUAH is creativity and power itself. Nothing can be taken from His hand without His permission. No disease, no sickness, no curse that tries to manifest can survive in His presence. His name alone brings peace of mind and victory. For You, O God—YAHUAH—are our Shepherd. We shall not want, nor lack, nor be found begging for bread. Blessed be Your name forever! From one generation to another, they shall speak of Your mighty deeds and praise Your greatness.</w:t>
      </w:r>
    </w:p>
    <w:p w:rsidR="00937B08" w:rsidRPr="00937B08" w:rsidRDefault="00937B08" w:rsidP="00937B08">
      <w:pPr>
        <w:rPr>
          <w:rFonts w:ascii="Garamond" w:hAnsi="Garamond"/>
        </w:rPr>
      </w:pPr>
      <w:r w:rsidRPr="00937B08">
        <w:rPr>
          <w:rFonts w:ascii="Garamond" w:hAnsi="Garamond"/>
        </w:rPr>
        <w:t xml:space="preserve">Victory is mine. Victory is ours. </w:t>
      </w:r>
      <w:proofErr w:type="gramStart"/>
      <w:r w:rsidRPr="00937B08">
        <w:rPr>
          <w:rFonts w:ascii="Garamond" w:hAnsi="Garamond"/>
        </w:rPr>
        <w:t>So</w:t>
      </w:r>
      <w:proofErr w:type="gramEnd"/>
      <w:r w:rsidRPr="00937B08">
        <w:rPr>
          <w:rFonts w:ascii="Garamond" w:hAnsi="Garamond"/>
        </w:rPr>
        <w:t xml:space="preserve"> says YAHUAH!</w:t>
      </w:r>
    </w:p>
    <w:p w:rsidR="00937B08" w:rsidRPr="00937B08" w:rsidRDefault="00937B08" w:rsidP="00937B08">
      <w:pPr>
        <w:rPr>
          <w:rFonts w:ascii="Garamond" w:hAnsi="Garamond"/>
        </w:rPr>
      </w:pPr>
      <w:r w:rsidRPr="00937B08">
        <w:rPr>
          <w:rFonts w:ascii="Garamond" w:hAnsi="Garamond"/>
        </w:rPr>
        <w:t>“Two are better than one, because they have a good reward for their labor. For if they fall, one will lift up his companion.” (Ecclesiastes 4:9–10)</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POETIC INTERLUDE: “Fire Shut Up in the Bones”</w:t>
      </w:r>
    </w:p>
    <w:p w:rsidR="00F659CF" w:rsidRPr="00F659CF" w:rsidRDefault="00F659CF" w:rsidP="001E2F32">
      <w:pPr>
        <w:spacing w:line="480" w:lineRule="auto"/>
        <w:jc w:val="center"/>
        <w:rPr>
          <w:rFonts w:ascii="Garamond" w:hAnsi="Garamond"/>
        </w:rPr>
      </w:pPr>
      <w:r w:rsidRPr="00F659CF">
        <w:rPr>
          <w:rFonts w:ascii="Garamond" w:hAnsi="Garamond"/>
        </w:rPr>
        <w:t>There is a fire — not kindled by hands,</w:t>
      </w:r>
      <w:r w:rsidRPr="00F659CF">
        <w:rPr>
          <w:rFonts w:ascii="Garamond" w:hAnsi="Garamond"/>
        </w:rPr>
        <w:br/>
        <w:t>Not fed by wood or wick or wind —</w:t>
      </w:r>
      <w:r w:rsidRPr="00F659CF">
        <w:rPr>
          <w:rFonts w:ascii="Garamond" w:hAnsi="Garamond"/>
        </w:rPr>
        <w:br/>
        <w:t>But breathed from the Throne,</w:t>
      </w:r>
      <w:r w:rsidRPr="00F659CF">
        <w:rPr>
          <w:rFonts w:ascii="Garamond" w:hAnsi="Garamond"/>
        </w:rPr>
        <w:br/>
        <w:t>Sealed in marrow, shut up in bone.</w:t>
      </w:r>
    </w:p>
    <w:p w:rsidR="00F659CF" w:rsidRPr="00F659CF" w:rsidRDefault="00F659CF" w:rsidP="001E2F32">
      <w:pPr>
        <w:spacing w:line="480" w:lineRule="auto"/>
        <w:jc w:val="center"/>
        <w:rPr>
          <w:rFonts w:ascii="Garamond" w:hAnsi="Garamond"/>
        </w:rPr>
      </w:pPr>
      <w:r w:rsidRPr="00F659CF">
        <w:rPr>
          <w:rFonts w:ascii="Garamond" w:hAnsi="Garamond"/>
        </w:rPr>
        <w:t>It does not ask permission to burn.</w:t>
      </w:r>
      <w:r w:rsidRPr="00F659CF">
        <w:rPr>
          <w:rFonts w:ascii="Garamond" w:hAnsi="Garamond"/>
        </w:rPr>
        <w:br/>
        <w:t>It does not wait for polished pulpits.</w:t>
      </w:r>
      <w:r w:rsidRPr="00F659CF">
        <w:rPr>
          <w:rFonts w:ascii="Garamond" w:hAnsi="Garamond"/>
        </w:rPr>
        <w:br/>
        <w:t>It breaks through lips untrained,</w:t>
      </w:r>
      <w:r w:rsidRPr="00F659CF">
        <w:rPr>
          <w:rFonts w:ascii="Garamond" w:hAnsi="Garamond"/>
        </w:rPr>
        <w:br/>
        <w:t>Through trembling knees, through weeping eyes —</w:t>
      </w:r>
      <w:r w:rsidRPr="00F659CF">
        <w:rPr>
          <w:rFonts w:ascii="Garamond" w:hAnsi="Garamond"/>
        </w:rPr>
        <w:br/>
        <w:t>Until the message escapes like doves from a shattered cage.</w:t>
      </w:r>
    </w:p>
    <w:p w:rsidR="00F659CF" w:rsidRPr="00F659CF" w:rsidRDefault="00F659CF" w:rsidP="001E2F32">
      <w:pPr>
        <w:spacing w:line="480" w:lineRule="auto"/>
        <w:jc w:val="center"/>
        <w:rPr>
          <w:rFonts w:ascii="Garamond" w:hAnsi="Garamond"/>
        </w:rPr>
      </w:pPr>
      <w:r w:rsidRPr="00F659CF">
        <w:rPr>
          <w:rFonts w:ascii="Garamond" w:hAnsi="Garamond"/>
        </w:rPr>
        <w:t>Woe to the one who tries to bury it.</w:t>
      </w:r>
      <w:r w:rsidRPr="00F659CF">
        <w:rPr>
          <w:rFonts w:ascii="Garamond" w:hAnsi="Garamond"/>
        </w:rPr>
        <w:br/>
        <w:t>Woe to the house that silences it.</w:t>
      </w:r>
      <w:r w:rsidRPr="00F659CF">
        <w:rPr>
          <w:rFonts w:ascii="Garamond" w:hAnsi="Garamond"/>
        </w:rPr>
        <w:br/>
        <w:t>For fire cannot be caged —</w:t>
      </w:r>
      <w:r w:rsidRPr="00F659CF">
        <w:rPr>
          <w:rFonts w:ascii="Garamond" w:hAnsi="Garamond"/>
        </w:rPr>
        <w:br/>
        <w:t>Only carried… or consumed.</w:t>
      </w:r>
    </w:p>
    <w:p w:rsidR="00F659CF" w:rsidRPr="00F659CF" w:rsidRDefault="00F659CF" w:rsidP="001E2F32">
      <w:pPr>
        <w:spacing w:line="480" w:lineRule="auto"/>
        <w:jc w:val="center"/>
        <w:rPr>
          <w:rFonts w:ascii="Garamond" w:hAnsi="Garamond"/>
        </w:rPr>
      </w:pPr>
      <w:r w:rsidRPr="00F659CF">
        <w:rPr>
          <w:rFonts w:ascii="Garamond" w:hAnsi="Garamond"/>
        </w:rPr>
        <w:t>— If it consumes you, you become ash.</w:t>
      </w:r>
      <w:r w:rsidRPr="00F659CF">
        <w:rPr>
          <w:rFonts w:ascii="Garamond" w:hAnsi="Garamond"/>
        </w:rPr>
        <w:br/>
        <w:t>— If you carry it, you become altar.</w:t>
      </w:r>
    </w:p>
    <w:p w:rsidR="00F659CF" w:rsidRPr="00F659CF" w:rsidRDefault="00F659CF" w:rsidP="001E2F32">
      <w:pPr>
        <w:spacing w:line="480" w:lineRule="auto"/>
        <w:jc w:val="center"/>
        <w:rPr>
          <w:rFonts w:ascii="Garamond" w:hAnsi="Garamond"/>
        </w:rPr>
      </w:pPr>
      <w:r w:rsidRPr="00F659CF">
        <w:rPr>
          <w:rFonts w:ascii="Garamond" w:hAnsi="Garamond"/>
        </w:rPr>
        <w:t>— Inspired by Jeremiah 20:9</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LITURGICAL RESPONSE: A Prayer for Those Who Carry Fire</w:t>
      </w:r>
    </w:p>
    <w:p w:rsidR="00F659CF" w:rsidRPr="00F659CF" w:rsidRDefault="00F659CF" w:rsidP="001E2F32">
      <w:pPr>
        <w:spacing w:line="480" w:lineRule="auto"/>
        <w:jc w:val="center"/>
        <w:rPr>
          <w:rFonts w:ascii="Garamond" w:hAnsi="Garamond"/>
        </w:rPr>
      </w:pPr>
      <w:r w:rsidRPr="00F659CF">
        <w:rPr>
          <w:rFonts w:ascii="Garamond" w:hAnsi="Garamond"/>
        </w:rPr>
        <w:t xml:space="preserve">Leader: YAHUAH, </w:t>
      </w:r>
      <w:proofErr w:type="gramStart"/>
      <w:r w:rsidRPr="00F659CF">
        <w:rPr>
          <w:rFonts w:ascii="Garamond" w:hAnsi="Garamond"/>
        </w:rPr>
        <w:t>You</w:t>
      </w:r>
      <w:proofErr w:type="gramEnd"/>
      <w:r w:rsidRPr="00F659CF">
        <w:rPr>
          <w:rFonts w:ascii="Garamond" w:hAnsi="Garamond"/>
        </w:rPr>
        <w:t xml:space="preserve"> have placed fire in our bones —</w:t>
      </w:r>
      <w:r w:rsidRPr="00F659CF">
        <w:rPr>
          <w:rFonts w:ascii="Garamond" w:hAnsi="Garamond"/>
        </w:rPr>
        <w:br/>
        <w:t>People: And we cannot be silent.</w:t>
      </w:r>
    </w:p>
    <w:p w:rsidR="00F659CF" w:rsidRPr="00F659CF" w:rsidRDefault="00F659CF" w:rsidP="001E2F32">
      <w:pPr>
        <w:spacing w:line="480" w:lineRule="auto"/>
        <w:jc w:val="center"/>
        <w:rPr>
          <w:rFonts w:ascii="Garamond" w:hAnsi="Garamond"/>
        </w:rPr>
      </w:pPr>
      <w:r w:rsidRPr="00F659CF">
        <w:rPr>
          <w:rFonts w:ascii="Garamond" w:hAnsi="Garamond"/>
        </w:rPr>
        <w:t>Leader: You have called us to speak where others whisper —</w:t>
      </w:r>
      <w:r w:rsidRPr="00F659CF">
        <w:rPr>
          <w:rFonts w:ascii="Garamond" w:hAnsi="Garamond"/>
        </w:rPr>
        <w:br/>
        <w:t>People: And we will not bow to fear.</w:t>
      </w:r>
    </w:p>
    <w:p w:rsidR="00F659CF" w:rsidRPr="00F659CF" w:rsidRDefault="00F659CF" w:rsidP="001E2F32">
      <w:pPr>
        <w:spacing w:line="480" w:lineRule="auto"/>
        <w:jc w:val="center"/>
        <w:rPr>
          <w:rFonts w:ascii="Garamond" w:hAnsi="Garamond"/>
        </w:rPr>
      </w:pPr>
      <w:r w:rsidRPr="00F659CF">
        <w:rPr>
          <w:rFonts w:ascii="Garamond" w:hAnsi="Garamond"/>
        </w:rPr>
        <w:t>Leader: Break every chain that binds our tongues —</w:t>
      </w:r>
      <w:r w:rsidRPr="00F659CF">
        <w:rPr>
          <w:rFonts w:ascii="Garamond" w:hAnsi="Garamond"/>
        </w:rPr>
        <w:br/>
        <w:t>People: Loose every lie that muffles Your Voice.</w:t>
      </w:r>
    </w:p>
    <w:p w:rsidR="00F659CF" w:rsidRPr="00F659CF" w:rsidRDefault="00F659CF" w:rsidP="001E2F32">
      <w:pPr>
        <w:spacing w:line="480" w:lineRule="auto"/>
        <w:jc w:val="center"/>
        <w:rPr>
          <w:rFonts w:ascii="Garamond" w:hAnsi="Garamond"/>
        </w:rPr>
      </w:pPr>
      <w:r w:rsidRPr="00F659CF">
        <w:rPr>
          <w:rFonts w:ascii="Garamond" w:hAnsi="Garamond"/>
        </w:rPr>
        <w:t>Leader: Let Your Word go forth like flame —</w:t>
      </w:r>
      <w:r w:rsidRPr="00F659CF">
        <w:rPr>
          <w:rFonts w:ascii="Garamond" w:hAnsi="Garamond"/>
        </w:rPr>
        <w:br/>
        <w:t>People: Consuming pride, igniting purpose, refining vessels.</w:t>
      </w:r>
    </w:p>
    <w:p w:rsidR="00F659CF" w:rsidRPr="00F659CF" w:rsidRDefault="00F659CF" w:rsidP="001E2F32">
      <w:pPr>
        <w:spacing w:line="480" w:lineRule="auto"/>
        <w:jc w:val="center"/>
        <w:rPr>
          <w:rFonts w:ascii="Garamond" w:hAnsi="Garamond"/>
        </w:rPr>
      </w:pPr>
      <w:r w:rsidRPr="00F659CF">
        <w:rPr>
          <w:rFonts w:ascii="Garamond" w:hAnsi="Garamond"/>
        </w:rPr>
        <w:t>All: </w:t>
      </w:r>
      <w:proofErr w:type="spellStart"/>
      <w:r w:rsidRPr="00F659CF">
        <w:rPr>
          <w:rFonts w:ascii="Garamond" w:hAnsi="Garamond"/>
        </w:rPr>
        <w:t>HalleluYAH</w:t>
      </w:r>
      <w:proofErr w:type="spellEnd"/>
      <w:r w:rsidRPr="00F659CF">
        <w:rPr>
          <w:rFonts w:ascii="Garamond" w:hAnsi="Garamond"/>
        </w:rPr>
        <w:t xml:space="preserve"> — Holy is the Fire of YAHUAH!</w:t>
      </w:r>
    </w:p>
    <w:p w:rsidR="00F659CF" w:rsidRPr="00F659CF" w:rsidRDefault="00F659CF" w:rsidP="001E2F32">
      <w:pPr>
        <w:spacing w:line="480" w:lineRule="auto"/>
        <w:jc w:val="center"/>
        <w:rPr>
          <w:rFonts w:ascii="Garamond" w:hAnsi="Garamond"/>
        </w:rPr>
      </w:pPr>
      <w:r w:rsidRPr="00F659CF">
        <w:rPr>
          <w:rFonts w:ascii="Garamond" w:hAnsi="Garamond"/>
        </w:rPr>
        <w:t>(Pause. Light a candle if in group. Whisper: “I carry Your fire, Adonai. Send me.”)</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THE HAMMER AND THE HEART</w:t>
      </w:r>
    </w:p>
    <w:p w:rsidR="00F659CF" w:rsidRPr="00F659CF" w:rsidRDefault="00F659CF" w:rsidP="001E2F32">
      <w:pPr>
        <w:spacing w:line="480" w:lineRule="auto"/>
        <w:jc w:val="center"/>
        <w:rPr>
          <w:rFonts w:ascii="Garamond" w:hAnsi="Garamond"/>
        </w:rPr>
      </w:pPr>
      <w:r w:rsidRPr="00F659CF">
        <w:rPr>
          <w:rFonts w:ascii="Garamond" w:hAnsi="Garamond"/>
        </w:rPr>
        <w:t>Jeremiah heard it — the Voice like a hammer.</w:t>
      </w:r>
      <w:r w:rsidRPr="00F659CF">
        <w:rPr>
          <w:rFonts w:ascii="Garamond" w:hAnsi="Garamond"/>
        </w:rPr>
        <w:br/>
        <w:t>Not to destroy — but to reveal structure.</w:t>
      </w:r>
      <w:r w:rsidRPr="00F659CF">
        <w:rPr>
          <w:rFonts w:ascii="Garamond" w:hAnsi="Garamond"/>
        </w:rPr>
        <w:br/>
        <w:t>Not to crush — but to crack open hardness.</w:t>
      </w:r>
    </w:p>
    <w:p w:rsidR="00F659CF" w:rsidRPr="00F659CF" w:rsidRDefault="00F659CF" w:rsidP="001E2F32">
      <w:pPr>
        <w:spacing w:line="480" w:lineRule="auto"/>
        <w:jc w:val="center"/>
        <w:rPr>
          <w:rFonts w:ascii="Garamond" w:hAnsi="Garamond"/>
        </w:rPr>
      </w:pPr>
      <w:r w:rsidRPr="00F659CF">
        <w:rPr>
          <w:rFonts w:ascii="Garamond" w:hAnsi="Garamond"/>
        </w:rPr>
        <w:t>Every heart is stone until His Voice strikes true.</w:t>
      </w:r>
      <w:r w:rsidRPr="00F659CF">
        <w:rPr>
          <w:rFonts w:ascii="Garamond" w:hAnsi="Garamond"/>
        </w:rPr>
        <w:br/>
        <w:t>Some stones shatter into dust — they refused the shaping.</w:t>
      </w:r>
      <w:r w:rsidRPr="00F659CF">
        <w:rPr>
          <w:rFonts w:ascii="Garamond" w:hAnsi="Garamond"/>
        </w:rPr>
        <w:br/>
        <w:t>Others fracture just enough — to let Living Water rush in.</w:t>
      </w:r>
    </w:p>
    <w:p w:rsidR="00F659CF" w:rsidRPr="00F659CF" w:rsidRDefault="00F659CF" w:rsidP="001E2F32">
      <w:pPr>
        <w:spacing w:line="480" w:lineRule="auto"/>
        <w:jc w:val="center"/>
        <w:rPr>
          <w:rFonts w:ascii="Garamond" w:hAnsi="Garamond"/>
        </w:rPr>
      </w:pPr>
      <w:r w:rsidRPr="00F659CF">
        <w:rPr>
          <w:rFonts w:ascii="Garamond" w:hAnsi="Garamond"/>
        </w:rPr>
        <w:t>Ask yourself:</w:t>
      </w:r>
    </w:p>
    <w:p w:rsidR="00F659CF" w:rsidRPr="00F659CF" w:rsidRDefault="00F659CF" w:rsidP="001E2F32">
      <w:pPr>
        <w:spacing w:line="480" w:lineRule="auto"/>
        <w:jc w:val="center"/>
        <w:rPr>
          <w:rFonts w:ascii="Garamond" w:hAnsi="Garamond"/>
        </w:rPr>
      </w:pPr>
      <w:r w:rsidRPr="00F659CF">
        <w:rPr>
          <w:rFonts w:ascii="Garamond" w:hAnsi="Garamond"/>
        </w:rPr>
        <w:t>Where has His Voice struck you?</w:t>
      </w:r>
      <w:r w:rsidRPr="00F659CF">
        <w:rPr>
          <w:rFonts w:ascii="Garamond" w:hAnsi="Garamond"/>
        </w:rPr>
        <w:br/>
        <w:t>— Was it gentle, like dew on grass?</w:t>
      </w:r>
      <w:r w:rsidRPr="00F659CF">
        <w:rPr>
          <w:rFonts w:ascii="Garamond" w:hAnsi="Garamond"/>
        </w:rPr>
        <w:br/>
        <w:t>— Or sudden, like lightning splitting oak?</w:t>
      </w:r>
    </w:p>
    <w:p w:rsidR="00F659CF" w:rsidRPr="00F659CF" w:rsidRDefault="00F659CF" w:rsidP="001E2F32">
      <w:pPr>
        <w:spacing w:line="480" w:lineRule="auto"/>
        <w:jc w:val="center"/>
        <w:rPr>
          <w:rFonts w:ascii="Garamond" w:hAnsi="Garamond"/>
        </w:rPr>
      </w:pPr>
      <w:r w:rsidRPr="00F659CF">
        <w:rPr>
          <w:rFonts w:ascii="Garamond" w:hAnsi="Garamond"/>
        </w:rPr>
        <w:t>Did you harden… or hollow?</w:t>
      </w:r>
      <w:r w:rsidRPr="00F659CF">
        <w:rPr>
          <w:rFonts w:ascii="Garamond" w:hAnsi="Garamond"/>
        </w:rPr>
        <w:br/>
        <w:t>Did you hide… or hold out your hands?</w:t>
      </w:r>
    </w:p>
    <w:p w:rsidR="00F659CF" w:rsidRPr="00F659CF" w:rsidRDefault="00F659CF" w:rsidP="001E2F32">
      <w:pPr>
        <w:spacing w:line="480" w:lineRule="auto"/>
        <w:jc w:val="center"/>
        <w:rPr>
          <w:rFonts w:ascii="Garamond" w:hAnsi="Garamond"/>
        </w:rPr>
      </w:pPr>
      <w:r w:rsidRPr="00F659CF">
        <w:rPr>
          <w:rFonts w:ascii="Garamond" w:hAnsi="Garamond"/>
        </w:rPr>
        <w:t xml:space="preserve">“Repent, for the time is short. Awake, for the </w:t>
      </w:r>
      <w:proofErr w:type="gramStart"/>
      <w:r w:rsidRPr="00F659CF">
        <w:rPr>
          <w:rFonts w:ascii="Garamond" w:hAnsi="Garamond"/>
        </w:rPr>
        <w:t>Bridegroom</w:t>
      </w:r>
      <w:proofErr w:type="gramEnd"/>
      <w:r w:rsidRPr="00F659CF">
        <w:rPr>
          <w:rFonts w:ascii="Garamond" w:hAnsi="Garamond"/>
        </w:rPr>
        <w:t xml:space="preserve"> is near.”</w:t>
      </w:r>
    </w:p>
    <w:p w:rsidR="00F659CF" w:rsidRPr="00F659CF" w:rsidRDefault="00F659CF" w:rsidP="001E2F32">
      <w:pPr>
        <w:spacing w:line="480" w:lineRule="auto"/>
        <w:jc w:val="center"/>
        <w:rPr>
          <w:rFonts w:ascii="Garamond" w:hAnsi="Garamond"/>
        </w:rPr>
      </w:pPr>
      <w:r w:rsidRPr="00F659CF">
        <w:rPr>
          <w:rFonts w:ascii="Garamond" w:hAnsi="Garamond"/>
        </w:rPr>
        <w:t>These are not threats — they are invitations.</w:t>
      </w:r>
      <w:r w:rsidRPr="00F659CF">
        <w:rPr>
          <w:rFonts w:ascii="Garamond" w:hAnsi="Garamond"/>
        </w:rPr>
        <w:br/>
        <w:t>Invitations to trade religion for relationship.</w:t>
      </w:r>
      <w:r w:rsidRPr="00F659CF">
        <w:rPr>
          <w:rFonts w:ascii="Garamond" w:hAnsi="Garamond"/>
        </w:rPr>
        <w:br/>
        <w:t>Performance for presence.</w:t>
      </w:r>
      <w:r w:rsidRPr="00F659CF">
        <w:rPr>
          <w:rFonts w:ascii="Garamond" w:hAnsi="Garamond"/>
        </w:rPr>
        <w:br/>
        <w:t>Shadow for substance.</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REFLECTIVE PAUSE: “Where Is His Voice Breaking You Open?”</w:t>
      </w:r>
    </w:p>
    <w:p w:rsidR="00F659CF" w:rsidRPr="00F659CF" w:rsidRDefault="00F659CF" w:rsidP="001E2F32">
      <w:pPr>
        <w:spacing w:line="480" w:lineRule="auto"/>
        <w:jc w:val="center"/>
        <w:rPr>
          <w:rFonts w:ascii="Garamond" w:hAnsi="Garamond"/>
        </w:rPr>
      </w:pPr>
      <w:r w:rsidRPr="00F659CF">
        <w:rPr>
          <w:rFonts w:ascii="Garamond" w:hAnsi="Garamond"/>
        </w:rPr>
        <w:t>(Journal Space — leave blank lines in manuscript)</w:t>
      </w:r>
    </w:p>
    <w:p w:rsidR="00F659CF" w:rsidRPr="00F659CF" w:rsidRDefault="00F659CF" w:rsidP="001E2F32">
      <w:pPr>
        <w:spacing w:line="480" w:lineRule="auto"/>
        <w:jc w:val="center"/>
        <w:rPr>
          <w:rFonts w:ascii="Garamond" w:hAnsi="Garamond"/>
        </w:rPr>
      </w:pPr>
      <w:r w:rsidRPr="00F659CF">
        <w:rPr>
          <w:rFonts w:ascii="Garamond" w:hAnsi="Garamond"/>
        </w:rPr>
        <w:t>YAHUAH, show me the places in my heart still sealed —</w:t>
      </w:r>
      <w:r w:rsidRPr="00F659CF">
        <w:rPr>
          <w:rFonts w:ascii="Garamond" w:hAnsi="Garamond"/>
        </w:rPr>
        <w:br/>
        <w:t>The pride I polish,</w:t>
      </w:r>
      <w:r w:rsidRPr="00F659CF">
        <w:rPr>
          <w:rFonts w:ascii="Garamond" w:hAnsi="Garamond"/>
        </w:rPr>
        <w:br/>
        <w:t>The compromise I call “wisdom,”</w:t>
      </w:r>
      <w:r w:rsidRPr="00F659CF">
        <w:rPr>
          <w:rFonts w:ascii="Garamond" w:hAnsi="Garamond"/>
        </w:rPr>
        <w:br/>
        <w:t>The silence I call “peace.”</w:t>
      </w:r>
    </w:p>
    <w:p w:rsidR="00F659CF" w:rsidRPr="00F659CF" w:rsidRDefault="00F659CF" w:rsidP="001E2F32">
      <w:pPr>
        <w:spacing w:line="480" w:lineRule="auto"/>
        <w:jc w:val="center"/>
        <w:rPr>
          <w:rFonts w:ascii="Garamond" w:hAnsi="Garamond"/>
        </w:rPr>
      </w:pPr>
      <w:r w:rsidRPr="00F659CF">
        <w:rPr>
          <w:rFonts w:ascii="Garamond" w:hAnsi="Garamond"/>
        </w:rPr>
        <w:t>Break them open.</w:t>
      </w:r>
      <w:r w:rsidRPr="00F659CF">
        <w:rPr>
          <w:rFonts w:ascii="Garamond" w:hAnsi="Garamond"/>
        </w:rPr>
        <w:br/>
        <w:t>Let Your fire rush in.</w:t>
      </w:r>
      <w:r w:rsidRPr="00F659CF">
        <w:rPr>
          <w:rFonts w:ascii="Garamond" w:hAnsi="Garamond"/>
        </w:rPr>
        <w:br/>
        <w:t>Let Your Word have its way.</w:t>
      </w:r>
    </w:p>
    <w:p w:rsidR="00F659CF" w:rsidRPr="00F659CF" w:rsidRDefault="00F659CF" w:rsidP="001E2F32">
      <w:pPr>
        <w:spacing w:line="480" w:lineRule="auto"/>
        <w:jc w:val="center"/>
        <w:rPr>
          <w:rFonts w:ascii="Garamond" w:hAnsi="Garamond"/>
        </w:rPr>
      </w:pPr>
      <w:r w:rsidRPr="00F659CF">
        <w:rPr>
          <w:rFonts w:ascii="Garamond" w:hAnsi="Garamond"/>
        </w:rPr>
        <w:t>I choose surrender over safety.</w:t>
      </w:r>
      <w:r w:rsidRPr="00F659CF">
        <w:rPr>
          <w:rFonts w:ascii="Garamond" w:hAnsi="Garamond"/>
        </w:rPr>
        <w:br/>
        <w:t>I choose trembling over tradition.</w:t>
      </w:r>
      <w:r w:rsidRPr="00F659CF">
        <w:rPr>
          <w:rFonts w:ascii="Garamond" w:hAnsi="Garamond"/>
        </w:rPr>
        <w:br/>
        <w:t>I choose Your Voice — above all others.</w:t>
      </w:r>
    </w:p>
    <w:p w:rsidR="00F659CF" w:rsidRPr="00F659CF" w:rsidRDefault="00F659CF" w:rsidP="001E2F32">
      <w:pPr>
        <w:spacing w:line="480" w:lineRule="auto"/>
        <w:jc w:val="center"/>
        <w:rPr>
          <w:rFonts w:ascii="Garamond" w:hAnsi="Garamond"/>
        </w:rPr>
      </w:pP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(Pause. Breathe. Wait. Listen.)</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PROPHETIC EXPANSION: “The Fire That Names Us”</w:t>
      </w:r>
    </w:p>
    <w:p w:rsidR="00F659CF" w:rsidRPr="00F659CF" w:rsidRDefault="00F659CF" w:rsidP="001E2F32">
      <w:pPr>
        <w:spacing w:line="480" w:lineRule="auto"/>
        <w:jc w:val="center"/>
        <w:rPr>
          <w:rFonts w:ascii="Garamond" w:hAnsi="Garamond"/>
        </w:rPr>
      </w:pPr>
      <w:r w:rsidRPr="00F659CF">
        <w:rPr>
          <w:rFonts w:ascii="Garamond" w:hAnsi="Garamond"/>
        </w:rPr>
        <w:t>In the wilderness, He did not give Israel a system — He gave them a sound.</w:t>
      </w:r>
      <w:r w:rsidRPr="00F659CF">
        <w:rPr>
          <w:rFonts w:ascii="Garamond" w:hAnsi="Garamond"/>
        </w:rPr>
        <w:br/>
        <w:t>A Voice from the fire.</w:t>
      </w:r>
      <w:r w:rsidRPr="00F659CF">
        <w:rPr>
          <w:rFonts w:ascii="Garamond" w:hAnsi="Garamond"/>
        </w:rPr>
        <w:br/>
        <w:t>A Name from the flame.</w:t>
      </w:r>
    </w:p>
    <w:p w:rsidR="00F659CF" w:rsidRPr="00F659CF" w:rsidRDefault="00F659CF" w:rsidP="001E2F32">
      <w:pPr>
        <w:spacing w:line="480" w:lineRule="auto"/>
        <w:jc w:val="center"/>
        <w:rPr>
          <w:rFonts w:ascii="Garamond" w:hAnsi="Garamond"/>
        </w:rPr>
      </w:pPr>
      <w:r w:rsidRPr="00F659CF">
        <w:rPr>
          <w:rFonts w:ascii="Garamond" w:hAnsi="Garamond"/>
        </w:rPr>
        <w:t>“I AM THAT I AM.”</w:t>
      </w:r>
      <w:r w:rsidRPr="00F659CF">
        <w:rPr>
          <w:rFonts w:ascii="Garamond" w:hAnsi="Garamond"/>
        </w:rPr>
        <w:br/>
        <w:t>Not “I was.” Not “I will be.”</w:t>
      </w:r>
      <w:r w:rsidRPr="00F659CF">
        <w:rPr>
          <w:rFonts w:ascii="Garamond" w:hAnsi="Garamond"/>
        </w:rPr>
        <w:br/>
        <w:t>I AM — speaking now. Present now. Active now.</w:t>
      </w:r>
    </w:p>
    <w:p w:rsidR="00F659CF" w:rsidRPr="00F659CF" w:rsidRDefault="00F659CF" w:rsidP="001E2F32">
      <w:pPr>
        <w:spacing w:line="480" w:lineRule="auto"/>
        <w:jc w:val="center"/>
        <w:rPr>
          <w:rFonts w:ascii="Garamond" w:hAnsi="Garamond"/>
        </w:rPr>
      </w:pPr>
      <w:r w:rsidRPr="00F659CF">
        <w:rPr>
          <w:rFonts w:ascii="Garamond" w:hAnsi="Garamond"/>
        </w:rPr>
        <w:t>That same Voice calls you today — not by title, not by role —</w:t>
      </w:r>
      <w:r w:rsidRPr="00F659CF">
        <w:rPr>
          <w:rFonts w:ascii="Garamond" w:hAnsi="Garamond"/>
        </w:rPr>
        <w:br/>
        <w:t>but by name.</w:t>
      </w:r>
    </w:p>
    <w:p w:rsidR="00F659CF" w:rsidRPr="00F659CF" w:rsidRDefault="00F659CF" w:rsidP="001E2F32">
      <w:pPr>
        <w:spacing w:line="480" w:lineRule="auto"/>
        <w:jc w:val="center"/>
        <w:rPr>
          <w:rFonts w:ascii="Garamond" w:hAnsi="Garamond"/>
        </w:rPr>
      </w:pPr>
      <w:r w:rsidRPr="00F659CF">
        <w:rPr>
          <w:rFonts w:ascii="Garamond" w:hAnsi="Garamond"/>
        </w:rPr>
        <w:t>“Johnny — I have called you apostle, not because you earned it,</w:t>
      </w:r>
      <w:r w:rsidRPr="00F659CF">
        <w:rPr>
          <w:rFonts w:ascii="Garamond" w:hAnsi="Garamond"/>
        </w:rPr>
        <w:br/>
        <w:t>but because I placed the burden in your bones.</w:t>
      </w:r>
      <w:r w:rsidRPr="00F659CF">
        <w:rPr>
          <w:rFonts w:ascii="Garamond" w:hAnsi="Garamond"/>
        </w:rPr>
        <w:br/>
        <w:t>Carry it. Speak it. Burn with it.”</w:t>
      </w:r>
    </w:p>
    <w:p w:rsidR="00F659CF" w:rsidRPr="00F659CF" w:rsidRDefault="00F659CF" w:rsidP="001E2F32">
      <w:pPr>
        <w:spacing w:line="480" w:lineRule="auto"/>
        <w:jc w:val="center"/>
        <w:rPr>
          <w:rFonts w:ascii="Garamond" w:hAnsi="Garamond"/>
        </w:rPr>
      </w:pPr>
      <w:r w:rsidRPr="00F659CF">
        <w:rPr>
          <w:rFonts w:ascii="Garamond" w:hAnsi="Garamond"/>
        </w:rPr>
        <w:t>“Daughter — I see your hidden tears. I hear your whispered prayers.</w:t>
      </w:r>
      <w:r w:rsidRPr="00F659CF">
        <w:rPr>
          <w:rFonts w:ascii="Garamond" w:hAnsi="Garamond"/>
        </w:rPr>
        <w:br/>
        <w:t>Rise. Your voice carries Kingdom authority.”</w:t>
      </w:r>
    </w:p>
    <w:p w:rsidR="00F659CF" w:rsidRPr="00F659CF" w:rsidRDefault="00F659CF" w:rsidP="001E2F32">
      <w:pPr>
        <w:spacing w:line="480" w:lineRule="auto"/>
        <w:jc w:val="center"/>
        <w:rPr>
          <w:rFonts w:ascii="Garamond" w:hAnsi="Garamond"/>
        </w:rPr>
      </w:pPr>
      <w:r w:rsidRPr="00F659CF">
        <w:rPr>
          <w:rFonts w:ascii="Garamond" w:hAnsi="Garamond"/>
        </w:rPr>
        <w:t>“Son — lay down the mask. I do not need your performance.</w:t>
      </w:r>
      <w:r w:rsidRPr="00F659CF">
        <w:rPr>
          <w:rFonts w:ascii="Garamond" w:hAnsi="Garamond"/>
        </w:rPr>
        <w:br/>
        <w:t>I need your surrender.”</w:t>
      </w:r>
    </w:p>
    <w:p w:rsidR="00F659CF" w:rsidRPr="00F659CF" w:rsidRDefault="00F659CF" w:rsidP="001E2F32">
      <w:pPr>
        <w:spacing w:line="480" w:lineRule="auto"/>
        <w:jc w:val="center"/>
        <w:rPr>
          <w:rFonts w:ascii="Garamond" w:hAnsi="Garamond"/>
        </w:rPr>
      </w:pPr>
      <w:r w:rsidRPr="00F659CF">
        <w:rPr>
          <w:rFonts w:ascii="Garamond" w:hAnsi="Garamond"/>
        </w:rPr>
        <w:t>His Voice doesn’t just instruct — it identifies.</w:t>
      </w:r>
      <w:r w:rsidRPr="00F659CF">
        <w:rPr>
          <w:rFonts w:ascii="Garamond" w:hAnsi="Garamond"/>
        </w:rPr>
        <w:br/>
        <w:t>It doesn’t just command — it commissions.</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HEBRAIC INSIGHT: “</w:t>
      </w:r>
      <w:proofErr w:type="spellStart"/>
      <w:r w:rsidRPr="00F659CF">
        <w:rPr>
          <w:rFonts w:ascii="Garamond" w:hAnsi="Garamond"/>
          <w:b/>
          <w:bCs/>
        </w:rPr>
        <w:t>Qol</w:t>
      </w:r>
      <w:proofErr w:type="spellEnd"/>
      <w:r w:rsidRPr="00F659CF">
        <w:rPr>
          <w:rFonts w:ascii="Garamond" w:hAnsi="Garamond"/>
          <w:b/>
          <w:bCs/>
        </w:rPr>
        <w:t xml:space="preserve"> — More Than Sound”</w:t>
      </w:r>
    </w:p>
    <w:p w:rsidR="00F659CF" w:rsidRPr="00F659CF" w:rsidRDefault="00F659CF" w:rsidP="001E2F32">
      <w:pPr>
        <w:spacing w:line="480" w:lineRule="auto"/>
        <w:jc w:val="center"/>
        <w:rPr>
          <w:rFonts w:ascii="Garamond" w:hAnsi="Garamond"/>
        </w:rPr>
      </w:pPr>
      <w:r w:rsidRPr="00F659CF">
        <w:rPr>
          <w:rFonts w:ascii="Garamond" w:hAnsi="Garamond"/>
        </w:rPr>
        <w:t>In Hebrew thought, </w:t>
      </w:r>
      <w:proofErr w:type="spellStart"/>
      <w:r w:rsidRPr="00F659CF">
        <w:rPr>
          <w:rFonts w:ascii="Garamond" w:hAnsi="Garamond"/>
        </w:rPr>
        <w:t>qol</w:t>
      </w:r>
      <w:proofErr w:type="spellEnd"/>
      <w:r w:rsidRPr="00F659CF">
        <w:rPr>
          <w:rFonts w:ascii="Garamond" w:hAnsi="Garamond"/>
        </w:rPr>
        <w:t> (</w:t>
      </w:r>
      <w:proofErr w:type="spellStart"/>
      <w:r w:rsidRPr="00F659CF">
        <w:rPr>
          <w:rFonts w:ascii="Times New Roman" w:hAnsi="Times New Roman" w:cs="Times New Roman"/>
        </w:rPr>
        <w:t>קוֹל</w:t>
      </w:r>
      <w:proofErr w:type="spellEnd"/>
      <w:r w:rsidRPr="00F659CF">
        <w:rPr>
          <w:rFonts w:ascii="Garamond" w:hAnsi="Garamond"/>
        </w:rPr>
        <w:t>) — “voice” — is never passive.</w:t>
      </w:r>
      <w:r w:rsidRPr="00F659CF">
        <w:rPr>
          <w:rFonts w:ascii="Garamond" w:hAnsi="Garamond"/>
        </w:rPr>
        <w:br/>
        <w:t>It is:</w:t>
      </w:r>
    </w:p>
    <w:p w:rsidR="00F659CF" w:rsidRPr="00F659CF" w:rsidRDefault="00F659CF" w:rsidP="001E2F32">
      <w:pPr>
        <w:numPr>
          <w:ilvl w:val="0"/>
          <w:numId w:val="2"/>
        </w:numPr>
        <w:spacing w:line="480" w:lineRule="auto"/>
        <w:jc w:val="center"/>
        <w:rPr>
          <w:rFonts w:ascii="Garamond" w:hAnsi="Garamond"/>
        </w:rPr>
      </w:pPr>
      <w:r w:rsidRPr="00F659CF">
        <w:rPr>
          <w:rFonts w:ascii="Garamond" w:hAnsi="Garamond"/>
          <w:b/>
          <w:bCs/>
        </w:rPr>
        <w:t>Presence</w:t>
      </w:r>
      <w:r w:rsidRPr="00F659CF">
        <w:rPr>
          <w:rFonts w:ascii="Garamond" w:hAnsi="Garamond"/>
        </w:rPr>
        <w:t> (Genesis 3:8 — “They heard the </w:t>
      </w:r>
      <w:proofErr w:type="spellStart"/>
      <w:r w:rsidRPr="00F659CF">
        <w:rPr>
          <w:rFonts w:ascii="Garamond" w:hAnsi="Garamond"/>
        </w:rPr>
        <w:t>qol</w:t>
      </w:r>
      <w:proofErr w:type="spellEnd"/>
      <w:r w:rsidRPr="00F659CF">
        <w:rPr>
          <w:rFonts w:ascii="Garamond" w:hAnsi="Garamond"/>
        </w:rPr>
        <w:t> of YAHUAH walking…”)</w:t>
      </w:r>
    </w:p>
    <w:p w:rsidR="00F659CF" w:rsidRPr="00F659CF" w:rsidRDefault="00F659CF" w:rsidP="001E2F32">
      <w:pPr>
        <w:numPr>
          <w:ilvl w:val="0"/>
          <w:numId w:val="2"/>
        </w:numPr>
        <w:spacing w:line="480" w:lineRule="auto"/>
        <w:jc w:val="center"/>
        <w:rPr>
          <w:rFonts w:ascii="Garamond" w:hAnsi="Garamond"/>
        </w:rPr>
      </w:pPr>
      <w:r w:rsidRPr="00F659CF">
        <w:rPr>
          <w:rFonts w:ascii="Garamond" w:hAnsi="Garamond"/>
          <w:b/>
          <w:bCs/>
        </w:rPr>
        <w:t>Authority</w:t>
      </w:r>
      <w:r w:rsidRPr="00F659CF">
        <w:rPr>
          <w:rFonts w:ascii="Garamond" w:hAnsi="Garamond"/>
        </w:rPr>
        <w:t> (Exodus 19:19 — “Moses spoke, and God answered him by </w:t>
      </w:r>
      <w:proofErr w:type="spellStart"/>
      <w:r w:rsidRPr="00F659CF">
        <w:rPr>
          <w:rFonts w:ascii="Garamond" w:hAnsi="Garamond"/>
        </w:rPr>
        <w:t>qol</w:t>
      </w:r>
      <w:proofErr w:type="spellEnd"/>
      <w:r w:rsidRPr="00F659CF">
        <w:rPr>
          <w:rFonts w:ascii="Garamond" w:hAnsi="Garamond"/>
        </w:rPr>
        <w:t>”)</w:t>
      </w:r>
    </w:p>
    <w:p w:rsidR="00F659CF" w:rsidRPr="00F659CF" w:rsidRDefault="00F659CF" w:rsidP="001E2F32">
      <w:pPr>
        <w:numPr>
          <w:ilvl w:val="0"/>
          <w:numId w:val="2"/>
        </w:numPr>
        <w:spacing w:line="480" w:lineRule="auto"/>
        <w:jc w:val="center"/>
        <w:rPr>
          <w:rFonts w:ascii="Garamond" w:hAnsi="Garamond"/>
        </w:rPr>
      </w:pPr>
      <w:r w:rsidRPr="00F659CF">
        <w:rPr>
          <w:rFonts w:ascii="Garamond" w:hAnsi="Garamond"/>
          <w:b/>
          <w:bCs/>
        </w:rPr>
        <w:t>Covenant</w:t>
      </w:r>
      <w:r w:rsidRPr="00F659CF">
        <w:rPr>
          <w:rFonts w:ascii="Garamond" w:hAnsi="Garamond"/>
        </w:rPr>
        <w:t> (Deuteronomy 5:22 — “He spoke to you face to face… by </w:t>
      </w:r>
      <w:proofErr w:type="spellStart"/>
      <w:r w:rsidRPr="00F659CF">
        <w:rPr>
          <w:rFonts w:ascii="Garamond" w:hAnsi="Garamond"/>
        </w:rPr>
        <w:t>qol</w:t>
      </w:r>
      <w:proofErr w:type="spellEnd"/>
      <w:r w:rsidRPr="00F659CF">
        <w:rPr>
          <w:rFonts w:ascii="Garamond" w:hAnsi="Garamond"/>
        </w:rPr>
        <w:t>”)</w:t>
      </w:r>
    </w:p>
    <w:p w:rsidR="00F659CF" w:rsidRPr="00F659CF" w:rsidRDefault="00F659CF" w:rsidP="001E2F32">
      <w:pPr>
        <w:numPr>
          <w:ilvl w:val="0"/>
          <w:numId w:val="2"/>
        </w:numPr>
        <w:spacing w:line="480" w:lineRule="auto"/>
        <w:jc w:val="center"/>
        <w:rPr>
          <w:rFonts w:ascii="Garamond" w:hAnsi="Garamond"/>
        </w:rPr>
      </w:pPr>
      <w:r w:rsidRPr="00F659CF">
        <w:rPr>
          <w:rFonts w:ascii="Garamond" w:hAnsi="Garamond"/>
          <w:b/>
          <w:bCs/>
        </w:rPr>
        <w:t>Judgment &amp; Mercy</w:t>
      </w:r>
      <w:r w:rsidRPr="00F659CF">
        <w:rPr>
          <w:rFonts w:ascii="Garamond" w:hAnsi="Garamond"/>
        </w:rPr>
        <w:t> (Isaiah 30:30 — “YAHUAH will cause His majestic </w:t>
      </w:r>
      <w:proofErr w:type="spellStart"/>
      <w:r w:rsidRPr="00F659CF">
        <w:rPr>
          <w:rFonts w:ascii="Garamond" w:hAnsi="Garamond"/>
        </w:rPr>
        <w:t>qol</w:t>
      </w:r>
      <w:proofErr w:type="spellEnd"/>
      <w:r w:rsidRPr="00F659CF">
        <w:rPr>
          <w:rFonts w:ascii="Garamond" w:hAnsi="Garamond"/>
        </w:rPr>
        <w:t> to be heard…”)</w:t>
      </w:r>
    </w:p>
    <w:p w:rsidR="00F659CF" w:rsidRPr="00F659CF" w:rsidRDefault="00F659CF" w:rsidP="001E2F32">
      <w:pPr>
        <w:spacing w:line="480" w:lineRule="auto"/>
        <w:jc w:val="center"/>
        <w:rPr>
          <w:rFonts w:ascii="Garamond" w:hAnsi="Garamond"/>
        </w:rPr>
      </w:pPr>
      <w:r w:rsidRPr="00F659CF">
        <w:rPr>
          <w:rFonts w:ascii="Garamond" w:hAnsi="Garamond"/>
        </w:rPr>
        <w:t>When YAHUAH speaks — something shifts in the spirit realm.</w:t>
      </w:r>
      <w:r w:rsidRPr="00F659CF">
        <w:rPr>
          <w:rFonts w:ascii="Garamond" w:hAnsi="Garamond"/>
        </w:rPr>
        <w:br/>
        <w:t>Angels respond. Demons flee. Mountains tremble. Hearts awaken.</w:t>
      </w:r>
    </w:p>
    <w:p w:rsidR="00F659CF" w:rsidRPr="00F659CF" w:rsidRDefault="00F659CF" w:rsidP="001E2F32">
      <w:pPr>
        <w:spacing w:line="480" w:lineRule="auto"/>
        <w:jc w:val="center"/>
        <w:rPr>
          <w:rFonts w:ascii="Garamond" w:hAnsi="Garamond"/>
        </w:rPr>
      </w:pPr>
      <w:r w:rsidRPr="00F659CF">
        <w:rPr>
          <w:rFonts w:ascii="Garamond" w:hAnsi="Garamond"/>
        </w:rPr>
        <w:t>You are not reading words.</w:t>
      </w:r>
      <w:r w:rsidRPr="00F659CF">
        <w:rPr>
          <w:rFonts w:ascii="Garamond" w:hAnsi="Garamond"/>
        </w:rPr>
        <w:br/>
        <w:t>You are standing at the edge of Sinai — again.</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CLOSING PRAYER: “Let the Fire Fall Afresh”</w:t>
      </w:r>
    </w:p>
    <w:p w:rsidR="00F659CF" w:rsidRPr="00F659CF" w:rsidRDefault="00F659CF" w:rsidP="001E2F32">
      <w:pPr>
        <w:spacing w:line="480" w:lineRule="auto"/>
        <w:jc w:val="center"/>
        <w:rPr>
          <w:rFonts w:ascii="Garamond" w:hAnsi="Garamond"/>
        </w:rPr>
      </w:pPr>
      <w:r w:rsidRPr="00F659CF">
        <w:rPr>
          <w:rFonts w:ascii="Garamond" w:hAnsi="Garamond"/>
        </w:rPr>
        <w:t>Father YAHUAH,</w:t>
      </w:r>
      <w:r w:rsidRPr="00F659CF">
        <w:rPr>
          <w:rFonts w:ascii="Garamond" w:hAnsi="Garamond"/>
        </w:rPr>
        <w:br/>
        <w:t>We do not ask for comfort — we ask for consuming.</w:t>
      </w:r>
      <w:r w:rsidRPr="00F659CF">
        <w:rPr>
          <w:rFonts w:ascii="Garamond" w:hAnsi="Garamond"/>
        </w:rPr>
        <w:br/>
        <w:t>Not for ease — but for encounter.</w:t>
      </w:r>
    </w:p>
    <w:p w:rsidR="00F659CF" w:rsidRPr="00F659CF" w:rsidRDefault="00F659CF" w:rsidP="001E2F32">
      <w:pPr>
        <w:spacing w:line="480" w:lineRule="auto"/>
        <w:jc w:val="center"/>
        <w:rPr>
          <w:rFonts w:ascii="Garamond" w:hAnsi="Garamond"/>
        </w:rPr>
      </w:pPr>
      <w:r w:rsidRPr="00F659CF">
        <w:rPr>
          <w:rFonts w:ascii="Garamond" w:hAnsi="Garamond"/>
        </w:rPr>
        <w:t>Let Your Voice thunder in our secret places.</w:t>
      </w:r>
      <w:r w:rsidRPr="00F659CF">
        <w:rPr>
          <w:rFonts w:ascii="Garamond" w:hAnsi="Garamond"/>
        </w:rPr>
        <w:br/>
        <w:t>Let Your Fire fall on our altars — public and private.</w:t>
      </w:r>
      <w:r w:rsidRPr="00F659CF">
        <w:rPr>
          <w:rFonts w:ascii="Garamond" w:hAnsi="Garamond"/>
        </w:rPr>
        <w:br/>
        <w:t>Break what must break. Burn what must burn.</w:t>
      </w:r>
      <w:r w:rsidRPr="00F659CF">
        <w:rPr>
          <w:rFonts w:ascii="Garamond" w:hAnsi="Garamond"/>
        </w:rPr>
        <w:br/>
        <w:t>Raise up voices that refuse to be silenced.</w:t>
      </w:r>
    </w:p>
    <w:p w:rsidR="00F659CF" w:rsidRPr="00F659CF" w:rsidRDefault="00F659CF" w:rsidP="001E2F32">
      <w:pPr>
        <w:spacing w:line="480" w:lineRule="auto"/>
        <w:jc w:val="center"/>
        <w:rPr>
          <w:rFonts w:ascii="Garamond" w:hAnsi="Garamond"/>
        </w:rPr>
      </w:pPr>
      <w:r w:rsidRPr="00F659CF">
        <w:rPr>
          <w:rFonts w:ascii="Garamond" w:hAnsi="Garamond"/>
        </w:rPr>
        <w:t>We repent of slumber. We renounce distraction.</w:t>
      </w:r>
      <w:r w:rsidRPr="00F659CF">
        <w:rPr>
          <w:rFonts w:ascii="Garamond" w:hAnsi="Garamond"/>
        </w:rPr>
        <w:br/>
        <w:t>We return — with fasting, trembling, and surrendered hands.</w:t>
      </w:r>
    </w:p>
    <w:p w:rsidR="00F659CF" w:rsidRPr="00F659CF" w:rsidRDefault="00F659CF" w:rsidP="001E2F32">
      <w:pPr>
        <w:spacing w:line="480" w:lineRule="auto"/>
        <w:jc w:val="center"/>
        <w:rPr>
          <w:rFonts w:ascii="Garamond" w:hAnsi="Garamond"/>
        </w:rPr>
      </w:pPr>
      <w:r w:rsidRPr="00F659CF">
        <w:rPr>
          <w:rFonts w:ascii="Garamond" w:hAnsi="Garamond"/>
        </w:rPr>
        <w:t>Let Your Word run swiftly.</w:t>
      </w:r>
      <w:r w:rsidRPr="00F659CF">
        <w:rPr>
          <w:rFonts w:ascii="Garamond" w:hAnsi="Garamond"/>
        </w:rPr>
        <w:br/>
        <w:t>Let Your Spirit bear witness.</w:t>
      </w:r>
      <w:r w:rsidRPr="00F659CF">
        <w:rPr>
          <w:rFonts w:ascii="Garamond" w:hAnsi="Garamond"/>
        </w:rPr>
        <w:br/>
        <w:t>Let Your Fire — shut up in our bones —</w:t>
      </w:r>
      <w:r w:rsidRPr="00F659CF">
        <w:rPr>
          <w:rFonts w:ascii="Garamond" w:hAnsi="Garamond"/>
        </w:rPr>
        <w:br/>
        <w:t>Ignite nations.</w:t>
      </w:r>
    </w:p>
    <w:p w:rsidR="00F659CF" w:rsidRPr="00F659CF" w:rsidRDefault="00F659CF" w:rsidP="001E2F32">
      <w:pPr>
        <w:spacing w:line="480" w:lineRule="auto"/>
        <w:jc w:val="center"/>
        <w:rPr>
          <w:rFonts w:ascii="Garamond" w:hAnsi="Garamond"/>
        </w:rPr>
      </w:pPr>
      <w:r w:rsidRPr="00F659CF">
        <w:rPr>
          <w:rFonts w:ascii="Garamond" w:hAnsi="Garamond"/>
        </w:rPr>
        <w:t xml:space="preserve">In the Name of YAHUSHA </w:t>
      </w:r>
      <w:proofErr w:type="spellStart"/>
      <w:r w:rsidRPr="00F659CF">
        <w:rPr>
          <w:rFonts w:ascii="Garamond" w:hAnsi="Garamond"/>
        </w:rPr>
        <w:t>HaMashiach</w:t>
      </w:r>
      <w:proofErr w:type="spellEnd"/>
      <w:r w:rsidRPr="00F659CF">
        <w:rPr>
          <w:rFonts w:ascii="Garamond" w:hAnsi="Garamond"/>
        </w:rPr>
        <w:t xml:space="preserve"> —</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Garamond" w:hAnsi="Garamond"/>
          <w:b/>
          <w:bCs/>
        </w:rPr>
        <w:lastRenderedPageBreak/>
        <w:t>CHAPTER 2: THE MAJESTY OF YAH</w:t>
      </w:r>
    </w:p>
    <w:p w:rsidR="00937B08" w:rsidRPr="00937B08" w:rsidRDefault="00F659CF" w:rsidP="00937B08">
      <w:pPr>
        <w:spacing w:line="480" w:lineRule="auto"/>
        <w:jc w:val="center"/>
        <w:rPr>
          <w:rFonts w:ascii="Garamond" w:hAnsi="Garamond"/>
        </w:rPr>
      </w:pPr>
      <w:r w:rsidRPr="00F659CF">
        <w:rPr>
          <w:rFonts w:ascii="Segoe UI Emoji" w:hAnsi="Segoe UI Emoji" w:cs="Segoe UI Emoji"/>
        </w:rPr>
        <w:t>🌄</w:t>
      </w:r>
      <w:r w:rsidRPr="00F659CF">
        <w:rPr>
          <w:rFonts w:ascii="Garamond" w:hAnsi="Garamond"/>
        </w:rPr>
        <w:t xml:space="preserve"> “Go when I say go, and do what I have commanded you to do, and you will win every battle. </w:t>
      </w:r>
      <w:r w:rsidR="00937B08" w:rsidRPr="00937B08">
        <w:rPr>
          <w:rFonts w:ascii="Garamond" w:hAnsi="Garamond"/>
        </w:rPr>
        <w:t>“Go when I say go, and do what I have commanded you to do, and you will win every battle. For I am YAHUAH, the Establisher, your God. YHWH is My name, and My statutes are pinned in the hearts of those whom I draw near unto Me. For it is I who have chosen you and have given you these victories. And it is you whom I have chosen to lead My people—those who are called by My name—into the promise I have ordained for them.</w:t>
      </w:r>
    </w:p>
    <w:p w:rsidR="00937B08" w:rsidRPr="00937B08" w:rsidRDefault="00937B08" w:rsidP="00937B08">
      <w:pPr>
        <w:spacing w:line="480" w:lineRule="auto"/>
        <w:jc w:val="center"/>
        <w:rPr>
          <w:rFonts w:ascii="Garamond" w:hAnsi="Garamond"/>
        </w:rPr>
      </w:pPr>
      <w:r w:rsidRPr="00937B08">
        <w:rPr>
          <w:rFonts w:ascii="Garamond" w:hAnsi="Garamond"/>
        </w:rPr>
        <w:t>The breaking of bread and the washing of feet—are these not streams of healing? Is not the wine a medicine? Are not the sounds of instruments playing worthy for the angels to ascend and descend? For I know the power and the authority I have placed in your hands, and the oil with which I have anointed you. You are the vessel to carry the oil into the Holy of Holies.”</w:t>
      </w:r>
    </w:p>
    <w:p w:rsidR="00937B08" w:rsidRPr="00937B08" w:rsidRDefault="00937B08" w:rsidP="00937B08">
      <w:pPr>
        <w:spacing w:line="480" w:lineRule="auto"/>
        <w:jc w:val="center"/>
        <w:rPr>
          <w:rFonts w:ascii="Garamond" w:hAnsi="Garamond"/>
        </w:rPr>
      </w:pPr>
      <w:r w:rsidRPr="00937B08">
        <w:rPr>
          <w:rFonts w:ascii="Garamond" w:hAnsi="Garamond"/>
        </w:rPr>
        <w:t>Beloved, this is the call of YAHUAH: to move only at His command, to lead as one anointed, and to walk with reverence into the holy place. Do not doubt the oil He has poured upon you. Do not question the authority He has entrusted to your hands. You are chosen. You are appointed. You are sent.</w:t>
      </w:r>
    </w:p>
    <w:p w:rsidR="00937B08" w:rsidRPr="00937B08" w:rsidRDefault="00937B08" w:rsidP="00937B08">
      <w:pPr>
        <w:spacing w:line="480" w:lineRule="auto"/>
        <w:jc w:val="center"/>
        <w:rPr>
          <w:rFonts w:ascii="Garamond" w:hAnsi="Garamond"/>
        </w:rPr>
      </w:pPr>
      <w:r w:rsidRPr="00937B08">
        <w:rPr>
          <w:rFonts w:ascii="Garamond" w:hAnsi="Garamond"/>
        </w:rPr>
        <w:t>Father, let us go when You say go. Let us do only what You have commanded us to do. Strengthen us in battle, establish us in victory, and remind us that we are chosen by Your hand. Anoint us afresh, and lead us into Your Holy of Holies.</w:t>
      </w:r>
    </w:p>
    <w:p w:rsidR="00937B08" w:rsidRPr="00937B08" w:rsidRDefault="00937B08" w:rsidP="00937B08">
      <w:pPr>
        <w:spacing w:line="480" w:lineRule="auto"/>
        <w:jc w:val="center"/>
        <w:rPr>
          <w:rFonts w:ascii="Garamond" w:hAnsi="Garamond"/>
        </w:rPr>
      </w:pPr>
      <w:r w:rsidRPr="00937B08">
        <w:rPr>
          <w:rFonts w:ascii="Garamond" w:hAnsi="Garamond"/>
        </w:rPr>
        <w:t>I am chosen. I am anointed. I will go when He says go, and I will win every battle in the name of YHWH.</w:t>
      </w:r>
    </w:p>
    <w:p w:rsidR="00F659CF" w:rsidRPr="00F659CF" w:rsidRDefault="00F659CF" w:rsidP="00937B08">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POETIC INTERLUDE: “The Oil-Bearer”</w:t>
      </w:r>
    </w:p>
    <w:p w:rsidR="00F659CF" w:rsidRPr="00F659CF" w:rsidRDefault="00F659CF" w:rsidP="001E2F32">
      <w:pPr>
        <w:spacing w:line="480" w:lineRule="auto"/>
        <w:jc w:val="center"/>
        <w:rPr>
          <w:rFonts w:ascii="Garamond" w:hAnsi="Garamond"/>
        </w:rPr>
      </w:pPr>
      <w:r w:rsidRPr="00F659CF">
        <w:rPr>
          <w:rFonts w:ascii="Garamond" w:hAnsi="Garamond"/>
        </w:rPr>
        <w:t>I am not the source — only the channel.</w:t>
      </w:r>
      <w:r w:rsidRPr="00F659CF">
        <w:rPr>
          <w:rFonts w:ascii="Garamond" w:hAnsi="Garamond"/>
        </w:rPr>
        <w:br/>
        <w:t>I do not create the oil — I carry it.</w:t>
      </w:r>
      <w:r w:rsidRPr="00F659CF">
        <w:rPr>
          <w:rFonts w:ascii="Garamond" w:hAnsi="Garamond"/>
        </w:rPr>
        <w:br/>
        <w:t>From the Upper Room… to the Holy of Holies…</w:t>
      </w:r>
      <w:r w:rsidRPr="00F659CF">
        <w:rPr>
          <w:rFonts w:ascii="Garamond" w:hAnsi="Garamond"/>
        </w:rPr>
        <w:br/>
        <w:t>through trembling hands… into waiting wounds.</w:t>
      </w:r>
    </w:p>
    <w:p w:rsidR="00F659CF" w:rsidRPr="00F659CF" w:rsidRDefault="00F659CF" w:rsidP="001E2F32">
      <w:pPr>
        <w:spacing w:line="480" w:lineRule="auto"/>
        <w:jc w:val="center"/>
        <w:rPr>
          <w:rFonts w:ascii="Garamond" w:hAnsi="Garamond"/>
        </w:rPr>
      </w:pPr>
      <w:r w:rsidRPr="00F659CF">
        <w:rPr>
          <w:rFonts w:ascii="Garamond" w:hAnsi="Garamond"/>
        </w:rPr>
        <w:t>Do not question the anointing.</w:t>
      </w:r>
      <w:r w:rsidRPr="00F659CF">
        <w:rPr>
          <w:rFonts w:ascii="Garamond" w:hAnsi="Garamond"/>
        </w:rPr>
        <w:br/>
        <w:t>Do not doubt the authority.</w:t>
      </w:r>
      <w:r w:rsidRPr="00F659CF">
        <w:rPr>
          <w:rFonts w:ascii="Garamond" w:hAnsi="Garamond"/>
        </w:rPr>
        <w:br/>
        <w:t>The oil remembers the Voice that poured it.</w:t>
      </w:r>
      <w:r w:rsidRPr="00F659CF">
        <w:rPr>
          <w:rFonts w:ascii="Garamond" w:hAnsi="Garamond"/>
        </w:rPr>
        <w:br/>
        <w:t>The vessel remembers the Hand that chose it.</w:t>
      </w:r>
    </w:p>
    <w:p w:rsidR="00F659CF" w:rsidRPr="00F659CF" w:rsidRDefault="00F659CF" w:rsidP="001E2F32">
      <w:pPr>
        <w:spacing w:line="480" w:lineRule="auto"/>
        <w:jc w:val="center"/>
        <w:rPr>
          <w:rFonts w:ascii="Garamond" w:hAnsi="Garamond"/>
        </w:rPr>
      </w:pPr>
      <w:r w:rsidRPr="00F659CF">
        <w:rPr>
          <w:rFonts w:ascii="Garamond" w:hAnsi="Garamond"/>
        </w:rPr>
        <w:t>Go.</w:t>
      </w:r>
      <w:r w:rsidRPr="00F659CF">
        <w:rPr>
          <w:rFonts w:ascii="Garamond" w:hAnsi="Garamond"/>
        </w:rPr>
        <w:br/>
        <w:t>Anoint.</w:t>
      </w:r>
      <w:r w:rsidRPr="00F659CF">
        <w:rPr>
          <w:rFonts w:ascii="Garamond" w:hAnsi="Garamond"/>
        </w:rPr>
        <w:br/>
        <w:t>Heal.</w:t>
      </w:r>
      <w:r w:rsidRPr="00F659CF">
        <w:rPr>
          <w:rFonts w:ascii="Garamond" w:hAnsi="Garamond"/>
        </w:rPr>
        <w:br/>
        <w:t>Conquer.</w:t>
      </w:r>
    </w:p>
    <w:p w:rsidR="00F659CF" w:rsidRPr="00F659CF" w:rsidRDefault="00F659CF" w:rsidP="001E2F32">
      <w:pPr>
        <w:spacing w:line="480" w:lineRule="auto"/>
        <w:jc w:val="center"/>
        <w:rPr>
          <w:rFonts w:ascii="Garamond" w:hAnsi="Garamond"/>
        </w:rPr>
      </w:pPr>
      <w:r w:rsidRPr="00F659CF">
        <w:rPr>
          <w:rFonts w:ascii="Garamond" w:hAnsi="Garamond"/>
        </w:rPr>
        <w:t>— For YAH has spoken.</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LITURGICAL RESPONSE: “The Liturgy of Obedience”</w:t>
      </w:r>
    </w:p>
    <w:p w:rsidR="00F659CF" w:rsidRPr="00F659CF" w:rsidRDefault="00F659CF" w:rsidP="001E2F32">
      <w:pPr>
        <w:spacing w:line="480" w:lineRule="auto"/>
        <w:jc w:val="center"/>
        <w:rPr>
          <w:rFonts w:ascii="Garamond" w:hAnsi="Garamond"/>
        </w:rPr>
      </w:pPr>
      <w:r w:rsidRPr="00F659CF">
        <w:rPr>
          <w:rFonts w:ascii="Garamond" w:hAnsi="Garamond"/>
        </w:rPr>
        <w:t>Leader: YAHUAH, I will go when You say go —</w:t>
      </w:r>
      <w:r w:rsidRPr="00F659CF">
        <w:rPr>
          <w:rFonts w:ascii="Garamond" w:hAnsi="Garamond"/>
        </w:rPr>
        <w:br/>
        <w:t>People: Not a step before, not a pause after.</w:t>
      </w:r>
    </w:p>
    <w:p w:rsidR="00F659CF" w:rsidRPr="00F659CF" w:rsidRDefault="00F659CF" w:rsidP="001E2F32">
      <w:pPr>
        <w:spacing w:line="480" w:lineRule="auto"/>
        <w:jc w:val="center"/>
        <w:rPr>
          <w:rFonts w:ascii="Garamond" w:hAnsi="Garamond"/>
        </w:rPr>
      </w:pPr>
      <w:r w:rsidRPr="00F659CF">
        <w:rPr>
          <w:rFonts w:ascii="Garamond" w:hAnsi="Garamond"/>
        </w:rPr>
        <w:t>Leader: I will carry the oil You have given —</w:t>
      </w:r>
      <w:r w:rsidRPr="00F659CF">
        <w:rPr>
          <w:rFonts w:ascii="Garamond" w:hAnsi="Garamond"/>
        </w:rPr>
        <w:br/>
        <w:t>People: Not for show — but for healing.</w:t>
      </w:r>
    </w:p>
    <w:p w:rsidR="00F659CF" w:rsidRPr="00F659CF" w:rsidRDefault="00F659CF" w:rsidP="001E2F32">
      <w:pPr>
        <w:spacing w:line="480" w:lineRule="auto"/>
        <w:jc w:val="center"/>
        <w:rPr>
          <w:rFonts w:ascii="Garamond" w:hAnsi="Garamond"/>
        </w:rPr>
      </w:pPr>
      <w:r w:rsidRPr="00F659CF">
        <w:rPr>
          <w:rFonts w:ascii="Garamond" w:hAnsi="Garamond"/>
        </w:rPr>
        <w:t>Leader: I will enter the Holy Place —</w:t>
      </w:r>
      <w:r w:rsidRPr="00F659CF">
        <w:rPr>
          <w:rFonts w:ascii="Garamond" w:hAnsi="Garamond"/>
        </w:rPr>
        <w:br/>
        <w:t>People: Not in pride — but in reverence.</w:t>
      </w:r>
    </w:p>
    <w:p w:rsidR="00F659CF" w:rsidRPr="00F659CF" w:rsidRDefault="00F659CF" w:rsidP="001E2F32">
      <w:pPr>
        <w:spacing w:line="480" w:lineRule="auto"/>
        <w:jc w:val="center"/>
        <w:rPr>
          <w:rFonts w:ascii="Garamond" w:hAnsi="Garamond"/>
        </w:rPr>
      </w:pPr>
      <w:r w:rsidRPr="00F659CF">
        <w:rPr>
          <w:rFonts w:ascii="Garamond" w:hAnsi="Garamond"/>
        </w:rPr>
        <w:t>Leader: I am chosen. I am sent. I am Yours —</w:t>
      </w:r>
      <w:r w:rsidRPr="00F659CF">
        <w:rPr>
          <w:rFonts w:ascii="Garamond" w:hAnsi="Garamond"/>
        </w:rPr>
        <w:br/>
        <w:t>People: Use me, YAHUAH — for Your glory alone.</w:t>
      </w:r>
    </w:p>
    <w:p w:rsidR="00F659CF" w:rsidRPr="00F659CF" w:rsidRDefault="00F659CF" w:rsidP="001E2F32">
      <w:pPr>
        <w:spacing w:line="480" w:lineRule="auto"/>
        <w:jc w:val="center"/>
        <w:rPr>
          <w:rFonts w:ascii="Garamond" w:hAnsi="Garamond"/>
        </w:rPr>
      </w:pPr>
      <w:r w:rsidRPr="00F659CF">
        <w:rPr>
          <w:rFonts w:ascii="Garamond" w:hAnsi="Garamond"/>
        </w:rPr>
        <w:t>All: </w:t>
      </w:r>
      <w:proofErr w:type="spellStart"/>
      <w:r w:rsidRPr="00F659CF">
        <w:rPr>
          <w:rFonts w:ascii="Garamond" w:hAnsi="Garamond"/>
        </w:rPr>
        <w:t>HalleluYAH</w:t>
      </w:r>
      <w:proofErr w:type="spellEnd"/>
      <w:r w:rsidRPr="00F659CF">
        <w:rPr>
          <w:rFonts w:ascii="Garamond" w:hAnsi="Garamond"/>
        </w:rPr>
        <w:t xml:space="preserve"> — Holy is the Majesty of YAH!</w:t>
      </w:r>
    </w:p>
    <w:p w:rsidR="00F659CF" w:rsidRPr="00F659CF" w:rsidRDefault="00F659CF" w:rsidP="001E2F32">
      <w:pPr>
        <w:spacing w:line="480" w:lineRule="auto"/>
        <w:jc w:val="center"/>
        <w:rPr>
          <w:rFonts w:ascii="Garamond" w:hAnsi="Garamond"/>
        </w:rPr>
      </w:pPr>
      <w:r w:rsidRPr="00F659CF">
        <w:rPr>
          <w:rFonts w:ascii="Garamond" w:hAnsi="Garamond"/>
        </w:rPr>
        <w:t>(Pause. Whisper: “I go — because You said go.”)</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PROPHETIC EXPANSION: “The Authority of the Appointed”</w:t>
      </w:r>
    </w:p>
    <w:p w:rsidR="00F659CF" w:rsidRPr="00F659CF" w:rsidRDefault="00F659CF" w:rsidP="001E2F32">
      <w:pPr>
        <w:spacing w:line="480" w:lineRule="auto"/>
        <w:jc w:val="center"/>
        <w:rPr>
          <w:rFonts w:ascii="Garamond" w:hAnsi="Garamond"/>
        </w:rPr>
      </w:pPr>
      <w:r w:rsidRPr="00F659CF">
        <w:rPr>
          <w:rFonts w:ascii="Garamond" w:hAnsi="Garamond"/>
        </w:rPr>
        <w:t>“You are the vessel to carry the oil into the Holy of Holies.”</w:t>
      </w:r>
    </w:p>
    <w:p w:rsidR="00F659CF" w:rsidRPr="00F659CF" w:rsidRDefault="00F659CF" w:rsidP="001E2F32">
      <w:pPr>
        <w:spacing w:line="480" w:lineRule="auto"/>
        <w:jc w:val="center"/>
        <w:rPr>
          <w:rFonts w:ascii="Garamond" w:hAnsi="Garamond"/>
        </w:rPr>
      </w:pPr>
      <w:r w:rsidRPr="00F659CF">
        <w:rPr>
          <w:rFonts w:ascii="Garamond" w:hAnsi="Garamond"/>
        </w:rPr>
        <w:t>This is not about position — it’s about permission.</w:t>
      </w:r>
      <w:r w:rsidRPr="00F659CF">
        <w:rPr>
          <w:rFonts w:ascii="Garamond" w:hAnsi="Garamond"/>
        </w:rPr>
        <w:br/>
        <w:t>Not about title — but trust.</w:t>
      </w:r>
    </w:p>
    <w:p w:rsidR="00F659CF" w:rsidRPr="00F659CF" w:rsidRDefault="00F659CF" w:rsidP="001E2F32">
      <w:pPr>
        <w:spacing w:line="480" w:lineRule="auto"/>
        <w:jc w:val="center"/>
        <w:rPr>
          <w:rFonts w:ascii="Garamond" w:hAnsi="Garamond"/>
        </w:rPr>
      </w:pPr>
      <w:r w:rsidRPr="00F659CF">
        <w:rPr>
          <w:rFonts w:ascii="Garamond" w:hAnsi="Garamond"/>
        </w:rPr>
        <w:t>YAHUAH does not promote the popular.</w:t>
      </w:r>
      <w:r w:rsidRPr="00F659CF">
        <w:rPr>
          <w:rFonts w:ascii="Garamond" w:hAnsi="Garamond"/>
        </w:rPr>
        <w:br/>
        <w:t>He appoints the obedient.</w:t>
      </w:r>
    </w:p>
    <w:p w:rsidR="00F659CF" w:rsidRPr="00F659CF" w:rsidRDefault="00F659CF" w:rsidP="001E2F32">
      <w:pPr>
        <w:spacing w:line="480" w:lineRule="auto"/>
        <w:jc w:val="center"/>
        <w:rPr>
          <w:rFonts w:ascii="Garamond" w:hAnsi="Garamond"/>
        </w:rPr>
      </w:pPr>
      <w:r w:rsidRPr="00F659CF">
        <w:rPr>
          <w:rFonts w:ascii="Garamond" w:hAnsi="Garamond"/>
        </w:rPr>
        <w:t>Ask yourself:</w:t>
      </w:r>
    </w:p>
    <w:p w:rsidR="00F659CF" w:rsidRPr="00F659CF" w:rsidRDefault="00F659CF" w:rsidP="001E2F32">
      <w:pPr>
        <w:spacing w:line="480" w:lineRule="auto"/>
        <w:jc w:val="center"/>
        <w:rPr>
          <w:rFonts w:ascii="Garamond" w:hAnsi="Garamond"/>
        </w:rPr>
      </w:pPr>
      <w:r w:rsidRPr="00F659CF">
        <w:rPr>
          <w:rFonts w:ascii="Garamond" w:hAnsi="Garamond"/>
        </w:rPr>
        <w:t>Where am I resisting His command — because I feel unqualified?</w:t>
      </w:r>
      <w:r w:rsidRPr="00F659CF">
        <w:rPr>
          <w:rFonts w:ascii="Garamond" w:hAnsi="Garamond"/>
        </w:rPr>
        <w:br/>
        <w:t>Where am I hesitating — because I fear failure?</w:t>
      </w:r>
      <w:r w:rsidRPr="00F659CF">
        <w:rPr>
          <w:rFonts w:ascii="Garamond" w:hAnsi="Garamond"/>
        </w:rPr>
        <w:br/>
        <w:t>Where am I hiding — because I crave comfort?</w:t>
      </w:r>
    </w:p>
    <w:p w:rsidR="00F659CF" w:rsidRPr="00F659CF" w:rsidRDefault="00F659CF" w:rsidP="001E2F32">
      <w:pPr>
        <w:spacing w:line="480" w:lineRule="auto"/>
        <w:jc w:val="center"/>
        <w:rPr>
          <w:rFonts w:ascii="Garamond" w:hAnsi="Garamond"/>
        </w:rPr>
      </w:pPr>
      <w:r w:rsidRPr="00F659CF">
        <w:rPr>
          <w:rFonts w:ascii="Garamond" w:hAnsi="Garamond"/>
        </w:rPr>
        <w:t>His answer:</w:t>
      </w:r>
    </w:p>
    <w:p w:rsidR="00F659CF" w:rsidRPr="00F659CF" w:rsidRDefault="00F659CF" w:rsidP="001E2F32">
      <w:pPr>
        <w:spacing w:line="480" w:lineRule="auto"/>
        <w:jc w:val="center"/>
        <w:rPr>
          <w:rFonts w:ascii="Garamond" w:hAnsi="Garamond"/>
        </w:rPr>
      </w:pPr>
      <w:r w:rsidRPr="00F659CF">
        <w:rPr>
          <w:rFonts w:ascii="Garamond" w:hAnsi="Garamond"/>
        </w:rPr>
        <w:t>“Two are better than one… for if they fall, one will lift up his companion.”</w:t>
      </w:r>
      <w:r w:rsidRPr="00F659CF">
        <w:rPr>
          <w:rFonts w:ascii="Garamond" w:hAnsi="Garamond"/>
        </w:rPr>
        <w:br/>
        <w:t>You are never alone in assignment.</w:t>
      </w:r>
      <w:r w:rsidRPr="00F659CF">
        <w:rPr>
          <w:rFonts w:ascii="Garamond" w:hAnsi="Garamond"/>
        </w:rPr>
        <w:br/>
        <w:t>YAH walks with you.</w:t>
      </w:r>
      <w:r w:rsidRPr="00F659CF">
        <w:rPr>
          <w:rFonts w:ascii="Garamond" w:hAnsi="Garamond"/>
        </w:rPr>
        <w:br/>
        <w:t>YAH fights for you.</w:t>
      </w:r>
      <w:r w:rsidRPr="00F659CF">
        <w:rPr>
          <w:rFonts w:ascii="Garamond" w:hAnsi="Garamond"/>
        </w:rPr>
        <w:br/>
        <w:t>YAH establishes you.</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REFLECTIVE PAUSE: “Where Am I Called to Go?”</w:t>
      </w:r>
    </w:p>
    <w:p w:rsidR="00F659CF" w:rsidRPr="00F659CF" w:rsidRDefault="00F659CF" w:rsidP="001E2F32">
      <w:pPr>
        <w:spacing w:line="480" w:lineRule="auto"/>
        <w:jc w:val="center"/>
        <w:rPr>
          <w:rFonts w:ascii="Garamond" w:hAnsi="Garamond"/>
        </w:rPr>
      </w:pPr>
      <w:r w:rsidRPr="00F659CF">
        <w:rPr>
          <w:rFonts w:ascii="Garamond" w:hAnsi="Garamond"/>
        </w:rPr>
        <w:t>(Journal Space — leave blank lines in manuscript)</w:t>
      </w:r>
    </w:p>
    <w:p w:rsidR="00F659CF" w:rsidRPr="00F659CF" w:rsidRDefault="00F659CF" w:rsidP="001E2F32">
      <w:pPr>
        <w:spacing w:line="480" w:lineRule="auto"/>
        <w:jc w:val="center"/>
        <w:rPr>
          <w:rFonts w:ascii="Garamond" w:hAnsi="Garamond"/>
        </w:rPr>
      </w:pPr>
      <w:r w:rsidRPr="00F659CF">
        <w:rPr>
          <w:rFonts w:ascii="Garamond" w:hAnsi="Garamond"/>
        </w:rPr>
        <w:t>YAHUAH, show me where I’ve stalled —</w:t>
      </w:r>
      <w:r w:rsidRPr="00F659CF">
        <w:rPr>
          <w:rFonts w:ascii="Garamond" w:hAnsi="Garamond"/>
        </w:rPr>
        <w:br/>
        <w:t>The assignment I’ve delayed,</w:t>
      </w:r>
      <w:r w:rsidRPr="00F659CF">
        <w:rPr>
          <w:rFonts w:ascii="Garamond" w:hAnsi="Garamond"/>
        </w:rPr>
        <w:br/>
        <w:t>The door I’ve refused to open,</w:t>
      </w:r>
      <w:r w:rsidRPr="00F659CF">
        <w:rPr>
          <w:rFonts w:ascii="Garamond" w:hAnsi="Garamond"/>
        </w:rPr>
        <w:br/>
        <w:t>The oil I’ve kept to myself.</w:t>
      </w:r>
    </w:p>
    <w:p w:rsidR="00F659CF" w:rsidRPr="00F659CF" w:rsidRDefault="00F659CF" w:rsidP="001E2F32">
      <w:pPr>
        <w:spacing w:line="480" w:lineRule="auto"/>
        <w:jc w:val="center"/>
        <w:rPr>
          <w:rFonts w:ascii="Garamond" w:hAnsi="Garamond"/>
        </w:rPr>
      </w:pPr>
      <w:r w:rsidRPr="00F659CF">
        <w:rPr>
          <w:rFonts w:ascii="Garamond" w:hAnsi="Garamond"/>
        </w:rPr>
        <w:t>I repent of hesitation.</w:t>
      </w:r>
      <w:r w:rsidRPr="00F659CF">
        <w:rPr>
          <w:rFonts w:ascii="Garamond" w:hAnsi="Garamond"/>
        </w:rPr>
        <w:br/>
        <w:t>I renounce self-reliance.</w:t>
      </w:r>
      <w:r w:rsidRPr="00F659CF">
        <w:rPr>
          <w:rFonts w:ascii="Garamond" w:hAnsi="Garamond"/>
        </w:rPr>
        <w:br/>
        <w:t>I embrace Your command — fully, finally, fearlessly.</w:t>
      </w:r>
    </w:p>
    <w:p w:rsidR="00F659CF" w:rsidRPr="00F659CF" w:rsidRDefault="00F659CF" w:rsidP="001E2F32">
      <w:pPr>
        <w:spacing w:line="480" w:lineRule="auto"/>
        <w:jc w:val="center"/>
        <w:rPr>
          <w:rFonts w:ascii="Garamond" w:hAnsi="Garamond"/>
        </w:rPr>
      </w:pPr>
      <w:r w:rsidRPr="00F659CF">
        <w:rPr>
          <w:rFonts w:ascii="Garamond" w:hAnsi="Garamond"/>
        </w:rPr>
        <w:t>Send me — even if I tremble.</w:t>
      </w:r>
      <w:r w:rsidRPr="00F659CF">
        <w:rPr>
          <w:rFonts w:ascii="Garamond" w:hAnsi="Garamond"/>
        </w:rPr>
        <w:br/>
        <w:t>Anoint me — even if I’m broken.</w:t>
      </w:r>
      <w:r w:rsidRPr="00F659CF">
        <w:rPr>
          <w:rFonts w:ascii="Garamond" w:hAnsi="Garamond"/>
        </w:rPr>
        <w:br/>
        <w:t>Use me — for Your glory alone.</w:t>
      </w:r>
    </w:p>
    <w:p w:rsidR="00F659CF" w:rsidRPr="00F659CF" w:rsidRDefault="00F659CF" w:rsidP="001E2F32">
      <w:pPr>
        <w:spacing w:line="480" w:lineRule="auto"/>
        <w:jc w:val="center"/>
        <w:rPr>
          <w:rFonts w:ascii="Garamond" w:hAnsi="Garamond"/>
        </w:rPr>
      </w:pP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(Pause. Breathe. Wait. Listen.)</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HEBRAIC INSIGHT: “SHAMAYIM — The Heaven That Responds to Earth”</w:t>
      </w:r>
    </w:p>
    <w:p w:rsidR="00F659CF" w:rsidRPr="00F659CF" w:rsidRDefault="00F659CF" w:rsidP="001E2F32">
      <w:pPr>
        <w:spacing w:line="480" w:lineRule="auto"/>
        <w:jc w:val="center"/>
        <w:rPr>
          <w:rFonts w:ascii="Garamond" w:hAnsi="Garamond"/>
        </w:rPr>
      </w:pPr>
      <w:r w:rsidRPr="00F659CF">
        <w:rPr>
          <w:rFonts w:ascii="Garamond" w:hAnsi="Garamond"/>
        </w:rPr>
        <w:t>Shamayim (</w:t>
      </w:r>
      <w:r w:rsidRPr="00F659CF">
        <w:rPr>
          <w:rFonts w:ascii="Times New Roman" w:hAnsi="Times New Roman" w:cs="Times New Roman"/>
        </w:rPr>
        <w:t>שָׁ</w:t>
      </w:r>
      <w:proofErr w:type="spellStart"/>
      <w:r w:rsidRPr="00F659CF">
        <w:rPr>
          <w:rFonts w:ascii="Times New Roman" w:hAnsi="Times New Roman" w:cs="Times New Roman"/>
        </w:rPr>
        <w:t>מַיִם</w:t>
      </w:r>
      <w:proofErr w:type="spellEnd"/>
      <w:r w:rsidRPr="00F659CF">
        <w:rPr>
          <w:rFonts w:ascii="Garamond" w:hAnsi="Garamond"/>
        </w:rPr>
        <w:t>) — “heavens” — implies the realm where YAHUAH’s decrees are stored and released.</w:t>
      </w:r>
    </w:p>
    <w:p w:rsidR="00F659CF" w:rsidRPr="00F659CF" w:rsidRDefault="00F659CF" w:rsidP="001E2F32">
      <w:pPr>
        <w:spacing w:line="480" w:lineRule="auto"/>
        <w:jc w:val="center"/>
        <w:rPr>
          <w:rFonts w:ascii="Garamond" w:hAnsi="Garamond"/>
        </w:rPr>
      </w:pPr>
      <w:r w:rsidRPr="00F659CF">
        <w:rPr>
          <w:rFonts w:ascii="Garamond" w:hAnsi="Garamond"/>
        </w:rPr>
        <w:t>When YAHUAH says “Go” — He doesn’t just command you —</w:t>
      </w:r>
      <w:r w:rsidRPr="00F659CF">
        <w:rPr>
          <w:rFonts w:ascii="Garamond" w:hAnsi="Garamond"/>
        </w:rPr>
        <w:br/>
        <w:t>He aligns heaven to empower you.</w:t>
      </w:r>
    </w:p>
    <w:p w:rsidR="00F659CF" w:rsidRPr="00F659CF" w:rsidRDefault="00F659CF" w:rsidP="001E2F32">
      <w:pPr>
        <w:spacing w:line="480" w:lineRule="auto"/>
        <w:jc w:val="center"/>
        <w:rPr>
          <w:rFonts w:ascii="Garamond" w:hAnsi="Garamond"/>
        </w:rPr>
      </w:pPr>
      <w:r w:rsidRPr="00F659CF">
        <w:rPr>
          <w:rFonts w:ascii="Garamond" w:hAnsi="Garamond"/>
        </w:rPr>
        <w:t>Angels are dispatched.</w:t>
      </w:r>
      <w:r w:rsidRPr="00F659CF">
        <w:rPr>
          <w:rFonts w:ascii="Garamond" w:hAnsi="Garamond"/>
        </w:rPr>
        <w:br/>
        <w:t>Resources unlocked.</w:t>
      </w:r>
      <w:r w:rsidRPr="00F659CF">
        <w:rPr>
          <w:rFonts w:ascii="Garamond" w:hAnsi="Garamond"/>
        </w:rPr>
        <w:br/>
        <w:t>Strongholds preemptively broken.</w:t>
      </w:r>
    </w:p>
    <w:p w:rsidR="00F659CF" w:rsidRPr="00F659CF" w:rsidRDefault="00F659CF" w:rsidP="001E2F32">
      <w:pPr>
        <w:spacing w:line="480" w:lineRule="auto"/>
        <w:jc w:val="center"/>
        <w:rPr>
          <w:rFonts w:ascii="Garamond" w:hAnsi="Garamond"/>
        </w:rPr>
      </w:pPr>
      <w:r w:rsidRPr="00F659CF">
        <w:rPr>
          <w:rFonts w:ascii="Garamond" w:hAnsi="Garamond"/>
        </w:rPr>
        <w:t>Your obedience is not solo effort —</w:t>
      </w:r>
      <w:r w:rsidRPr="00F659CF">
        <w:rPr>
          <w:rFonts w:ascii="Garamond" w:hAnsi="Garamond"/>
        </w:rPr>
        <w:br/>
        <w:t>it is symphonic alignment between heaven and earth.</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CLOSING PRAYER: “I Go — Because You Said Go”</w:t>
      </w:r>
    </w:p>
    <w:p w:rsidR="00F659CF" w:rsidRPr="00F659CF" w:rsidRDefault="00F659CF" w:rsidP="001E2F32">
      <w:pPr>
        <w:spacing w:line="480" w:lineRule="auto"/>
        <w:jc w:val="center"/>
        <w:rPr>
          <w:rFonts w:ascii="Garamond" w:hAnsi="Garamond"/>
        </w:rPr>
      </w:pPr>
      <w:r w:rsidRPr="00F659CF">
        <w:rPr>
          <w:rFonts w:ascii="Garamond" w:hAnsi="Garamond"/>
        </w:rPr>
        <w:t>Father YAHUAH,</w:t>
      </w:r>
      <w:r w:rsidRPr="00F659CF">
        <w:rPr>
          <w:rFonts w:ascii="Garamond" w:hAnsi="Garamond"/>
        </w:rPr>
        <w:br/>
        <w:t>Strip from me every excuse, every fear, every delay.</w:t>
      </w:r>
      <w:r w:rsidRPr="00F659CF">
        <w:rPr>
          <w:rFonts w:ascii="Garamond" w:hAnsi="Garamond"/>
        </w:rPr>
        <w:br/>
        <w:t>Break every chain of self-doubt.</w:t>
      </w:r>
      <w:r w:rsidRPr="00F659CF">
        <w:rPr>
          <w:rFonts w:ascii="Garamond" w:hAnsi="Garamond"/>
        </w:rPr>
        <w:br/>
        <w:t>Ignite in me holy boldness.</w:t>
      </w:r>
    </w:p>
    <w:p w:rsidR="00F659CF" w:rsidRPr="00F659CF" w:rsidRDefault="00F659CF" w:rsidP="001E2F32">
      <w:pPr>
        <w:spacing w:line="480" w:lineRule="auto"/>
        <w:jc w:val="center"/>
        <w:rPr>
          <w:rFonts w:ascii="Garamond" w:hAnsi="Garamond"/>
        </w:rPr>
      </w:pPr>
      <w:r w:rsidRPr="00F659CF">
        <w:rPr>
          <w:rFonts w:ascii="Garamond" w:hAnsi="Garamond"/>
        </w:rPr>
        <w:t>I go — not in my strength —</w:t>
      </w:r>
      <w:r w:rsidRPr="00F659CF">
        <w:rPr>
          <w:rFonts w:ascii="Garamond" w:hAnsi="Garamond"/>
        </w:rPr>
        <w:br/>
        <w:t>but in Your Authority.</w:t>
      </w:r>
      <w:r w:rsidRPr="00F659CF">
        <w:rPr>
          <w:rFonts w:ascii="Garamond" w:hAnsi="Garamond"/>
        </w:rPr>
        <w:br/>
        <w:t>I carry — not my wisdom —</w:t>
      </w:r>
      <w:r w:rsidRPr="00F659CF">
        <w:rPr>
          <w:rFonts w:ascii="Garamond" w:hAnsi="Garamond"/>
        </w:rPr>
        <w:br/>
        <w:t>but Your Oil.</w:t>
      </w:r>
      <w:r w:rsidRPr="00F659CF">
        <w:rPr>
          <w:rFonts w:ascii="Garamond" w:hAnsi="Garamond"/>
        </w:rPr>
        <w:br/>
        <w:t>I enter — not in pride —</w:t>
      </w:r>
      <w:r w:rsidRPr="00F659CF">
        <w:rPr>
          <w:rFonts w:ascii="Garamond" w:hAnsi="Garamond"/>
        </w:rPr>
        <w:br/>
        <w:t>but in awe of Your Holiness.</w:t>
      </w:r>
    </w:p>
    <w:p w:rsidR="00F659CF" w:rsidRPr="00F659CF" w:rsidRDefault="00F659CF" w:rsidP="001E2F32">
      <w:pPr>
        <w:spacing w:line="480" w:lineRule="auto"/>
        <w:jc w:val="center"/>
        <w:rPr>
          <w:rFonts w:ascii="Garamond" w:hAnsi="Garamond"/>
        </w:rPr>
      </w:pPr>
      <w:r w:rsidRPr="00F659CF">
        <w:rPr>
          <w:rFonts w:ascii="Garamond" w:hAnsi="Garamond"/>
        </w:rPr>
        <w:t>Establish my steps.</w:t>
      </w:r>
      <w:r w:rsidRPr="00F659CF">
        <w:rPr>
          <w:rFonts w:ascii="Garamond" w:hAnsi="Garamond"/>
        </w:rPr>
        <w:br/>
        <w:t>Confirm my calling.</w:t>
      </w:r>
      <w:r w:rsidRPr="00F659CF">
        <w:rPr>
          <w:rFonts w:ascii="Garamond" w:hAnsi="Garamond"/>
        </w:rPr>
        <w:br/>
        <w:t>Let every battle be won — for Your glory alone.</w:t>
      </w:r>
    </w:p>
    <w:p w:rsidR="00F659CF" w:rsidRPr="00F659CF" w:rsidRDefault="00F659CF" w:rsidP="001E2F32">
      <w:pPr>
        <w:spacing w:line="480" w:lineRule="auto"/>
        <w:jc w:val="center"/>
        <w:rPr>
          <w:rFonts w:ascii="Garamond" w:hAnsi="Garamond"/>
        </w:rPr>
      </w:pPr>
      <w:r w:rsidRPr="00F659CF">
        <w:rPr>
          <w:rFonts w:ascii="Garamond" w:hAnsi="Garamond"/>
        </w:rPr>
        <w:t>In the Name of YAHUSHA —</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1E2F32" w:rsidRDefault="00F659CF" w:rsidP="001E2F32">
      <w:pPr>
        <w:spacing w:line="480" w:lineRule="auto"/>
        <w:rPr>
          <w:rFonts w:ascii="Garamond" w:hAnsi="Garamond"/>
        </w:rPr>
      </w:pPr>
      <w:r w:rsidRPr="001E2F32">
        <w:rPr>
          <w:rFonts w:ascii="Garamond" w:hAnsi="Garamond"/>
        </w:rPr>
        <w:br w:type="page"/>
      </w:r>
    </w:p>
    <w:p w:rsidR="00F659CF" w:rsidRPr="00F659CF" w:rsidRDefault="00F659CF" w:rsidP="001E2F32">
      <w:pPr>
        <w:spacing w:line="480" w:lineRule="auto"/>
        <w:jc w:val="center"/>
        <w:rPr>
          <w:rFonts w:ascii="Garamond" w:hAnsi="Garamond"/>
          <w:b/>
          <w:bCs/>
        </w:rPr>
      </w:pPr>
      <w:r w:rsidRPr="00F659CF">
        <w:rPr>
          <w:rFonts w:ascii="Garamond" w:hAnsi="Garamond"/>
          <w:b/>
          <w:bCs/>
        </w:rPr>
        <w:lastRenderedPageBreak/>
        <w:t>CHAPTER 3: MIGHTY IN MAJESTY</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t>“YAHUAH reigns. He is robed in majesty; YAHUAH is robed, He has put on strength as His belt. Yes, the world is established; it shall never be moved. The floods have lifted up, O Yah, the floods have lifted up their voice; the floods lift up their roaring. Mightier than the thunders of many waters, mightier than the waves of the sea, Yah on high is mighty!” (Psalm 93:1–4)</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t>My God, awesome in mighty deeds. He is clothed in majesty. YAHUAH is emboldened in strength. Surely His thoughts were established before there was a “was” or a “today.” YAHUAH is.</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t>The floods have lifted up; the floods have lifted up their voices. The floods have stood up and spoken in unity. Yet YAHUAH is high and mighty! Who can change His course? He is mightier than the voices of many waters, mightier than the waves of the sea. His judgments are sure. His testimonies are very sure. Holiness adores His house. O YAHUAH, Your power, Your authority, and Your faithfulness are everlasting and forever and ever.</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t>Beloved, lift your eyes to the One who reigns in majesty. Do not be shaken by the roar of the floods, nor by the noise of the nations. YAHUAH is clothed in strength, and His reign cannot be overturned. Fix your faith on Him, for His power is eternal, and His testimonies are sure.</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lastRenderedPageBreak/>
        <w:t>Father, clothe us with the assurance of Your majesty. Let us hear Your voice above the roaring waters. Anchor us in Your everlasting faithfulness, and let our hearts adore Your holiness.</w:t>
      </w:r>
    </w:p>
    <w:p w:rsidR="00937B08" w:rsidRPr="00937B08" w:rsidRDefault="00937B08" w:rsidP="00937B08">
      <w:pPr>
        <w:spacing w:line="480" w:lineRule="auto"/>
        <w:jc w:val="center"/>
        <w:rPr>
          <w:rFonts w:ascii="Segoe UI Emoji" w:hAnsi="Segoe UI Emoji" w:cs="Segoe UI Emoji"/>
        </w:rPr>
      </w:pPr>
      <w:r w:rsidRPr="00937B08">
        <w:rPr>
          <w:rFonts w:ascii="Segoe UI Emoji" w:hAnsi="Segoe UI Emoji" w:cs="Segoe UI Emoji"/>
        </w:rPr>
        <w:t>YAHUAH reigns! He is mighty, clothed in majesty, and His strength endures forever!</w:t>
      </w:r>
    </w:p>
    <w:p w:rsidR="00F659CF" w:rsidRPr="00F659CF" w:rsidRDefault="00F659CF" w:rsidP="001E2F32">
      <w:pPr>
        <w:spacing w:line="480" w:lineRule="auto"/>
        <w:jc w:val="center"/>
        <w:rPr>
          <w:rFonts w:ascii="Garamond" w:hAnsi="Garamond"/>
        </w:rPr>
      </w:pPr>
      <w:r w:rsidRPr="00F659CF">
        <w:rPr>
          <w:rFonts w:ascii="Garamond" w:hAnsi="Garamond"/>
        </w:rPr>
        <w:t>“My God, awesome in mighty deeds. He is clothed in majesty. YAHUAH is emboldened in strength. Surely His thoughts were established before there was a ‘was’ or a ‘today.’ YAHUAH is.”</w:t>
      </w:r>
    </w:p>
    <w:p w:rsidR="00F659CF" w:rsidRPr="00F659CF" w:rsidRDefault="00F659CF" w:rsidP="001E2F32">
      <w:pPr>
        <w:spacing w:line="480" w:lineRule="auto"/>
        <w:jc w:val="center"/>
        <w:rPr>
          <w:rFonts w:ascii="Garamond" w:hAnsi="Garamond"/>
        </w:rPr>
      </w:pPr>
      <w:r w:rsidRPr="00F659CF">
        <w:rPr>
          <w:rFonts w:ascii="Garamond" w:hAnsi="Garamond"/>
        </w:rPr>
        <w:t>You are not standing on shifting sand.</w:t>
      </w:r>
      <w:r w:rsidRPr="00F659CF">
        <w:rPr>
          <w:rFonts w:ascii="Garamond" w:hAnsi="Garamond"/>
        </w:rPr>
        <w:br/>
        <w:t>You are anchored to an Eternal Rock.</w:t>
      </w:r>
      <w:r w:rsidRPr="00F659CF">
        <w:rPr>
          <w:rFonts w:ascii="Garamond" w:hAnsi="Garamond"/>
        </w:rPr>
        <w:br/>
        <w:t>Lift your eyes — above the noise, above the news, above the nations —</w:t>
      </w:r>
      <w:r w:rsidRPr="00F659CF">
        <w:rPr>
          <w:rFonts w:ascii="Garamond" w:hAnsi="Garamond"/>
        </w:rPr>
        <w:br/>
        <w:t>and behold:</w:t>
      </w:r>
      <w:r w:rsidRPr="00F659CF">
        <w:rPr>
          <w:rFonts w:ascii="Garamond" w:hAnsi="Garamond"/>
        </w:rPr>
        <w:br/>
      </w:r>
      <w:r w:rsidRPr="00F659CF">
        <w:rPr>
          <w:rFonts w:ascii="Garamond" w:hAnsi="Garamond"/>
          <w:b/>
          <w:bCs/>
        </w:rPr>
        <w:t>YAHUAH reigns.</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POETIC INTERLUDE: “The One Who Is”</w:t>
      </w:r>
    </w:p>
    <w:p w:rsidR="00F659CF" w:rsidRPr="00F659CF" w:rsidRDefault="00F659CF" w:rsidP="001E2F32">
      <w:pPr>
        <w:spacing w:line="480" w:lineRule="auto"/>
        <w:jc w:val="center"/>
        <w:rPr>
          <w:rFonts w:ascii="Garamond" w:hAnsi="Garamond"/>
        </w:rPr>
      </w:pPr>
      <w:r w:rsidRPr="00F659CF">
        <w:rPr>
          <w:rFonts w:ascii="Garamond" w:hAnsi="Garamond"/>
        </w:rPr>
        <w:t>Before “was” — He Is.</w:t>
      </w:r>
      <w:r w:rsidRPr="00F659CF">
        <w:rPr>
          <w:rFonts w:ascii="Garamond" w:hAnsi="Garamond"/>
        </w:rPr>
        <w:br/>
        <w:t>Before “will be” — He Is.</w:t>
      </w:r>
      <w:r w:rsidRPr="00F659CF">
        <w:rPr>
          <w:rFonts w:ascii="Garamond" w:hAnsi="Garamond"/>
        </w:rPr>
        <w:br/>
        <w:t>After all ends — He Is.</w:t>
      </w:r>
    </w:p>
    <w:p w:rsidR="00F659CF" w:rsidRPr="00F659CF" w:rsidRDefault="00F659CF" w:rsidP="001E2F32">
      <w:pPr>
        <w:spacing w:line="480" w:lineRule="auto"/>
        <w:jc w:val="center"/>
        <w:rPr>
          <w:rFonts w:ascii="Garamond" w:hAnsi="Garamond"/>
        </w:rPr>
      </w:pPr>
      <w:r w:rsidRPr="00F659CF">
        <w:rPr>
          <w:rFonts w:ascii="Garamond" w:hAnsi="Garamond"/>
        </w:rPr>
        <w:t>Floods roar — but He speaks louder.</w:t>
      </w:r>
      <w:r w:rsidRPr="00F659CF">
        <w:rPr>
          <w:rFonts w:ascii="Garamond" w:hAnsi="Garamond"/>
        </w:rPr>
        <w:br/>
      </w:r>
      <w:proofErr w:type="gramStart"/>
      <w:r w:rsidRPr="00F659CF">
        <w:rPr>
          <w:rFonts w:ascii="Garamond" w:hAnsi="Garamond"/>
        </w:rPr>
        <w:t>Nations</w:t>
      </w:r>
      <w:proofErr w:type="gramEnd"/>
      <w:r w:rsidRPr="00F659CF">
        <w:rPr>
          <w:rFonts w:ascii="Garamond" w:hAnsi="Garamond"/>
        </w:rPr>
        <w:t xml:space="preserve"> rage — but He stands taller.</w:t>
      </w:r>
      <w:r w:rsidRPr="00F659CF">
        <w:rPr>
          <w:rFonts w:ascii="Garamond" w:hAnsi="Garamond"/>
        </w:rPr>
        <w:br/>
        <w:t>Time trembles — but He remains.</w:t>
      </w:r>
    </w:p>
    <w:p w:rsidR="00F659CF" w:rsidRPr="00F659CF" w:rsidRDefault="00F659CF" w:rsidP="001E2F32">
      <w:pPr>
        <w:spacing w:line="480" w:lineRule="auto"/>
        <w:jc w:val="center"/>
        <w:rPr>
          <w:rFonts w:ascii="Garamond" w:hAnsi="Garamond"/>
        </w:rPr>
      </w:pPr>
      <w:r w:rsidRPr="00F659CF">
        <w:rPr>
          <w:rFonts w:ascii="Garamond" w:hAnsi="Garamond"/>
        </w:rPr>
        <w:t>Clothed not in silk — but in Sovereignty.</w:t>
      </w:r>
      <w:r w:rsidRPr="00F659CF">
        <w:rPr>
          <w:rFonts w:ascii="Garamond" w:hAnsi="Garamond"/>
        </w:rPr>
        <w:br/>
        <w:t>Girded not with gold — but with Glory.</w:t>
      </w:r>
      <w:r w:rsidRPr="00F659CF">
        <w:rPr>
          <w:rFonts w:ascii="Garamond" w:hAnsi="Garamond"/>
        </w:rPr>
        <w:br/>
        <w:t>Crowned not by man — but by Covenant.</w:t>
      </w:r>
    </w:p>
    <w:p w:rsidR="00F659CF" w:rsidRPr="00F659CF" w:rsidRDefault="00F659CF" w:rsidP="001E2F32">
      <w:pPr>
        <w:spacing w:line="480" w:lineRule="auto"/>
        <w:jc w:val="center"/>
        <w:rPr>
          <w:rFonts w:ascii="Garamond" w:hAnsi="Garamond"/>
        </w:rPr>
      </w:pPr>
      <w:r w:rsidRPr="00F659CF">
        <w:rPr>
          <w:rFonts w:ascii="Garamond" w:hAnsi="Garamond"/>
        </w:rPr>
        <w:t>Bow, earth.</w:t>
      </w:r>
      <w:r w:rsidRPr="00F659CF">
        <w:rPr>
          <w:rFonts w:ascii="Garamond" w:hAnsi="Garamond"/>
        </w:rPr>
        <w:br/>
        <w:t>Tremble, heavens.</w:t>
      </w:r>
      <w:r w:rsidRPr="00F659CF">
        <w:rPr>
          <w:rFonts w:ascii="Garamond" w:hAnsi="Garamond"/>
        </w:rPr>
        <w:br/>
        <w:t>Worship, remnant.</w:t>
      </w:r>
    </w:p>
    <w:p w:rsidR="00F659CF" w:rsidRPr="00F659CF" w:rsidRDefault="00F659CF" w:rsidP="001E2F32">
      <w:pPr>
        <w:spacing w:line="480" w:lineRule="auto"/>
        <w:jc w:val="center"/>
        <w:rPr>
          <w:rFonts w:ascii="Garamond" w:hAnsi="Garamond"/>
        </w:rPr>
      </w:pPr>
      <w:r w:rsidRPr="00F659CF">
        <w:rPr>
          <w:rFonts w:ascii="Garamond" w:hAnsi="Garamond"/>
        </w:rPr>
        <w:t>For YAH —</w:t>
      </w:r>
      <w:r w:rsidRPr="00F659CF">
        <w:rPr>
          <w:rFonts w:ascii="Garamond" w:hAnsi="Garamond"/>
        </w:rPr>
        <w:br/>
        <w:t>is High.</w:t>
      </w:r>
      <w:r w:rsidRPr="00F659CF">
        <w:rPr>
          <w:rFonts w:ascii="Garamond" w:hAnsi="Garamond"/>
        </w:rPr>
        <w:br/>
        <w:t>is Holy.</w:t>
      </w:r>
      <w:r w:rsidRPr="00F659CF">
        <w:rPr>
          <w:rFonts w:ascii="Garamond" w:hAnsi="Garamond"/>
        </w:rPr>
        <w:br/>
        <w:t>is Here.</w:t>
      </w:r>
    </w:p>
    <w:p w:rsidR="00F659CF" w:rsidRPr="00F659CF" w:rsidRDefault="00F659CF" w:rsidP="001E2F32">
      <w:pPr>
        <w:spacing w:line="480" w:lineRule="auto"/>
        <w:jc w:val="center"/>
        <w:rPr>
          <w:rFonts w:ascii="Garamond" w:hAnsi="Garamond"/>
        </w:rPr>
      </w:pPr>
      <w:r w:rsidRPr="00F659CF">
        <w:rPr>
          <w:rFonts w:ascii="Garamond" w:hAnsi="Garamond"/>
        </w:rPr>
        <w:t>— Inspired by Psalm 93</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LITURGICAL RESPONSE: “The Liturgy of the Unmoved Throne”</w:t>
      </w:r>
    </w:p>
    <w:p w:rsidR="00F659CF" w:rsidRPr="00F659CF" w:rsidRDefault="00F659CF" w:rsidP="001E2F32">
      <w:pPr>
        <w:spacing w:line="480" w:lineRule="auto"/>
        <w:jc w:val="center"/>
        <w:rPr>
          <w:rFonts w:ascii="Garamond" w:hAnsi="Garamond"/>
        </w:rPr>
      </w:pPr>
      <w:r w:rsidRPr="00F659CF">
        <w:rPr>
          <w:rFonts w:ascii="Garamond" w:hAnsi="Garamond"/>
        </w:rPr>
        <w:t>Leader: YAHUAH reigns — though floods lift their voice —</w:t>
      </w:r>
      <w:r w:rsidRPr="00F659CF">
        <w:rPr>
          <w:rFonts w:ascii="Garamond" w:hAnsi="Garamond"/>
        </w:rPr>
        <w:br/>
        <w:t>People: He is mightier than the waves of the sea!</w:t>
      </w:r>
    </w:p>
    <w:p w:rsidR="00F659CF" w:rsidRPr="00F659CF" w:rsidRDefault="00F659CF" w:rsidP="001E2F32">
      <w:pPr>
        <w:spacing w:line="480" w:lineRule="auto"/>
        <w:jc w:val="center"/>
        <w:rPr>
          <w:rFonts w:ascii="Garamond" w:hAnsi="Garamond"/>
        </w:rPr>
      </w:pPr>
      <w:r w:rsidRPr="00F659CF">
        <w:rPr>
          <w:rFonts w:ascii="Garamond" w:hAnsi="Garamond"/>
        </w:rPr>
        <w:t>Leader: YAHUAH stands — though nations conspire —</w:t>
      </w:r>
      <w:r w:rsidRPr="00F659CF">
        <w:rPr>
          <w:rFonts w:ascii="Garamond" w:hAnsi="Garamond"/>
        </w:rPr>
        <w:br/>
        <w:t>People: His throne shall never be shaken!</w:t>
      </w:r>
    </w:p>
    <w:p w:rsidR="00F659CF" w:rsidRPr="00F659CF" w:rsidRDefault="00F659CF" w:rsidP="001E2F32">
      <w:pPr>
        <w:spacing w:line="480" w:lineRule="auto"/>
        <w:jc w:val="center"/>
        <w:rPr>
          <w:rFonts w:ascii="Garamond" w:hAnsi="Garamond"/>
        </w:rPr>
      </w:pPr>
      <w:r w:rsidRPr="00F659CF">
        <w:rPr>
          <w:rFonts w:ascii="Garamond" w:hAnsi="Garamond"/>
        </w:rPr>
        <w:t>Leader: YAHUAH speaks — though lies multiply —</w:t>
      </w:r>
      <w:r w:rsidRPr="00F659CF">
        <w:rPr>
          <w:rFonts w:ascii="Garamond" w:hAnsi="Garamond"/>
        </w:rPr>
        <w:br/>
        <w:t>People: His Word cuts through every deception!</w:t>
      </w:r>
    </w:p>
    <w:p w:rsidR="00F659CF" w:rsidRPr="00F659CF" w:rsidRDefault="00F659CF" w:rsidP="001E2F32">
      <w:pPr>
        <w:spacing w:line="480" w:lineRule="auto"/>
        <w:jc w:val="center"/>
        <w:rPr>
          <w:rFonts w:ascii="Garamond" w:hAnsi="Garamond"/>
        </w:rPr>
      </w:pPr>
      <w:r w:rsidRPr="00F659CF">
        <w:rPr>
          <w:rFonts w:ascii="Garamond" w:hAnsi="Garamond"/>
        </w:rPr>
        <w:t>Leader: We fix our eyes not on the storm —</w:t>
      </w:r>
      <w:r w:rsidRPr="00F659CF">
        <w:rPr>
          <w:rFonts w:ascii="Garamond" w:hAnsi="Garamond"/>
        </w:rPr>
        <w:br/>
        <w:t>People: But on the One who calms it!</w:t>
      </w:r>
    </w:p>
    <w:p w:rsidR="00F659CF" w:rsidRPr="00F659CF" w:rsidRDefault="00F659CF" w:rsidP="001E2F32">
      <w:pPr>
        <w:spacing w:line="480" w:lineRule="auto"/>
        <w:jc w:val="center"/>
        <w:rPr>
          <w:rFonts w:ascii="Garamond" w:hAnsi="Garamond"/>
        </w:rPr>
      </w:pPr>
      <w:r w:rsidRPr="00F659CF">
        <w:rPr>
          <w:rFonts w:ascii="Garamond" w:hAnsi="Garamond"/>
        </w:rPr>
        <w:t>All: </w:t>
      </w:r>
      <w:proofErr w:type="spellStart"/>
      <w:r w:rsidRPr="00F659CF">
        <w:rPr>
          <w:rFonts w:ascii="Garamond" w:hAnsi="Garamond"/>
        </w:rPr>
        <w:t>HalleluYAH</w:t>
      </w:r>
      <w:proofErr w:type="spellEnd"/>
      <w:r w:rsidRPr="00F659CF">
        <w:rPr>
          <w:rFonts w:ascii="Garamond" w:hAnsi="Garamond"/>
        </w:rPr>
        <w:t xml:space="preserve"> — Holy is the Majesty of YAH!</w:t>
      </w:r>
    </w:p>
    <w:p w:rsidR="00F659CF" w:rsidRPr="00F659CF" w:rsidRDefault="00F659CF" w:rsidP="001E2F32">
      <w:pPr>
        <w:spacing w:line="480" w:lineRule="auto"/>
        <w:jc w:val="center"/>
        <w:rPr>
          <w:rFonts w:ascii="Garamond" w:hAnsi="Garamond"/>
        </w:rPr>
      </w:pPr>
      <w:r w:rsidRPr="00F659CF">
        <w:rPr>
          <w:rFonts w:ascii="Garamond" w:hAnsi="Garamond"/>
        </w:rPr>
        <w:t>(Pause. Whisper: “I will not be shaken — because You reign.”)</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PROPHETIC EXPANSION: “The Tongue That Shifts Realms”</w:t>
      </w:r>
    </w:p>
    <w:p w:rsidR="00F659CF" w:rsidRPr="00F659CF" w:rsidRDefault="00F659CF" w:rsidP="001E2F32">
      <w:pPr>
        <w:spacing w:line="480" w:lineRule="auto"/>
        <w:jc w:val="center"/>
        <w:rPr>
          <w:rFonts w:ascii="Garamond" w:hAnsi="Garamond"/>
        </w:rPr>
      </w:pPr>
      <w:r w:rsidRPr="00F659CF">
        <w:rPr>
          <w:rFonts w:ascii="Garamond" w:hAnsi="Garamond"/>
        </w:rPr>
        <w:t>“Death and life are in the power of the tongue…” (Proverbs 18:21)</w:t>
      </w:r>
      <w:r w:rsidRPr="00F659CF">
        <w:rPr>
          <w:rFonts w:ascii="Garamond" w:hAnsi="Garamond"/>
        </w:rPr>
        <w:br/>
        <w:t>“So shall My word be that goes forth from My mouth…” (Isaiah 55:11)</w:t>
      </w:r>
    </w:p>
    <w:p w:rsidR="00F659CF" w:rsidRPr="00F659CF" w:rsidRDefault="00F659CF" w:rsidP="001E2F32">
      <w:pPr>
        <w:spacing w:line="480" w:lineRule="auto"/>
        <w:jc w:val="center"/>
        <w:rPr>
          <w:rFonts w:ascii="Garamond" w:hAnsi="Garamond"/>
        </w:rPr>
      </w:pPr>
      <w:r w:rsidRPr="00F659CF">
        <w:rPr>
          <w:rFonts w:ascii="Garamond" w:hAnsi="Garamond"/>
        </w:rPr>
        <w:t>Your words are not neutral.</w:t>
      </w:r>
      <w:r w:rsidRPr="00F659CF">
        <w:rPr>
          <w:rFonts w:ascii="Garamond" w:hAnsi="Garamond"/>
        </w:rPr>
        <w:br/>
        <w:t>They are nuclear.</w:t>
      </w:r>
      <w:r w:rsidRPr="00F659CF">
        <w:rPr>
          <w:rFonts w:ascii="Garamond" w:hAnsi="Garamond"/>
        </w:rPr>
        <w:br/>
        <w:t>They carry either death — or Divine DNA.</w:t>
      </w:r>
    </w:p>
    <w:p w:rsidR="00F659CF" w:rsidRPr="00F659CF" w:rsidRDefault="00F659CF" w:rsidP="001E2F32">
      <w:pPr>
        <w:spacing w:line="480" w:lineRule="auto"/>
        <w:jc w:val="center"/>
        <w:rPr>
          <w:rFonts w:ascii="Garamond" w:hAnsi="Garamond"/>
        </w:rPr>
      </w:pPr>
      <w:r w:rsidRPr="00F659CF">
        <w:rPr>
          <w:rFonts w:ascii="Garamond" w:hAnsi="Garamond"/>
        </w:rPr>
        <w:t>YAHUAH entrusted you with authority over your tongue —</w:t>
      </w:r>
      <w:r w:rsidRPr="00F659CF">
        <w:rPr>
          <w:rFonts w:ascii="Garamond" w:hAnsi="Garamond"/>
        </w:rPr>
        <w:br/>
        <w:t>not for gossip, not for complaint, not for flattery —</w:t>
      </w:r>
      <w:r w:rsidRPr="00F659CF">
        <w:rPr>
          <w:rFonts w:ascii="Garamond" w:hAnsi="Garamond"/>
        </w:rPr>
        <w:br/>
        <w:t>but for creation, healing, restoration.</w:t>
      </w:r>
    </w:p>
    <w:p w:rsidR="00F659CF" w:rsidRPr="00F659CF" w:rsidRDefault="00F659CF" w:rsidP="001E2F32">
      <w:pPr>
        <w:spacing w:line="480" w:lineRule="auto"/>
        <w:jc w:val="center"/>
        <w:rPr>
          <w:rFonts w:ascii="Garamond" w:hAnsi="Garamond"/>
        </w:rPr>
      </w:pPr>
      <w:r w:rsidRPr="00F659CF">
        <w:rPr>
          <w:rFonts w:ascii="Garamond" w:hAnsi="Garamond"/>
        </w:rPr>
        <w:t>“We speak life, O God, into our bodies. We speak healing and restoration. We declare that every cell shall awaken and function according to Your perfect design.”</w:t>
      </w:r>
    </w:p>
    <w:p w:rsidR="00F659CF" w:rsidRPr="00F659CF" w:rsidRDefault="00F659CF" w:rsidP="001E2F32">
      <w:pPr>
        <w:spacing w:line="480" w:lineRule="auto"/>
        <w:jc w:val="center"/>
        <w:rPr>
          <w:rFonts w:ascii="Garamond" w:hAnsi="Garamond"/>
        </w:rPr>
      </w:pPr>
      <w:r w:rsidRPr="00F659CF">
        <w:rPr>
          <w:rFonts w:ascii="Garamond" w:hAnsi="Garamond"/>
        </w:rPr>
        <w:t>This is not positive thinking — it is prophetic alignment.</w:t>
      </w:r>
      <w:r w:rsidRPr="00F659CF">
        <w:rPr>
          <w:rFonts w:ascii="Garamond" w:hAnsi="Garamond"/>
        </w:rPr>
        <w:br/>
        <w:t>When your words echo heaven’s decrees —</w:t>
      </w:r>
      <w:r w:rsidRPr="00F659CF">
        <w:rPr>
          <w:rFonts w:ascii="Garamond" w:hAnsi="Garamond"/>
        </w:rPr>
        <w:br/>
        <w:t>mountains move.</w:t>
      </w:r>
      <w:r w:rsidRPr="00F659CF">
        <w:rPr>
          <w:rFonts w:ascii="Garamond" w:hAnsi="Garamond"/>
        </w:rPr>
        <w:br/>
        <w:t>Diseases flee.</w:t>
      </w:r>
      <w:r w:rsidRPr="00F659CF">
        <w:rPr>
          <w:rFonts w:ascii="Garamond" w:hAnsi="Garamond"/>
        </w:rPr>
        <w:br/>
        <w:t>Strongholds crumble.</w:t>
      </w:r>
    </w:p>
    <w:p w:rsidR="00F659CF" w:rsidRPr="00F659CF" w:rsidRDefault="00F659CF" w:rsidP="001E2F32">
      <w:pPr>
        <w:spacing w:line="480" w:lineRule="auto"/>
        <w:jc w:val="center"/>
        <w:rPr>
          <w:rFonts w:ascii="Garamond" w:hAnsi="Garamond"/>
        </w:rPr>
      </w:pPr>
      <w:r w:rsidRPr="00F659CF">
        <w:rPr>
          <w:rFonts w:ascii="Garamond" w:hAnsi="Garamond"/>
        </w:rPr>
        <w:t>Ask yourself:</w:t>
      </w:r>
    </w:p>
    <w:p w:rsidR="00F659CF" w:rsidRPr="00F659CF" w:rsidRDefault="00F659CF" w:rsidP="001E2F32">
      <w:pPr>
        <w:spacing w:line="480" w:lineRule="auto"/>
        <w:jc w:val="center"/>
        <w:rPr>
          <w:rFonts w:ascii="Garamond" w:hAnsi="Garamond"/>
        </w:rPr>
      </w:pPr>
      <w:r w:rsidRPr="00F659CF">
        <w:rPr>
          <w:rFonts w:ascii="Garamond" w:hAnsi="Garamond"/>
        </w:rPr>
        <w:t>What realm am I shaping with my tongue today?</w:t>
      </w:r>
      <w:r w:rsidRPr="00F659CF">
        <w:rPr>
          <w:rFonts w:ascii="Garamond" w:hAnsi="Garamond"/>
        </w:rPr>
        <w:br/>
        <w:t>— A prison of fear?</w:t>
      </w:r>
      <w:r w:rsidRPr="00F659CF">
        <w:rPr>
          <w:rFonts w:ascii="Garamond" w:hAnsi="Garamond"/>
        </w:rPr>
        <w:br/>
        <w:t>— Or a palace of praise?</w:t>
      </w:r>
      <w:r w:rsidRPr="00F659CF">
        <w:rPr>
          <w:rFonts w:ascii="Garamond" w:hAnsi="Garamond"/>
        </w:rPr>
        <w:br/>
        <w:t>— A desert of despair?</w:t>
      </w:r>
      <w:r w:rsidRPr="00F659CF">
        <w:rPr>
          <w:rFonts w:ascii="Garamond" w:hAnsi="Garamond"/>
        </w:rPr>
        <w:br/>
        <w:t>— Or a garden of grace?</w:t>
      </w:r>
    </w:p>
    <w:p w:rsidR="00F659CF" w:rsidRPr="00F659CF" w:rsidRDefault="00F659CF" w:rsidP="001E2F32">
      <w:pPr>
        <w:spacing w:line="480" w:lineRule="auto"/>
        <w:jc w:val="center"/>
        <w:rPr>
          <w:rFonts w:ascii="Garamond" w:hAnsi="Garamond"/>
        </w:rPr>
      </w:pPr>
      <w:r w:rsidRPr="00F659CF">
        <w:rPr>
          <w:rFonts w:ascii="Garamond" w:hAnsi="Garamond"/>
        </w:rPr>
        <w:lastRenderedPageBreak/>
        <w:t>Choose wisely.</w:t>
      </w:r>
      <w:r w:rsidRPr="00F659CF">
        <w:rPr>
          <w:rFonts w:ascii="Garamond" w:hAnsi="Garamond"/>
        </w:rPr>
        <w:br/>
        <w:t>Speak boldly.</w:t>
      </w:r>
      <w:r w:rsidRPr="00F659CF">
        <w:rPr>
          <w:rFonts w:ascii="Garamond" w:hAnsi="Garamond"/>
        </w:rPr>
        <w:br/>
        <w:t>Align constantly.</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 xml:space="preserve">REFLECTIVE PAUSE: “What Am I Speaking </w:t>
      </w:r>
      <w:proofErr w:type="gramStart"/>
      <w:r w:rsidRPr="00F659CF">
        <w:rPr>
          <w:rFonts w:ascii="Garamond" w:hAnsi="Garamond"/>
          <w:b/>
          <w:bCs/>
        </w:rPr>
        <w:t>Into</w:t>
      </w:r>
      <w:proofErr w:type="gramEnd"/>
      <w:r w:rsidRPr="00F659CF">
        <w:rPr>
          <w:rFonts w:ascii="Garamond" w:hAnsi="Garamond"/>
          <w:b/>
          <w:bCs/>
        </w:rPr>
        <w:t xml:space="preserve"> Existence?”</w:t>
      </w:r>
    </w:p>
    <w:p w:rsidR="00F659CF" w:rsidRPr="00F659CF" w:rsidRDefault="00F659CF" w:rsidP="001E2F32">
      <w:pPr>
        <w:spacing w:line="480" w:lineRule="auto"/>
        <w:jc w:val="center"/>
        <w:rPr>
          <w:rFonts w:ascii="Garamond" w:hAnsi="Garamond"/>
        </w:rPr>
      </w:pPr>
      <w:r w:rsidRPr="00F659CF">
        <w:rPr>
          <w:rFonts w:ascii="Garamond" w:hAnsi="Garamond"/>
        </w:rPr>
        <w:t>(Journal Space — leave blank lines in manuscript)</w:t>
      </w:r>
    </w:p>
    <w:p w:rsidR="00F659CF" w:rsidRPr="00F659CF" w:rsidRDefault="00F659CF" w:rsidP="001E2F32">
      <w:pPr>
        <w:spacing w:line="480" w:lineRule="auto"/>
        <w:jc w:val="center"/>
        <w:rPr>
          <w:rFonts w:ascii="Garamond" w:hAnsi="Garamond"/>
        </w:rPr>
      </w:pPr>
      <w:r w:rsidRPr="00F659CF">
        <w:rPr>
          <w:rFonts w:ascii="Garamond" w:hAnsi="Garamond"/>
        </w:rPr>
        <w:t>YAHUAH, search my lips —</w:t>
      </w:r>
      <w:r w:rsidRPr="00F659CF">
        <w:rPr>
          <w:rFonts w:ascii="Garamond" w:hAnsi="Garamond"/>
        </w:rPr>
        <w:br/>
        <w:t>What death have I released through careless words?</w:t>
      </w:r>
      <w:r w:rsidRPr="00F659CF">
        <w:rPr>
          <w:rFonts w:ascii="Garamond" w:hAnsi="Garamond"/>
        </w:rPr>
        <w:br/>
        <w:t>What life have I neglected to decree?</w:t>
      </w:r>
      <w:r w:rsidRPr="00F659CF">
        <w:rPr>
          <w:rFonts w:ascii="Garamond" w:hAnsi="Garamond"/>
        </w:rPr>
        <w:br/>
        <w:t>Where have I spoken fear — instead of faith?</w:t>
      </w:r>
    </w:p>
    <w:p w:rsidR="00F659CF" w:rsidRPr="00F659CF" w:rsidRDefault="00F659CF" w:rsidP="001E2F32">
      <w:pPr>
        <w:spacing w:line="480" w:lineRule="auto"/>
        <w:jc w:val="center"/>
        <w:rPr>
          <w:rFonts w:ascii="Garamond" w:hAnsi="Garamond"/>
        </w:rPr>
      </w:pPr>
      <w:r w:rsidRPr="00F659CF">
        <w:rPr>
          <w:rFonts w:ascii="Garamond" w:hAnsi="Garamond"/>
        </w:rPr>
        <w:t>I repent.</w:t>
      </w:r>
      <w:r w:rsidRPr="00F659CF">
        <w:rPr>
          <w:rFonts w:ascii="Garamond" w:hAnsi="Garamond"/>
        </w:rPr>
        <w:br/>
        <w:t>I realign.</w:t>
      </w:r>
      <w:r w:rsidRPr="00F659CF">
        <w:rPr>
          <w:rFonts w:ascii="Garamond" w:hAnsi="Garamond"/>
        </w:rPr>
        <w:br/>
        <w:t>I reclaim my tongue for Your glory.</w:t>
      </w:r>
    </w:p>
    <w:p w:rsidR="00F659CF" w:rsidRPr="00F659CF" w:rsidRDefault="00F659CF" w:rsidP="001E2F32">
      <w:pPr>
        <w:spacing w:line="480" w:lineRule="auto"/>
        <w:jc w:val="center"/>
        <w:rPr>
          <w:rFonts w:ascii="Garamond" w:hAnsi="Garamond"/>
        </w:rPr>
      </w:pPr>
      <w:r w:rsidRPr="00F659CF">
        <w:rPr>
          <w:rFonts w:ascii="Garamond" w:hAnsi="Garamond"/>
        </w:rPr>
        <w:t>From this moment —</w:t>
      </w:r>
      <w:r w:rsidRPr="00F659CF">
        <w:rPr>
          <w:rFonts w:ascii="Garamond" w:hAnsi="Garamond"/>
        </w:rPr>
        <w:br/>
        <w:t>My words carry healing.</w:t>
      </w:r>
      <w:r w:rsidRPr="00F659CF">
        <w:rPr>
          <w:rFonts w:ascii="Garamond" w:hAnsi="Garamond"/>
        </w:rPr>
        <w:br/>
        <w:t>My declarations release destiny.</w:t>
      </w:r>
      <w:r w:rsidRPr="00F659CF">
        <w:rPr>
          <w:rFonts w:ascii="Garamond" w:hAnsi="Garamond"/>
        </w:rPr>
        <w:br/>
        <w:t>My voice echoes Your Voice.</w:t>
      </w:r>
    </w:p>
    <w:p w:rsidR="00F659CF" w:rsidRPr="00F659CF" w:rsidRDefault="00F659CF" w:rsidP="001E2F32">
      <w:pPr>
        <w:spacing w:line="480" w:lineRule="auto"/>
        <w:jc w:val="center"/>
        <w:rPr>
          <w:rFonts w:ascii="Garamond" w:hAnsi="Garamond"/>
        </w:rPr>
      </w:pPr>
      <w:r w:rsidRPr="00F659CF">
        <w:rPr>
          <w:rFonts w:ascii="Garamond" w:hAnsi="Garamond"/>
        </w:rPr>
        <w:t>Let every syllable glorify YAHUAH alone.</w:t>
      </w:r>
    </w:p>
    <w:p w:rsidR="00F659CF" w:rsidRPr="00F659CF" w:rsidRDefault="00F659CF" w:rsidP="001E2F32">
      <w:pPr>
        <w:spacing w:line="480" w:lineRule="auto"/>
        <w:jc w:val="center"/>
        <w:rPr>
          <w:rFonts w:ascii="Garamond" w:hAnsi="Garamond"/>
        </w:rPr>
      </w:pPr>
      <w:proofErr w:type="spellStart"/>
      <w:r w:rsidRPr="00F659CF">
        <w:rPr>
          <w:rFonts w:ascii="Garamond" w:hAnsi="Garamond"/>
          <w:b/>
          <w:bCs/>
        </w:rPr>
        <w:t>HalleluYAH</w:t>
      </w:r>
      <w:proofErr w:type="spellEnd"/>
      <w:r w:rsidRPr="00F659CF">
        <w:rPr>
          <w:rFonts w:ascii="Garamond" w:hAnsi="Garamond"/>
          <w:b/>
          <w:bCs/>
        </w:rPr>
        <w:t>.</w:t>
      </w:r>
    </w:p>
    <w:p w:rsidR="00F659CF" w:rsidRPr="00F659CF" w:rsidRDefault="00F659CF" w:rsidP="001E2F32">
      <w:pPr>
        <w:spacing w:line="480" w:lineRule="auto"/>
        <w:jc w:val="center"/>
        <w:rPr>
          <w:rFonts w:ascii="Garamond" w:hAnsi="Garamond"/>
        </w:rPr>
      </w:pPr>
      <w:r w:rsidRPr="00F659CF">
        <w:rPr>
          <w:rFonts w:ascii="Garamond" w:hAnsi="Garamond"/>
        </w:rPr>
        <w:t>(Pause. Breathe. Wait. Listen.)</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HEBRAIC INSIGHT: “YAH — THE BREATH OF ETERNITY”</w:t>
      </w:r>
    </w:p>
    <w:p w:rsidR="00F659CF" w:rsidRPr="00F659CF" w:rsidRDefault="00F659CF" w:rsidP="001E2F32">
      <w:pPr>
        <w:spacing w:line="480" w:lineRule="auto"/>
        <w:jc w:val="center"/>
        <w:rPr>
          <w:rFonts w:ascii="Garamond" w:hAnsi="Garamond"/>
        </w:rPr>
      </w:pPr>
      <w:r w:rsidRPr="00F659CF">
        <w:rPr>
          <w:rFonts w:ascii="Garamond" w:hAnsi="Garamond"/>
        </w:rPr>
        <w:t>Yah (</w:t>
      </w:r>
      <w:proofErr w:type="spellStart"/>
      <w:r w:rsidRPr="00F659CF">
        <w:rPr>
          <w:rFonts w:ascii="Times New Roman" w:hAnsi="Times New Roman" w:cs="Times New Roman"/>
        </w:rPr>
        <w:t>יָה</w:t>
      </w:r>
      <w:proofErr w:type="spellEnd"/>
      <w:r w:rsidRPr="00F659CF">
        <w:rPr>
          <w:rFonts w:ascii="Times New Roman" w:hAnsi="Times New Roman" w:cs="Times New Roman"/>
        </w:rPr>
        <w:t>ּ</w:t>
      </w:r>
      <w:r w:rsidRPr="00F659CF">
        <w:rPr>
          <w:rFonts w:ascii="Garamond" w:hAnsi="Garamond"/>
        </w:rPr>
        <w:t>) — the shortened form of YAHUAH — appears 48 times in Scripture, often in moments of explosive praise or desperate cry (Exodus 15:2, Psalm 118:14).</w:t>
      </w:r>
    </w:p>
    <w:p w:rsidR="00F659CF" w:rsidRPr="00F659CF" w:rsidRDefault="00F659CF" w:rsidP="001E2F32">
      <w:pPr>
        <w:spacing w:line="480" w:lineRule="auto"/>
        <w:jc w:val="center"/>
        <w:rPr>
          <w:rFonts w:ascii="Garamond" w:hAnsi="Garamond"/>
        </w:rPr>
      </w:pPr>
      <w:r w:rsidRPr="00F659CF">
        <w:rPr>
          <w:rFonts w:ascii="Garamond" w:hAnsi="Garamond"/>
        </w:rPr>
        <w:t>It is the cry of the redeemed, the sigh of the overwhelmed, the shout of the victorious.</w:t>
      </w:r>
    </w:p>
    <w:p w:rsidR="00F659CF" w:rsidRPr="00F659CF" w:rsidRDefault="00F659CF" w:rsidP="001E2F32">
      <w:pPr>
        <w:spacing w:line="480" w:lineRule="auto"/>
        <w:jc w:val="center"/>
        <w:rPr>
          <w:rFonts w:ascii="Garamond" w:hAnsi="Garamond"/>
        </w:rPr>
      </w:pPr>
      <w:r w:rsidRPr="00F659CF">
        <w:rPr>
          <w:rFonts w:ascii="Garamond" w:hAnsi="Garamond"/>
        </w:rPr>
        <w:t>Yah is not casual — it is covenantal intimacy.</w:t>
      </w:r>
      <w:r w:rsidRPr="00F659CF">
        <w:rPr>
          <w:rFonts w:ascii="Garamond" w:hAnsi="Garamond"/>
        </w:rPr>
        <w:br/>
        <w:t>To call on Yah is to grab the hem of Heaven’s garment and refuse to let go.</w:t>
      </w:r>
    </w:p>
    <w:p w:rsidR="00F659CF" w:rsidRPr="00F659CF" w:rsidRDefault="00F659CF" w:rsidP="001E2F32">
      <w:pPr>
        <w:spacing w:line="480" w:lineRule="auto"/>
        <w:jc w:val="center"/>
        <w:rPr>
          <w:rFonts w:ascii="Garamond" w:hAnsi="Garamond"/>
        </w:rPr>
      </w:pPr>
      <w:r w:rsidRPr="00F659CF">
        <w:rPr>
          <w:rFonts w:ascii="Garamond" w:hAnsi="Garamond"/>
        </w:rPr>
        <w:t>“Yah on high is mighty!” — Not distant. Not abstract.</w:t>
      </w:r>
      <w:r w:rsidRPr="00F659CF">
        <w:rPr>
          <w:rFonts w:ascii="Garamond" w:hAnsi="Garamond"/>
        </w:rPr>
        <w:br/>
        <w:t>Present.</w:t>
      </w:r>
      <w:r w:rsidRPr="00F659CF">
        <w:rPr>
          <w:rFonts w:ascii="Garamond" w:hAnsi="Garamond"/>
        </w:rPr>
        <w:br/>
        <w:t>Personal.</w:t>
      </w:r>
      <w:r w:rsidRPr="00F659CF">
        <w:rPr>
          <w:rFonts w:ascii="Garamond" w:hAnsi="Garamond"/>
        </w:rPr>
        <w:br/>
        <w:t>Powerful.</w:t>
      </w:r>
    </w:p>
    <w:p w:rsidR="00F659CF" w:rsidRPr="00F659CF" w:rsidRDefault="00F659CF" w:rsidP="001E2F32">
      <w:pPr>
        <w:spacing w:line="480" w:lineRule="auto"/>
        <w:jc w:val="center"/>
        <w:rPr>
          <w:rFonts w:ascii="Garamond" w:hAnsi="Garamond"/>
        </w:rPr>
      </w:pPr>
      <w:r w:rsidRPr="00F659CF">
        <w:rPr>
          <w:rFonts w:ascii="Garamond" w:hAnsi="Garamond"/>
        </w:rPr>
        <w:t>When you whisper “Yah” — heaven leans in.</w:t>
      </w:r>
      <w:r w:rsidRPr="00F659CF">
        <w:rPr>
          <w:rFonts w:ascii="Garamond" w:hAnsi="Garamond"/>
        </w:rPr>
        <w:br/>
        <w:t>When you shout “Yah” — hell retreats.</w:t>
      </w:r>
      <w:r w:rsidRPr="00F659CF">
        <w:rPr>
          <w:rFonts w:ascii="Garamond" w:hAnsi="Garamond"/>
        </w:rPr>
        <w:br/>
        <w:t>When you worship “Yah” — creation joins you.</w:t>
      </w:r>
    </w:p>
    <w:p w:rsidR="00F659CF" w:rsidRPr="00F659CF" w:rsidRDefault="00F659CF" w:rsidP="001E2F32">
      <w:pPr>
        <w:spacing w:line="480" w:lineRule="auto"/>
        <w:jc w:val="center"/>
        <w:rPr>
          <w:rFonts w:ascii="Garamond" w:hAnsi="Garamond"/>
        </w:rPr>
      </w:pPr>
      <w:r w:rsidRPr="00F659CF">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F659CF" w:rsidRPr="00F659CF" w:rsidRDefault="00F659CF" w:rsidP="001E2F32">
      <w:pPr>
        <w:spacing w:line="480" w:lineRule="auto"/>
        <w:jc w:val="center"/>
        <w:rPr>
          <w:rFonts w:ascii="Garamond" w:hAnsi="Garamond"/>
        </w:rPr>
      </w:pPr>
      <w:r w:rsidRPr="00F659CF">
        <w:rPr>
          <w:rFonts w:ascii="Segoe UI Emoji" w:hAnsi="Segoe UI Emoji" w:cs="Segoe UI Emoji"/>
        </w:rPr>
        <w:lastRenderedPageBreak/>
        <w:t>🕊️</w:t>
      </w:r>
      <w:r w:rsidRPr="00F659CF">
        <w:rPr>
          <w:rFonts w:ascii="Garamond" w:hAnsi="Garamond"/>
        </w:rPr>
        <w:t> </w:t>
      </w:r>
      <w:r w:rsidRPr="00F659CF">
        <w:rPr>
          <w:rFonts w:ascii="Garamond" w:hAnsi="Garamond"/>
          <w:b/>
          <w:bCs/>
        </w:rPr>
        <w:t>CLOSING PRAYER: “Clothe Me in Your Majesty”</w:t>
      </w:r>
    </w:p>
    <w:p w:rsidR="00F659CF" w:rsidRPr="00F659CF" w:rsidRDefault="00F659CF" w:rsidP="001E2F32">
      <w:pPr>
        <w:spacing w:line="480" w:lineRule="auto"/>
        <w:jc w:val="center"/>
        <w:rPr>
          <w:rFonts w:ascii="Garamond" w:hAnsi="Garamond"/>
        </w:rPr>
      </w:pPr>
      <w:r w:rsidRPr="00F659CF">
        <w:rPr>
          <w:rFonts w:ascii="Garamond" w:hAnsi="Garamond"/>
        </w:rPr>
        <w:t>Father YAHUAH,</w:t>
      </w:r>
      <w:r w:rsidRPr="00F659CF">
        <w:rPr>
          <w:rFonts w:ascii="Garamond" w:hAnsi="Garamond"/>
        </w:rPr>
        <w:br/>
        <w:t>Strip from me every word that carries death.</w:t>
      </w:r>
      <w:r w:rsidRPr="00F659CF">
        <w:rPr>
          <w:rFonts w:ascii="Garamond" w:hAnsi="Garamond"/>
        </w:rPr>
        <w:br/>
        <w:t>Break every habit of complaint, criticism, and fear.</w:t>
      </w:r>
      <w:r w:rsidRPr="00F659CF">
        <w:rPr>
          <w:rFonts w:ascii="Garamond" w:hAnsi="Garamond"/>
        </w:rPr>
        <w:br/>
        <w:t>Fill my mouth with Your Word — living, active, unstoppable.</w:t>
      </w:r>
    </w:p>
    <w:p w:rsidR="00F659CF" w:rsidRPr="00F659CF" w:rsidRDefault="00F659CF" w:rsidP="001E2F32">
      <w:pPr>
        <w:spacing w:line="480" w:lineRule="auto"/>
        <w:jc w:val="center"/>
        <w:rPr>
          <w:rFonts w:ascii="Garamond" w:hAnsi="Garamond"/>
        </w:rPr>
      </w:pPr>
      <w:r w:rsidRPr="00F659CF">
        <w:rPr>
          <w:rFonts w:ascii="Garamond" w:hAnsi="Garamond"/>
        </w:rPr>
        <w:t>Clothe me in Your Majesty.</w:t>
      </w:r>
      <w:r w:rsidRPr="00F659CF">
        <w:rPr>
          <w:rFonts w:ascii="Garamond" w:hAnsi="Garamond"/>
        </w:rPr>
        <w:br/>
        <w:t>Anchor me to Your Unmoved Throne.</w:t>
      </w:r>
      <w:r w:rsidRPr="00F659CF">
        <w:rPr>
          <w:rFonts w:ascii="Garamond" w:hAnsi="Garamond"/>
        </w:rPr>
        <w:br/>
        <w:t>Let my tongue become a channel of Your creative power.</w:t>
      </w:r>
    </w:p>
    <w:p w:rsidR="00F659CF" w:rsidRPr="00F659CF" w:rsidRDefault="00F659CF" w:rsidP="001E2F32">
      <w:pPr>
        <w:spacing w:line="480" w:lineRule="auto"/>
        <w:jc w:val="center"/>
        <w:rPr>
          <w:rFonts w:ascii="Garamond" w:hAnsi="Garamond"/>
        </w:rPr>
      </w:pPr>
      <w:r w:rsidRPr="00F659CF">
        <w:rPr>
          <w:rFonts w:ascii="Garamond" w:hAnsi="Garamond"/>
        </w:rPr>
        <w:t>I will speak life.</w:t>
      </w:r>
      <w:r w:rsidRPr="00F659CF">
        <w:rPr>
          <w:rFonts w:ascii="Garamond" w:hAnsi="Garamond"/>
        </w:rPr>
        <w:br/>
        <w:t>I will decree healing.</w:t>
      </w:r>
      <w:r w:rsidRPr="00F659CF">
        <w:rPr>
          <w:rFonts w:ascii="Garamond" w:hAnsi="Garamond"/>
        </w:rPr>
        <w:br/>
        <w:t>I will release restoration.</w:t>
      </w:r>
    </w:p>
    <w:p w:rsidR="00F659CF" w:rsidRPr="00F659CF" w:rsidRDefault="00F659CF" w:rsidP="001E2F32">
      <w:pPr>
        <w:spacing w:line="480" w:lineRule="auto"/>
        <w:jc w:val="center"/>
        <w:rPr>
          <w:rFonts w:ascii="Garamond" w:hAnsi="Garamond"/>
        </w:rPr>
      </w:pPr>
      <w:r w:rsidRPr="00F659CF">
        <w:rPr>
          <w:rFonts w:ascii="Garamond" w:hAnsi="Garamond"/>
        </w:rPr>
        <w:t>Not for my glory —</w:t>
      </w:r>
      <w:r w:rsidRPr="00F659CF">
        <w:rPr>
          <w:rFonts w:ascii="Garamond" w:hAnsi="Garamond"/>
        </w:rPr>
        <w:br/>
        <w:t>but for Yours alone.</w:t>
      </w:r>
    </w:p>
    <w:p w:rsidR="00F659CF" w:rsidRPr="00F659CF" w:rsidRDefault="00F659CF" w:rsidP="001E2F32">
      <w:pPr>
        <w:spacing w:line="480" w:lineRule="auto"/>
        <w:jc w:val="center"/>
        <w:rPr>
          <w:rFonts w:ascii="Garamond" w:hAnsi="Garamond"/>
        </w:rPr>
      </w:pPr>
      <w:r w:rsidRPr="00F659CF">
        <w:rPr>
          <w:rFonts w:ascii="Garamond" w:hAnsi="Garamond"/>
        </w:rPr>
        <w:t>In the Name of YAHUSHA —</w:t>
      </w:r>
      <w:r w:rsidRPr="00F659CF">
        <w:rPr>
          <w:rFonts w:ascii="Garamond" w:hAnsi="Garamond"/>
        </w:rPr>
        <w:br/>
      </w:r>
      <w:proofErr w:type="spellStart"/>
      <w:r w:rsidRPr="00F659CF">
        <w:rPr>
          <w:rFonts w:ascii="Garamond" w:hAnsi="Garamond"/>
          <w:b/>
          <w:bCs/>
        </w:rPr>
        <w:t>HalleluYAH</w:t>
      </w:r>
      <w:proofErr w:type="spellEnd"/>
      <w:r w:rsidRPr="00F659CF">
        <w:rPr>
          <w:rFonts w:ascii="Garamond" w:hAnsi="Garamond"/>
          <w:b/>
          <w:bCs/>
        </w:rPr>
        <w:t>.</w:t>
      </w:r>
    </w:p>
    <w:p w:rsidR="00F659CF" w:rsidRPr="001E2F32" w:rsidRDefault="00F659CF"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3 PART 2: THE LITTLE FOXES</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“Take us the foxes, the little foxes, that spoil the vines: for our vines have tender grapes.”</w:t>
      </w:r>
      <w:r w:rsidRPr="00553380">
        <w:rPr>
          <w:rFonts w:ascii="Garamond" w:hAnsi="Garamond"/>
        </w:rPr>
        <w:br/>
        <w:t>— Song of Solomon 2:15</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It is not the lion that destroys the vineyard.</w:t>
      </w:r>
      <w:r w:rsidRPr="00553380">
        <w:rPr>
          <w:rFonts w:ascii="Garamond" w:hAnsi="Garamond"/>
        </w:rPr>
        <w:br/>
        <w:t>It is not the bear that devours the harvest.</w:t>
      </w:r>
      <w:r w:rsidRPr="00553380">
        <w:rPr>
          <w:rFonts w:ascii="Garamond" w:hAnsi="Garamond"/>
        </w:rPr>
        <w:br/>
        <w:t>It is the little fox — small, silent, sneaky —</w:t>
      </w:r>
      <w:r w:rsidRPr="00553380">
        <w:rPr>
          <w:rFonts w:ascii="Garamond" w:hAnsi="Garamond"/>
        </w:rPr>
        <w:br/>
        <w:t>gnawing roots while you sleep.</w:t>
      </w:r>
    </w:p>
    <w:p w:rsidR="00553380" w:rsidRPr="00553380" w:rsidRDefault="00553380" w:rsidP="001E2F32">
      <w:pPr>
        <w:spacing w:line="480" w:lineRule="auto"/>
        <w:jc w:val="center"/>
        <w:rPr>
          <w:rFonts w:ascii="Garamond" w:hAnsi="Garamond"/>
        </w:rPr>
      </w:pPr>
      <w:r w:rsidRPr="00553380">
        <w:rPr>
          <w:rFonts w:ascii="Garamond" w:hAnsi="Garamond"/>
        </w:rPr>
        <w:t>YAHUAH warns:</w:t>
      </w:r>
    </w:p>
    <w:p w:rsidR="00553380" w:rsidRPr="00553380" w:rsidRDefault="00553380" w:rsidP="001E2F32">
      <w:pPr>
        <w:spacing w:line="480" w:lineRule="auto"/>
        <w:jc w:val="center"/>
        <w:rPr>
          <w:rFonts w:ascii="Garamond" w:hAnsi="Garamond"/>
        </w:rPr>
      </w:pPr>
      <w:r w:rsidRPr="00553380">
        <w:rPr>
          <w:rFonts w:ascii="Garamond" w:hAnsi="Garamond"/>
        </w:rPr>
        <w:t>“Surely now you should have awakened from your slumber, from your foolishness… It is the little foxes that spoil the vines, and a teaspoon of leaven will leaven the whole loaf.”</w:t>
      </w:r>
    </w:p>
    <w:p w:rsidR="00553380" w:rsidRPr="00553380" w:rsidRDefault="00553380" w:rsidP="001E2F32">
      <w:pPr>
        <w:spacing w:line="480" w:lineRule="auto"/>
        <w:jc w:val="center"/>
        <w:rPr>
          <w:rFonts w:ascii="Garamond" w:hAnsi="Garamond"/>
        </w:rPr>
      </w:pPr>
      <w:r w:rsidRPr="00553380">
        <w:rPr>
          <w:rFonts w:ascii="Garamond" w:hAnsi="Garamond"/>
        </w:rPr>
        <w:t>Pride whispers: “It’s just a thought.”</w:t>
      </w:r>
      <w:r w:rsidRPr="00553380">
        <w:rPr>
          <w:rFonts w:ascii="Garamond" w:hAnsi="Garamond"/>
        </w:rPr>
        <w:br/>
        <w:t>Compromise murmurs: “It’s just once.”</w:t>
      </w:r>
      <w:r w:rsidRPr="00553380">
        <w:rPr>
          <w:rFonts w:ascii="Garamond" w:hAnsi="Garamond"/>
        </w:rPr>
        <w:br/>
        <w:t>Deception smiles: “No one will know.”</w:t>
      </w:r>
    </w:p>
    <w:p w:rsidR="00553380" w:rsidRPr="00553380" w:rsidRDefault="00553380" w:rsidP="001E2F32">
      <w:pPr>
        <w:spacing w:line="480" w:lineRule="auto"/>
        <w:jc w:val="center"/>
        <w:rPr>
          <w:rFonts w:ascii="Garamond" w:hAnsi="Garamond"/>
        </w:rPr>
      </w:pPr>
      <w:r w:rsidRPr="00553380">
        <w:rPr>
          <w:rFonts w:ascii="Garamond" w:hAnsi="Garamond"/>
        </w:rPr>
        <w:t>But YAHUAH sees.</w:t>
      </w:r>
      <w:r w:rsidRPr="00553380">
        <w:rPr>
          <w:rFonts w:ascii="Garamond" w:hAnsi="Garamond"/>
        </w:rPr>
        <w:br/>
        <w:t>And what He sees — He exposes.</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Fox in the Vineyard”</w:t>
      </w:r>
    </w:p>
    <w:p w:rsidR="00553380" w:rsidRPr="00553380" w:rsidRDefault="00553380" w:rsidP="001E2F32">
      <w:pPr>
        <w:spacing w:line="480" w:lineRule="auto"/>
        <w:jc w:val="center"/>
        <w:rPr>
          <w:rFonts w:ascii="Garamond" w:hAnsi="Garamond"/>
        </w:rPr>
      </w:pPr>
      <w:r w:rsidRPr="00553380">
        <w:rPr>
          <w:rFonts w:ascii="Garamond" w:hAnsi="Garamond"/>
        </w:rPr>
        <w:t>Small paws. Silent steps.</w:t>
      </w:r>
      <w:r w:rsidRPr="00553380">
        <w:rPr>
          <w:rFonts w:ascii="Garamond" w:hAnsi="Garamond"/>
        </w:rPr>
        <w:br/>
        <w:t xml:space="preserve">Gnawing roots while </w:t>
      </w:r>
      <w:proofErr w:type="gramStart"/>
      <w:r w:rsidRPr="00553380">
        <w:rPr>
          <w:rFonts w:ascii="Garamond" w:hAnsi="Garamond"/>
        </w:rPr>
        <w:t>saints</w:t>
      </w:r>
      <w:proofErr w:type="gramEnd"/>
      <w:r w:rsidRPr="00553380">
        <w:rPr>
          <w:rFonts w:ascii="Garamond" w:hAnsi="Garamond"/>
        </w:rPr>
        <w:t xml:space="preserve"> sleep.</w:t>
      </w:r>
      <w:r w:rsidRPr="00553380">
        <w:rPr>
          <w:rFonts w:ascii="Garamond" w:hAnsi="Garamond"/>
        </w:rPr>
        <w:br/>
        <w:t>Not roaring — just rustling.</w:t>
      </w:r>
      <w:r w:rsidRPr="00553380">
        <w:rPr>
          <w:rFonts w:ascii="Garamond" w:hAnsi="Garamond"/>
        </w:rPr>
        <w:br/>
        <w:t>Not breaking — just nibbling.</w:t>
      </w:r>
    </w:p>
    <w:p w:rsidR="00553380" w:rsidRPr="00553380" w:rsidRDefault="00553380" w:rsidP="001E2F32">
      <w:pPr>
        <w:spacing w:line="480" w:lineRule="auto"/>
        <w:jc w:val="center"/>
        <w:rPr>
          <w:rFonts w:ascii="Garamond" w:hAnsi="Garamond"/>
        </w:rPr>
      </w:pPr>
      <w:r w:rsidRPr="00553380">
        <w:rPr>
          <w:rFonts w:ascii="Garamond" w:hAnsi="Garamond"/>
        </w:rPr>
        <w:t>Until one day —</w:t>
      </w:r>
      <w:r w:rsidRPr="00553380">
        <w:rPr>
          <w:rFonts w:ascii="Garamond" w:hAnsi="Garamond"/>
        </w:rPr>
        <w:br/>
        <w:t>the vine collapses.</w:t>
      </w:r>
      <w:r w:rsidRPr="00553380">
        <w:rPr>
          <w:rFonts w:ascii="Garamond" w:hAnsi="Garamond"/>
        </w:rPr>
        <w:br/>
        <w:t>the fruit withers.</w:t>
      </w:r>
      <w:r w:rsidRPr="00553380">
        <w:rPr>
          <w:rFonts w:ascii="Garamond" w:hAnsi="Garamond"/>
        </w:rPr>
        <w:br/>
        <w:t>the wine turns bitter.</w:t>
      </w:r>
    </w:p>
    <w:p w:rsidR="00553380" w:rsidRPr="00553380" w:rsidRDefault="00553380" w:rsidP="001E2F32">
      <w:pPr>
        <w:spacing w:line="480" w:lineRule="auto"/>
        <w:jc w:val="center"/>
        <w:rPr>
          <w:rFonts w:ascii="Garamond" w:hAnsi="Garamond"/>
        </w:rPr>
      </w:pPr>
      <w:r w:rsidRPr="00553380">
        <w:rPr>
          <w:rFonts w:ascii="Garamond" w:hAnsi="Garamond"/>
        </w:rPr>
        <w:t>Wake up, sleeper.</w:t>
      </w:r>
      <w:r w:rsidRPr="00553380">
        <w:rPr>
          <w:rFonts w:ascii="Garamond" w:hAnsi="Garamond"/>
        </w:rPr>
        <w:br/>
        <w:t>Hunt the foxes.</w:t>
      </w:r>
      <w:r w:rsidRPr="00553380">
        <w:rPr>
          <w:rFonts w:ascii="Garamond" w:hAnsi="Garamond"/>
        </w:rPr>
        <w:br/>
        <w:t>Guard the vines.</w:t>
      </w:r>
    </w:p>
    <w:p w:rsidR="00553380" w:rsidRPr="00553380" w:rsidRDefault="00553380" w:rsidP="001E2F32">
      <w:pPr>
        <w:spacing w:line="480" w:lineRule="auto"/>
        <w:jc w:val="center"/>
        <w:rPr>
          <w:rFonts w:ascii="Garamond" w:hAnsi="Garamond"/>
        </w:rPr>
      </w:pPr>
      <w:r w:rsidRPr="00553380">
        <w:rPr>
          <w:rFonts w:ascii="Garamond" w:hAnsi="Garamond"/>
        </w:rPr>
        <w:t>For YAHUAH demands holiness —</w:t>
      </w:r>
      <w:r w:rsidRPr="00553380">
        <w:rPr>
          <w:rFonts w:ascii="Garamond" w:hAnsi="Garamond"/>
        </w:rPr>
        <w:br/>
        <w:t>not perfection —</w:t>
      </w:r>
      <w:r w:rsidRPr="00553380">
        <w:rPr>
          <w:rFonts w:ascii="Garamond" w:hAnsi="Garamond"/>
        </w:rPr>
        <w:br/>
        <w:t>but vigilance.</w:t>
      </w:r>
    </w:p>
    <w:p w:rsidR="00553380" w:rsidRPr="00553380" w:rsidRDefault="00553380" w:rsidP="001E2F32">
      <w:pPr>
        <w:spacing w:line="480" w:lineRule="auto"/>
        <w:jc w:val="center"/>
        <w:rPr>
          <w:rFonts w:ascii="Garamond" w:hAnsi="Garamond"/>
        </w:rPr>
      </w:pPr>
      <w:r w:rsidRPr="00553380">
        <w:rPr>
          <w:rFonts w:ascii="Garamond" w:hAnsi="Garamond"/>
        </w:rPr>
        <w:t>— Inspired by Song of Solomon 2:15</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Vigilant”</w:t>
      </w:r>
    </w:p>
    <w:p w:rsidR="00553380" w:rsidRPr="00553380" w:rsidRDefault="00553380" w:rsidP="001E2F32">
      <w:pPr>
        <w:spacing w:line="480" w:lineRule="auto"/>
        <w:jc w:val="center"/>
        <w:rPr>
          <w:rFonts w:ascii="Garamond" w:hAnsi="Garamond"/>
        </w:rPr>
      </w:pPr>
      <w:r w:rsidRPr="00553380">
        <w:rPr>
          <w:rFonts w:ascii="Garamond" w:hAnsi="Garamond"/>
        </w:rPr>
        <w:t>Leader: YAHUAH, expose the little foxes in my life —</w:t>
      </w:r>
      <w:r w:rsidRPr="00553380">
        <w:rPr>
          <w:rFonts w:ascii="Garamond" w:hAnsi="Garamond"/>
        </w:rPr>
        <w:br/>
        <w:t>People: The hidden compromises, the secret sins, the quiet rebellions.</w:t>
      </w:r>
    </w:p>
    <w:p w:rsidR="00553380" w:rsidRPr="00553380" w:rsidRDefault="00553380" w:rsidP="001E2F32">
      <w:pPr>
        <w:spacing w:line="480" w:lineRule="auto"/>
        <w:jc w:val="center"/>
        <w:rPr>
          <w:rFonts w:ascii="Garamond" w:hAnsi="Garamond"/>
        </w:rPr>
      </w:pPr>
      <w:r w:rsidRPr="00553380">
        <w:rPr>
          <w:rFonts w:ascii="Garamond" w:hAnsi="Garamond"/>
        </w:rPr>
        <w:t>Leader: Give me eyes to see what I’ve ignored —</w:t>
      </w:r>
      <w:r w:rsidRPr="00553380">
        <w:rPr>
          <w:rFonts w:ascii="Garamond" w:hAnsi="Garamond"/>
        </w:rPr>
        <w:br/>
        <w:t>People: And courage to tear it out by the roots.</w:t>
      </w:r>
    </w:p>
    <w:p w:rsidR="00553380" w:rsidRPr="00553380" w:rsidRDefault="00553380" w:rsidP="001E2F32">
      <w:pPr>
        <w:spacing w:line="480" w:lineRule="auto"/>
        <w:jc w:val="center"/>
        <w:rPr>
          <w:rFonts w:ascii="Garamond" w:hAnsi="Garamond"/>
        </w:rPr>
      </w:pPr>
      <w:r w:rsidRPr="00553380">
        <w:rPr>
          <w:rFonts w:ascii="Garamond" w:hAnsi="Garamond"/>
        </w:rPr>
        <w:t>Leader: Let no fox remain in my vineyard —</w:t>
      </w:r>
      <w:r w:rsidRPr="00553380">
        <w:rPr>
          <w:rFonts w:ascii="Garamond" w:hAnsi="Garamond"/>
        </w:rPr>
        <w:br/>
        <w:t>People: For Your holiness adorns Your house forever.</w:t>
      </w:r>
    </w:p>
    <w:p w:rsidR="00553380" w:rsidRPr="00553380" w:rsidRDefault="00553380" w:rsidP="001E2F32">
      <w:pPr>
        <w:spacing w:line="480" w:lineRule="auto"/>
        <w:jc w:val="center"/>
        <w:rPr>
          <w:rFonts w:ascii="Garamond" w:hAnsi="Garamond"/>
        </w:rPr>
      </w:pPr>
      <w:r w:rsidRPr="00553380">
        <w:rPr>
          <w:rFonts w:ascii="Garamond" w:hAnsi="Garamond"/>
        </w:rPr>
        <w:t>Leader: I choose vigilance over comfort —</w:t>
      </w:r>
      <w:r w:rsidRPr="00553380">
        <w:rPr>
          <w:rFonts w:ascii="Garamond" w:hAnsi="Garamond"/>
        </w:rPr>
        <w:br/>
        <w:t>People: Holiness over convenience.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Fire that purifies the vines!</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the foxes I’ve tolerated.”)</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Leaven of Complacency”</w:t>
      </w:r>
    </w:p>
    <w:p w:rsidR="00553380" w:rsidRPr="00553380" w:rsidRDefault="00553380" w:rsidP="001E2F32">
      <w:pPr>
        <w:spacing w:line="480" w:lineRule="auto"/>
        <w:jc w:val="center"/>
        <w:rPr>
          <w:rFonts w:ascii="Garamond" w:hAnsi="Garamond"/>
        </w:rPr>
      </w:pPr>
      <w:r w:rsidRPr="00553380">
        <w:rPr>
          <w:rFonts w:ascii="Garamond" w:hAnsi="Garamond"/>
        </w:rPr>
        <w:t>“A teaspoon of leaven will leaven the whole loaf.”</w:t>
      </w:r>
    </w:p>
    <w:p w:rsidR="00553380" w:rsidRPr="00553380" w:rsidRDefault="00553380" w:rsidP="001E2F32">
      <w:pPr>
        <w:spacing w:line="480" w:lineRule="auto"/>
        <w:jc w:val="center"/>
        <w:rPr>
          <w:rFonts w:ascii="Garamond" w:hAnsi="Garamond"/>
        </w:rPr>
      </w:pPr>
      <w:r w:rsidRPr="00553380">
        <w:rPr>
          <w:rFonts w:ascii="Garamond" w:hAnsi="Garamond"/>
        </w:rPr>
        <w:t>Leaven in Scripture symbolizes hidden corruption (1 Corinthians 5:6).</w:t>
      </w:r>
      <w:r w:rsidRPr="00553380">
        <w:rPr>
          <w:rFonts w:ascii="Garamond" w:hAnsi="Garamond"/>
        </w:rPr>
        <w:br/>
        <w:t>Not dramatic sin — but slow compromise.</w:t>
      </w:r>
      <w:r w:rsidRPr="00553380">
        <w:rPr>
          <w:rFonts w:ascii="Garamond" w:hAnsi="Garamond"/>
        </w:rPr>
        <w:br/>
        <w:t>Not rebellion — but rationalization.</w:t>
      </w:r>
    </w:p>
    <w:p w:rsidR="00553380" w:rsidRPr="00553380" w:rsidRDefault="00553380" w:rsidP="001E2F32">
      <w:pPr>
        <w:spacing w:line="480" w:lineRule="auto"/>
        <w:jc w:val="center"/>
        <w:rPr>
          <w:rFonts w:ascii="Garamond" w:hAnsi="Garamond"/>
        </w:rPr>
      </w:pPr>
      <w:r w:rsidRPr="00553380">
        <w:rPr>
          <w:rFonts w:ascii="Garamond" w:hAnsi="Garamond"/>
        </w:rPr>
        <w:t>“Ask yourself this question: who fled from where first, and what opportunities were afforded them? Time does not erase the past, nor do footprints vanish without a trace.”</w:t>
      </w:r>
    </w:p>
    <w:p w:rsidR="00553380" w:rsidRPr="00553380" w:rsidRDefault="00553380" w:rsidP="001E2F32">
      <w:pPr>
        <w:spacing w:line="480" w:lineRule="auto"/>
        <w:jc w:val="center"/>
        <w:rPr>
          <w:rFonts w:ascii="Garamond" w:hAnsi="Garamond"/>
        </w:rPr>
      </w:pPr>
      <w:r w:rsidRPr="00553380">
        <w:rPr>
          <w:rFonts w:ascii="Garamond" w:hAnsi="Garamond"/>
        </w:rPr>
        <w:t>YAHUAH is not asking for perfection —</w:t>
      </w:r>
      <w:r w:rsidRPr="00553380">
        <w:rPr>
          <w:rFonts w:ascii="Garamond" w:hAnsi="Garamond"/>
        </w:rPr>
        <w:br/>
        <w:t>He is asking for honesty.</w:t>
      </w:r>
      <w:r w:rsidRPr="00553380">
        <w:rPr>
          <w:rFonts w:ascii="Garamond" w:hAnsi="Garamond"/>
        </w:rPr>
        <w:br/>
        <w:t>Not performance — but repentance.</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What “little fox” have I allowed in my heart?</w:t>
      </w:r>
      <w:r w:rsidRPr="00553380">
        <w:rPr>
          <w:rFonts w:ascii="Garamond" w:hAnsi="Garamond"/>
        </w:rPr>
        <w:br/>
        <w:t>— A grudge?</w:t>
      </w:r>
      <w:r w:rsidRPr="00553380">
        <w:rPr>
          <w:rFonts w:ascii="Garamond" w:hAnsi="Garamond"/>
        </w:rPr>
        <w:br/>
        <w:t>— A lust?</w:t>
      </w:r>
      <w:r w:rsidRPr="00553380">
        <w:rPr>
          <w:rFonts w:ascii="Garamond" w:hAnsi="Garamond"/>
        </w:rPr>
        <w:br/>
        <w:t>— A lie I keep telling myself?</w:t>
      </w:r>
      <w:r w:rsidRPr="00553380">
        <w:rPr>
          <w:rFonts w:ascii="Garamond" w:hAnsi="Garamond"/>
        </w:rPr>
        <w:br/>
        <w:t>— A compromise I call “wisdom”?</w:t>
      </w:r>
    </w:p>
    <w:p w:rsidR="00553380" w:rsidRPr="00553380" w:rsidRDefault="00553380" w:rsidP="001E2F32">
      <w:pPr>
        <w:spacing w:line="480" w:lineRule="auto"/>
        <w:jc w:val="center"/>
        <w:rPr>
          <w:rFonts w:ascii="Garamond" w:hAnsi="Garamond"/>
        </w:rPr>
      </w:pPr>
      <w:r w:rsidRPr="00553380">
        <w:rPr>
          <w:rFonts w:ascii="Garamond" w:hAnsi="Garamond"/>
        </w:rPr>
        <w:t>Pull it up.</w:t>
      </w:r>
      <w:r w:rsidRPr="00553380">
        <w:rPr>
          <w:rFonts w:ascii="Garamond" w:hAnsi="Garamond"/>
        </w:rPr>
        <w:br/>
        <w:t>Burn it out.</w:t>
      </w:r>
      <w:r w:rsidRPr="00553380">
        <w:rPr>
          <w:rFonts w:ascii="Garamond" w:hAnsi="Garamond"/>
        </w:rPr>
        <w:br/>
        <w:t>Replace it with truth.</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Fox Am I Feeding?”</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show me the foxes hiding in my vineyard —</w:t>
      </w:r>
      <w:r w:rsidRPr="00553380">
        <w:rPr>
          <w:rFonts w:ascii="Garamond" w:hAnsi="Garamond"/>
        </w:rPr>
        <w:br/>
        <w:t>The small sins I excuse,</w:t>
      </w:r>
      <w:r w:rsidRPr="00553380">
        <w:rPr>
          <w:rFonts w:ascii="Garamond" w:hAnsi="Garamond"/>
        </w:rPr>
        <w:br/>
        <w:t>The compromises I tolerate,</w:t>
      </w:r>
      <w:r w:rsidRPr="00553380">
        <w:rPr>
          <w:rFonts w:ascii="Garamond" w:hAnsi="Garamond"/>
        </w:rPr>
        <w:br/>
        <w:t>The areas I’ve labeled “private” — but belong to You.</w:t>
      </w:r>
    </w:p>
    <w:p w:rsidR="00553380" w:rsidRPr="00553380" w:rsidRDefault="00553380" w:rsidP="001E2F32">
      <w:pPr>
        <w:spacing w:line="480" w:lineRule="auto"/>
        <w:jc w:val="center"/>
        <w:rPr>
          <w:rFonts w:ascii="Garamond" w:hAnsi="Garamond"/>
        </w:rPr>
      </w:pPr>
      <w:r w:rsidRPr="00553380">
        <w:rPr>
          <w:rFonts w:ascii="Garamond" w:hAnsi="Garamond"/>
        </w:rPr>
        <w:t>I give You permission to hunt them down.</w:t>
      </w:r>
      <w:r w:rsidRPr="00553380">
        <w:rPr>
          <w:rFonts w:ascii="Garamond" w:hAnsi="Garamond"/>
        </w:rPr>
        <w:br/>
        <w:t>I surrender every root.</w:t>
      </w:r>
      <w:r w:rsidRPr="00553380">
        <w:rPr>
          <w:rFonts w:ascii="Garamond" w:hAnsi="Garamond"/>
        </w:rPr>
        <w:br/>
        <w:t>I choose holiness — not because I’m strong —</w:t>
      </w:r>
      <w:r w:rsidRPr="00553380">
        <w:rPr>
          <w:rFonts w:ascii="Garamond" w:hAnsi="Garamond"/>
        </w:rPr>
        <w:br/>
        <w:t>but because You are worthy.</w:t>
      </w:r>
    </w:p>
    <w:p w:rsidR="00553380" w:rsidRPr="00553380" w:rsidRDefault="00553380" w:rsidP="001E2F32">
      <w:pPr>
        <w:spacing w:line="480" w:lineRule="auto"/>
        <w:jc w:val="center"/>
        <w:rPr>
          <w:rFonts w:ascii="Garamond" w:hAnsi="Garamond"/>
        </w:rPr>
      </w:pPr>
      <w:r w:rsidRPr="00553380">
        <w:rPr>
          <w:rFonts w:ascii="Garamond" w:hAnsi="Garamond"/>
        </w:rPr>
        <w:t>No more foxes.</w:t>
      </w:r>
      <w:r w:rsidRPr="00553380">
        <w:rPr>
          <w:rFonts w:ascii="Garamond" w:hAnsi="Garamond"/>
        </w:rPr>
        <w:br/>
        <w:t>No more leaven.</w:t>
      </w:r>
      <w:r w:rsidRPr="00553380">
        <w:rPr>
          <w:rFonts w:ascii="Garamond" w:hAnsi="Garamond"/>
        </w:rPr>
        <w:br/>
        <w:t>Only pure vines — bearing fruit for Your glory.</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“SHU’ALIM — THE FOXES THAT SPOIL”</w:t>
      </w:r>
    </w:p>
    <w:p w:rsidR="00553380" w:rsidRPr="00553380" w:rsidRDefault="00553380" w:rsidP="001E2F32">
      <w:pPr>
        <w:spacing w:line="480" w:lineRule="auto"/>
        <w:jc w:val="center"/>
        <w:rPr>
          <w:rFonts w:ascii="Garamond" w:hAnsi="Garamond"/>
        </w:rPr>
      </w:pPr>
      <w:proofErr w:type="spellStart"/>
      <w:r w:rsidRPr="00553380">
        <w:rPr>
          <w:rFonts w:ascii="Garamond" w:hAnsi="Garamond"/>
        </w:rPr>
        <w:t>Shu’alim</w:t>
      </w:r>
      <w:proofErr w:type="spellEnd"/>
      <w:r w:rsidRPr="00553380">
        <w:rPr>
          <w:rFonts w:ascii="Garamond" w:hAnsi="Garamond"/>
        </w:rPr>
        <w:t> (</w:t>
      </w:r>
      <w:proofErr w:type="spellStart"/>
      <w:r w:rsidRPr="00553380">
        <w:rPr>
          <w:rFonts w:ascii="Times New Roman" w:hAnsi="Times New Roman" w:cs="Times New Roman"/>
        </w:rPr>
        <w:t>שׁוּעָלִים</w:t>
      </w:r>
      <w:proofErr w:type="spellEnd"/>
      <w:r w:rsidRPr="00553380">
        <w:rPr>
          <w:rFonts w:ascii="Garamond" w:hAnsi="Garamond"/>
        </w:rPr>
        <w:t>) — “foxes” — in Hebrew implies crafty destroyers of foundations.</w:t>
      </w:r>
    </w:p>
    <w:p w:rsidR="00553380" w:rsidRPr="00553380" w:rsidRDefault="00553380" w:rsidP="001E2F32">
      <w:pPr>
        <w:spacing w:line="480" w:lineRule="auto"/>
        <w:jc w:val="center"/>
        <w:rPr>
          <w:rFonts w:ascii="Garamond" w:hAnsi="Garamond"/>
        </w:rPr>
      </w:pPr>
      <w:r w:rsidRPr="00553380">
        <w:rPr>
          <w:rFonts w:ascii="Garamond" w:hAnsi="Garamond"/>
        </w:rPr>
        <w:t>In ancient Israel, foxes didn’t just eat grapes — they burrowed under vineyard walls, causing collapse (Nehemiah 4:3).</w:t>
      </w:r>
    </w:p>
    <w:p w:rsidR="00553380" w:rsidRPr="00553380" w:rsidRDefault="00553380" w:rsidP="001E2F32">
      <w:pPr>
        <w:spacing w:line="480" w:lineRule="auto"/>
        <w:jc w:val="center"/>
        <w:rPr>
          <w:rFonts w:ascii="Garamond" w:hAnsi="Garamond"/>
        </w:rPr>
      </w:pPr>
      <w:r w:rsidRPr="00553380">
        <w:rPr>
          <w:rFonts w:ascii="Garamond" w:hAnsi="Garamond"/>
        </w:rPr>
        <w:t>Spiritually — foxes represent:</w:t>
      </w:r>
    </w:p>
    <w:p w:rsidR="00553380" w:rsidRPr="00553380" w:rsidRDefault="00553380" w:rsidP="001E2F32">
      <w:pPr>
        <w:numPr>
          <w:ilvl w:val="0"/>
          <w:numId w:val="3"/>
        </w:numPr>
        <w:spacing w:line="480" w:lineRule="auto"/>
        <w:jc w:val="center"/>
        <w:rPr>
          <w:rFonts w:ascii="Garamond" w:hAnsi="Garamond"/>
        </w:rPr>
      </w:pPr>
      <w:r w:rsidRPr="00553380">
        <w:rPr>
          <w:rFonts w:ascii="Garamond" w:hAnsi="Garamond"/>
        </w:rPr>
        <w:t>Hidden sin that undermines spiritual stability</w:t>
      </w:r>
    </w:p>
    <w:p w:rsidR="00553380" w:rsidRPr="00553380" w:rsidRDefault="00553380" w:rsidP="001E2F32">
      <w:pPr>
        <w:numPr>
          <w:ilvl w:val="0"/>
          <w:numId w:val="3"/>
        </w:numPr>
        <w:spacing w:line="480" w:lineRule="auto"/>
        <w:jc w:val="center"/>
        <w:rPr>
          <w:rFonts w:ascii="Garamond" w:hAnsi="Garamond"/>
        </w:rPr>
      </w:pPr>
      <w:r w:rsidRPr="00553380">
        <w:rPr>
          <w:rFonts w:ascii="Garamond" w:hAnsi="Garamond"/>
        </w:rPr>
        <w:t>Secret compromise that erodes testimony</w:t>
      </w:r>
    </w:p>
    <w:p w:rsidR="00553380" w:rsidRPr="00553380" w:rsidRDefault="00553380" w:rsidP="001E2F32">
      <w:pPr>
        <w:numPr>
          <w:ilvl w:val="0"/>
          <w:numId w:val="3"/>
        </w:numPr>
        <w:spacing w:line="480" w:lineRule="auto"/>
        <w:jc w:val="center"/>
        <w:rPr>
          <w:rFonts w:ascii="Garamond" w:hAnsi="Garamond"/>
        </w:rPr>
      </w:pPr>
      <w:r w:rsidRPr="00553380">
        <w:rPr>
          <w:rFonts w:ascii="Garamond" w:hAnsi="Garamond"/>
        </w:rPr>
        <w:t>Slow deception that distracts from destiny</w:t>
      </w:r>
    </w:p>
    <w:p w:rsidR="00553380" w:rsidRPr="00553380" w:rsidRDefault="00553380" w:rsidP="001E2F32">
      <w:pPr>
        <w:spacing w:line="480" w:lineRule="auto"/>
        <w:jc w:val="center"/>
        <w:rPr>
          <w:rFonts w:ascii="Garamond" w:hAnsi="Garamond"/>
        </w:rPr>
      </w:pPr>
      <w:r w:rsidRPr="00553380">
        <w:rPr>
          <w:rFonts w:ascii="Garamond" w:hAnsi="Garamond"/>
        </w:rPr>
        <w:t>YAHUAH doesn’t wait for the collapse —</w:t>
      </w:r>
      <w:r w:rsidRPr="00553380">
        <w:rPr>
          <w:rFonts w:ascii="Garamond" w:hAnsi="Garamond"/>
        </w:rPr>
        <w:br/>
        <w:t>He sends the watchman to cry:</w:t>
      </w:r>
    </w:p>
    <w:p w:rsidR="00553380" w:rsidRPr="00553380" w:rsidRDefault="00553380" w:rsidP="001E2F32">
      <w:pPr>
        <w:spacing w:line="480" w:lineRule="auto"/>
        <w:jc w:val="center"/>
        <w:rPr>
          <w:rFonts w:ascii="Garamond" w:hAnsi="Garamond"/>
        </w:rPr>
      </w:pPr>
      <w:r w:rsidRPr="00553380">
        <w:rPr>
          <w:rFonts w:ascii="Garamond" w:hAnsi="Garamond"/>
        </w:rPr>
        <w:t>“Take us the foxes!”</w:t>
      </w:r>
    </w:p>
    <w:p w:rsidR="00553380" w:rsidRPr="00553380" w:rsidRDefault="00553380" w:rsidP="001E2F32">
      <w:pPr>
        <w:spacing w:line="480" w:lineRule="auto"/>
        <w:jc w:val="center"/>
        <w:rPr>
          <w:rFonts w:ascii="Garamond" w:hAnsi="Garamond"/>
        </w:rPr>
      </w:pPr>
      <w:r w:rsidRPr="00553380">
        <w:rPr>
          <w:rFonts w:ascii="Garamond" w:hAnsi="Garamond"/>
        </w:rPr>
        <w:t>You are that watchman — over your own soul.</w:t>
      </w:r>
      <w:r w:rsidRPr="00553380">
        <w:rPr>
          <w:rFonts w:ascii="Garamond" w:hAnsi="Garamond"/>
        </w:rPr>
        <w:br/>
        <w:t>Be ruthless.</w:t>
      </w:r>
      <w:r w:rsidRPr="00553380">
        <w:rPr>
          <w:rFonts w:ascii="Garamond" w:hAnsi="Garamond"/>
        </w:rPr>
        <w:br/>
        <w:t>Be vigilant.</w:t>
      </w:r>
      <w:r w:rsidRPr="00553380">
        <w:rPr>
          <w:rFonts w:ascii="Garamond" w:hAnsi="Garamond"/>
        </w:rPr>
        <w:br/>
        <w:t>Be holy.</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“No More Foxes in My Vineyard”</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Shine Your light into every shadowed corner of my heart.</w:t>
      </w:r>
      <w:r w:rsidRPr="00553380">
        <w:rPr>
          <w:rFonts w:ascii="Garamond" w:hAnsi="Garamond"/>
        </w:rPr>
        <w:br/>
        <w:t>Expose every fox — small, silent, sneaky.</w:t>
      </w:r>
      <w:r w:rsidRPr="00553380">
        <w:rPr>
          <w:rFonts w:ascii="Garamond" w:hAnsi="Garamond"/>
        </w:rPr>
        <w:br/>
        <w:t>Give me holy ruthlessness to pull them out by the roots.</w:t>
      </w:r>
    </w:p>
    <w:p w:rsidR="00553380" w:rsidRPr="00553380" w:rsidRDefault="00553380" w:rsidP="001E2F32">
      <w:pPr>
        <w:spacing w:line="480" w:lineRule="auto"/>
        <w:jc w:val="center"/>
        <w:rPr>
          <w:rFonts w:ascii="Garamond" w:hAnsi="Garamond"/>
        </w:rPr>
      </w:pPr>
      <w:r w:rsidRPr="00553380">
        <w:rPr>
          <w:rFonts w:ascii="Garamond" w:hAnsi="Garamond"/>
        </w:rPr>
        <w:t>I will not tolerate compromise.</w:t>
      </w:r>
      <w:r w:rsidRPr="00553380">
        <w:rPr>
          <w:rFonts w:ascii="Garamond" w:hAnsi="Garamond"/>
        </w:rPr>
        <w:br/>
        <w:t>I will not make peace with deception.</w:t>
      </w:r>
      <w:r w:rsidRPr="00553380">
        <w:rPr>
          <w:rFonts w:ascii="Garamond" w:hAnsi="Garamond"/>
        </w:rPr>
        <w:br/>
        <w:t>I will guard my vineyard — for Your glory alone.</w:t>
      </w:r>
    </w:p>
    <w:p w:rsidR="00553380" w:rsidRPr="00553380" w:rsidRDefault="00553380" w:rsidP="001E2F32">
      <w:pPr>
        <w:spacing w:line="480" w:lineRule="auto"/>
        <w:jc w:val="center"/>
        <w:rPr>
          <w:rFonts w:ascii="Garamond" w:hAnsi="Garamond"/>
        </w:rPr>
      </w:pPr>
      <w:r w:rsidRPr="00553380">
        <w:rPr>
          <w:rFonts w:ascii="Garamond" w:hAnsi="Garamond"/>
        </w:rPr>
        <w:t>Clothe me in vigilance.</w:t>
      </w:r>
      <w:r w:rsidRPr="00553380">
        <w:rPr>
          <w:rFonts w:ascii="Garamond" w:hAnsi="Garamond"/>
        </w:rPr>
        <w:br/>
        <w:t>Fill me with discernment.</w:t>
      </w:r>
      <w:r w:rsidRPr="00553380">
        <w:rPr>
          <w:rFonts w:ascii="Garamond" w:hAnsi="Garamond"/>
        </w:rPr>
        <w:br/>
        <w:t>Let my life testify of Your holiness.</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4: THE DECEPTION OF PRIDE</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“Pride blinds both leaders and people. The enemy’s voice mimics truth, leading many astray, but YAHUAH will not be mocked. His sovereignty stands.”</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lie older than Babylon.</w:t>
      </w:r>
      <w:r w:rsidRPr="00553380">
        <w:rPr>
          <w:rFonts w:ascii="Garamond" w:hAnsi="Garamond"/>
        </w:rPr>
        <w:br/>
        <w:t>Older than Pharaoh’s throne.</w:t>
      </w:r>
      <w:r w:rsidRPr="00553380">
        <w:rPr>
          <w:rFonts w:ascii="Garamond" w:hAnsi="Garamond"/>
        </w:rPr>
        <w:br/>
        <w:t>Older than Eden’s serpent.</w:t>
      </w:r>
    </w:p>
    <w:p w:rsidR="00553380" w:rsidRPr="00553380" w:rsidRDefault="00553380" w:rsidP="001E2F32">
      <w:pPr>
        <w:spacing w:line="480" w:lineRule="auto"/>
        <w:jc w:val="center"/>
        <w:rPr>
          <w:rFonts w:ascii="Garamond" w:hAnsi="Garamond"/>
        </w:rPr>
      </w:pPr>
      <w:r w:rsidRPr="00553380">
        <w:rPr>
          <w:rFonts w:ascii="Garamond" w:hAnsi="Garamond"/>
        </w:rPr>
        <w:t>It whispers:</w:t>
      </w:r>
    </w:p>
    <w:p w:rsidR="00553380" w:rsidRPr="00553380" w:rsidRDefault="00553380" w:rsidP="001E2F32">
      <w:pPr>
        <w:spacing w:line="480" w:lineRule="auto"/>
        <w:jc w:val="center"/>
        <w:rPr>
          <w:rFonts w:ascii="Garamond" w:hAnsi="Garamond"/>
        </w:rPr>
      </w:pPr>
      <w:r w:rsidRPr="00553380">
        <w:rPr>
          <w:rFonts w:ascii="Garamond" w:hAnsi="Garamond"/>
        </w:rPr>
        <w:t>“You can be like God… without surrendering to Him.”</w:t>
      </w:r>
      <w:r w:rsidRPr="00553380">
        <w:rPr>
          <w:rFonts w:ascii="Garamond" w:hAnsi="Garamond"/>
        </w:rPr>
        <w:br/>
        <w:t>“Your wisdom is sufficient… without His Word.”</w:t>
      </w:r>
      <w:r w:rsidRPr="00553380">
        <w:rPr>
          <w:rFonts w:ascii="Garamond" w:hAnsi="Garamond"/>
        </w:rPr>
        <w:br/>
        <w:t>“Your nation is chosen… without His covenant.”</w:t>
      </w:r>
    </w:p>
    <w:p w:rsidR="00553380" w:rsidRPr="00553380" w:rsidRDefault="00553380" w:rsidP="001E2F32">
      <w:pPr>
        <w:spacing w:line="480" w:lineRule="auto"/>
        <w:jc w:val="center"/>
        <w:rPr>
          <w:rFonts w:ascii="Garamond" w:hAnsi="Garamond"/>
        </w:rPr>
      </w:pPr>
      <w:r w:rsidRPr="00553380">
        <w:rPr>
          <w:rFonts w:ascii="Garamond" w:hAnsi="Garamond"/>
        </w:rPr>
        <w:t>This is the </w:t>
      </w:r>
      <w:r w:rsidRPr="00553380">
        <w:rPr>
          <w:rFonts w:ascii="Garamond" w:hAnsi="Garamond"/>
          <w:b/>
          <w:bCs/>
        </w:rPr>
        <w:t>deception of pride</w:t>
      </w:r>
      <w:r w:rsidRPr="00553380">
        <w:rPr>
          <w:rFonts w:ascii="Garamond" w:hAnsi="Garamond"/>
        </w:rPr>
        <w:t> — not loud rebellion, but quiet substitution.</w:t>
      </w:r>
      <w:r w:rsidRPr="00553380">
        <w:rPr>
          <w:rFonts w:ascii="Garamond" w:hAnsi="Garamond"/>
        </w:rPr>
        <w:br/>
        <w:t>Not rejection of God — but replacement of His Voice with our own echo.</w:t>
      </w:r>
    </w:p>
    <w:p w:rsidR="00553380" w:rsidRPr="00553380" w:rsidRDefault="00553380" w:rsidP="001E2F32">
      <w:pPr>
        <w:spacing w:line="480" w:lineRule="auto"/>
        <w:jc w:val="center"/>
        <w:rPr>
          <w:rFonts w:ascii="Garamond" w:hAnsi="Garamond"/>
        </w:rPr>
      </w:pPr>
      <w:r w:rsidRPr="00553380">
        <w:rPr>
          <w:rFonts w:ascii="Garamond" w:hAnsi="Garamond"/>
        </w:rPr>
        <w:t>YAHUAH declares:</w:t>
      </w:r>
    </w:p>
    <w:p w:rsidR="00553380" w:rsidRPr="00553380" w:rsidRDefault="00553380" w:rsidP="001E2F32">
      <w:pPr>
        <w:spacing w:line="480" w:lineRule="auto"/>
        <w:jc w:val="center"/>
        <w:rPr>
          <w:rFonts w:ascii="Garamond" w:hAnsi="Garamond"/>
        </w:rPr>
      </w:pPr>
      <w:r w:rsidRPr="00553380">
        <w:rPr>
          <w:rFonts w:ascii="Garamond" w:hAnsi="Garamond"/>
        </w:rPr>
        <w:t xml:space="preserve">“He said in his heart, ‘I will be like the </w:t>
      </w:r>
      <w:proofErr w:type="gramStart"/>
      <w:r w:rsidRPr="00553380">
        <w:rPr>
          <w:rFonts w:ascii="Garamond" w:hAnsi="Garamond"/>
        </w:rPr>
        <w:t>Most High</w:t>
      </w:r>
      <w:proofErr w:type="gramEnd"/>
      <w:r w:rsidRPr="00553380">
        <w:rPr>
          <w:rFonts w:ascii="Garamond" w:hAnsi="Garamond"/>
        </w:rPr>
        <w:t xml:space="preserve"> God.’ And the church agreed with him, declaring, ‘Let us make the nation great again.’ In My hearing, the church declared that what I had created and established was not worthy.”</w:t>
      </w:r>
    </w:p>
    <w:p w:rsidR="00553380" w:rsidRPr="00553380" w:rsidRDefault="00553380" w:rsidP="001E2F32">
      <w:pPr>
        <w:spacing w:line="480" w:lineRule="auto"/>
        <w:jc w:val="center"/>
        <w:rPr>
          <w:rFonts w:ascii="Garamond" w:hAnsi="Garamond"/>
        </w:rPr>
      </w:pPr>
      <w:r w:rsidRPr="00553380">
        <w:rPr>
          <w:rFonts w:ascii="Garamond" w:hAnsi="Garamond"/>
        </w:rPr>
        <w:t>Woe.</w:t>
      </w:r>
    </w:p>
    <w:p w:rsidR="00553380" w:rsidRPr="00553380" w:rsidRDefault="00553380" w:rsidP="001E2F32">
      <w:pPr>
        <w:spacing w:line="480" w:lineRule="auto"/>
        <w:jc w:val="center"/>
        <w:rPr>
          <w:rFonts w:ascii="Garamond" w:hAnsi="Garamond"/>
        </w:rPr>
      </w:pPr>
      <w:r w:rsidRPr="00553380">
        <w:rPr>
          <w:rFonts w:ascii="Garamond" w:hAnsi="Garamond"/>
        </w:rPr>
        <w:t>This is not politics — this is spiritual treason.</w:t>
      </w:r>
      <w:r w:rsidRPr="00553380">
        <w:rPr>
          <w:rFonts w:ascii="Garamond" w:hAnsi="Garamond"/>
        </w:rPr>
        <w:br/>
        <w:t>To crown nationalism as holiness.</w:t>
      </w:r>
      <w:r w:rsidRPr="00553380">
        <w:rPr>
          <w:rFonts w:ascii="Garamond" w:hAnsi="Garamond"/>
        </w:rPr>
        <w:br/>
      </w:r>
      <w:r w:rsidRPr="00553380">
        <w:rPr>
          <w:rFonts w:ascii="Garamond" w:hAnsi="Garamond"/>
        </w:rPr>
        <w:lastRenderedPageBreak/>
        <w:t>To baptize ambition as anointing.</w:t>
      </w:r>
      <w:r w:rsidRPr="00553380">
        <w:rPr>
          <w:rFonts w:ascii="Garamond" w:hAnsi="Garamond"/>
        </w:rPr>
        <w:br/>
        <w:t>To call the Tower of Babel — “God’s blueprint.”</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Mirror of Many Faces”</w:t>
      </w:r>
    </w:p>
    <w:p w:rsidR="00553380" w:rsidRPr="00553380" w:rsidRDefault="00553380" w:rsidP="001E2F32">
      <w:pPr>
        <w:spacing w:line="480" w:lineRule="auto"/>
        <w:jc w:val="center"/>
        <w:rPr>
          <w:rFonts w:ascii="Garamond" w:hAnsi="Garamond"/>
        </w:rPr>
      </w:pPr>
      <w:r w:rsidRPr="00553380">
        <w:rPr>
          <w:rFonts w:ascii="Garamond" w:hAnsi="Garamond"/>
        </w:rPr>
        <w:t>I saw a mirror — shattered on stone.</w:t>
      </w:r>
      <w:r w:rsidRPr="00553380">
        <w:rPr>
          <w:rFonts w:ascii="Garamond" w:hAnsi="Garamond"/>
        </w:rPr>
        <w:br/>
        <w:t>Each shard wore a face:</w:t>
      </w:r>
      <w:r w:rsidRPr="00553380">
        <w:rPr>
          <w:rFonts w:ascii="Garamond" w:hAnsi="Garamond"/>
        </w:rPr>
        <w:br/>
        <w:t>One called “Prophet,” yet spoke for profit.</w:t>
      </w:r>
      <w:r w:rsidRPr="00553380">
        <w:rPr>
          <w:rFonts w:ascii="Garamond" w:hAnsi="Garamond"/>
        </w:rPr>
        <w:br/>
        <w:t>One called “Shepherd,” yet sold the sheep.</w:t>
      </w:r>
      <w:r w:rsidRPr="00553380">
        <w:rPr>
          <w:rFonts w:ascii="Garamond" w:hAnsi="Garamond"/>
        </w:rPr>
        <w:br/>
        <w:t>One called “King,” yet bowed to gold.</w:t>
      </w:r>
      <w:r w:rsidRPr="00553380">
        <w:rPr>
          <w:rFonts w:ascii="Garamond" w:hAnsi="Garamond"/>
        </w:rPr>
        <w:br/>
        <w:t>One called “Saint,” yet kissed the viper.</w:t>
      </w:r>
    </w:p>
    <w:p w:rsidR="00553380" w:rsidRPr="00553380" w:rsidRDefault="00553380" w:rsidP="001E2F32">
      <w:pPr>
        <w:spacing w:line="480" w:lineRule="auto"/>
        <w:jc w:val="center"/>
        <w:rPr>
          <w:rFonts w:ascii="Garamond" w:hAnsi="Garamond"/>
        </w:rPr>
      </w:pPr>
      <w:r w:rsidRPr="00553380">
        <w:rPr>
          <w:rFonts w:ascii="Garamond" w:hAnsi="Garamond"/>
        </w:rPr>
        <w:t>They whispered: “We are truth.”</w:t>
      </w:r>
      <w:r w:rsidRPr="00553380">
        <w:rPr>
          <w:rFonts w:ascii="Garamond" w:hAnsi="Garamond"/>
        </w:rPr>
        <w:br/>
        <w:t>They demanded: “Kneel before us.”</w:t>
      </w:r>
      <w:r w:rsidRPr="00553380">
        <w:rPr>
          <w:rFonts w:ascii="Garamond" w:hAnsi="Garamond"/>
        </w:rPr>
        <w:br/>
        <w:t>They promised: “Glory without cost.”</w:t>
      </w:r>
    </w:p>
    <w:p w:rsidR="00553380" w:rsidRPr="00553380" w:rsidRDefault="00553380" w:rsidP="001E2F32">
      <w:pPr>
        <w:spacing w:line="480" w:lineRule="auto"/>
        <w:jc w:val="center"/>
        <w:rPr>
          <w:rFonts w:ascii="Garamond" w:hAnsi="Garamond"/>
        </w:rPr>
      </w:pPr>
      <w:r w:rsidRPr="00553380">
        <w:rPr>
          <w:rFonts w:ascii="Garamond" w:hAnsi="Garamond"/>
        </w:rPr>
        <w:t>Then — from above — a single Flame descended.</w:t>
      </w:r>
      <w:r w:rsidRPr="00553380">
        <w:rPr>
          <w:rFonts w:ascii="Garamond" w:hAnsi="Garamond"/>
        </w:rPr>
        <w:br/>
        <w:t>Not to repair the glass…</w:t>
      </w:r>
      <w:r w:rsidRPr="00553380">
        <w:rPr>
          <w:rFonts w:ascii="Garamond" w:hAnsi="Garamond"/>
        </w:rPr>
        <w:br/>
        <w:t>But to consume the reflections.</w:t>
      </w:r>
    </w:p>
    <w:p w:rsidR="00553380" w:rsidRPr="00553380" w:rsidRDefault="00553380" w:rsidP="001E2F32">
      <w:pPr>
        <w:spacing w:line="480" w:lineRule="auto"/>
        <w:jc w:val="center"/>
        <w:rPr>
          <w:rFonts w:ascii="Garamond" w:hAnsi="Garamond"/>
        </w:rPr>
      </w:pPr>
      <w:r w:rsidRPr="00553380">
        <w:rPr>
          <w:rFonts w:ascii="Garamond" w:hAnsi="Garamond"/>
        </w:rPr>
        <w:t>Until only Light remained.</w:t>
      </w:r>
    </w:p>
    <w:p w:rsidR="00553380" w:rsidRPr="00553380" w:rsidRDefault="00553380" w:rsidP="001E2F32">
      <w:pPr>
        <w:spacing w:line="480" w:lineRule="auto"/>
        <w:jc w:val="center"/>
        <w:rPr>
          <w:rFonts w:ascii="Garamond" w:hAnsi="Garamond"/>
        </w:rPr>
      </w:pPr>
      <w:r w:rsidRPr="00553380">
        <w:rPr>
          <w:rFonts w:ascii="Garamond" w:hAnsi="Garamond"/>
        </w:rPr>
        <w:t>And in that Light —</w:t>
      </w:r>
      <w:r w:rsidRPr="00553380">
        <w:rPr>
          <w:rFonts w:ascii="Garamond" w:hAnsi="Garamond"/>
        </w:rPr>
        <w:br/>
        <w:t>No titles. No thrones. No flags.</w:t>
      </w:r>
      <w:r w:rsidRPr="00553380">
        <w:rPr>
          <w:rFonts w:ascii="Garamond" w:hAnsi="Garamond"/>
        </w:rPr>
        <w:br/>
        <w:t>Only YAHUAH.</w:t>
      </w:r>
    </w:p>
    <w:p w:rsidR="00553380" w:rsidRPr="00553380" w:rsidRDefault="00553380" w:rsidP="001E2F32">
      <w:pPr>
        <w:spacing w:line="480" w:lineRule="auto"/>
        <w:jc w:val="center"/>
        <w:rPr>
          <w:rFonts w:ascii="Garamond" w:hAnsi="Garamond"/>
        </w:rPr>
      </w:pPr>
      <w:r w:rsidRPr="00553380">
        <w:rPr>
          <w:rFonts w:ascii="Garamond" w:hAnsi="Garamond"/>
        </w:rPr>
        <w:t>— The One who Is.</w:t>
      </w:r>
      <w:r w:rsidRPr="00553380">
        <w:rPr>
          <w:rFonts w:ascii="Garamond" w:hAnsi="Garamond"/>
        </w:rPr>
        <w:br/>
        <w:t>— The One who Sees.</w:t>
      </w:r>
      <w:r w:rsidRPr="00553380">
        <w:rPr>
          <w:rFonts w:ascii="Garamond" w:hAnsi="Garamond"/>
        </w:rPr>
        <w:br/>
        <w:t>— The One who Judges.</w:t>
      </w:r>
    </w:p>
    <w:p w:rsidR="00553380" w:rsidRPr="00553380" w:rsidRDefault="00553380" w:rsidP="001E2F32">
      <w:pPr>
        <w:spacing w:line="480" w:lineRule="auto"/>
        <w:jc w:val="center"/>
        <w:rPr>
          <w:rFonts w:ascii="Garamond" w:hAnsi="Garamond"/>
        </w:rPr>
      </w:pPr>
      <w:r w:rsidRPr="00553380">
        <w:rPr>
          <w:rFonts w:ascii="Garamond" w:hAnsi="Garamond"/>
        </w:rPr>
        <w:t>— Inspired by your vision, Apostle</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Litany of Broken Mirrors”</w:t>
      </w:r>
    </w:p>
    <w:p w:rsidR="00553380" w:rsidRPr="00553380" w:rsidRDefault="00553380" w:rsidP="001E2F32">
      <w:pPr>
        <w:spacing w:line="480" w:lineRule="auto"/>
        <w:jc w:val="center"/>
        <w:rPr>
          <w:rFonts w:ascii="Garamond" w:hAnsi="Garamond"/>
        </w:rPr>
      </w:pPr>
      <w:r w:rsidRPr="00553380">
        <w:rPr>
          <w:rFonts w:ascii="Garamond" w:hAnsi="Garamond"/>
        </w:rPr>
        <w:t>Leader: YAHUAH, shatter every mirror that reflects my pride —</w:t>
      </w:r>
      <w:r w:rsidRPr="00553380">
        <w:rPr>
          <w:rFonts w:ascii="Garamond" w:hAnsi="Garamond"/>
        </w:rPr>
        <w:br/>
        <w:t>People: Let only Your Face remain.</w:t>
      </w:r>
    </w:p>
    <w:p w:rsidR="00553380" w:rsidRPr="00553380" w:rsidRDefault="00553380" w:rsidP="001E2F32">
      <w:pPr>
        <w:spacing w:line="480" w:lineRule="auto"/>
        <w:jc w:val="center"/>
        <w:rPr>
          <w:rFonts w:ascii="Garamond" w:hAnsi="Garamond"/>
        </w:rPr>
      </w:pPr>
      <w:r w:rsidRPr="00553380">
        <w:rPr>
          <w:rFonts w:ascii="Garamond" w:hAnsi="Garamond"/>
        </w:rPr>
        <w:t>Leader: Break every image I’ve crafted of myself —</w:t>
      </w:r>
      <w:r w:rsidRPr="00553380">
        <w:rPr>
          <w:rFonts w:ascii="Garamond" w:hAnsi="Garamond"/>
        </w:rPr>
        <w:br/>
        <w:t>People: That I may see myself as You see me.</w:t>
      </w:r>
    </w:p>
    <w:p w:rsidR="00553380" w:rsidRPr="00553380" w:rsidRDefault="00553380" w:rsidP="001E2F32">
      <w:pPr>
        <w:spacing w:line="480" w:lineRule="auto"/>
        <w:jc w:val="center"/>
        <w:rPr>
          <w:rFonts w:ascii="Garamond" w:hAnsi="Garamond"/>
        </w:rPr>
      </w:pPr>
      <w:r w:rsidRPr="00553380">
        <w:rPr>
          <w:rFonts w:ascii="Garamond" w:hAnsi="Garamond"/>
        </w:rPr>
        <w:t>Leader: Consume every false identity I’ve worn —</w:t>
      </w:r>
      <w:r w:rsidRPr="00553380">
        <w:rPr>
          <w:rFonts w:ascii="Garamond" w:hAnsi="Garamond"/>
        </w:rPr>
        <w:br/>
        <w:t>People: Clothe me only in YAHUSHA.</w:t>
      </w:r>
    </w:p>
    <w:p w:rsidR="00553380" w:rsidRPr="00553380" w:rsidRDefault="00553380" w:rsidP="001E2F32">
      <w:pPr>
        <w:spacing w:line="480" w:lineRule="auto"/>
        <w:jc w:val="center"/>
        <w:rPr>
          <w:rFonts w:ascii="Garamond" w:hAnsi="Garamond"/>
        </w:rPr>
      </w:pPr>
      <w:r w:rsidRPr="00553380">
        <w:rPr>
          <w:rFonts w:ascii="Garamond" w:hAnsi="Garamond"/>
        </w:rPr>
        <w:t>Leader: Expose every echo I’ve mistaken for Your Voice —</w:t>
      </w:r>
      <w:r w:rsidRPr="00553380">
        <w:rPr>
          <w:rFonts w:ascii="Garamond" w:hAnsi="Garamond"/>
        </w:rPr>
        <w:br/>
        <w:t xml:space="preserve">People: Let only Your </w:t>
      </w:r>
      <w:proofErr w:type="spellStart"/>
      <w:r w:rsidRPr="00553380">
        <w:rPr>
          <w:rFonts w:ascii="Garamond" w:hAnsi="Garamond"/>
        </w:rPr>
        <w:t>Qol</w:t>
      </w:r>
      <w:proofErr w:type="spellEnd"/>
      <w:r w:rsidRPr="00553380">
        <w:rPr>
          <w:rFonts w:ascii="Garamond" w:hAnsi="Garamond"/>
        </w:rPr>
        <w:t xml:space="preserve"> thunder in my spirit.</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Fire that burns away deception!</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the mirrors I still cling to.”)</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Third Who Fell — And the Two Who Still Stand”</w:t>
      </w:r>
    </w:p>
    <w:p w:rsidR="00553380" w:rsidRPr="00553380" w:rsidRDefault="00553380" w:rsidP="001E2F32">
      <w:pPr>
        <w:spacing w:line="480" w:lineRule="auto"/>
        <w:jc w:val="center"/>
        <w:rPr>
          <w:rFonts w:ascii="Garamond" w:hAnsi="Garamond"/>
        </w:rPr>
      </w:pPr>
      <w:r w:rsidRPr="00553380">
        <w:rPr>
          <w:rFonts w:ascii="Garamond" w:hAnsi="Garamond"/>
        </w:rPr>
        <w:t>“Did not a third follow the deceiver of old?”</w:t>
      </w:r>
    </w:p>
    <w:p w:rsidR="00553380" w:rsidRPr="00553380" w:rsidRDefault="00553380" w:rsidP="001E2F32">
      <w:pPr>
        <w:spacing w:line="480" w:lineRule="auto"/>
        <w:jc w:val="center"/>
        <w:rPr>
          <w:rFonts w:ascii="Garamond" w:hAnsi="Garamond"/>
        </w:rPr>
      </w:pPr>
      <w:r w:rsidRPr="00553380">
        <w:rPr>
          <w:rFonts w:ascii="Garamond" w:hAnsi="Garamond"/>
        </w:rPr>
        <w:t>Yes.</w:t>
      </w:r>
    </w:p>
    <w:p w:rsidR="00553380" w:rsidRPr="00553380" w:rsidRDefault="00553380" w:rsidP="001E2F32">
      <w:pPr>
        <w:spacing w:line="480" w:lineRule="auto"/>
        <w:jc w:val="center"/>
        <w:rPr>
          <w:rFonts w:ascii="Garamond" w:hAnsi="Garamond"/>
        </w:rPr>
      </w:pPr>
      <w:r w:rsidRPr="00553380">
        <w:rPr>
          <w:rFonts w:ascii="Garamond" w:hAnsi="Garamond"/>
        </w:rPr>
        <w:t>One-third of heaven’s host — brilliant, beautiful, powerful —</w:t>
      </w:r>
      <w:r w:rsidRPr="00553380">
        <w:rPr>
          <w:rFonts w:ascii="Garamond" w:hAnsi="Garamond"/>
        </w:rPr>
        <w:br/>
        <w:t>fell not because they were weak…</w:t>
      </w:r>
      <w:r w:rsidRPr="00553380">
        <w:rPr>
          <w:rFonts w:ascii="Garamond" w:hAnsi="Garamond"/>
        </w:rPr>
        <w:br/>
        <w:t>but because they believed the lie:</w:t>
      </w:r>
    </w:p>
    <w:p w:rsidR="00553380" w:rsidRPr="00553380" w:rsidRDefault="00553380" w:rsidP="001E2F32">
      <w:pPr>
        <w:spacing w:line="480" w:lineRule="auto"/>
        <w:jc w:val="center"/>
        <w:rPr>
          <w:rFonts w:ascii="Garamond" w:hAnsi="Garamond"/>
        </w:rPr>
      </w:pPr>
      <w:r w:rsidRPr="00553380">
        <w:rPr>
          <w:rFonts w:ascii="Garamond" w:hAnsi="Garamond"/>
        </w:rPr>
        <w:t>“I can ascend… without kneeling.”</w:t>
      </w:r>
    </w:p>
    <w:p w:rsidR="00553380" w:rsidRPr="00553380" w:rsidRDefault="00553380" w:rsidP="001E2F32">
      <w:pPr>
        <w:spacing w:line="480" w:lineRule="auto"/>
        <w:jc w:val="center"/>
        <w:rPr>
          <w:rFonts w:ascii="Garamond" w:hAnsi="Garamond"/>
        </w:rPr>
      </w:pPr>
      <w:r w:rsidRPr="00553380">
        <w:rPr>
          <w:rFonts w:ascii="Garamond" w:hAnsi="Garamond"/>
        </w:rPr>
        <w:t>They did not need more power.</w:t>
      </w:r>
      <w:r w:rsidRPr="00553380">
        <w:rPr>
          <w:rFonts w:ascii="Garamond" w:hAnsi="Garamond"/>
        </w:rPr>
        <w:br/>
        <w:t>They needed less pride.</w:t>
      </w:r>
    </w:p>
    <w:p w:rsidR="00553380" w:rsidRPr="00553380" w:rsidRDefault="00553380" w:rsidP="001E2F32">
      <w:pPr>
        <w:spacing w:line="480" w:lineRule="auto"/>
        <w:jc w:val="center"/>
        <w:rPr>
          <w:rFonts w:ascii="Garamond" w:hAnsi="Garamond"/>
        </w:rPr>
      </w:pPr>
      <w:r w:rsidRPr="00553380">
        <w:rPr>
          <w:rFonts w:ascii="Garamond" w:hAnsi="Garamond"/>
        </w:rPr>
        <w:t>And now — their song still plays in palaces, pulpits, parliaments:</w:t>
      </w:r>
    </w:p>
    <w:p w:rsidR="00553380" w:rsidRPr="00553380" w:rsidRDefault="00553380" w:rsidP="001E2F32">
      <w:pPr>
        <w:spacing w:line="480" w:lineRule="auto"/>
        <w:jc w:val="center"/>
        <w:rPr>
          <w:rFonts w:ascii="Garamond" w:hAnsi="Garamond"/>
        </w:rPr>
      </w:pPr>
      <w:r w:rsidRPr="00553380">
        <w:rPr>
          <w:rFonts w:ascii="Garamond" w:hAnsi="Garamond"/>
        </w:rPr>
        <w:t>“Exalt yourself.”</w:t>
      </w:r>
      <w:r w:rsidRPr="00553380">
        <w:rPr>
          <w:rFonts w:ascii="Garamond" w:hAnsi="Garamond"/>
        </w:rPr>
        <w:br/>
        <w:t>“Claim your right.”</w:t>
      </w:r>
      <w:r w:rsidRPr="00553380">
        <w:rPr>
          <w:rFonts w:ascii="Garamond" w:hAnsi="Garamond"/>
        </w:rPr>
        <w:br/>
        <w:t>“Take what you deserve.”</w:t>
      </w:r>
    </w:p>
    <w:p w:rsidR="00553380" w:rsidRPr="00553380" w:rsidRDefault="00553380" w:rsidP="001E2F32">
      <w:pPr>
        <w:spacing w:line="480" w:lineRule="auto"/>
        <w:jc w:val="center"/>
        <w:rPr>
          <w:rFonts w:ascii="Garamond" w:hAnsi="Garamond"/>
        </w:rPr>
      </w:pPr>
      <w:r w:rsidRPr="00553380">
        <w:rPr>
          <w:rFonts w:ascii="Garamond" w:hAnsi="Garamond"/>
        </w:rPr>
        <w:t>But YAHUAH says:</w:t>
      </w:r>
    </w:p>
    <w:p w:rsidR="00553380" w:rsidRPr="00553380" w:rsidRDefault="00553380" w:rsidP="001E2F32">
      <w:pPr>
        <w:spacing w:line="480" w:lineRule="auto"/>
        <w:jc w:val="center"/>
        <w:rPr>
          <w:rFonts w:ascii="Garamond" w:hAnsi="Garamond"/>
        </w:rPr>
      </w:pPr>
      <w:r w:rsidRPr="00553380">
        <w:rPr>
          <w:rFonts w:ascii="Garamond" w:hAnsi="Garamond"/>
        </w:rPr>
        <w:t>“No counterfeit can stand before Me.</w:t>
      </w:r>
      <w:r w:rsidRPr="00553380">
        <w:rPr>
          <w:rFonts w:ascii="Garamond" w:hAnsi="Garamond"/>
        </w:rPr>
        <w:br/>
        <w:t>No false decree will overturn My Word.”</w:t>
      </w:r>
    </w:p>
    <w:p w:rsidR="00553380" w:rsidRPr="00553380" w:rsidRDefault="00553380" w:rsidP="001E2F32">
      <w:pPr>
        <w:spacing w:line="480" w:lineRule="auto"/>
        <w:jc w:val="center"/>
        <w:rPr>
          <w:rFonts w:ascii="Garamond" w:hAnsi="Garamond"/>
        </w:rPr>
      </w:pPr>
      <w:r w:rsidRPr="00553380">
        <w:rPr>
          <w:rFonts w:ascii="Garamond" w:hAnsi="Garamond"/>
        </w:rPr>
        <w:t>He weighs hearts.</w:t>
      </w:r>
      <w:r w:rsidRPr="00553380">
        <w:rPr>
          <w:rFonts w:ascii="Garamond" w:hAnsi="Garamond"/>
        </w:rPr>
        <w:br/>
        <w:t>He tests spirits.</w:t>
      </w:r>
      <w:r w:rsidRPr="00553380">
        <w:rPr>
          <w:rFonts w:ascii="Garamond" w:hAnsi="Garamond"/>
        </w:rPr>
        <w:br/>
        <w:t>He exposes hidden things — not to shame, but to save.</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lastRenderedPageBreak/>
        <w:t>What “third” have I allowed into my leadership?</w:t>
      </w:r>
      <w:r w:rsidRPr="00553380">
        <w:rPr>
          <w:rFonts w:ascii="Garamond" w:hAnsi="Garamond"/>
        </w:rPr>
        <w:br/>
        <w:t>— The voice that says, “You earned this”?</w:t>
      </w:r>
      <w:r w:rsidRPr="00553380">
        <w:rPr>
          <w:rFonts w:ascii="Garamond" w:hAnsi="Garamond"/>
        </w:rPr>
        <w:br/>
        <w:t>— The spirit that says, “Your way is better”?</w:t>
      </w:r>
      <w:r w:rsidRPr="00553380">
        <w:rPr>
          <w:rFonts w:ascii="Garamond" w:hAnsi="Garamond"/>
        </w:rPr>
        <w:br/>
        <w:t>— The pride that says, “My nation, My plan, My glory”?</w:t>
      </w:r>
    </w:p>
    <w:p w:rsidR="00553380" w:rsidRPr="00553380" w:rsidRDefault="00553380" w:rsidP="001E2F32">
      <w:pPr>
        <w:spacing w:line="480" w:lineRule="auto"/>
        <w:jc w:val="center"/>
        <w:rPr>
          <w:rFonts w:ascii="Garamond" w:hAnsi="Garamond"/>
        </w:rPr>
      </w:pPr>
      <w:r w:rsidRPr="00553380">
        <w:rPr>
          <w:rFonts w:ascii="Garamond" w:hAnsi="Garamond"/>
        </w:rPr>
        <w:t>Repentance is not weakness — it is wisdom.</w:t>
      </w:r>
      <w:r w:rsidRPr="00553380">
        <w:rPr>
          <w:rFonts w:ascii="Garamond" w:hAnsi="Garamond"/>
        </w:rPr>
        <w:br/>
        <w:t>Humility is not defeat — it is deliverance.</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“The Mirror in My Hand”</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show me the shards I still hold —</w:t>
      </w:r>
      <w:r w:rsidRPr="00553380">
        <w:rPr>
          <w:rFonts w:ascii="Garamond" w:hAnsi="Garamond"/>
        </w:rPr>
        <w:br/>
        <w:t>The titles I cling to,</w:t>
      </w:r>
      <w:r w:rsidRPr="00553380">
        <w:rPr>
          <w:rFonts w:ascii="Garamond" w:hAnsi="Garamond"/>
        </w:rPr>
        <w:br/>
        <w:t>The achievements I boast in,</w:t>
      </w:r>
      <w:r w:rsidRPr="00553380">
        <w:rPr>
          <w:rFonts w:ascii="Garamond" w:hAnsi="Garamond"/>
        </w:rPr>
        <w:br/>
        <w:t>The “rightness” I defend.</w:t>
      </w:r>
    </w:p>
    <w:p w:rsidR="00553380" w:rsidRPr="00553380" w:rsidRDefault="00553380" w:rsidP="001E2F32">
      <w:pPr>
        <w:spacing w:line="480" w:lineRule="auto"/>
        <w:jc w:val="center"/>
        <w:rPr>
          <w:rFonts w:ascii="Garamond" w:hAnsi="Garamond"/>
        </w:rPr>
      </w:pPr>
      <w:r w:rsidRPr="00553380">
        <w:rPr>
          <w:rFonts w:ascii="Garamond" w:hAnsi="Garamond"/>
        </w:rPr>
        <w:t>Shatter them.</w:t>
      </w:r>
      <w:r w:rsidRPr="00553380">
        <w:rPr>
          <w:rFonts w:ascii="Garamond" w:hAnsi="Garamond"/>
        </w:rPr>
        <w:br/>
        <w:t>Burn them.</w:t>
      </w:r>
      <w:r w:rsidRPr="00553380">
        <w:rPr>
          <w:rFonts w:ascii="Garamond" w:hAnsi="Garamond"/>
        </w:rPr>
        <w:br/>
        <w:t>Let me see only You.</w:t>
      </w:r>
    </w:p>
    <w:p w:rsidR="00553380" w:rsidRPr="00553380" w:rsidRDefault="00553380" w:rsidP="001E2F32">
      <w:pPr>
        <w:spacing w:line="480" w:lineRule="auto"/>
        <w:jc w:val="center"/>
        <w:rPr>
          <w:rFonts w:ascii="Garamond" w:hAnsi="Garamond"/>
        </w:rPr>
      </w:pPr>
      <w:r w:rsidRPr="00553380">
        <w:rPr>
          <w:rFonts w:ascii="Garamond" w:hAnsi="Garamond"/>
        </w:rPr>
        <w:t>Forgive me for echoing the deceiver.</w:t>
      </w:r>
      <w:r w:rsidRPr="00553380">
        <w:rPr>
          <w:rFonts w:ascii="Garamond" w:hAnsi="Garamond"/>
        </w:rPr>
        <w:br/>
        <w:t>Forgive me for calling his song — “prophecy.”</w:t>
      </w:r>
      <w:r w:rsidRPr="00553380">
        <w:rPr>
          <w:rFonts w:ascii="Garamond" w:hAnsi="Garamond"/>
        </w:rPr>
        <w:br/>
        <w:t>Forgive me for bowing to altars not Yours.</w:t>
      </w:r>
    </w:p>
    <w:p w:rsidR="00553380" w:rsidRPr="00553380" w:rsidRDefault="00553380" w:rsidP="001E2F32">
      <w:pPr>
        <w:spacing w:line="480" w:lineRule="auto"/>
        <w:jc w:val="center"/>
        <w:rPr>
          <w:rFonts w:ascii="Garamond" w:hAnsi="Garamond"/>
        </w:rPr>
      </w:pPr>
      <w:r w:rsidRPr="00553380">
        <w:rPr>
          <w:rFonts w:ascii="Garamond" w:hAnsi="Garamond"/>
        </w:rPr>
        <w:t>I renounce every mirror but Yours.</w:t>
      </w:r>
      <w:r w:rsidRPr="00553380">
        <w:rPr>
          <w:rFonts w:ascii="Garamond" w:hAnsi="Garamond"/>
        </w:rPr>
        <w:br/>
        <w:t>I receive every correction from Your Fire.</w:t>
      </w:r>
      <w:r w:rsidRPr="00553380">
        <w:rPr>
          <w:rFonts w:ascii="Garamond" w:hAnsi="Garamond"/>
        </w:rPr>
        <w:br/>
        <w:t>I return — broken, bare, believing.</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DF070E" w:rsidRDefault="00DF070E">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“GA’AVAH — THE WEIGHT OF PRIDE”</w:t>
      </w:r>
    </w:p>
    <w:p w:rsidR="00553380" w:rsidRPr="00553380" w:rsidRDefault="00553380" w:rsidP="001E2F32">
      <w:pPr>
        <w:spacing w:line="480" w:lineRule="auto"/>
        <w:jc w:val="center"/>
        <w:rPr>
          <w:rFonts w:ascii="Garamond" w:hAnsi="Garamond"/>
        </w:rPr>
      </w:pPr>
      <w:r w:rsidRPr="00553380">
        <w:rPr>
          <w:rFonts w:ascii="Garamond" w:hAnsi="Garamond"/>
        </w:rPr>
        <w:t>In Hebrew, </w:t>
      </w:r>
      <w:proofErr w:type="spellStart"/>
      <w:r w:rsidRPr="00553380">
        <w:rPr>
          <w:rFonts w:ascii="Garamond" w:hAnsi="Garamond"/>
        </w:rPr>
        <w:t>ga’avah</w:t>
      </w:r>
      <w:proofErr w:type="spellEnd"/>
      <w:r w:rsidRPr="00553380">
        <w:rPr>
          <w:rFonts w:ascii="Garamond" w:hAnsi="Garamond"/>
        </w:rPr>
        <w:t> (</w:t>
      </w:r>
      <w:r w:rsidRPr="00553380">
        <w:rPr>
          <w:rFonts w:ascii="Times New Roman" w:hAnsi="Times New Roman" w:cs="Times New Roman"/>
        </w:rPr>
        <w:t>גַּ</w:t>
      </w:r>
      <w:proofErr w:type="spellStart"/>
      <w:r w:rsidRPr="00553380">
        <w:rPr>
          <w:rFonts w:ascii="Times New Roman" w:hAnsi="Times New Roman" w:cs="Times New Roman"/>
        </w:rPr>
        <w:t>אֲוָה</w:t>
      </w:r>
      <w:proofErr w:type="spellEnd"/>
      <w:r w:rsidRPr="00553380">
        <w:rPr>
          <w:rFonts w:ascii="Garamond" w:hAnsi="Garamond"/>
        </w:rPr>
        <w:t>) — “pride” — is not mere arrogance.</w:t>
      </w:r>
      <w:r w:rsidRPr="00553380">
        <w:rPr>
          <w:rFonts w:ascii="Garamond" w:hAnsi="Garamond"/>
        </w:rPr>
        <w:br/>
        <w:t>It is:</w:t>
      </w:r>
    </w:p>
    <w:p w:rsidR="00553380" w:rsidRPr="00553380" w:rsidRDefault="00553380" w:rsidP="001E2F32">
      <w:pPr>
        <w:numPr>
          <w:ilvl w:val="0"/>
          <w:numId w:val="4"/>
        </w:numPr>
        <w:spacing w:line="480" w:lineRule="auto"/>
        <w:jc w:val="center"/>
        <w:rPr>
          <w:rFonts w:ascii="Garamond" w:hAnsi="Garamond"/>
        </w:rPr>
      </w:pPr>
      <w:r w:rsidRPr="00553380">
        <w:rPr>
          <w:rFonts w:ascii="Garamond" w:hAnsi="Garamond"/>
          <w:b/>
          <w:bCs/>
        </w:rPr>
        <w:t>Self-exaltation against divine order</w:t>
      </w:r>
      <w:r w:rsidRPr="00553380">
        <w:rPr>
          <w:rFonts w:ascii="Garamond" w:hAnsi="Garamond"/>
        </w:rPr>
        <w:t> (Proverbs 16:5 — “Everyone proud in heart is an abomination to YAHUAH”)</w:t>
      </w:r>
    </w:p>
    <w:p w:rsidR="00553380" w:rsidRPr="00553380" w:rsidRDefault="00553380" w:rsidP="001E2F32">
      <w:pPr>
        <w:numPr>
          <w:ilvl w:val="0"/>
          <w:numId w:val="4"/>
        </w:numPr>
        <w:spacing w:line="480" w:lineRule="auto"/>
        <w:jc w:val="center"/>
        <w:rPr>
          <w:rFonts w:ascii="Garamond" w:hAnsi="Garamond"/>
        </w:rPr>
      </w:pPr>
      <w:r w:rsidRPr="00553380">
        <w:rPr>
          <w:rFonts w:ascii="Garamond" w:hAnsi="Garamond"/>
          <w:b/>
          <w:bCs/>
        </w:rPr>
        <w:t>Spiritual blindness</w:t>
      </w:r>
      <w:r w:rsidRPr="00553380">
        <w:rPr>
          <w:rFonts w:ascii="Garamond" w:hAnsi="Garamond"/>
        </w:rPr>
        <w:t> (Isaiah 2:11 — “The lofty looks of man shall be humbled… and YAHUAH alone shall be exalted”)</w:t>
      </w:r>
    </w:p>
    <w:p w:rsidR="00553380" w:rsidRPr="00553380" w:rsidRDefault="00553380" w:rsidP="001E2F32">
      <w:pPr>
        <w:numPr>
          <w:ilvl w:val="0"/>
          <w:numId w:val="4"/>
        </w:numPr>
        <w:spacing w:line="480" w:lineRule="auto"/>
        <w:jc w:val="center"/>
        <w:rPr>
          <w:rFonts w:ascii="Garamond" w:hAnsi="Garamond"/>
        </w:rPr>
      </w:pPr>
      <w:r w:rsidRPr="00553380">
        <w:rPr>
          <w:rFonts w:ascii="Garamond" w:hAnsi="Garamond"/>
          <w:b/>
          <w:bCs/>
        </w:rPr>
        <w:t>National judgment catalyst</w:t>
      </w:r>
      <w:r w:rsidRPr="00553380">
        <w:rPr>
          <w:rFonts w:ascii="Garamond" w:hAnsi="Garamond"/>
        </w:rPr>
        <w:t> (Obadiah 1:3 — “The pride of your heart has deceived you…”)</w:t>
      </w:r>
    </w:p>
    <w:p w:rsidR="00553380" w:rsidRPr="00553380" w:rsidRDefault="00553380" w:rsidP="001E2F32">
      <w:pPr>
        <w:spacing w:line="480" w:lineRule="auto"/>
        <w:jc w:val="center"/>
        <w:rPr>
          <w:rFonts w:ascii="Garamond" w:hAnsi="Garamond"/>
        </w:rPr>
      </w:pPr>
      <w:r w:rsidRPr="00553380">
        <w:rPr>
          <w:rFonts w:ascii="Garamond" w:hAnsi="Garamond"/>
        </w:rPr>
        <w:t>The root </w:t>
      </w:r>
      <w:proofErr w:type="spellStart"/>
      <w:r w:rsidRPr="00553380">
        <w:rPr>
          <w:rFonts w:ascii="Garamond" w:hAnsi="Garamond"/>
        </w:rPr>
        <w:t>g.a.h</w:t>
      </w:r>
      <w:proofErr w:type="spellEnd"/>
      <w:r w:rsidRPr="00553380">
        <w:rPr>
          <w:rFonts w:ascii="Garamond" w:hAnsi="Garamond"/>
        </w:rPr>
        <w:t> implies “rising up” — but when man rises against YAHUAH’s elevation, he falls into </w:t>
      </w:r>
      <w:proofErr w:type="spellStart"/>
      <w:r w:rsidRPr="00553380">
        <w:rPr>
          <w:rFonts w:ascii="Garamond" w:hAnsi="Garamond"/>
        </w:rPr>
        <w:t>sheol</w:t>
      </w:r>
      <w:proofErr w:type="spellEnd"/>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Garamond" w:hAnsi="Garamond"/>
        </w:rPr>
        <w:t>YAHUAH does not oppose strength — He opposes self-sufficiency.</w:t>
      </w:r>
      <w:r w:rsidRPr="00553380">
        <w:rPr>
          <w:rFonts w:ascii="Garamond" w:hAnsi="Garamond"/>
        </w:rPr>
        <w:br/>
        <w:t>He does not hate greatness — He hates greatness that forgets its Source.</w:t>
      </w:r>
    </w:p>
    <w:p w:rsidR="00553380" w:rsidRPr="00553380" w:rsidRDefault="00553380" w:rsidP="001E2F32">
      <w:pPr>
        <w:spacing w:line="480" w:lineRule="auto"/>
        <w:jc w:val="center"/>
        <w:rPr>
          <w:rFonts w:ascii="Garamond" w:hAnsi="Garamond"/>
        </w:rPr>
      </w:pPr>
      <w:r w:rsidRPr="00553380">
        <w:rPr>
          <w:rFonts w:ascii="Garamond" w:hAnsi="Garamond"/>
        </w:rPr>
        <w:t>When Israel forgot — they fell.</w:t>
      </w:r>
      <w:r w:rsidRPr="00553380">
        <w:rPr>
          <w:rFonts w:ascii="Garamond" w:hAnsi="Garamond"/>
        </w:rPr>
        <w:br/>
        <w:t>When Nebuchadnezzar boasted — he ate grass.</w:t>
      </w:r>
      <w:r w:rsidRPr="00553380">
        <w:rPr>
          <w:rFonts w:ascii="Garamond" w:hAnsi="Garamond"/>
        </w:rPr>
        <w:br/>
        <w:t>When Herod accepted worship — worms consumed him.</w:t>
      </w:r>
    </w:p>
    <w:p w:rsidR="00553380" w:rsidRPr="00553380" w:rsidRDefault="00553380" w:rsidP="001E2F32">
      <w:pPr>
        <w:spacing w:line="480" w:lineRule="auto"/>
        <w:jc w:val="center"/>
        <w:rPr>
          <w:rFonts w:ascii="Garamond" w:hAnsi="Garamond"/>
        </w:rPr>
      </w:pPr>
      <w:r w:rsidRPr="00553380">
        <w:rPr>
          <w:rFonts w:ascii="Garamond" w:hAnsi="Garamond"/>
        </w:rPr>
        <w:t>His warning echoes:</w:t>
      </w:r>
    </w:p>
    <w:p w:rsidR="00553380" w:rsidRPr="00553380" w:rsidRDefault="00553380" w:rsidP="001E2F32">
      <w:pPr>
        <w:spacing w:line="480" w:lineRule="auto"/>
        <w:jc w:val="center"/>
        <w:rPr>
          <w:rFonts w:ascii="Garamond" w:hAnsi="Garamond"/>
        </w:rPr>
      </w:pPr>
      <w:r w:rsidRPr="00553380">
        <w:rPr>
          <w:rFonts w:ascii="Garamond" w:hAnsi="Garamond"/>
        </w:rPr>
        <w:t>“Unless you repent — I will pull all of this down around you in defeat.”</w:t>
      </w:r>
    </w:p>
    <w:p w:rsidR="00553380" w:rsidRPr="00553380" w:rsidRDefault="00553380" w:rsidP="001E2F32">
      <w:pPr>
        <w:spacing w:line="480" w:lineRule="auto"/>
        <w:jc w:val="center"/>
        <w:rPr>
          <w:rFonts w:ascii="Garamond" w:hAnsi="Garamond"/>
        </w:rPr>
      </w:pPr>
      <w:r w:rsidRPr="00553380">
        <w:rPr>
          <w:rFonts w:ascii="Garamond" w:hAnsi="Garamond"/>
        </w:rPr>
        <w:t>Not cruelty — covenant.</w:t>
      </w:r>
      <w:r w:rsidRPr="00553380">
        <w:rPr>
          <w:rFonts w:ascii="Garamond" w:hAnsi="Garamond"/>
        </w:rPr>
        <w:br/>
        <w:t>Not vengeance — vindication of His Name.</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 xml:space="preserve">CLOSING PRAYER: “Break Every Mirror </w:t>
      </w:r>
      <w:proofErr w:type="gramStart"/>
      <w:r w:rsidRPr="00553380">
        <w:rPr>
          <w:rFonts w:ascii="Garamond" w:hAnsi="Garamond"/>
          <w:b/>
          <w:bCs/>
        </w:rPr>
        <w:t>But</w:t>
      </w:r>
      <w:proofErr w:type="gramEnd"/>
      <w:r w:rsidRPr="00553380">
        <w:rPr>
          <w:rFonts w:ascii="Garamond" w:hAnsi="Garamond"/>
          <w:b/>
          <w:bCs/>
        </w:rPr>
        <w:t xml:space="preserve"> Yours”</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Shatter every idol of self I have erected.</w:t>
      </w:r>
      <w:r w:rsidRPr="00553380">
        <w:rPr>
          <w:rFonts w:ascii="Garamond" w:hAnsi="Garamond"/>
        </w:rPr>
        <w:br/>
        <w:t>Burn every altar where I sacrificed truth for influence.</w:t>
      </w:r>
      <w:r w:rsidRPr="00553380">
        <w:rPr>
          <w:rFonts w:ascii="Garamond" w:hAnsi="Garamond"/>
        </w:rPr>
        <w:br/>
        <w:t>Silence every echo that masquerades as Your Voice.</w:t>
      </w:r>
    </w:p>
    <w:p w:rsidR="00553380" w:rsidRPr="00553380" w:rsidRDefault="00553380" w:rsidP="001E2F32">
      <w:pPr>
        <w:spacing w:line="480" w:lineRule="auto"/>
        <w:jc w:val="center"/>
        <w:rPr>
          <w:rFonts w:ascii="Garamond" w:hAnsi="Garamond"/>
        </w:rPr>
      </w:pPr>
      <w:r w:rsidRPr="00553380">
        <w:rPr>
          <w:rFonts w:ascii="Garamond" w:hAnsi="Garamond"/>
        </w:rPr>
        <w:t>Forgive Your people —</w:t>
      </w:r>
      <w:r w:rsidRPr="00553380">
        <w:rPr>
          <w:rFonts w:ascii="Garamond" w:hAnsi="Garamond"/>
        </w:rPr>
        <w:br/>
        <w:t>For bowing to flags instead of Your Throne.</w:t>
      </w:r>
      <w:r w:rsidRPr="00553380">
        <w:rPr>
          <w:rFonts w:ascii="Garamond" w:hAnsi="Garamond"/>
        </w:rPr>
        <w:br/>
        <w:t>For chanting slogans instead of Scripture.</w:t>
      </w:r>
      <w:r w:rsidRPr="00553380">
        <w:rPr>
          <w:rFonts w:ascii="Garamond" w:hAnsi="Garamond"/>
        </w:rPr>
        <w:br/>
        <w:t>For calling compromise — “wisdom.”</w:t>
      </w:r>
    </w:p>
    <w:p w:rsidR="00553380" w:rsidRPr="00553380" w:rsidRDefault="00553380" w:rsidP="001E2F32">
      <w:pPr>
        <w:spacing w:line="480" w:lineRule="auto"/>
        <w:jc w:val="center"/>
        <w:rPr>
          <w:rFonts w:ascii="Garamond" w:hAnsi="Garamond"/>
        </w:rPr>
      </w:pPr>
      <w:r w:rsidRPr="00553380">
        <w:rPr>
          <w:rFonts w:ascii="Garamond" w:hAnsi="Garamond"/>
        </w:rPr>
        <w:t>Raise up seers who see through the smoke.</w:t>
      </w:r>
      <w:r w:rsidRPr="00553380">
        <w:rPr>
          <w:rFonts w:ascii="Garamond" w:hAnsi="Garamond"/>
        </w:rPr>
        <w:br/>
        <w:t>Raise up voices that refuse to flatter.</w:t>
      </w:r>
      <w:r w:rsidRPr="00553380">
        <w:rPr>
          <w:rFonts w:ascii="Garamond" w:hAnsi="Garamond"/>
        </w:rPr>
        <w:br/>
        <w:t>Raise up knees that bend only to You.</w:t>
      </w:r>
    </w:p>
    <w:p w:rsidR="00553380" w:rsidRPr="00553380" w:rsidRDefault="00553380" w:rsidP="001E2F32">
      <w:pPr>
        <w:spacing w:line="480" w:lineRule="auto"/>
        <w:jc w:val="center"/>
        <w:rPr>
          <w:rFonts w:ascii="Garamond" w:hAnsi="Garamond"/>
        </w:rPr>
      </w:pPr>
      <w:r w:rsidRPr="00553380">
        <w:rPr>
          <w:rFonts w:ascii="Garamond" w:hAnsi="Garamond"/>
        </w:rPr>
        <w:t>Let the Valley of Jehoshaphat purify the nations.</w:t>
      </w:r>
      <w:r w:rsidRPr="00553380">
        <w:rPr>
          <w:rFonts w:ascii="Garamond" w:hAnsi="Garamond"/>
        </w:rPr>
        <w:br/>
        <w:t>Let the Fire refine Your remnant.</w:t>
      </w:r>
      <w:r w:rsidRPr="00553380">
        <w:rPr>
          <w:rFonts w:ascii="Garamond" w:hAnsi="Garamond"/>
        </w:rPr>
        <w:br/>
        <w:t>Let the Mirror reflect only YAHUSHA.</w:t>
      </w:r>
    </w:p>
    <w:p w:rsidR="00553380" w:rsidRPr="00553380" w:rsidRDefault="00553380" w:rsidP="001E2F32">
      <w:pPr>
        <w:spacing w:line="480" w:lineRule="auto"/>
        <w:jc w:val="center"/>
        <w:rPr>
          <w:rFonts w:ascii="Garamond" w:hAnsi="Garamond"/>
        </w:rPr>
      </w:pPr>
      <w:r w:rsidRPr="00553380">
        <w:rPr>
          <w:rFonts w:ascii="Garamond" w:hAnsi="Garamond"/>
        </w:rPr>
        <w:t>We repent. We return. We rend our hearts.</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5: THE SOUND OF PEACE</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“How beautiful upon the mountains are the feet of him who brings good news, who proclaims peace, who brings glad tidings of good things, who proclaims salvation!”</w:t>
      </w:r>
      <w:r w:rsidRPr="00553380">
        <w:rPr>
          <w:rFonts w:ascii="Garamond" w:hAnsi="Garamond"/>
        </w:rPr>
        <w:br/>
        <w:t>— Isaiah 52:7</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Sound…</w:t>
      </w:r>
      <w:r w:rsidRPr="00553380">
        <w:rPr>
          <w:rFonts w:ascii="Garamond" w:hAnsi="Garamond"/>
        </w:rPr>
        <w:br/>
        <w:t>not born in boardrooms,</w:t>
      </w:r>
      <w:r w:rsidRPr="00553380">
        <w:rPr>
          <w:rFonts w:ascii="Garamond" w:hAnsi="Garamond"/>
        </w:rPr>
        <w:br/>
        <w:t>not negotiated in treaties,</w:t>
      </w:r>
      <w:r w:rsidRPr="00553380">
        <w:rPr>
          <w:rFonts w:ascii="Garamond" w:hAnsi="Garamond"/>
        </w:rPr>
        <w:br/>
        <w:t>not enforced by armies.</w:t>
      </w:r>
    </w:p>
    <w:p w:rsidR="00553380" w:rsidRPr="00553380" w:rsidRDefault="00553380" w:rsidP="001E2F32">
      <w:pPr>
        <w:spacing w:line="480" w:lineRule="auto"/>
        <w:jc w:val="center"/>
        <w:rPr>
          <w:rFonts w:ascii="Garamond" w:hAnsi="Garamond"/>
        </w:rPr>
      </w:pPr>
      <w:r w:rsidRPr="00553380">
        <w:rPr>
          <w:rFonts w:ascii="Garamond" w:hAnsi="Garamond"/>
        </w:rPr>
        <w:t>It rises from altars drenched in tears.</w:t>
      </w:r>
      <w:r w:rsidRPr="00553380">
        <w:rPr>
          <w:rFonts w:ascii="Garamond" w:hAnsi="Garamond"/>
        </w:rPr>
        <w:br/>
        <w:t>It echoes through valleys where swords have been beaten into plowshares.</w:t>
      </w:r>
      <w:r w:rsidRPr="00553380">
        <w:rPr>
          <w:rFonts w:ascii="Garamond" w:hAnsi="Garamond"/>
        </w:rPr>
        <w:br/>
        <w:t>It vibrates in the bones of those who carry no weapon but the Word.</w:t>
      </w:r>
    </w:p>
    <w:p w:rsidR="00553380" w:rsidRPr="00553380" w:rsidRDefault="00553380" w:rsidP="001E2F32">
      <w:pPr>
        <w:spacing w:line="480" w:lineRule="auto"/>
        <w:jc w:val="center"/>
        <w:rPr>
          <w:rFonts w:ascii="Garamond" w:hAnsi="Garamond"/>
        </w:rPr>
      </w:pPr>
      <w:r w:rsidRPr="00553380">
        <w:rPr>
          <w:rFonts w:ascii="Garamond" w:hAnsi="Garamond"/>
        </w:rPr>
        <w:t>This is </w:t>
      </w:r>
      <w:r w:rsidRPr="00553380">
        <w:rPr>
          <w:rFonts w:ascii="Garamond" w:hAnsi="Garamond"/>
          <w:b/>
          <w:bCs/>
        </w:rPr>
        <w:t>the Sound of Peace</w:t>
      </w:r>
      <w:r w:rsidRPr="00553380">
        <w:rPr>
          <w:rFonts w:ascii="Garamond" w:hAnsi="Garamond"/>
        </w:rPr>
        <w:t> —</w:t>
      </w:r>
      <w:r w:rsidRPr="00553380">
        <w:rPr>
          <w:rFonts w:ascii="Garamond" w:hAnsi="Garamond"/>
        </w:rPr>
        <w:br/>
        <w:t>not the silence of surrender,</w:t>
      </w:r>
      <w:r w:rsidRPr="00553380">
        <w:rPr>
          <w:rFonts w:ascii="Garamond" w:hAnsi="Garamond"/>
        </w:rPr>
        <w:br/>
        <w:t>but the roar of reconciliation.</w:t>
      </w:r>
      <w:r w:rsidRPr="00553380">
        <w:rPr>
          <w:rFonts w:ascii="Garamond" w:hAnsi="Garamond"/>
        </w:rPr>
        <w:br/>
        <w:t>Not the absence of war —</w:t>
      </w:r>
      <w:r w:rsidRPr="00553380">
        <w:rPr>
          <w:rFonts w:ascii="Garamond" w:hAnsi="Garamond"/>
        </w:rPr>
        <w:br/>
        <w:t>but the presence of YAHUAH’s shalom.</w:t>
      </w:r>
    </w:p>
    <w:p w:rsidR="00553380" w:rsidRPr="00553380" w:rsidRDefault="00553380" w:rsidP="001E2F32">
      <w:pPr>
        <w:spacing w:line="480" w:lineRule="auto"/>
        <w:jc w:val="center"/>
        <w:rPr>
          <w:rFonts w:ascii="Garamond" w:hAnsi="Garamond"/>
        </w:rPr>
      </w:pPr>
      <w:r w:rsidRPr="00553380">
        <w:rPr>
          <w:rFonts w:ascii="Garamond" w:hAnsi="Garamond"/>
        </w:rPr>
        <w:t>“God’s peace is proclaimed across the earth. Those who carry His Word bring glad tidings, and His mercy is extended even to those who were not seeking Him.”</w:t>
      </w:r>
    </w:p>
    <w:p w:rsidR="00553380" w:rsidRPr="00553380" w:rsidRDefault="00553380" w:rsidP="001E2F32">
      <w:pPr>
        <w:spacing w:line="480" w:lineRule="auto"/>
        <w:jc w:val="center"/>
        <w:rPr>
          <w:rFonts w:ascii="Garamond" w:hAnsi="Garamond"/>
        </w:rPr>
      </w:pPr>
      <w:r w:rsidRPr="00553380">
        <w:rPr>
          <w:rFonts w:ascii="Garamond" w:hAnsi="Garamond"/>
        </w:rPr>
        <w:t>You are not a bystander.</w:t>
      </w:r>
      <w:r w:rsidRPr="00553380">
        <w:rPr>
          <w:rFonts w:ascii="Garamond" w:hAnsi="Garamond"/>
        </w:rPr>
        <w:br/>
        <w:t>You are a bearer.</w:t>
      </w:r>
      <w:r w:rsidRPr="00553380">
        <w:rPr>
          <w:rFonts w:ascii="Garamond" w:hAnsi="Garamond"/>
        </w:rPr>
        <w:br/>
        <w:t>Appointed to release the sound that stills storms,</w:t>
      </w:r>
      <w:r w:rsidRPr="00553380">
        <w:rPr>
          <w:rFonts w:ascii="Garamond" w:hAnsi="Garamond"/>
        </w:rPr>
        <w:br/>
      </w:r>
      <w:r w:rsidRPr="00553380">
        <w:rPr>
          <w:rFonts w:ascii="Garamond" w:hAnsi="Garamond"/>
        </w:rPr>
        <w:lastRenderedPageBreak/>
        <w:t>that heals nations,</w:t>
      </w:r>
      <w:r w:rsidRPr="00553380">
        <w:rPr>
          <w:rFonts w:ascii="Garamond" w:hAnsi="Garamond"/>
        </w:rPr>
        <w:br/>
        <w:t>that turns enemies into brothers.</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Feet That Carry Peace”</w:t>
      </w:r>
    </w:p>
    <w:p w:rsidR="00553380" w:rsidRPr="00553380" w:rsidRDefault="00553380" w:rsidP="001E2F32">
      <w:pPr>
        <w:spacing w:line="480" w:lineRule="auto"/>
        <w:jc w:val="center"/>
        <w:rPr>
          <w:rFonts w:ascii="Garamond" w:hAnsi="Garamond"/>
        </w:rPr>
      </w:pPr>
      <w:r w:rsidRPr="00553380">
        <w:rPr>
          <w:rFonts w:ascii="Garamond" w:hAnsi="Garamond"/>
        </w:rPr>
        <w:t>Not polished. Not pampered. Not pristine.</w:t>
      </w:r>
      <w:r w:rsidRPr="00553380">
        <w:rPr>
          <w:rFonts w:ascii="Garamond" w:hAnsi="Garamond"/>
        </w:rPr>
        <w:br/>
        <w:t>Dust-caked. Scarred. Steadfast.</w:t>
      </w:r>
    </w:p>
    <w:p w:rsidR="00553380" w:rsidRPr="00553380" w:rsidRDefault="00553380" w:rsidP="001E2F32">
      <w:pPr>
        <w:spacing w:line="480" w:lineRule="auto"/>
        <w:jc w:val="center"/>
        <w:rPr>
          <w:rFonts w:ascii="Garamond" w:hAnsi="Garamond"/>
        </w:rPr>
      </w:pPr>
      <w:r w:rsidRPr="00553380">
        <w:rPr>
          <w:rFonts w:ascii="Garamond" w:hAnsi="Garamond"/>
        </w:rPr>
        <w:t>These are the feet YAHUAH calls “beautiful.”</w:t>
      </w:r>
      <w:r w:rsidRPr="00553380">
        <w:rPr>
          <w:rFonts w:ascii="Garamond" w:hAnsi="Garamond"/>
        </w:rPr>
        <w:br/>
        <w:t>Not because they are flawless —</w:t>
      </w:r>
      <w:r w:rsidRPr="00553380">
        <w:rPr>
          <w:rFonts w:ascii="Garamond" w:hAnsi="Garamond"/>
        </w:rPr>
        <w:br/>
        <w:t>but because they carry shalom.</w:t>
      </w:r>
    </w:p>
    <w:p w:rsidR="00553380" w:rsidRPr="00553380" w:rsidRDefault="00553380" w:rsidP="001E2F32">
      <w:pPr>
        <w:spacing w:line="480" w:lineRule="auto"/>
        <w:jc w:val="center"/>
        <w:rPr>
          <w:rFonts w:ascii="Garamond" w:hAnsi="Garamond"/>
        </w:rPr>
      </w:pPr>
      <w:r w:rsidRPr="00553380">
        <w:rPr>
          <w:rFonts w:ascii="Garamond" w:hAnsi="Garamond"/>
        </w:rPr>
        <w:t>They walk into war zones whispering grace.</w:t>
      </w:r>
      <w:r w:rsidRPr="00553380">
        <w:rPr>
          <w:rFonts w:ascii="Garamond" w:hAnsi="Garamond"/>
        </w:rPr>
        <w:br/>
        <w:t>They stand in courtrooms declaring mercy.</w:t>
      </w:r>
      <w:r w:rsidRPr="00553380">
        <w:rPr>
          <w:rFonts w:ascii="Garamond" w:hAnsi="Garamond"/>
        </w:rPr>
        <w:br/>
        <w:t>They kneel beside graves releasing resurrection.</w:t>
      </w:r>
    </w:p>
    <w:p w:rsidR="00553380" w:rsidRPr="00553380" w:rsidRDefault="00553380" w:rsidP="001E2F32">
      <w:pPr>
        <w:spacing w:line="480" w:lineRule="auto"/>
        <w:jc w:val="center"/>
        <w:rPr>
          <w:rFonts w:ascii="Garamond" w:hAnsi="Garamond"/>
        </w:rPr>
      </w:pPr>
      <w:r w:rsidRPr="00553380">
        <w:rPr>
          <w:rFonts w:ascii="Garamond" w:hAnsi="Garamond"/>
        </w:rPr>
        <w:t>No armor but truth.</w:t>
      </w:r>
      <w:r w:rsidRPr="00553380">
        <w:rPr>
          <w:rFonts w:ascii="Garamond" w:hAnsi="Garamond"/>
        </w:rPr>
        <w:br/>
        <w:t>No sword but praise.</w:t>
      </w:r>
      <w:r w:rsidRPr="00553380">
        <w:rPr>
          <w:rFonts w:ascii="Garamond" w:hAnsi="Garamond"/>
        </w:rPr>
        <w:br/>
        <w:t>No banner but blood-stained love.</w:t>
      </w:r>
    </w:p>
    <w:p w:rsidR="00553380" w:rsidRPr="00553380" w:rsidRDefault="00553380" w:rsidP="001E2F32">
      <w:pPr>
        <w:spacing w:line="480" w:lineRule="auto"/>
        <w:jc w:val="center"/>
        <w:rPr>
          <w:rFonts w:ascii="Garamond" w:hAnsi="Garamond"/>
        </w:rPr>
      </w:pPr>
      <w:r w:rsidRPr="00553380">
        <w:rPr>
          <w:rFonts w:ascii="Garamond" w:hAnsi="Garamond"/>
        </w:rPr>
        <w:t>Go, feet of the remnant.</w:t>
      </w:r>
      <w:r w:rsidRPr="00553380">
        <w:rPr>
          <w:rFonts w:ascii="Garamond" w:hAnsi="Garamond"/>
        </w:rPr>
        <w:br/>
        <w:t>Carry the Sound.</w:t>
      </w:r>
      <w:r w:rsidRPr="00553380">
        <w:rPr>
          <w:rFonts w:ascii="Garamond" w:hAnsi="Garamond"/>
        </w:rPr>
        <w:br/>
        <w:t>Until every mountain hears —</w:t>
      </w:r>
      <w:r w:rsidRPr="00553380">
        <w:rPr>
          <w:rFonts w:ascii="Garamond" w:hAnsi="Garamond"/>
        </w:rPr>
        <w:br/>
        <w:t>and every valley answers —</w:t>
      </w:r>
      <w:r w:rsidRPr="00553380">
        <w:rPr>
          <w:rFonts w:ascii="Garamond" w:hAnsi="Garamond"/>
        </w:rPr>
        <w:br/>
        <w:t>“Shalom. Shalom. Shalom.”</w:t>
      </w:r>
    </w:p>
    <w:p w:rsidR="00553380" w:rsidRPr="00553380" w:rsidRDefault="00553380" w:rsidP="001E2F32">
      <w:pPr>
        <w:spacing w:line="480" w:lineRule="auto"/>
        <w:jc w:val="center"/>
        <w:rPr>
          <w:rFonts w:ascii="Garamond" w:hAnsi="Garamond"/>
        </w:rPr>
      </w:pPr>
      <w:r w:rsidRPr="00553380">
        <w:rPr>
          <w:rFonts w:ascii="Garamond" w:hAnsi="Garamond"/>
        </w:rPr>
        <w:t>— Inspired by Isaiah 52:7</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Peacemaker”</w:t>
      </w:r>
    </w:p>
    <w:p w:rsidR="00553380" w:rsidRPr="00553380" w:rsidRDefault="00553380" w:rsidP="001E2F32">
      <w:pPr>
        <w:spacing w:line="480" w:lineRule="auto"/>
        <w:jc w:val="center"/>
        <w:rPr>
          <w:rFonts w:ascii="Garamond" w:hAnsi="Garamond"/>
        </w:rPr>
      </w:pPr>
      <w:r w:rsidRPr="00553380">
        <w:rPr>
          <w:rFonts w:ascii="Garamond" w:hAnsi="Garamond"/>
        </w:rPr>
        <w:t>Leader: YAHUAH, make my feet beautiful with Your peace —</w:t>
      </w:r>
      <w:r w:rsidRPr="00553380">
        <w:rPr>
          <w:rFonts w:ascii="Garamond" w:hAnsi="Garamond"/>
        </w:rPr>
        <w:br/>
        <w:t>People: Let me carry shalom where there is strife.</w:t>
      </w:r>
    </w:p>
    <w:p w:rsidR="00553380" w:rsidRPr="00553380" w:rsidRDefault="00553380" w:rsidP="001E2F32">
      <w:pPr>
        <w:spacing w:line="480" w:lineRule="auto"/>
        <w:jc w:val="center"/>
        <w:rPr>
          <w:rFonts w:ascii="Garamond" w:hAnsi="Garamond"/>
        </w:rPr>
      </w:pPr>
      <w:r w:rsidRPr="00553380">
        <w:rPr>
          <w:rFonts w:ascii="Garamond" w:hAnsi="Garamond"/>
        </w:rPr>
        <w:t>Leader: Teach my lips to proclaim glad tidings —</w:t>
      </w:r>
      <w:r w:rsidRPr="00553380">
        <w:rPr>
          <w:rFonts w:ascii="Garamond" w:hAnsi="Garamond"/>
        </w:rPr>
        <w:br/>
        <w:t>People: Even when the world shouts war.</w:t>
      </w:r>
    </w:p>
    <w:p w:rsidR="00553380" w:rsidRPr="00553380" w:rsidRDefault="00553380" w:rsidP="001E2F32">
      <w:pPr>
        <w:spacing w:line="480" w:lineRule="auto"/>
        <w:jc w:val="center"/>
        <w:rPr>
          <w:rFonts w:ascii="Garamond" w:hAnsi="Garamond"/>
        </w:rPr>
      </w:pPr>
      <w:r w:rsidRPr="00553380">
        <w:rPr>
          <w:rFonts w:ascii="Garamond" w:hAnsi="Garamond"/>
        </w:rPr>
        <w:t>Leader: Anchor my heart in Your shalom —</w:t>
      </w:r>
      <w:r w:rsidRPr="00553380">
        <w:rPr>
          <w:rFonts w:ascii="Garamond" w:hAnsi="Garamond"/>
        </w:rPr>
        <w:br/>
        <w:t>People: </w:t>
      </w:r>
      <w:proofErr w:type="gramStart"/>
      <w:r w:rsidRPr="00553380">
        <w:rPr>
          <w:rFonts w:ascii="Garamond" w:hAnsi="Garamond"/>
        </w:rPr>
        <w:t>So</w:t>
      </w:r>
      <w:proofErr w:type="gramEnd"/>
      <w:r w:rsidRPr="00553380">
        <w:rPr>
          <w:rFonts w:ascii="Garamond" w:hAnsi="Garamond"/>
        </w:rPr>
        <w:t xml:space="preserve"> I am not shaken by chaos.</w:t>
      </w:r>
    </w:p>
    <w:p w:rsidR="00553380" w:rsidRPr="00553380" w:rsidRDefault="00553380" w:rsidP="001E2F32">
      <w:pPr>
        <w:spacing w:line="480" w:lineRule="auto"/>
        <w:jc w:val="center"/>
        <w:rPr>
          <w:rFonts w:ascii="Garamond" w:hAnsi="Garamond"/>
        </w:rPr>
      </w:pPr>
      <w:r w:rsidRPr="00553380">
        <w:rPr>
          <w:rFonts w:ascii="Garamond" w:hAnsi="Garamond"/>
        </w:rPr>
        <w:t>Leader: Use me as a bridge — not a barrier —</w:t>
      </w:r>
      <w:r w:rsidRPr="00553380">
        <w:rPr>
          <w:rFonts w:ascii="Garamond" w:hAnsi="Garamond"/>
        </w:rPr>
        <w:br/>
        <w:t>People: A healer — not a divider.</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Sound of Your Peace!</w:t>
      </w:r>
    </w:p>
    <w:p w:rsidR="00553380" w:rsidRPr="00553380" w:rsidRDefault="00553380" w:rsidP="001E2F32">
      <w:pPr>
        <w:spacing w:line="480" w:lineRule="auto"/>
        <w:jc w:val="center"/>
        <w:rPr>
          <w:rFonts w:ascii="Garamond" w:hAnsi="Garamond"/>
        </w:rPr>
      </w:pPr>
      <w:r w:rsidRPr="00553380">
        <w:rPr>
          <w:rFonts w:ascii="Garamond" w:hAnsi="Garamond"/>
        </w:rPr>
        <w:t>(Pause. Whisper: “YAHUAH, send me where peace is needed most.”)</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“Before the Storm — The Voice”</w:t>
      </w:r>
    </w:p>
    <w:p w:rsidR="00553380" w:rsidRPr="00553380" w:rsidRDefault="00553380" w:rsidP="001E2F32">
      <w:pPr>
        <w:spacing w:line="480" w:lineRule="auto"/>
        <w:jc w:val="center"/>
        <w:rPr>
          <w:rFonts w:ascii="Garamond" w:hAnsi="Garamond"/>
        </w:rPr>
      </w:pPr>
      <w:r w:rsidRPr="00553380">
        <w:rPr>
          <w:rFonts w:ascii="Garamond" w:hAnsi="Garamond"/>
        </w:rPr>
        <w:t>“Before a storm there is always a sound. Before a shaking there is always a voice. YAHUAH does not strike without first sending a word to awaken His people.”</w:t>
      </w:r>
    </w:p>
    <w:p w:rsidR="00553380" w:rsidRPr="00553380" w:rsidRDefault="00553380" w:rsidP="001E2F32">
      <w:pPr>
        <w:spacing w:line="480" w:lineRule="auto"/>
        <w:jc w:val="center"/>
        <w:rPr>
          <w:rFonts w:ascii="Garamond" w:hAnsi="Garamond"/>
        </w:rPr>
      </w:pPr>
      <w:r w:rsidRPr="00553380">
        <w:rPr>
          <w:rFonts w:ascii="Garamond" w:hAnsi="Garamond"/>
        </w:rPr>
        <w:t>YAHUAH is not silent before judgment —</w:t>
      </w:r>
      <w:r w:rsidRPr="00553380">
        <w:rPr>
          <w:rFonts w:ascii="Garamond" w:hAnsi="Garamond"/>
        </w:rPr>
        <w:br/>
        <w:t>He is screaming in mercy.</w:t>
      </w:r>
      <w:r w:rsidRPr="00553380">
        <w:rPr>
          <w:rFonts w:ascii="Garamond" w:hAnsi="Garamond"/>
        </w:rPr>
        <w:br/>
        <w:t>He sends prophets.</w:t>
      </w:r>
      <w:r w:rsidRPr="00553380">
        <w:rPr>
          <w:rFonts w:ascii="Garamond" w:hAnsi="Garamond"/>
        </w:rPr>
        <w:br/>
        <w:t>He releases dreams.</w:t>
      </w:r>
      <w:r w:rsidRPr="00553380">
        <w:rPr>
          <w:rFonts w:ascii="Garamond" w:hAnsi="Garamond"/>
        </w:rPr>
        <w:br/>
        <w:t>He stirs conviction.</w:t>
      </w:r>
    </w:p>
    <w:p w:rsidR="00553380" w:rsidRPr="00553380" w:rsidRDefault="00553380" w:rsidP="001E2F32">
      <w:pPr>
        <w:spacing w:line="480" w:lineRule="auto"/>
        <w:jc w:val="center"/>
        <w:rPr>
          <w:rFonts w:ascii="Garamond" w:hAnsi="Garamond"/>
        </w:rPr>
      </w:pPr>
      <w:r w:rsidRPr="00553380">
        <w:rPr>
          <w:rFonts w:ascii="Garamond" w:hAnsi="Garamond"/>
        </w:rPr>
        <w:t>But many call it “noise.”</w:t>
      </w:r>
      <w:r w:rsidRPr="00553380">
        <w:rPr>
          <w:rFonts w:ascii="Garamond" w:hAnsi="Garamond"/>
        </w:rPr>
        <w:br/>
        <w:t xml:space="preserve">Many </w:t>
      </w:r>
      <w:proofErr w:type="gramStart"/>
      <w:r w:rsidRPr="00553380">
        <w:rPr>
          <w:rFonts w:ascii="Garamond" w:hAnsi="Garamond"/>
        </w:rPr>
        <w:t>label</w:t>
      </w:r>
      <w:proofErr w:type="gramEnd"/>
      <w:r w:rsidRPr="00553380">
        <w:rPr>
          <w:rFonts w:ascii="Garamond" w:hAnsi="Garamond"/>
        </w:rPr>
        <w:t xml:space="preserve"> it “extremism.”</w:t>
      </w:r>
      <w:r w:rsidRPr="00553380">
        <w:rPr>
          <w:rFonts w:ascii="Garamond" w:hAnsi="Garamond"/>
        </w:rPr>
        <w:br/>
        <w:t>Many dismiss it — until the storm hits.</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Where is YAHUAH speaking to me — and I’ve called it inconvenient?</w:t>
      </w:r>
      <w:r w:rsidRPr="00553380">
        <w:rPr>
          <w:rFonts w:ascii="Garamond" w:hAnsi="Garamond"/>
        </w:rPr>
        <w:br/>
        <w:t>What warning have I minimized because it disrupted my comfort?</w:t>
      </w:r>
      <w:r w:rsidRPr="00553380">
        <w:rPr>
          <w:rFonts w:ascii="Garamond" w:hAnsi="Garamond"/>
        </w:rPr>
        <w:br/>
        <w:t>What correction have I resisted because it exposed my compromise?</w:t>
      </w:r>
    </w:p>
    <w:p w:rsidR="00553380" w:rsidRPr="00553380" w:rsidRDefault="00553380" w:rsidP="001E2F32">
      <w:pPr>
        <w:spacing w:line="480" w:lineRule="auto"/>
        <w:jc w:val="center"/>
        <w:rPr>
          <w:rFonts w:ascii="Garamond" w:hAnsi="Garamond"/>
        </w:rPr>
      </w:pPr>
      <w:r w:rsidRPr="00553380">
        <w:rPr>
          <w:rFonts w:ascii="Garamond" w:hAnsi="Garamond"/>
        </w:rPr>
        <w:t>His Voice is not condemnation — it is rescue.</w:t>
      </w:r>
      <w:r w:rsidRPr="00553380">
        <w:rPr>
          <w:rFonts w:ascii="Garamond" w:hAnsi="Garamond"/>
        </w:rPr>
        <w:br/>
        <w:t>His warnings are not threats — they are invitations to return.</w:t>
      </w:r>
    </w:p>
    <w:p w:rsidR="00553380" w:rsidRPr="00553380" w:rsidRDefault="00553380" w:rsidP="001E2F32">
      <w:pPr>
        <w:spacing w:line="480" w:lineRule="auto"/>
        <w:jc w:val="center"/>
        <w:rPr>
          <w:rFonts w:ascii="Garamond" w:hAnsi="Garamond"/>
        </w:rPr>
      </w:pPr>
      <w:r w:rsidRPr="00553380">
        <w:rPr>
          <w:rFonts w:ascii="Garamond" w:hAnsi="Garamond"/>
        </w:rPr>
        <w:t>“The Voice of Warning comes not to condemn, but to save those who will listen.”</w:t>
      </w:r>
    </w:p>
    <w:p w:rsidR="00553380" w:rsidRPr="00553380" w:rsidRDefault="00553380" w:rsidP="001E2F32">
      <w:pPr>
        <w:spacing w:line="480" w:lineRule="auto"/>
        <w:jc w:val="center"/>
        <w:rPr>
          <w:rFonts w:ascii="Garamond" w:hAnsi="Garamond"/>
        </w:rPr>
      </w:pPr>
      <w:r w:rsidRPr="00553380">
        <w:rPr>
          <w:rFonts w:ascii="Garamond" w:hAnsi="Garamond"/>
        </w:rPr>
        <w:t>Will you listen — before the storm?</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Sound Am I Ignoring?”</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ears —</w:t>
      </w:r>
      <w:r w:rsidRPr="00553380">
        <w:rPr>
          <w:rFonts w:ascii="Garamond" w:hAnsi="Garamond"/>
        </w:rPr>
        <w:br/>
        <w:t>What warning have I dismissed?</w:t>
      </w:r>
      <w:r w:rsidRPr="00553380">
        <w:rPr>
          <w:rFonts w:ascii="Garamond" w:hAnsi="Garamond"/>
        </w:rPr>
        <w:br/>
        <w:t>What correction have I resented?</w:t>
      </w:r>
      <w:r w:rsidRPr="00553380">
        <w:rPr>
          <w:rFonts w:ascii="Garamond" w:hAnsi="Garamond"/>
        </w:rPr>
        <w:br/>
        <w:t>What prophetic word have I filed away — instead of obeying?</w:t>
      </w:r>
    </w:p>
    <w:p w:rsidR="00553380" w:rsidRPr="00553380" w:rsidRDefault="00553380" w:rsidP="001E2F32">
      <w:pPr>
        <w:spacing w:line="480" w:lineRule="auto"/>
        <w:jc w:val="center"/>
        <w:rPr>
          <w:rFonts w:ascii="Garamond" w:hAnsi="Garamond"/>
        </w:rPr>
      </w:pPr>
      <w:r w:rsidRPr="00553380">
        <w:rPr>
          <w:rFonts w:ascii="Garamond" w:hAnsi="Garamond"/>
        </w:rPr>
        <w:t>I repent of selective hearing.</w:t>
      </w:r>
      <w:r w:rsidRPr="00553380">
        <w:rPr>
          <w:rFonts w:ascii="Garamond" w:hAnsi="Garamond"/>
        </w:rPr>
        <w:br/>
        <w:t>I renounce spiritual deafness.</w:t>
      </w:r>
      <w:r w:rsidRPr="00553380">
        <w:rPr>
          <w:rFonts w:ascii="Garamond" w:hAnsi="Garamond"/>
        </w:rPr>
        <w:br/>
        <w:t>I choose to tremble at Your Voice — not in fear — but in reverence.</w:t>
      </w:r>
    </w:p>
    <w:p w:rsidR="00553380" w:rsidRPr="00553380" w:rsidRDefault="00553380" w:rsidP="001E2F32">
      <w:pPr>
        <w:spacing w:line="480" w:lineRule="auto"/>
        <w:jc w:val="center"/>
        <w:rPr>
          <w:rFonts w:ascii="Garamond" w:hAnsi="Garamond"/>
        </w:rPr>
      </w:pPr>
      <w:r w:rsidRPr="00553380">
        <w:rPr>
          <w:rFonts w:ascii="Garamond" w:hAnsi="Garamond"/>
        </w:rPr>
        <w:t>Awaken me before the storm.</w:t>
      </w:r>
      <w:r w:rsidRPr="00553380">
        <w:rPr>
          <w:rFonts w:ascii="Garamond" w:hAnsi="Garamond"/>
        </w:rPr>
        <w:br/>
        <w:t>Align me before the shaking.</w:t>
      </w:r>
      <w:r w:rsidRPr="00553380">
        <w:rPr>
          <w:rFonts w:ascii="Garamond" w:hAnsi="Garamond"/>
        </w:rPr>
        <w:br/>
        <w:t>Use me to warn others — in love, in truth, in urgency.</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“SHALOM — THE WHOLENESS THAT HEALS NATIONS”</w:t>
      </w:r>
    </w:p>
    <w:p w:rsidR="00553380" w:rsidRPr="00553380" w:rsidRDefault="00553380" w:rsidP="001E2F32">
      <w:pPr>
        <w:spacing w:line="480" w:lineRule="auto"/>
        <w:jc w:val="center"/>
        <w:rPr>
          <w:rFonts w:ascii="Garamond" w:hAnsi="Garamond"/>
        </w:rPr>
      </w:pPr>
      <w:r w:rsidRPr="00553380">
        <w:rPr>
          <w:rFonts w:ascii="Garamond" w:hAnsi="Garamond"/>
        </w:rPr>
        <w:t>Shalom (</w:t>
      </w:r>
      <w:r w:rsidRPr="00553380">
        <w:rPr>
          <w:rFonts w:ascii="Times New Roman" w:hAnsi="Times New Roman" w:cs="Times New Roman"/>
        </w:rPr>
        <w:t>שָׁ</w:t>
      </w:r>
      <w:proofErr w:type="spellStart"/>
      <w:r w:rsidRPr="00553380">
        <w:rPr>
          <w:rFonts w:ascii="Times New Roman" w:hAnsi="Times New Roman" w:cs="Times New Roman"/>
        </w:rPr>
        <w:t>לוֹם</w:t>
      </w:r>
      <w:proofErr w:type="spellEnd"/>
      <w:r w:rsidRPr="00553380">
        <w:rPr>
          <w:rFonts w:ascii="Garamond" w:hAnsi="Garamond"/>
        </w:rPr>
        <w:t>) — “peace” — means far more than “no war.”</w:t>
      </w:r>
      <w:r w:rsidRPr="00553380">
        <w:rPr>
          <w:rFonts w:ascii="Garamond" w:hAnsi="Garamond"/>
        </w:rPr>
        <w:br/>
        <w:t>It implies:</w:t>
      </w:r>
    </w:p>
    <w:p w:rsidR="00553380" w:rsidRPr="00553380" w:rsidRDefault="00553380" w:rsidP="001E2F32">
      <w:pPr>
        <w:numPr>
          <w:ilvl w:val="0"/>
          <w:numId w:val="5"/>
        </w:numPr>
        <w:spacing w:line="480" w:lineRule="auto"/>
        <w:jc w:val="center"/>
        <w:rPr>
          <w:rFonts w:ascii="Garamond" w:hAnsi="Garamond"/>
        </w:rPr>
      </w:pPr>
      <w:r w:rsidRPr="00553380">
        <w:rPr>
          <w:rFonts w:ascii="Garamond" w:hAnsi="Garamond"/>
          <w:b/>
          <w:bCs/>
        </w:rPr>
        <w:t>Wholeness</w:t>
      </w:r>
      <w:r w:rsidRPr="00553380">
        <w:rPr>
          <w:rFonts w:ascii="Garamond" w:hAnsi="Garamond"/>
        </w:rPr>
        <w:t> (nothing missing, nothing broken)</w:t>
      </w:r>
    </w:p>
    <w:p w:rsidR="00553380" w:rsidRPr="00553380" w:rsidRDefault="00553380" w:rsidP="001E2F32">
      <w:pPr>
        <w:numPr>
          <w:ilvl w:val="0"/>
          <w:numId w:val="5"/>
        </w:numPr>
        <w:spacing w:line="480" w:lineRule="auto"/>
        <w:jc w:val="center"/>
        <w:rPr>
          <w:rFonts w:ascii="Garamond" w:hAnsi="Garamond"/>
        </w:rPr>
      </w:pPr>
      <w:r w:rsidRPr="00553380">
        <w:rPr>
          <w:rFonts w:ascii="Garamond" w:hAnsi="Garamond"/>
          <w:b/>
          <w:bCs/>
        </w:rPr>
        <w:t>Completeness</w:t>
      </w:r>
      <w:r w:rsidRPr="00553380">
        <w:rPr>
          <w:rFonts w:ascii="Garamond" w:hAnsi="Garamond"/>
        </w:rPr>
        <w:t> (restored relationships — with YAHUAH, self, others)</w:t>
      </w:r>
    </w:p>
    <w:p w:rsidR="00553380" w:rsidRPr="00553380" w:rsidRDefault="00553380" w:rsidP="001E2F32">
      <w:pPr>
        <w:numPr>
          <w:ilvl w:val="0"/>
          <w:numId w:val="5"/>
        </w:numPr>
        <w:spacing w:line="480" w:lineRule="auto"/>
        <w:jc w:val="center"/>
        <w:rPr>
          <w:rFonts w:ascii="Garamond" w:hAnsi="Garamond"/>
        </w:rPr>
      </w:pPr>
      <w:r w:rsidRPr="00553380">
        <w:rPr>
          <w:rFonts w:ascii="Garamond" w:hAnsi="Garamond"/>
          <w:b/>
          <w:bCs/>
        </w:rPr>
        <w:t>Harmony</w:t>
      </w:r>
      <w:r w:rsidRPr="00553380">
        <w:rPr>
          <w:rFonts w:ascii="Garamond" w:hAnsi="Garamond"/>
        </w:rPr>
        <w:t> (all parts functioning as designed)</w:t>
      </w:r>
    </w:p>
    <w:p w:rsidR="00553380" w:rsidRPr="00553380" w:rsidRDefault="00553380" w:rsidP="001E2F32">
      <w:pPr>
        <w:numPr>
          <w:ilvl w:val="0"/>
          <w:numId w:val="5"/>
        </w:numPr>
        <w:spacing w:line="480" w:lineRule="auto"/>
        <w:jc w:val="center"/>
        <w:rPr>
          <w:rFonts w:ascii="Garamond" w:hAnsi="Garamond"/>
        </w:rPr>
      </w:pPr>
      <w:r w:rsidRPr="00553380">
        <w:rPr>
          <w:rFonts w:ascii="Garamond" w:hAnsi="Garamond"/>
          <w:b/>
          <w:bCs/>
        </w:rPr>
        <w:t>Flourishing</w:t>
      </w:r>
      <w:r w:rsidRPr="00553380">
        <w:rPr>
          <w:rFonts w:ascii="Garamond" w:hAnsi="Garamond"/>
        </w:rPr>
        <w:t> (fruitfulness in spirit, soul, body, community)</w:t>
      </w:r>
    </w:p>
    <w:p w:rsidR="00553380" w:rsidRPr="00553380" w:rsidRDefault="00553380" w:rsidP="001E2F32">
      <w:pPr>
        <w:spacing w:line="480" w:lineRule="auto"/>
        <w:jc w:val="center"/>
        <w:rPr>
          <w:rFonts w:ascii="Garamond" w:hAnsi="Garamond"/>
        </w:rPr>
      </w:pPr>
      <w:r w:rsidRPr="00553380">
        <w:rPr>
          <w:rFonts w:ascii="Garamond" w:hAnsi="Garamond"/>
        </w:rPr>
        <w:t>When YAHUAH says “peace,” He is not offering truce —</w:t>
      </w:r>
      <w:r w:rsidRPr="00553380">
        <w:rPr>
          <w:rFonts w:ascii="Garamond" w:hAnsi="Garamond"/>
        </w:rPr>
        <w:br/>
        <w:t>He is offering transformation.</w:t>
      </w:r>
    </w:p>
    <w:p w:rsidR="00553380" w:rsidRPr="00553380" w:rsidRDefault="00553380" w:rsidP="001E2F32">
      <w:pPr>
        <w:spacing w:line="480" w:lineRule="auto"/>
        <w:jc w:val="center"/>
        <w:rPr>
          <w:rFonts w:ascii="Garamond" w:hAnsi="Garamond"/>
        </w:rPr>
      </w:pPr>
      <w:r w:rsidRPr="00553380">
        <w:rPr>
          <w:rFonts w:ascii="Garamond" w:hAnsi="Garamond"/>
        </w:rPr>
        <w:t>“I saw a field once trampled by war, now covered in lilies. I saw men who once raised weapons against each other, now lifting their hands in worship together.”</w:t>
      </w:r>
    </w:p>
    <w:p w:rsidR="00553380" w:rsidRPr="00553380" w:rsidRDefault="00553380" w:rsidP="001E2F32">
      <w:pPr>
        <w:spacing w:line="480" w:lineRule="auto"/>
        <w:jc w:val="center"/>
        <w:rPr>
          <w:rFonts w:ascii="Garamond" w:hAnsi="Garamond"/>
        </w:rPr>
      </w:pPr>
      <w:r w:rsidRPr="00553380">
        <w:rPr>
          <w:rFonts w:ascii="Garamond" w:hAnsi="Garamond"/>
        </w:rPr>
        <w:t>This is shalom —</w:t>
      </w:r>
      <w:r w:rsidRPr="00553380">
        <w:rPr>
          <w:rFonts w:ascii="Garamond" w:hAnsi="Garamond"/>
        </w:rPr>
        <w:br/>
        <w:t>where enemies become altar servants.</w:t>
      </w:r>
      <w:r w:rsidRPr="00553380">
        <w:rPr>
          <w:rFonts w:ascii="Garamond" w:hAnsi="Garamond"/>
        </w:rPr>
        <w:br/>
        <w:t>Where battlefields become gardens.</w:t>
      </w:r>
      <w:r w:rsidRPr="00553380">
        <w:rPr>
          <w:rFonts w:ascii="Garamond" w:hAnsi="Garamond"/>
        </w:rPr>
        <w:br/>
        <w:t>Where hatred becomes harmony.</w:t>
      </w:r>
    </w:p>
    <w:p w:rsidR="00553380" w:rsidRPr="00553380" w:rsidRDefault="00553380" w:rsidP="001E2F32">
      <w:pPr>
        <w:spacing w:line="480" w:lineRule="auto"/>
        <w:jc w:val="center"/>
        <w:rPr>
          <w:rFonts w:ascii="Garamond" w:hAnsi="Garamond"/>
        </w:rPr>
      </w:pPr>
      <w:r w:rsidRPr="00553380">
        <w:rPr>
          <w:rFonts w:ascii="Garamond" w:hAnsi="Garamond"/>
        </w:rPr>
        <w:t>You carry this shalom — not as idealism, but as authority.</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“Let My Feet Carry Your Shalom”</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Break every chain of cynicism in me.</w:t>
      </w:r>
      <w:r w:rsidRPr="00553380">
        <w:rPr>
          <w:rFonts w:ascii="Garamond" w:hAnsi="Garamond"/>
        </w:rPr>
        <w:br/>
        <w:t>Heal every wound that makes me withhold peace.</w:t>
      </w:r>
      <w:r w:rsidRPr="00553380">
        <w:rPr>
          <w:rFonts w:ascii="Garamond" w:hAnsi="Garamond"/>
        </w:rPr>
        <w:br/>
        <w:t>Ignite in me holy boldness to speak shalom — even when it costs me.</w:t>
      </w:r>
    </w:p>
    <w:p w:rsidR="00553380" w:rsidRPr="00553380" w:rsidRDefault="00553380" w:rsidP="001E2F32">
      <w:pPr>
        <w:spacing w:line="480" w:lineRule="auto"/>
        <w:jc w:val="center"/>
        <w:rPr>
          <w:rFonts w:ascii="Garamond" w:hAnsi="Garamond"/>
        </w:rPr>
      </w:pPr>
      <w:r w:rsidRPr="00553380">
        <w:rPr>
          <w:rFonts w:ascii="Garamond" w:hAnsi="Garamond"/>
        </w:rPr>
        <w:t>Let my feet run to the broken.</w:t>
      </w:r>
      <w:r w:rsidRPr="00553380">
        <w:rPr>
          <w:rFonts w:ascii="Garamond" w:hAnsi="Garamond"/>
        </w:rPr>
        <w:br/>
        <w:t>Let my hands lift the fallen.</w:t>
      </w:r>
      <w:r w:rsidRPr="00553380">
        <w:rPr>
          <w:rFonts w:ascii="Garamond" w:hAnsi="Garamond"/>
        </w:rPr>
        <w:br/>
        <w:t>Let my voice declare: “YAHUAH is restoring what was stolen!”</w:t>
      </w:r>
    </w:p>
    <w:p w:rsidR="00553380" w:rsidRPr="00553380" w:rsidRDefault="00553380" w:rsidP="001E2F32">
      <w:pPr>
        <w:spacing w:line="480" w:lineRule="auto"/>
        <w:jc w:val="center"/>
        <w:rPr>
          <w:rFonts w:ascii="Garamond" w:hAnsi="Garamond"/>
        </w:rPr>
      </w:pPr>
      <w:r w:rsidRPr="00553380">
        <w:rPr>
          <w:rFonts w:ascii="Garamond" w:hAnsi="Garamond"/>
        </w:rPr>
        <w:t>I will not be silent.</w:t>
      </w:r>
      <w:r w:rsidRPr="00553380">
        <w:rPr>
          <w:rFonts w:ascii="Garamond" w:hAnsi="Garamond"/>
        </w:rPr>
        <w:br/>
        <w:t>I will not be neutral.</w:t>
      </w:r>
      <w:r w:rsidRPr="00553380">
        <w:rPr>
          <w:rFonts w:ascii="Garamond" w:hAnsi="Garamond"/>
        </w:rPr>
        <w:br/>
        <w:t>I will be a carrier of Your divine shalom.</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6: THIS IS THE DAY YAHUAH HAS MADE</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“This is the day YAHUAH has made; we will rejoice and be glad in it.”</w:t>
      </w:r>
      <w:r w:rsidRPr="00553380">
        <w:rPr>
          <w:rFonts w:ascii="Garamond" w:hAnsi="Garamond"/>
        </w:rPr>
        <w:br/>
        <w:t>— Psalm 118:24</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no ordinary day.</w:t>
      </w:r>
      <w:r w:rsidRPr="00553380">
        <w:rPr>
          <w:rFonts w:ascii="Garamond" w:hAnsi="Garamond"/>
        </w:rPr>
        <w:br/>
        <w:t>No wasted sunrise.</w:t>
      </w:r>
      <w:r w:rsidRPr="00553380">
        <w:rPr>
          <w:rFonts w:ascii="Garamond" w:hAnsi="Garamond"/>
        </w:rPr>
        <w:br/>
        <w:t>No insignificant hour.</w:t>
      </w:r>
    </w:p>
    <w:p w:rsidR="00553380" w:rsidRPr="00553380" w:rsidRDefault="00553380" w:rsidP="001E2F32">
      <w:pPr>
        <w:spacing w:line="480" w:lineRule="auto"/>
        <w:jc w:val="center"/>
        <w:rPr>
          <w:rFonts w:ascii="Garamond" w:hAnsi="Garamond"/>
        </w:rPr>
      </w:pPr>
      <w:r w:rsidRPr="00553380">
        <w:rPr>
          <w:rFonts w:ascii="Garamond" w:hAnsi="Garamond"/>
        </w:rPr>
        <w:t>Every dawn is a decree.</w:t>
      </w:r>
      <w:r w:rsidRPr="00553380">
        <w:rPr>
          <w:rFonts w:ascii="Garamond" w:hAnsi="Garamond"/>
        </w:rPr>
        <w:br/>
        <w:t>Every breath is a gift.</w:t>
      </w:r>
      <w:r w:rsidRPr="00553380">
        <w:rPr>
          <w:rFonts w:ascii="Garamond" w:hAnsi="Garamond"/>
        </w:rPr>
        <w:br/>
        <w:t>Every moment is a portal —</w:t>
      </w:r>
      <w:r w:rsidRPr="00553380">
        <w:rPr>
          <w:rFonts w:ascii="Garamond" w:hAnsi="Garamond"/>
        </w:rPr>
        <w:br/>
        <w:t>into worship, into warfare, into wonder.</w:t>
      </w:r>
    </w:p>
    <w:p w:rsidR="00553380" w:rsidRPr="00553380" w:rsidRDefault="00553380" w:rsidP="001E2F32">
      <w:pPr>
        <w:spacing w:line="480" w:lineRule="auto"/>
        <w:jc w:val="center"/>
        <w:rPr>
          <w:rFonts w:ascii="Garamond" w:hAnsi="Garamond"/>
        </w:rPr>
      </w:pPr>
      <w:r w:rsidRPr="00553380">
        <w:rPr>
          <w:rFonts w:ascii="Garamond" w:hAnsi="Garamond"/>
        </w:rPr>
        <w:t>“Blessed be our God! As darkness gives way to light, a new day has sprung forth—a day of celebration, a day of rejoicing in You, O God.”</w:t>
      </w:r>
    </w:p>
    <w:p w:rsidR="00553380" w:rsidRPr="00553380" w:rsidRDefault="00553380" w:rsidP="001E2F32">
      <w:pPr>
        <w:spacing w:line="480" w:lineRule="auto"/>
        <w:jc w:val="center"/>
        <w:rPr>
          <w:rFonts w:ascii="Garamond" w:hAnsi="Garamond"/>
        </w:rPr>
      </w:pPr>
      <w:r w:rsidRPr="00553380">
        <w:rPr>
          <w:rFonts w:ascii="Garamond" w:hAnsi="Garamond"/>
        </w:rPr>
        <w:t>You are not surviving time —</w:t>
      </w:r>
      <w:r w:rsidRPr="00553380">
        <w:rPr>
          <w:rFonts w:ascii="Garamond" w:hAnsi="Garamond"/>
        </w:rPr>
        <w:br/>
        <w:t>you are stewarding eternity in motion.</w:t>
      </w:r>
      <w:r w:rsidRPr="00553380">
        <w:rPr>
          <w:rFonts w:ascii="Garamond" w:hAnsi="Garamond"/>
        </w:rPr>
        <w:br/>
        <w:t>This day — yes, this one — was crafted by YAHUAH’s hand,</w:t>
      </w:r>
      <w:r w:rsidRPr="00553380">
        <w:rPr>
          <w:rFonts w:ascii="Garamond" w:hAnsi="Garamond"/>
        </w:rPr>
        <w:br/>
        <w:t>ordained before foundations were laid,</w:t>
      </w:r>
      <w:r w:rsidRPr="00553380">
        <w:rPr>
          <w:rFonts w:ascii="Garamond" w:hAnsi="Garamond"/>
        </w:rPr>
        <w:br/>
        <w:t>assigned with purpose you have not yet discovered.</w:t>
      </w:r>
    </w:p>
    <w:p w:rsidR="00553380" w:rsidRPr="00553380" w:rsidRDefault="00553380" w:rsidP="001E2F32">
      <w:pPr>
        <w:spacing w:line="480" w:lineRule="auto"/>
        <w:jc w:val="center"/>
        <w:rPr>
          <w:rFonts w:ascii="Garamond" w:hAnsi="Garamond"/>
        </w:rPr>
      </w:pPr>
      <w:r w:rsidRPr="00553380">
        <w:rPr>
          <w:rFonts w:ascii="Garamond" w:hAnsi="Garamond"/>
        </w:rPr>
        <w:t>Don’t rush through it.</w:t>
      </w:r>
      <w:r w:rsidRPr="00553380">
        <w:rPr>
          <w:rFonts w:ascii="Garamond" w:hAnsi="Garamond"/>
        </w:rPr>
        <w:br/>
        <w:t>Don’t resent it.</w:t>
      </w:r>
      <w:r w:rsidRPr="00553380">
        <w:rPr>
          <w:rFonts w:ascii="Garamond" w:hAnsi="Garamond"/>
        </w:rPr>
        <w:br/>
        <w:t>Don’t waste it.</w:t>
      </w:r>
    </w:p>
    <w:p w:rsidR="00553380" w:rsidRPr="00553380" w:rsidRDefault="00553380" w:rsidP="001E2F32">
      <w:pPr>
        <w:spacing w:line="480" w:lineRule="auto"/>
        <w:jc w:val="center"/>
        <w:rPr>
          <w:rFonts w:ascii="Garamond" w:hAnsi="Garamond"/>
        </w:rPr>
      </w:pPr>
      <w:r w:rsidRPr="00553380">
        <w:rPr>
          <w:rFonts w:ascii="Garamond" w:hAnsi="Garamond"/>
        </w:rPr>
        <w:lastRenderedPageBreak/>
        <w:t>Rejoice.</w:t>
      </w:r>
      <w:r w:rsidRPr="00553380">
        <w:rPr>
          <w:rFonts w:ascii="Garamond" w:hAnsi="Garamond"/>
        </w:rPr>
        <w:br/>
        <w:t>Be glad.</w:t>
      </w:r>
      <w:r w:rsidRPr="00553380">
        <w:rPr>
          <w:rFonts w:ascii="Garamond" w:hAnsi="Garamond"/>
        </w:rPr>
        <w:br/>
        <w:t>Walk in it — fully alive.</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Day That Breathes”</w:t>
      </w:r>
    </w:p>
    <w:p w:rsidR="00553380" w:rsidRPr="00553380" w:rsidRDefault="00553380" w:rsidP="001E2F32">
      <w:pPr>
        <w:spacing w:line="480" w:lineRule="auto"/>
        <w:jc w:val="center"/>
        <w:rPr>
          <w:rFonts w:ascii="Garamond" w:hAnsi="Garamond"/>
        </w:rPr>
      </w:pPr>
      <w:r w:rsidRPr="00553380">
        <w:rPr>
          <w:rFonts w:ascii="Garamond" w:hAnsi="Garamond"/>
        </w:rPr>
        <w:t>Not calendar. Not clock. Not coincidence.</w:t>
      </w:r>
      <w:r w:rsidRPr="00553380">
        <w:rPr>
          <w:rFonts w:ascii="Garamond" w:hAnsi="Garamond"/>
        </w:rPr>
        <w:br/>
        <w:t>This day — breathed into being by YAHUAH’s mouth.</w:t>
      </w:r>
    </w:p>
    <w:p w:rsidR="00553380" w:rsidRPr="00553380" w:rsidRDefault="00553380" w:rsidP="001E2F32">
      <w:pPr>
        <w:spacing w:line="480" w:lineRule="auto"/>
        <w:jc w:val="center"/>
        <w:rPr>
          <w:rFonts w:ascii="Garamond" w:hAnsi="Garamond"/>
        </w:rPr>
      </w:pPr>
      <w:r w:rsidRPr="00553380">
        <w:rPr>
          <w:rFonts w:ascii="Garamond" w:hAnsi="Garamond"/>
        </w:rPr>
        <w:t>Woven with threads of mercy.</w:t>
      </w:r>
      <w:r w:rsidRPr="00553380">
        <w:rPr>
          <w:rFonts w:ascii="Garamond" w:hAnsi="Garamond"/>
        </w:rPr>
        <w:br/>
        <w:t>Anchored in covenant faithfulness.</w:t>
      </w:r>
      <w:r w:rsidRPr="00553380">
        <w:rPr>
          <w:rFonts w:ascii="Garamond" w:hAnsi="Garamond"/>
        </w:rPr>
        <w:br/>
        <w:t>Laden with hidden altars — waiting for your knees.</w:t>
      </w:r>
    </w:p>
    <w:p w:rsidR="00553380" w:rsidRPr="00553380" w:rsidRDefault="00553380" w:rsidP="001E2F32">
      <w:pPr>
        <w:spacing w:line="480" w:lineRule="auto"/>
        <w:jc w:val="center"/>
        <w:rPr>
          <w:rFonts w:ascii="Garamond" w:hAnsi="Garamond"/>
        </w:rPr>
      </w:pPr>
      <w:r w:rsidRPr="00553380">
        <w:rPr>
          <w:rFonts w:ascii="Garamond" w:hAnsi="Garamond"/>
        </w:rPr>
        <w:t>Do not call it “Monday.”</w:t>
      </w:r>
      <w:r w:rsidRPr="00553380">
        <w:rPr>
          <w:rFonts w:ascii="Garamond" w:hAnsi="Garamond"/>
        </w:rPr>
        <w:br/>
        <w:t>Do not label it “hard.”</w:t>
      </w:r>
      <w:r w:rsidRPr="00553380">
        <w:rPr>
          <w:rFonts w:ascii="Garamond" w:hAnsi="Garamond"/>
        </w:rPr>
        <w:br/>
        <w:t>Do not dismiss it as “ordinary.”</w:t>
      </w:r>
    </w:p>
    <w:p w:rsidR="00553380" w:rsidRPr="00553380" w:rsidRDefault="00553380" w:rsidP="001E2F32">
      <w:pPr>
        <w:spacing w:line="480" w:lineRule="auto"/>
        <w:jc w:val="center"/>
        <w:rPr>
          <w:rFonts w:ascii="Garamond" w:hAnsi="Garamond"/>
        </w:rPr>
      </w:pPr>
      <w:r w:rsidRPr="00553380">
        <w:rPr>
          <w:rFonts w:ascii="Garamond" w:hAnsi="Garamond"/>
        </w:rPr>
        <w:t>It is holy.</w:t>
      </w:r>
      <w:r w:rsidRPr="00553380">
        <w:rPr>
          <w:rFonts w:ascii="Garamond" w:hAnsi="Garamond"/>
        </w:rPr>
        <w:br/>
        <w:t>It is appointed.</w:t>
      </w:r>
      <w:r w:rsidRPr="00553380">
        <w:rPr>
          <w:rFonts w:ascii="Garamond" w:hAnsi="Garamond"/>
        </w:rPr>
        <w:br/>
        <w:t>It is yours — to steward, to surrender, to celebrate.</w:t>
      </w:r>
    </w:p>
    <w:p w:rsidR="00553380" w:rsidRPr="00553380" w:rsidRDefault="00553380" w:rsidP="001E2F32">
      <w:pPr>
        <w:spacing w:line="480" w:lineRule="auto"/>
        <w:jc w:val="center"/>
        <w:rPr>
          <w:rFonts w:ascii="Garamond" w:hAnsi="Garamond"/>
        </w:rPr>
      </w:pPr>
      <w:r w:rsidRPr="00553380">
        <w:rPr>
          <w:rFonts w:ascii="Garamond" w:hAnsi="Garamond"/>
        </w:rPr>
        <w:t>Rejoice — not because it’s easy —</w:t>
      </w:r>
      <w:r w:rsidRPr="00553380">
        <w:rPr>
          <w:rFonts w:ascii="Garamond" w:hAnsi="Garamond"/>
        </w:rPr>
        <w:br/>
        <w:t>but because He made it.</w:t>
      </w:r>
      <w:r w:rsidRPr="00553380">
        <w:rPr>
          <w:rFonts w:ascii="Garamond" w:hAnsi="Garamond"/>
        </w:rPr>
        <w:br/>
        <w:t>Be glad — not because it’s perfect —</w:t>
      </w:r>
      <w:r w:rsidRPr="00553380">
        <w:rPr>
          <w:rFonts w:ascii="Garamond" w:hAnsi="Garamond"/>
        </w:rPr>
        <w:br/>
        <w:t>but because He walks in it — with you.</w:t>
      </w:r>
    </w:p>
    <w:p w:rsidR="00553380" w:rsidRPr="00553380" w:rsidRDefault="00553380" w:rsidP="001E2F32">
      <w:pPr>
        <w:spacing w:line="480" w:lineRule="auto"/>
        <w:jc w:val="center"/>
        <w:rPr>
          <w:rFonts w:ascii="Garamond" w:hAnsi="Garamond"/>
        </w:rPr>
      </w:pPr>
      <w:r w:rsidRPr="00553380">
        <w:rPr>
          <w:rFonts w:ascii="Garamond" w:hAnsi="Garamond"/>
        </w:rPr>
        <w:t>— Inspired by Psalm 118:24</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Consecrated Day”</w:t>
      </w:r>
    </w:p>
    <w:p w:rsidR="00553380" w:rsidRPr="00553380" w:rsidRDefault="00553380" w:rsidP="001E2F32">
      <w:pPr>
        <w:spacing w:line="480" w:lineRule="auto"/>
        <w:jc w:val="center"/>
        <w:rPr>
          <w:rFonts w:ascii="Garamond" w:hAnsi="Garamond"/>
        </w:rPr>
      </w:pPr>
      <w:r w:rsidRPr="00553380">
        <w:rPr>
          <w:rFonts w:ascii="Garamond" w:hAnsi="Garamond"/>
        </w:rPr>
        <w:t>Leader: YAHUAH, I receive this day as Your gift —</w:t>
      </w:r>
      <w:r w:rsidRPr="00553380">
        <w:rPr>
          <w:rFonts w:ascii="Garamond" w:hAnsi="Garamond"/>
        </w:rPr>
        <w:br/>
        <w:t>People: Not my burden, not my accident — Your design.</w:t>
      </w:r>
    </w:p>
    <w:p w:rsidR="00553380" w:rsidRPr="00553380" w:rsidRDefault="00553380" w:rsidP="001E2F32">
      <w:pPr>
        <w:spacing w:line="480" w:lineRule="auto"/>
        <w:jc w:val="center"/>
        <w:rPr>
          <w:rFonts w:ascii="Garamond" w:hAnsi="Garamond"/>
        </w:rPr>
      </w:pPr>
      <w:r w:rsidRPr="00553380">
        <w:rPr>
          <w:rFonts w:ascii="Garamond" w:hAnsi="Garamond"/>
        </w:rPr>
        <w:t>Leader: Teach me to rejoice — even when I don’t understand —</w:t>
      </w:r>
      <w:r w:rsidRPr="00553380">
        <w:rPr>
          <w:rFonts w:ascii="Garamond" w:hAnsi="Garamond"/>
        </w:rPr>
        <w:br/>
        <w:t>People: For Your mercies are new every morning.</w:t>
      </w:r>
    </w:p>
    <w:p w:rsidR="00553380" w:rsidRPr="00553380" w:rsidRDefault="00553380" w:rsidP="001E2F32">
      <w:pPr>
        <w:spacing w:line="480" w:lineRule="auto"/>
        <w:jc w:val="center"/>
        <w:rPr>
          <w:rFonts w:ascii="Garamond" w:hAnsi="Garamond"/>
        </w:rPr>
      </w:pPr>
      <w:r w:rsidRPr="00553380">
        <w:rPr>
          <w:rFonts w:ascii="Garamond" w:hAnsi="Garamond"/>
        </w:rPr>
        <w:t>Leader: Let my first breath be praise —</w:t>
      </w:r>
      <w:r w:rsidRPr="00553380">
        <w:rPr>
          <w:rFonts w:ascii="Garamond" w:hAnsi="Garamond"/>
        </w:rPr>
        <w:br/>
        <w:t>People: My first thought — surrender.</w:t>
      </w:r>
      <w:r w:rsidRPr="00553380">
        <w:rPr>
          <w:rFonts w:ascii="Garamond" w:hAnsi="Garamond"/>
        </w:rPr>
        <w:br/>
        <w:t>My first step — obedience.</w:t>
      </w:r>
    </w:p>
    <w:p w:rsidR="00553380" w:rsidRPr="00553380" w:rsidRDefault="00553380" w:rsidP="001E2F32">
      <w:pPr>
        <w:spacing w:line="480" w:lineRule="auto"/>
        <w:jc w:val="center"/>
        <w:rPr>
          <w:rFonts w:ascii="Garamond" w:hAnsi="Garamond"/>
        </w:rPr>
      </w:pPr>
      <w:r w:rsidRPr="00553380">
        <w:rPr>
          <w:rFonts w:ascii="Garamond" w:hAnsi="Garamond"/>
        </w:rPr>
        <w:t>Leader: I will not waste what You have woven —</w:t>
      </w:r>
      <w:r w:rsidRPr="00553380">
        <w:rPr>
          <w:rFonts w:ascii="Garamond" w:hAnsi="Garamond"/>
        </w:rPr>
        <w:br/>
        <w:t>People: I will redeem this day — for Your glory alone.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Day YAHUAH has made!</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the hidden altar in this day.”)</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Valley of Jehoshaphat — And the Days That Precede It”</w:t>
      </w:r>
    </w:p>
    <w:p w:rsidR="00553380" w:rsidRPr="00553380" w:rsidRDefault="00553380" w:rsidP="001E2F32">
      <w:pPr>
        <w:spacing w:line="480" w:lineRule="auto"/>
        <w:jc w:val="center"/>
        <w:rPr>
          <w:rFonts w:ascii="Garamond" w:hAnsi="Garamond"/>
        </w:rPr>
      </w:pPr>
      <w:r w:rsidRPr="00553380">
        <w:rPr>
          <w:rFonts w:ascii="Garamond" w:hAnsi="Garamond"/>
        </w:rPr>
        <w:t>“Surely there will be war among the nations… And in the midst of that day, I shall summon them all down into My valley—the Valley of Jehoshaphat.”</w:t>
      </w:r>
    </w:p>
    <w:p w:rsidR="00553380" w:rsidRPr="00553380" w:rsidRDefault="00553380" w:rsidP="001E2F32">
      <w:pPr>
        <w:spacing w:line="480" w:lineRule="auto"/>
        <w:jc w:val="center"/>
        <w:rPr>
          <w:rFonts w:ascii="Garamond" w:hAnsi="Garamond"/>
        </w:rPr>
      </w:pPr>
      <w:r w:rsidRPr="00553380">
        <w:rPr>
          <w:rFonts w:ascii="Garamond" w:hAnsi="Garamond"/>
        </w:rPr>
        <w:t>Even in days of shaking — YAHUAH is sovereign over time.</w:t>
      </w:r>
      <w:r w:rsidRPr="00553380">
        <w:rPr>
          <w:rFonts w:ascii="Garamond" w:hAnsi="Garamond"/>
        </w:rPr>
        <w:br/>
        <w:t>He marks the seasons.</w:t>
      </w:r>
      <w:r w:rsidRPr="00553380">
        <w:rPr>
          <w:rFonts w:ascii="Garamond" w:hAnsi="Garamond"/>
        </w:rPr>
        <w:br/>
        <w:t>He ordains the judgments.</w:t>
      </w:r>
      <w:r w:rsidRPr="00553380">
        <w:rPr>
          <w:rFonts w:ascii="Garamond" w:hAnsi="Garamond"/>
        </w:rPr>
        <w:br/>
        <w:t>He appoints the remnant who will stand.</w:t>
      </w:r>
    </w:p>
    <w:p w:rsidR="00553380" w:rsidRPr="00553380" w:rsidRDefault="00553380" w:rsidP="001E2F32">
      <w:pPr>
        <w:spacing w:line="480" w:lineRule="auto"/>
        <w:jc w:val="center"/>
        <w:rPr>
          <w:rFonts w:ascii="Garamond" w:hAnsi="Garamond"/>
        </w:rPr>
      </w:pPr>
      <w:r w:rsidRPr="00553380">
        <w:rPr>
          <w:rFonts w:ascii="Garamond" w:hAnsi="Garamond"/>
        </w:rPr>
        <w:t>“You who sold My young men for the lust of a harlot, and bartered My daughters for the wine of your pleasures—I have not forgotten.”</w:t>
      </w:r>
    </w:p>
    <w:p w:rsidR="00553380" w:rsidRPr="00553380" w:rsidRDefault="00553380" w:rsidP="001E2F32">
      <w:pPr>
        <w:spacing w:line="480" w:lineRule="auto"/>
        <w:jc w:val="center"/>
        <w:rPr>
          <w:rFonts w:ascii="Garamond" w:hAnsi="Garamond"/>
        </w:rPr>
      </w:pPr>
      <w:r w:rsidRPr="00553380">
        <w:rPr>
          <w:rFonts w:ascii="Garamond" w:hAnsi="Garamond"/>
        </w:rPr>
        <w:t>YAHUAH does not forget injustice.</w:t>
      </w:r>
      <w:r w:rsidRPr="00553380">
        <w:rPr>
          <w:rFonts w:ascii="Garamond" w:hAnsi="Garamond"/>
        </w:rPr>
        <w:br/>
        <w:t>He does not ignore betrayal.</w:t>
      </w:r>
      <w:r w:rsidRPr="00553380">
        <w:rPr>
          <w:rFonts w:ascii="Garamond" w:hAnsi="Garamond"/>
        </w:rPr>
        <w:br/>
        <w:t>He does not delay forever.</w:t>
      </w:r>
    </w:p>
    <w:p w:rsidR="00553380" w:rsidRPr="00553380" w:rsidRDefault="00553380" w:rsidP="001E2F32">
      <w:pPr>
        <w:spacing w:line="480" w:lineRule="auto"/>
        <w:jc w:val="center"/>
        <w:rPr>
          <w:rFonts w:ascii="Garamond" w:hAnsi="Garamond"/>
        </w:rPr>
      </w:pPr>
      <w:r w:rsidRPr="00553380">
        <w:rPr>
          <w:rFonts w:ascii="Garamond" w:hAnsi="Garamond"/>
        </w:rPr>
        <w:t>But — even here — His mercy calls:</w:t>
      </w:r>
    </w:p>
    <w:p w:rsidR="00553380" w:rsidRPr="00553380" w:rsidRDefault="00553380" w:rsidP="001E2F32">
      <w:pPr>
        <w:spacing w:line="480" w:lineRule="auto"/>
        <w:jc w:val="center"/>
        <w:rPr>
          <w:rFonts w:ascii="Garamond" w:hAnsi="Garamond"/>
        </w:rPr>
      </w:pPr>
      <w:r w:rsidRPr="00553380">
        <w:rPr>
          <w:rFonts w:ascii="Garamond" w:hAnsi="Garamond"/>
        </w:rPr>
        <w:t>“Return unto Me. For if you turn from your wickedness and humble yourselves, I will heal your land.”</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Am I living each day as if judgment is near — and mercy is available?</w:t>
      </w:r>
      <w:r w:rsidRPr="00553380">
        <w:rPr>
          <w:rFonts w:ascii="Garamond" w:hAnsi="Garamond"/>
        </w:rPr>
        <w:br/>
        <w:t>Am I wasting hours YAHUAH entrusted to me — while nations tremble?</w:t>
      </w:r>
      <w:r w:rsidRPr="00553380">
        <w:rPr>
          <w:rFonts w:ascii="Garamond" w:hAnsi="Garamond"/>
        </w:rPr>
        <w:br/>
        <w:t>Am I storing up treasures on earth — while eternity unfolds?</w:t>
      </w:r>
    </w:p>
    <w:p w:rsidR="00553380" w:rsidRPr="00553380" w:rsidRDefault="00553380" w:rsidP="001E2F32">
      <w:pPr>
        <w:spacing w:line="480" w:lineRule="auto"/>
        <w:jc w:val="center"/>
        <w:rPr>
          <w:rFonts w:ascii="Garamond" w:hAnsi="Garamond"/>
        </w:rPr>
      </w:pPr>
      <w:r w:rsidRPr="00553380">
        <w:rPr>
          <w:rFonts w:ascii="Garamond" w:hAnsi="Garamond"/>
        </w:rPr>
        <w:lastRenderedPageBreak/>
        <w:t>This day is not given for indulgence —</w:t>
      </w:r>
      <w:r w:rsidRPr="00553380">
        <w:rPr>
          <w:rFonts w:ascii="Garamond" w:hAnsi="Garamond"/>
        </w:rPr>
        <w:br/>
        <w:t>but for alignment.</w:t>
      </w:r>
      <w:r w:rsidRPr="00553380">
        <w:rPr>
          <w:rFonts w:ascii="Garamond" w:hAnsi="Garamond"/>
        </w:rPr>
        <w:br/>
        <w:t>Not for distraction —</w:t>
      </w:r>
      <w:r w:rsidRPr="00553380">
        <w:rPr>
          <w:rFonts w:ascii="Garamond" w:hAnsi="Garamond"/>
        </w:rPr>
        <w:br/>
        <w:t>but for divine assignment.</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“How Am I Redeeming This Day?”</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hours —</w:t>
      </w:r>
      <w:r w:rsidRPr="00553380">
        <w:rPr>
          <w:rFonts w:ascii="Garamond" w:hAnsi="Garamond"/>
        </w:rPr>
        <w:br/>
        <w:t>Where have I squandered what You ordained?</w:t>
      </w:r>
      <w:r w:rsidRPr="00553380">
        <w:rPr>
          <w:rFonts w:ascii="Garamond" w:hAnsi="Garamond"/>
        </w:rPr>
        <w:br/>
        <w:t>Where have I rushed past Your presence?</w:t>
      </w:r>
      <w:r w:rsidRPr="00553380">
        <w:rPr>
          <w:rFonts w:ascii="Garamond" w:hAnsi="Garamond"/>
        </w:rPr>
        <w:br/>
        <w:t>Where have I chosen distraction over devotion?</w:t>
      </w:r>
    </w:p>
    <w:p w:rsidR="00553380" w:rsidRPr="00553380" w:rsidRDefault="00553380" w:rsidP="001E2F32">
      <w:pPr>
        <w:spacing w:line="480" w:lineRule="auto"/>
        <w:jc w:val="center"/>
        <w:rPr>
          <w:rFonts w:ascii="Garamond" w:hAnsi="Garamond"/>
        </w:rPr>
      </w:pPr>
      <w:r w:rsidRPr="00553380">
        <w:rPr>
          <w:rFonts w:ascii="Garamond" w:hAnsi="Garamond"/>
        </w:rPr>
        <w:t>I repent of wasting Your days.</w:t>
      </w:r>
      <w:r w:rsidRPr="00553380">
        <w:rPr>
          <w:rFonts w:ascii="Garamond" w:hAnsi="Garamond"/>
        </w:rPr>
        <w:br/>
        <w:t>I reclaim this day — for worship, for witness, for warfare.</w:t>
      </w:r>
      <w:r w:rsidRPr="00553380">
        <w:rPr>
          <w:rFonts w:ascii="Garamond" w:hAnsi="Garamond"/>
        </w:rPr>
        <w:br/>
        <w:t>I surrender my schedule — to Your sovereignty.</w:t>
      </w:r>
    </w:p>
    <w:p w:rsidR="00553380" w:rsidRPr="00553380" w:rsidRDefault="00553380" w:rsidP="001E2F32">
      <w:pPr>
        <w:spacing w:line="480" w:lineRule="auto"/>
        <w:jc w:val="center"/>
        <w:rPr>
          <w:rFonts w:ascii="Garamond" w:hAnsi="Garamond"/>
        </w:rPr>
      </w:pPr>
      <w:r w:rsidRPr="00553380">
        <w:rPr>
          <w:rFonts w:ascii="Garamond" w:hAnsi="Garamond"/>
        </w:rPr>
        <w:t>Let every minute glorify You.</w:t>
      </w:r>
      <w:r w:rsidRPr="00553380">
        <w:rPr>
          <w:rFonts w:ascii="Garamond" w:hAnsi="Garamond"/>
        </w:rPr>
        <w:br/>
        <w:t>Let every moment carry eternal weight.</w:t>
      </w:r>
      <w:r w:rsidRPr="00553380">
        <w:rPr>
          <w:rFonts w:ascii="Garamond" w:hAnsi="Garamond"/>
        </w:rPr>
        <w:br/>
        <w:t>Let this day — be a banner of Your faithfulness.</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“YOM — THE SACRED ARCHITECTURE OF TIME”</w:t>
      </w:r>
    </w:p>
    <w:p w:rsidR="00553380" w:rsidRPr="00553380" w:rsidRDefault="00553380" w:rsidP="001E2F32">
      <w:pPr>
        <w:spacing w:line="480" w:lineRule="auto"/>
        <w:jc w:val="center"/>
        <w:rPr>
          <w:rFonts w:ascii="Garamond" w:hAnsi="Garamond"/>
        </w:rPr>
      </w:pPr>
      <w:r w:rsidRPr="00553380">
        <w:rPr>
          <w:rFonts w:ascii="Garamond" w:hAnsi="Garamond"/>
        </w:rPr>
        <w:t>Yom (</w:t>
      </w:r>
      <w:proofErr w:type="spellStart"/>
      <w:r w:rsidRPr="00553380">
        <w:rPr>
          <w:rFonts w:ascii="Times New Roman" w:hAnsi="Times New Roman" w:cs="Times New Roman"/>
        </w:rPr>
        <w:t>יוֹם</w:t>
      </w:r>
      <w:proofErr w:type="spellEnd"/>
      <w:r w:rsidRPr="00553380">
        <w:rPr>
          <w:rFonts w:ascii="Garamond" w:hAnsi="Garamond"/>
        </w:rPr>
        <w:t>) — “day” — in Hebrew thought, is never neutral.</w:t>
      </w:r>
      <w:r w:rsidRPr="00553380">
        <w:rPr>
          <w:rFonts w:ascii="Garamond" w:hAnsi="Garamond"/>
        </w:rPr>
        <w:br/>
        <w:t>It is:</w:t>
      </w:r>
    </w:p>
    <w:p w:rsidR="00553380" w:rsidRPr="00553380" w:rsidRDefault="00553380" w:rsidP="001E2F32">
      <w:pPr>
        <w:numPr>
          <w:ilvl w:val="0"/>
          <w:numId w:val="6"/>
        </w:numPr>
        <w:spacing w:line="480" w:lineRule="auto"/>
        <w:jc w:val="center"/>
        <w:rPr>
          <w:rFonts w:ascii="Garamond" w:hAnsi="Garamond"/>
        </w:rPr>
      </w:pPr>
      <w:r w:rsidRPr="00553380">
        <w:rPr>
          <w:rFonts w:ascii="Garamond" w:hAnsi="Garamond"/>
          <w:b/>
          <w:bCs/>
        </w:rPr>
        <w:t>Appointed</w:t>
      </w:r>
      <w:r w:rsidRPr="00553380">
        <w:rPr>
          <w:rFonts w:ascii="Garamond" w:hAnsi="Garamond"/>
        </w:rPr>
        <w:t> (Genesis 1:5 — “And there was evening and there was morning, one day”)</w:t>
      </w:r>
    </w:p>
    <w:p w:rsidR="00553380" w:rsidRPr="00553380" w:rsidRDefault="00553380" w:rsidP="001E2F32">
      <w:pPr>
        <w:numPr>
          <w:ilvl w:val="0"/>
          <w:numId w:val="6"/>
        </w:numPr>
        <w:spacing w:line="480" w:lineRule="auto"/>
        <w:jc w:val="center"/>
        <w:rPr>
          <w:rFonts w:ascii="Garamond" w:hAnsi="Garamond"/>
        </w:rPr>
      </w:pPr>
      <w:r w:rsidRPr="00553380">
        <w:rPr>
          <w:rFonts w:ascii="Garamond" w:hAnsi="Garamond"/>
          <w:b/>
          <w:bCs/>
        </w:rPr>
        <w:t>Covenantal</w:t>
      </w:r>
      <w:r w:rsidRPr="00553380">
        <w:rPr>
          <w:rFonts w:ascii="Garamond" w:hAnsi="Garamond"/>
        </w:rPr>
        <w:t> (Exodus 12:17 — “Keep this </w:t>
      </w:r>
      <w:proofErr w:type="spellStart"/>
      <w:r w:rsidRPr="00553380">
        <w:rPr>
          <w:rFonts w:ascii="Garamond" w:hAnsi="Garamond"/>
        </w:rPr>
        <w:t>yom</w:t>
      </w:r>
      <w:proofErr w:type="spellEnd"/>
      <w:r w:rsidRPr="00553380">
        <w:rPr>
          <w:rFonts w:ascii="Garamond" w:hAnsi="Garamond"/>
        </w:rPr>
        <w:t> as a statute forever”)</w:t>
      </w:r>
    </w:p>
    <w:p w:rsidR="00553380" w:rsidRPr="00553380" w:rsidRDefault="00553380" w:rsidP="001E2F32">
      <w:pPr>
        <w:numPr>
          <w:ilvl w:val="0"/>
          <w:numId w:val="6"/>
        </w:numPr>
        <w:spacing w:line="480" w:lineRule="auto"/>
        <w:jc w:val="center"/>
        <w:rPr>
          <w:rFonts w:ascii="Garamond" w:hAnsi="Garamond"/>
        </w:rPr>
      </w:pPr>
      <w:r w:rsidRPr="00553380">
        <w:rPr>
          <w:rFonts w:ascii="Garamond" w:hAnsi="Garamond"/>
          <w:b/>
          <w:bCs/>
        </w:rPr>
        <w:t>Prophetic</w:t>
      </w:r>
      <w:r w:rsidRPr="00553380">
        <w:rPr>
          <w:rFonts w:ascii="Garamond" w:hAnsi="Garamond"/>
        </w:rPr>
        <w:t> (Joel 2:1 — “Blow the trumpet in Zion… for the </w:t>
      </w:r>
      <w:proofErr w:type="spellStart"/>
      <w:r w:rsidRPr="00553380">
        <w:rPr>
          <w:rFonts w:ascii="Garamond" w:hAnsi="Garamond"/>
        </w:rPr>
        <w:t>yom</w:t>
      </w:r>
      <w:proofErr w:type="spellEnd"/>
      <w:r w:rsidRPr="00553380">
        <w:rPr>
          <w:rFonts w:ascii="Garamond" w:hAnsi="Garamond"/>
        </w:rPr>
        <w:t> of YAHUAH is coming”)</w:t>
      </w:r>
    </w:p>
    <w:p w:rsidR="00553380" w:rsidRPr="00553380" w:rsidRDefault="00553380" w:rsidP="001E2F32">
      <w:pPr>
        <w:numPr>
          <w:ilvl w:val="0"/>
          <w:numId w:val="6"/>
        </w:numPr>
        <w:spacing w:line="480" w:lineRule="auto"/>
        <w:jc w:val="center"/>
        <w:rPr>
          <w:rFonts w:ascii="Garamond" w:hAnsi="Garamond"/>
        </w:rPr>
      </w:pPr>
      <w:r w:rsidRPr="00553380">
        <w:rPr>
          <w:rFonts w:ascii="Garamond" w:hAnsi="Garamond"/>
          <w:b/>
          <w:bCs/>
        </w:rPr>
        <w:t>Redemptive</w:t>
      </w:r>
      <w:r w:rsidRPr="00553380">
        <w:rPr>
          <w:rFonts w:ascii="Garamond" w:hAnsi="Garamond"/>
        </w:rPr>
        <w:t> (Psalm 118:24 — “This is the </w:t>
      </w:r>
      <w:proofErr w:type="spellStart"/>
      <w:r w:rsidRPr="00553380">
        <w:rPr>
          <w:rFonts w:ascii="Garamond" w:hAnsi="Garamond"/>
        </w:rPr>
        <w:t>yom</w:t>
      </w:r>
      <w:proofErr w:type="spellEnd"/>
      <w:r w:rsidRPr="00553380">
        <w:rPr>
          <w:rFonts w:ascii="Garamond" w:hAnsi="Garamond"/>
        </w:rPr>
        <w:t> YAHUAH has made”)</w:t>
      </w:r>
    </w:p>
    <w:p w:rsidR="00553380" w:rsidRPr="00553380" w:rsidRDefault="00553380" w:rsidP="001E2F32">
      <w:pPr>
        <w:spacing w:line="480" w:lineRule="auto"/>
        <w:jc w:val="center"/>
        <w:rPr>
          <w:rFonts w:ascii="Garamond" w:hAnsi="Garamond"/>
        </w:rPr>
      </w:pPr>
      <w:r w:rsidRPr="00553380">
        <w:rPr>
          <w:rFonts w:ascii="Garamond" w:hAnsi="Garamond"/>
        </w:rPr>
        <w:t>Each </w:t>
      </w:r>
      <w:proofErr w:type="spellStart"/>
      <w:r w:rsidRPr="00553380">
        <w:rPr>
          <w:rFonts w:ascii="Garamond" w:hAnsi="Garamond"/>
        </w:rPr>
        <w:t>yom</w:t>
      </w:r>
      <w:proofErr w:type="spellEnd"/>
      <w:r w:rsidRPr="00553380">
        <w:rPr>
          <w:rFonts w:ascii="Garamond" w:hAnsi="Garamond"/>
        </w:rPr>
        <w:t> is a microcosm of eternity —</w:t>
      </w:r>
      <w:r w:rsidRPr="00553380">
        <w:rPr>
          <w:rFonts w:ascii="Garamond" w:hAnsi="Garamond"/>
        </w:rPr>
        <w:br/>
        <w:t>a chance to partner with YAHUAH in restoration,</w:t>
      </w:r>
      <w:r w:rsidRPr="00553380">
        <w:rPr>
          <w:rFonts w:ascii="Garamond" w:hAnsi="Garamond"/>
        </w:rPr>
        <w:br/>
        <w:t>in judgment,</w:t>
      </w:r>
      <w:r w:rsidRPr="00553380">
        <w:rPr>
          <w:rFonts w:ascii="Garamond" w:hAnsi="Garamond"/>
        </w:rPr>
        <w:br/>
        <w:t>in mercy.</w:t>
      </w:r>
    </w:p>
    <w:p w:rsidR="00553380" w:rsidRPr="00553380" w:rsidRDefault="00553380" w:rsidP="001E2F32">
      <w:pPr>
        <w:spacing w:line="480" w:lineRule="auto"/>
        <w:jc w:val="center"/>
        <w:rPr>
          <w:rFonts w:ascii="Garamond" w:hAnsi="Garamond"/>
        </w:rPr>
      </w:pPr>
      <w:r w:rsidRPr="00553380">
        <w:rPr>
          <w:rFonts w:ascii="Garamond" w:hAnsi="Garamond"/>
        </w:rPr>
        <w:t>When you say, “This is the day YAHUAH has made,”</w:t>
      </w:r>
      <w:r w:rsidRPr="00553380">
        <w:rPr>
          <w:rFonts w:ascii="Garamond" w:hAnsi="Garamond"/>
        </w:rPr>
        <w:br/>
        <w:t>you are not reciting poetry —</w:t>
      </w:r>
      <w:r w:rsidRPr="00553380">
        <w:rPr>
          <w:rFonts w:ascii="Garamond" w:hAnsi="Garamond"/>
        </w:rPr>
        <w:br/>
        <w:t>you are activating destiny.</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w:t>
      </w:r>
      <w:r w:rsidRPr="00553380">
        <w:rPr>
          <w:rFonts w:ascii="Garamond" w:hAnsi="Garamond"/>
          <w:b/>
          <w:bCs/>
        </w:rPr>
        <w:t>CLOSING PRAYER: “I Redeem This Day for Your Glory”</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Strip from me every lie that this day is ordinary.</w:t>
      </w:r>
      <w:r w:rsidRPr="00553380">
        <w:rPr>
          <w:rFonts w:ascii="Garamond" w:hAnsi="Garamond"/>
        </w:rPr>
        <w:br/>
        <w:t>Break every chain of procrastination, distraction, and fear.</w:t>
      </w:r>
      <w:r w:rsidRPr="00553380">
        <w:rPr>
          <w:rFonts w:ascii="Garamond" w:hAnsi="Garamond"/>
        </w:rPr>
        <w:br/>
        <w:t>Fill me with holy urgency to steward every hour.</w:t>
      </w:r>
    </w:p>
    <w:p w:rsidR="00553380" w:rsidRPr="00553380" w:rsidRDefault="00553380" w:rsidP="001E2F32">
      <w:pPr>
        <w:spacing w:line="480" w:lineRule="auto"/>
        <w:jc w:val="center"/>
        <w:rPr>
          <w:rFonts w:ascii="Garamond" w:hAnsi="Garamond"/>
        </w:rPr>
      </w:pPr>
      <w:r w:rsidRPr="00553380">
        <w:rPr>
          <w:rFonts w:ascii="Garamond" w:hAnsi="Garamond"/>
        </w:rPr>
        <w:lastRenderedPageBreak/>
        <w:t>I receive this day as Your gift.</w:t>
      </w:r>
      <w:r w:rsidRPr="00553380">
        <w:rPr>
          <w:rFonts w:ascii="Garamond" w:hAnsi="Garamond"/>
        </w:rPr>
        <w:br/>
        <w:t>I walk in it with joy — not because it’s easy —</w:t>
      </w:r>
      <w:r w:rsidRPr="00553380">
        <w:rPr>
          <w:rFonts w:ascii="Garamond" w:hAnsi="Garamond"/>
        </w:rPr>
        <w:br/>
        <w:t>but because You are in it.</w:t>
      </w:r>
    </w:p>
    <w:p w:rsidR="00553380" w:rsidRPr="00553380" w:rsidRDefault="00553380" w:rsidP="001E2F32">
      <w:pPr>
        <w:spacing w:line="480" w:lineRule="auto"/>
        <w:jc w:val="center"/>
        <w:rPr>
          <w:rFonts w:ascii="Garamond" w:hAnsi="Garamond"/>
        </w:rPr>
      </w:pPr>
      <w:r w:rsidRPr="00553380">
        <w:rPr>
          <w:rFonts w:ascii="Garamond" w:hAnsi="Garamond"/>
        </w:rPr>
        <w:t>Let my words release life.</w:t>
      </w:r>
      <w:r w:rsidRPr="00553380">
        <w:rPr>
          <w:rFonts w:ascii="Garamond" w:hAnsi="Garamond"/>
        </w:rPr>
        <w:br/>
        <w:t>Let my actions reflect Your Kingdom.</w:t>
      </w:r>
      <w:r w:rsidRPr="00553380">
        <w:rPr>
          <w:rFonts w:ascii="Garamond" w:hAnsi="Garamond"/>
        </w:rPr>
        <w:br/>
        <w:t>Let my presence carry Your peace.</w:t>
      </w:r>
    </w:p>
    <w:p w:rsidR="00553380" w:rsidRPr="00553380" w:rsidRDefault="00553380" w:rsidP="001E2F32">
      <w:pPr>
        <w:spacing w:line="480" w:lineRule="auto"/>
        <w:jc w:val="center"/>
        <w:rPr>
          <w:rFonts w:ascii="Garamond" w:hAnsi="Garamond"/>
        </w:rPr>
      </w:pPr>
      <w:r w:rsidRPr="00553380">
        <w:rPr>
          <w:rFonts w:ascii="Garamond" w:hAnsi="Garamond"/>
        </w:rPr>
        <w:t>I will not waste what You have woven.</w:t>
      </w:r>
      <w:r w:rsidRPr="00553380">
        <w:rPr>
          <w:rFonts w:ascii="Garamond" w:hAnsi="Garamond"/>
        </w:rPr>
        <w:br/>
        <w:t>I will not hide when You call me forth.</w:t>
      </w:r>
      <w:r w:rsidRPr="00553380">
        <w:rPr>
          <w:rFonts w:ascii="Garamond" w:hAnsi="Garamond"/>
        </w:rPr>
        <w:br/>
        <w:t>I will rejoice — and be glad — in this day.</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7: RETURN TO YOUR FIRST LOVE</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“Nevertheless I have this against you, that you have left your first love. Remember therefore from where you have fallen; repent and do the first works.”</w:t>
      </w:r>
      <w:r w:rsidRPr="00553380">
        <w:rPr>
          <w:rFonts w:ascii="Garamond" w:hAnsi="Garamond"/>
        </w:rPr>
        <w:br/>
        <w:t>— Revelation 2:4–5</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was a time…</w:t>
      </w:r>
      <w:r w:rsidRPr="00553380">
        <w:rPr>
          <w:rFonts w:ascii="Garamond" w:hAnsi="Garamond"/>
        </w:rPr>
        <w:br/>
        <w:t>when His Voice was your first thought at dawn.</w:t>
      </w:r>
      <w:r w:rsidRPr="00553380">
        <w:rPr>
          <w:rFonts w:ascii="Garamond" w:hAnsi="Garamond"/>
        </w:rPr>
        <w:br/>
        <w:t>when His Presence was your deepest hunger.</w:t>
      </w:r>
      <w:r w:rsidRPr="00553380">
        <w:rPr>
          <w:rFonts w:ascii="Garamond" w:hAnsi="Garamond"/>
        </w:rPr>
        <w:br/>
        <w:t>when His Word was sweeter than honey —</w:t>
      </w:r>
      <w:r w:rsidRPr="00553380">
        <w:rPr>
          <w:rFonts w:ascii="Garamond" w:hAnsi="Garamond"/>
        </w:rPr>
        <w:br/>
        <w:t>and obedience, your greatest joy.</w:t>
      </w:r>
    </w:p>
    <w:p w:rsidR="00553380" w:rsidRPr="00553380" w:rsidRDefault="00553380" w:rsidP="001E2F32">
      <w:pPr>
        <w:spacing w:line="480" w:lineRule="auto"/>
        <w:jc w:val="center"/>
        <w:rPr>
          <w:rFonts w:ascii="Garamond" w:hAnsi="Garamond"/>
        </w:rPr>
      </w:pPr>
      <w:r w:rsidRPr="00553380">
        <w:rPr>
          <w:rFonts w:ascii="Garamond" w:hAnsi="Garamond"/>
        </w:rPr>
        <w:t>You didn’t serve out of duty —</w:t>
      </w:r>
      <w:r w:rsidRPr="00553380">
        <w:rPr>
          <w:rFonts w:ascii="Garamond" w:hAnsi="Garamond"/>
        </w:rPr>
        <w:br/>
        <w:t>but delight.</w:t>
      </w:r>
      <w:r w:rsidRPr="00553380">
        <w:rPr>
          <w:rFonts w:ascii="Garamond" w:hAnsi="Garamond"/>
        </w:rPr>
        <w:br/>
        <w:t>You didn’t worship out of ritual —</w:t>
      </w:r>
      <w:r w:rsidRPr="00553380">
        <w:rPr>
          <w:rFonts w:ascii="Garamond" w:hAnsi="Garamond"/>
        </w:rPr>
        <w:br/>
        <w:t>but ravishment.</w:t>
      </w:r>
    </w:p>
    <w:p w:rsidR="00553380" w:rsidRPr="00553380" w:rsidRDefault="00553380" w:rsidP="001E2F32">
      <w:pPr>
        <w:spacing w:line="480" w:lineRule="auto"/>
        <w:jc w:val="center"/>
        <w:rPr>
          <w:rFonts w:ascii="Garamond" w:hAnsi="Garamond"/>
        </w:rPr>
      </w:pPr>
      <w:r w:rsidRPr="00553380">
        <w:rPr>
          <w:rFonts w:ascii="Garamond" w:hAnsi="Garamond"/>
        </w:rPr>
        <w:t>But slowly — subtly — the fire dimmed.</w:t>
      </w:r>
      <w:r w:rsidRPr="00553380">
        <w:rPr>
          <w:rFonts w:ascii="Garamond" w:hAnsi="Garamond"/>
        </w:rPr>
        <w:br/>
        <w:t>Not because He moved —</w:t>
      </w:r>
      <w:r w:rsidRPr="00553380">
        <w:rPr>
          <w:rFonts w:ascii="Garamond" w:hAnsi="Garamond"/>
        </w:rPr>
        <w:br/>
        <w:t>but because you drifted.</w:t>
      </w:r>
      <w:r w:rsidRPr="00553380">
        <w:rPr>
          <w:rFonts w:ascii="Garamond" w:hAnsi="Garamond"/>
        </w:rPr>
        <w:br/>
        <w:t>Not because He withdrew —</w:t>
      </w:r>
      <w:r w:rsidRPr="00553380">
        <w:rPr>
          <w:rFonts w:ascii="Garamond" w:hAnsi="Garamond"/>
        </w:rPr>
        <w:br/>
        <w:t>but because you got distracted.</w:t>
      </w:r>
    </w:p>
    <w:p w:rsidR="00553380" w:rsidRPr="00553380" w:rsidRDefault="00553380" w:rsidP="001E2F32">
      <w:pPr>
        <w:spacing w:line="480" w:lineRule="auto"/>
        <w:jc w:val="center"/>
        <w:rPr>
          <w:rFonts w:ascii="Garamond" w:hAnsi="Garamond"/>
        </w:rPr>
      </w:pPr>
      <w:r w:rsidRPr="00553380">
        <w:rPr>
          <w:rFonts w:ascii="Garamond" w:hAnsi="Garamond"/>
        </w:rPr>
        <w:t>YAHUAH whispers — not in anger, but in anguish:</w:t>
      </w:r>
    </w:p>
    <w:p w:rsidR="00553380" w:rsidRPr="00553380" w:rsidRDefault="00553380" w:rsidP="001E2F32">
      <w:pPr>
        <w:spacing w:line="480" w:lineRule="auto"/>
        <w:jc w:val="center"/>
        <w:rPr>
          <w:rFonts w:ascii="Garamond" w:hAnsi="Garamond"/>
        </w:rPr>
      </w:pPr>
      <w:r w:rsidRPr="00553380">
        <w:rPr>
          <w:rFonts w:ascii="Garamond" w:hAnsi="Garamond"/>
        </w:rPr>
        <w:t>“I would have stayed with you, but you left and chose another… O, the pain of betrayal! O, the wound of rejection!”</w:t>
      </w:r>
    </w:p>
    <w:p w:rsidR="00553380" w:rsidRPr="00553380" w:rsidRDefault="00553380" w:rsidP="001E2F32">
      <w:pPr>
        <w:spacing w:line="480" w:lineRule="auto"/>
        <w:jc w:val="center"/>
        <w:rPr>
          <w:rFonts w:ascii="Garamond" w:hAnsi="Garamond"/>
        </w:rPr>
      </w:pPr>
      <w:r w:rsidRPr="00553380">
        <w:rPr>
          <w:rFonts w:ascii="Garamond" w:hAnsi="Garamond"/>
        </w:rPr>
        <w:lastRenderedPageBreak/>
        <w:t>This is not condemnation — it is invitation.</w:t>
      </w:r>
      <w:r w:rsidRPr="00553380">
        <w:rPr>
          <w:rFonts w:ascii="Garamond" w:hAnsi="Garamond"/>
        </w:rPr>
        <w:br/>
        <w:t>Not judgment — but longing.</w:t>
      </w:r>
      <w:r w:rsidRPr="00553380">
        <w:rPr>
          <w:rFonts w:ascii="Garamond" w:hAnsi="Garamond"/>
        </w:rPr>
        <w:br/>
        <w:t>He is not waiting to punish you —</w:t>
      </w:r>
      <w:r w:rsidRPr="00553380">
        <w:rPr>
          <w:rFonts w:ascii="Garamond" w:hAnsi="Garamond"/>
        </w:rPr>
        <w:br/>
        <w:t>He is standing with open arms…</w:t>
      </w:r>
      <w:r w:rsidRPr="00553380">
        <w:rPr>
          <w:rFonts w:ascii="Garamond" w:hAnsi="Garamond"/>
        </w:rPr>
        <w:br/>
        <w:t>waiting to restore you.</w:t>
      </w:r>
    </w:p>
    <w:p w:rsidR="00553380" w:rsidRPr="00553380" w:rsidRDefault="00553380" w:rsidP="001E2F32">
      <w:pPr>
        <w:spacing w:line="480" w:lineRule="auto"/>
        <w:jc w:val="center"/>
        <w:rPr>
          <w:rFonts w:ascii="Garamond" w:hAnsi="Garamond"/>
        </w:rPr>
      </w:pPr>
      <w:r w:rsidRPr="00553380">
        <w:rPr>
          <w:rFonts w:ascii="Garamond" w:hAnsi="Garamond"/>
        </w:rPr>
        <w:t>—</w:t>
      </w:r>
    </w:p>
    <w:p w:rsidR="003670D5" w:rsidRDefault="003670D5">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First Love Letter”</w:t>
      </w:r>
    </w:p>
    <w:p w:rsidR="00553380" w:rsidRPr="00553380" w:rsidRDefault="00553380" w:rsidP="001E2F32">
      <w:pPr>
        <w:spacing w:line="480" w:lineRule="auto"/>
        <w:jc w:val="center"/>
        <w:rPr>
          <w:rFonts w:ascii="Garamond" w:hAnsi="Garamond"/>
        </w:rPr>
      </w:pPr>
      <w:r w:rsidRPr="00553380">
        <w:rPr>
          <w:rFonts w:ascii="Garamond" w:hAnsi="Garamond"/>
        </w:rPr>
        <w:t>Do you remember?</w:t>
      </w:r>
      <w:r w:rsidRPr="00553380">
        <w:rPr>
          <w:rFonts w:ascii="Garamond" w:hAnsi="Garamond"/>
        </w:rPr>
        <w:br/>
        <w:t>When My Voice was your sunrise.</w:t>
      </w:r>
      <w:r w:rsidRPr="00553380">
        <w:rPr>
          <w:rFonts w:ascii="Garamond" w:hAnsi="Garamond"/>
        </w:rPr>
        <w:br/>
        <w:t>When My Name was your lullaby.</w:t>
      </w:r>
      <w:r w:rsidRPr="00553380">
        <w:rPr>
          <w:rFonts w:ascii="Garamond" w:hAnsi="Garamond"/>
        </w:rPr>
        <w:br/>
        <w:t>When My Presence was your oxygen.</w:t>
      </w:r>
    </w:p>
    <w:p w:rsidR="00553380" w:rsidRPr="00553380" w:rsidRDefault="00553380" w:rsidP="001E2F32">
      <w:pPr>
        <w:spacing w:line="480" w:lineRule="auto"/>
        <w:jc w:val="center"/>
        <w:rPr>
          <w:rFonts w:ascii="Garamond" w:hAnsi="Garamond"/>
        </w:rPr>
      </w:pPr>
      <w:r w:rsidRPr="00553380">
        <w:rPr>
          <w:rFonts w:ascii="Garamond" w:hAnsi="Garamond"/>
        </w:rPr>
        <w:t>You didn’t need blessings —</w:t>
      </w:r>
      <w:r w:rsidRPr="00553380">
        <w:rPr>
          <w:rFonts w:ascii="Garamond" w:hAnsi="Garamond"/>
        </w:rPr>
        <w:br/>
        <w:t>You needed Me.</w:t>
      </w:r>
      <w:r w:rsidRPr="00553380">
        <w:rPr>
          <w:rFonts w:ascii="Garamond" w:hAnsi="Garamond"/>
        </w:rPr>
        <w:br/>
        <w:t>You didn’t crave miracles —</w:t>
      </w:r>
      <w:r w:rsidRPr="00553380">
        <w:rPr>
          <w:rFonts w:ascii="Garamond" w:hAnsi="Garamond"/>
        </w:rPr>
        <w:br/>
        <w:t>You craved My mouth speaking over you.</w:t>
      </w:r>
    </w:p>
    <w:p w:rsidR="00553380" w:rsidRPr="00553380" w:rsidRDefault="00553380" w:rsidP="001E2F32">
      <w:pPr>
        <w:spacing w:line="480" w:lineRule="auto"/>
        <w:jc w:val="center"/>
        <w:rPr>
          <w:rFonts w:ascii="Garamond" w:hAnsi="Garamond"/>
        </w:rPr>
      </w:pPr>
      <w:r w:rsidRPr="00553380">
        <w:rPr>
          <w:rFonts w:ascii="Garamond" w:hAnsi="Garamond"/>
        </w:rPr>
        <w:t>Then… other voices crept in.</w:t>
      </w:r>
      <w:r w:rsidRPr="00553380">
        <w:rPr>
          <w:rFonts w:ascii="Garamond" w:hAnsi="Garamond"/>
        </w:rPr>
        <w:br/>
        <w:t>Other loves took root.</w:t>
      </w:r>
      <w:r w:rsidRPr="00553380">
        <w:rPr>
          <w:rFonts w:ascii="Garamond" w:hAnsi="Garamond"/>
        </w:rPr>
        <w:br/>
        <w:t>Other altars stole your gaze.</w:t>
      </w:r>
    </w:p>
    <w:p w:rsidR="00553380" w:rsidRPr="00553380" w:rsidRDefault="00553380" w:rsidP="001E2F32">
      <w:pPr>
        <w:spacing w:line="480" w:lineRule="auto"/>
        <w:jc w:val="center"/>
        <w:rPr>
          <w:rFonts w:ascii="Garamond" w:hAnsi="Garamond"/>
        </w:rPr>
      </w:pPr>
      <w:r w:rsidRPr="00553380">
        <w:rPr>
          <w:rFonts w:ascii="Garamond" w:hAnsi="Garamond"/>
        </w:rPr>
        <w:t>But I never left.</w:t>
      </w:r>
      <w:r w:rsidRPr="00553380">
        <w:rPr>
          <w:rFonts w:ascii="Garamond" w:hAnsi="Garamond"/>
        </w:rPr>
        <w:br/>
        <w:t>I never withdrew.</w:t>
      </w:r>
      <w:r w:rsidRPr="00553380">
        <w:rPr>
          <w:rFonts w:ascii="Garamond" w:hAnsi="Garamond"/>
        </w:rPr>
        <w:br/>
        <w:t>I never stopped calling.</w:t>
      </w:r>
    </w:p>
    <w:p w:rsidR="00553380" w:rsidRPr="00553380" w:rsidRDefault="00553380" w:rsidP="001E2F32">
      <w:pPr>
        <w:spacing w:line="480" w:lineRule="auto"/>
        <w:jc w:val="center"/>
        <w:rPr>
          <w:rFonts w:ascii="Garamond" w:hAnsi="Garamond"/>
        </w:rPr>
      </w:pPr>
      <w:r w:rsidRPr="00553380">
        <w:rPr>
          <w:rFonts w:ascii="Garamond" w:hAnsi="Garamond"/>
        </w:rPr>
        <w:t>Return.</w:t>
      </w:r>
      <w:r w:rsidRPr="00553380">
        <w:rPr>
          <w:rFonts w:ascii="Garamond" w:hAnsi="Garamond"/>
        </w:rPr>
        <w:br/>
        <w:t>Not to performance —</w:t>
      </w:r>
      <w:r w:rsidRPr="00553380">
        <w:rPr>
          <w:rFonts w:ascii="Garamond" w:hAnsi="Garamond"/>
        </w:rPr>
        <w:br/>
        <w:t>but to passion.</w:t>
      </w:r>
      <w:r w:rsidRPr="00553380">
        <w:rPr>
          <w:rFonts w:ascii="Garamond" w:hAnsi="Garamond"/>
        </w:rPr>
        <w:br/>
        <w:t>Not to religion —</w:t>
      </w:r>
      <w:r w:rsidRPr="00553380">
        <w:rPr>
          <w:rFonts w:ascii="Garamond" w:hAnsi="Garamond"/>
        </w:rPr>
        <w:br/>
        <w:t>but to relationship.</w:t>
      </w:r>
    </w:p>
    <w:p w:rsidR="00553380" w:rsidRPr="00553380" w:rsidRDefault="00553380" w:rsidP="001E2F32">
      <w:pPr>
        <w:spacing w:line="480" w:lineRule="auto"/>
        <w:jc w:val="center"/>
        <w:rPr>
          <w:rFonts w:ascii="Garamond" w:hAnsi="Garamond"/>
        </w:rPr>
      </w:pPr>
      <w:r w:rsidRPr="00553380">
        <w:rPr>
          <w:rFonts w:ascii="Garamond" w:hAnsi="Garamond"/>
        </w:rPr>
        <w:lastRenderedPageBreak/>
        <w:t>I am still here.</w:t>
      </w:r>
      <w:r w:rsidRPr="00553380">
        <w:rPr>
          <w:rFonts w:ascii="Garamond" w:hAnsi="Garamond"/>
        </w:rPr>
        <w:br/>
        <w:t>Still waiting.</w:t>
      </w:r>
      <w:r w:rsidRPr="00553380">
        <w:rPr>
          <w:rFonts w:ascii="Garamond" w:hAnsi="Garamond"/>
        </w:rPr>
        <w:br/>
        <w:t>Still loving.</w:t>
      </w:r>
    </w:p>
    <w:p w:rsidR="00553380" w:rsidRPr="00553380" w:rsidRDefault="00553380" w:rsidP="001E2F32">
      <w:pPr>
        <w:spacing w:line="480" w:lineRule="auto"/>
        <w:jc w:val="center"/>
        <w:rPr>
          <w:rFonts w:ascii="Garamond" w:hAnsi="Garamond"/>
        </w:rPr>
      </w:pPr>
      <w:r w:rsidRPr="00553380">
        <w:rPr>
          <w:rFonts w:ascii="Garamond" w:hAnsi="Garamond"/>
        </w:rPr>
        <w:t>— Inspired by Revelation 2:4–5</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Returning Heart”</w:t>
      </w:r>
    </w:p>
    <w:p w:rsidR="00553380" w:rsidRPr="00553380" w:rsidRDefault="00553380" w:rsidP="001E2F32">
      <w:pPr>
        <w:spacing w:line="480" w:lineRule="auto"/>
        <w:jc w:val="center"/>
        <w:rPr>
          <w:rFonts w:ascii="Garamond" w:hAnsi="Garamond"/>
        </w:rPr>
      </w:pPr>
      <w:r w:rsidRPr="00553380">
        <w:rPr>
          <w:rFonts w:ascii="Garamond" w:hAnsi="Garamond"/>
        </w:rPr>
        <w:t>Leader: YAHUAH, I confess — I have drifted from my first love —</w:t>
      </w:r>
      <w:r w:rsidRPr="00553380">
        <w:rPr>
          <w:rFonts w:ascii="Garamond" w:hAnsi="Garamond"/>
        </w:rPr>
        <w:br/>
        <w:t>People: Forgive me. Draw me back into Your embrace.</w:t>
      </w:r>
    </w:p>
    <w:p w:rsidR="00553380" w:rsidRPr="00553380" w:rsidRDefault="00553380" w:rsidP="001E2F32">
      <w:pPr>
        <w:spacing w:line="480" w:lineRule="auto"/>
        <w:jc w:val="center"/>
        <w:rPr>
          <w:rFonts w:ascii="Garamond" w:hAnsi="Garamond"/>
        </w:rPr>
      </w:pPr>
      <w:r w:rsidRPr="00553380">
        <w:rPr>
          <w:rFonts w:ascii="Garamond" w:hAnsi="Garamond"/>
        </w:rPr>
        <w:t>Leader: I have substituted activity for intimacy —</w:t>
      </w:r>
      <w:r w:rsidRPr="00553380">
        <w:rPr>
          <w:rFonts w:ascii="Garamond" w:hAnsi="Garamond"/>
        </w:rPr>
        <w:br/>
        <w:t>People: Awaken in me holy hunger for Your Presence alone.</w:t>
      </w:r>
    </w:p>
    <w:p w:rsidR="00553380" w:rsidRPr="00553380" w:rsidRDefault="00553380" w:rsidP="001E2F32">
      <w:pPr>
        <w:spacing w:line="480" w:lineRule="auto"/>
        <w:jc w:val="center"/>
        <w:rPr>
          <w:rFonts w:ascii="Garamond" w:hAnsi="Garamond"/>
        </w:rPr>
      </w:pPr>
      <w:r w:rsidRPr="00553380">
        <w:rPr>
          <w:rFonts w:ascii="Garamond" w:hAnsi="Garamond"/>
        </w:rPr>
        <w:t>Leader: I have chased blessings more than the Blesser —</w:t>
      </w:r>
      <w:r w:rsidRPr="00553380">
        <w:rPr>
          <w:rFonts w:ascii="Garamond" w:hAnsi="Garamond"/>
        </w:rPr>
        <w:br/>
        <w:t>People: Realign my heart — let only You satisfy me.</w:t>
      </w:r>
    </w:p>
    <w:p w:rsidR="00553380" w:rsidRPr="00553380" w:rsidRDefault="00553380" w:rsidP="001E2F32">
      <w:pPr>
        <w:spacing w:line="480" w:lineRule="auto"/>
        <w:jc w:val="center"/>
        <w:rPr>
          <w:rFonts w:ascii="Garamond" w:hAnsi="Garamond"/>
        </w:rPr>
      </w:pPr>
      <w:r w:rsidRPr="00553380">
        <w:rPr>
          <w:rFonts w:ascii="Garamond" w:hAnsi="Garamond"/>
        </w:rPr>
        <w:t>Leader: I return — not with offerings — but with emptiness —</w:t>
      </w:r>
      <w:r w:rsidRPr="00553380">
        <w:rPr>
          <w:rFonts w:ascii="Garamond" w:hAnsi="Garamond"/>
        </w:rPr>
        <w:br/>
        <w:t>People: Fill me again with the fire of first love.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Love that never </w:t>
      </w:r>
      <w:proofErr w:type="spellStart"/>
      <w:proofErr w:type="gramStart"/>
      <w:r w:rsidRPr="00553380">
        <w:rPr>
          <w:rFonts w:ascii="Garamond" w:hAnsi="Garamond"/>
        </w:rPr>
        <w:t>lets</w:t>
      </w:r>
      <w:proofErr w:type="spellEnd"/>
      <w:proofErr w:type="gramEnd"/>
      <w:r w:rsidRPr="00553380">
        <w:rPr>
          <w:rFonts w:ascii="Garamond" w:hAnsi="Garamond"/>
        </w:rPr>
        <w:t xml:space="preserve"> go!</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where I’ve drifted — and draw me back.”)</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“In Strange Lands — The Songs of Zion”</w:t>
      </w:r>
    </w:p>
    <w:p w:rsidR="00553380" w:rsidRPr="00553380" w:rsidRDefault="00553380" w:rsidP="001E2F32">
      <w:pPr>
        <w:spacing w:line="480" w:lineRule="auto"/>
        <w:jc w:val="center"/>
        <w:rPr>
          <w:rFonts w:ascii="Garamond" w:hAnsi="Garamond"/>
        </w:rPr>
      </w:pPr>
      <w:r w:rsidRPr="00553380">
        <w:rPr>
          <w:rFonts w:ascii="Garamond" w:hAnsi="Garamond"/>
        </w:rPr>
        <w:t>“Even in strange lands, the faithful lifted up songs of Zion. Their enemies mocked them saying, ‘Sing us one of your songs,’ but their voices rose as incense before YAHUAH.”</w:t>
      </w:r>
    </w:p>
    <w:p w:rsidR="00553380" w:rsidRPr="00553380" w:rsidRDefault="00553380" w:rsidP="001E2F32">
      <w:pPr>
        <w:spacing w:line="480" w:lineRule="auto"/>
        <w:jc w:val="center"/>
        <w:rPr>
          <w:rFonts w:ascii="Garamond" w:hAnsi="Garamond"/>
        </w:rPr>
      </w:pPr>
      <w:r w:rsidRPr="00553380">
        <w:rPr>
          <w:rFonts w:ascii="Garamond" w:hAnsi="Garamond"/>
        </w:rPr>
        <w:t>You may feel like you’re in a strange land right now —</w:t>
      </w:r>
      <w:r w:rsidRPr="00553380">
        <w:rPr>
          <w:rFonts w:ascii="Garamond" w:hAnsi="Garamond"/>
        </w:rPr>
        <w:br/>
        <w:t>far from the fire of your first love,</w:t>
      </w:r>
      <w:r w:rsidRPr="00553380">
        <w:rPr>
          <w:rFonts w:ascii="Garamond" w:hAnsi="Garamond"/>
        </w:rPr>
        <w:br/>
        <w:t>surrounded by distractions,</w:t>
      </w:r>
      <w:r w:rsidRPr="00553380">
        <w:rPr>
          <w:rFonts w:ascii="Garamond" w:hAnsi="Garamond"/>
        </w:rPr>
        <w:br/>
        <w:t>mocked by memories of what used to be.</w:t>
      </w:r>
    </w:p>
    <w:p w:rsidR="00553380" w:rsidRPr="00553380" w:rsidRDefault="00553380" w:rsidP="001E2F32">
      <w:pPr>
        <w:spacing w:line="480" w:lineRule="auto"/>
        <w:jc w:val="center"/>
        <w:rPr>
          <w:rFonts w:ascii="Garamond" w:hAnsi="Garamond"/>
        </w:rPr>
      </w:pPr>
      <w:r w:rsidRPr="00553380">
        <w:rPr>
          <w:rFonts w:ascii="Garamond" w:hAnsi="Garamond"/>
        </w:rPr>
        <w:t>But YAHUAH says:</w:t>
      </w:r>
    </w:p>
    <w:p w:rsidR="00553380" w:rsidRPr="00553380" w:rsidRDefault="00553380" w:rsidP="001E2F32">
      <w:pPr>
        <w:spacing w:line="480" w:lineRule="auto"/>
        <w:jc w:val="center"/>
        <w:rPr>
          <w:rFonts w:ascii="Garamond" w:hAnsi="Garamond"/>
        </w:rPr>
      </w:pPr>
      <w:r w:rsidRPr="00553380">
        <w:rPr>
          <w:rFonts w:ascii="Garamond" w:hAnsi="Garamond"/>
        </w:rPr>
        <w:t>“For the same hand that scattered will also gather. The same voice that decreed judgment will speak restoration.”</w:t>
      </w:r>
    </w:p>
    <w:p w:rsidR="00553380" w:rsidRPr="00553380" w:rsidRDefault="00553380" w:rsidP="001E2F32">
      <w:pPr>
        <w:spacing w:line="480" w:lineRule="auto"/>
        <w:jc w:val="center"/>
        <w:rPr>
          <w:rFonts w:ascii="Garamond" w:hAnsi="Garamond"/>
        </w:rPr>
      </w:pPr>
      <w:r w:rsidRPr="00553380">
        <w:rPr>
          <w:rFonts w:ascii="Garamond" w:hAnsi="Garamond"/>
        </w:rPr>
        <w:t>Your captivity is not the end — it’s refining.</w:t>
      </w:r>
      <w:r w:rsidRPr="00553380">
        <w:rPr>
          <w:rFonts w:ascii="Garamond" w:hAnsi="Garamond"/>
        </w:rPr>
        <w:br/>
        <w:t>Your wilderness is not punishment — it’s preparation.</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What “strange land” am I in spiritually?</w:t>
      </w:r>
      <w:r w:rsidRPr="00553380">
        <w:rPr>
          <w:rFonts w:ascii="Garamond" w:hAnsi="Garamond"/>
        </w:rPr>
        <w:br/>
        <w:t>— Dryness? Distance? Distraction?</w:t>
      </w:r>
    </w:p>
    <w:p w:rsidR="00553380" w:rsidRPr="00553380" w:rsidRDefault="00553380" w:rsidP="001E2F32">
      <w:pPr>
        <w:spacing w:line="480" w:lineRule="auto"/>
        <w:jc w:val="center"/>
        <w:rPr>
          <w:rFonts w:ascii="Garamond" w:hAnsi="Garamond"/>
        </w:rPr>
      </w:pPr>
      <w:r w:rsidRPr="00553380">
        <w:rPr>
          <w:rFonts w:ascii="Garamond" w:hAnsi="Garamond"/>
        </w:rPr>
        <w:t>What song am I refusing to sing — because it hurts too much to remember?</w:t>
      </w:r>
      <w:r w:rsidRPr="00553380">
        <w:rPr>
          <w:rFonts w:ascii="Garamond" w:hAnsi="Garamond"/>
        </w:rPr>
        <w:br/>
        <w:t>— The song of surrender?</w:t>
      </w:r>
      <w:r w:rsidRPr="00553380">
        <w:rPr>
          <w:rFonts w:ascii="Garamond" w:hAnsi="Garamond"/>
        </w:rPr>
        <w:br/>
        <w:t>— The song of trust?</w:t>
      </w:r>
      <w:r w:rsidRPr="00553380">
        <w:rPr>
          <w:rFonts w:ascii="Garamond" w:hAnsi="Garamond"/>
        </w:rPr>
        <w:br/>
        <w:t>— The song of abandoned worship?</w:t>
      </w:r>
    </w:p>
    <w:p w:rsidR="00553380" w:rsidRPr="00553380" w:rsidRDefault="00553380" w:rsidP="001E2F32">
      <w:pPr>
        <w:spacing w:line="480" w:lineRule="auto"/>
        <w:jc w:val="center"/>
        <w:rPr>
          <w:rFonts w:ascii="Garamond" w:hAnsi="Garamond"/>
        </w:rPr>
      </w:pPr>
      <w:r w:rsidRPr="00553380">
        <w:rPr>
          <w:rFonts w:ascii="Garamond" w:hAnsi="Garamond"/>
        </w:rPr>
        <w:t>Sing it anyway.</w:t>
      </w:r>
      <w:r w:rsidRPr="00553380">
        <w:rPr>
          <w:rFonts w:ascii="Garamond" w:hAnsi="Garamond"/>
        </w:rPr>
        <w:br/>
        <w:t>Through tears.</w:t>
      </w:r>
      <w:r w:rsidRPr="00553380">
        <w:rPr>
          <w:rFonts w:ascii="Garamond" w:hAnsi="Garamond"/>
        </w:rPr>
        <w:br/>
      </w:r>
      <w:r w:rsidRPr="00553380">
        <w:rPr>
          <w:rFonts w:ascii="Garamond" w:hAnsi="Garamond"/>
        </w:rPr>
        <w:lastRenderedPageBreak/>
        <w:t>Through trembling.</w:t>
      </w:r>
      <w:r w:rsidRPr="00553380">
        <w:rPr>
          <w:rFonts w:ascii="Garamond" w:hAnsi="Garamond"/>
        </w:rPr>
        <w:br/>
        <w:t>Through brokenness.</w:t>
      </w:r>
    </w:p>
    <w:p w:rsidR="00553380" w:rsidRPr="00553380" w:rsidRDefault="00553380" w:rsidP="001E2F32">
      <w:pPr>
        <w:spacing w:line="480" w:lineRule="auto"/>
        <w:jc w:val="center"/>
        <w:rPr>
          <w:rFonts w:ascii="Garamond" w:hAnsi="Garamond"/>
        </w:rPr>
      </w:pPr>
      <w:r w:rsidRPr="00553380">
        <w:rPr>
          <w:rFonts w:ascii="Garamond" w:hAnsi="Garamond"/>
        </w:rPr>
        <w:t>Your song in exile — becomes your testimony in restoration.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“Where Have I Drifted?”</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heart —</w:t>
      </w:r>
      <w:r w:rsidRPr="00553380">
        <w:rPr>
          <w:rFonts w:ascii="Garamond" w:hAnsi="Garamond"/>
        </w:rPr>
        <w:br/>
        <w:t>Where have I substituted duty for delight?</w:t>
      </w:r>
      <w:r w:rsidRPr="00553380">
        <w:rPr>
          <w:rFonts w:ascii="Garamond" w:hAnsi="Garamond"/>
        </w:rPr>
        <w:br/>
        <w:t>Where have I chosen comfort over closeness?</w:t>
      </w:r>
      <w:r w:rsidRPr="00553380">
        <w:rPr>
          <w:rFonts w:ascii="Garamond" w:hAnsi="Garamond"/>
        </w:rPr>
        <w:br/>
        <w:t>Where have I let other loves eclipse You?</w:t>
      </w:r>
    </w:p>
    <w:p w:rsidR="00553380" w:rsidRPr="00553380" w:rsidRDefault="00553380" w:rsidP="001E2F32">
      <w:pPr>
        <w:spacing w:line="480" w:lineRule="auto"/>
        <w:jc w:val="center"/>
        <w:rPr>
          <w:rFonts w:ascii="Garamond" w:hAnsi="Garamond"/>
        </w:rPr>
      </w:pPr>
      <w:r w:rsidRPr="00553380">
        <w:rPr>
          <w:rFonts w:ascii="Garamond" w:hAnsi="Garamond"/>
        </w:rPr>
        <w:t>I repent of drifting.</w:t>
      </w:r>
      <w:r w:rsidRPr="00553380">
        <w:rPr>
          <w:rFonts w:ascii="Garamond" w:hAnsi="Garamond"/>
        </w:rPr>
        <w:br/>
        <w:t>I renounce every idol — subtle or obvious.</w:t>
      </w:r>
      <w:r w:rsidRPr="00553380">
        <w:rPr>
          <w:rFonts w:ascii="Garamond" w:hAnsi="Garamond"/>
        </w:rPr>
        <w:br/>
        <w:t>I choose to return — not perfectly — but passionately.</w:t>
      </w:r>
    </w:p>
    <w:p w:rsidR="00553380" w:rsidRPr="00553380" w:rsidRDefault="00553380" w:rsidP="001E2F32">
      <w:pPr>
        <w:spacing w:line="480" w:lineRule="auto"/>
        <w:jc w:val="center"/>
        <w:rPr>
          <w:rFonts w:ascii="Garamond" w:hAnsi="Garamond"/>
        </w:rPr>
      </w:pPr>
      <w:r w:rsidRPr="00553380">
        <w:rPr>
          <w:rFonts w:ascii="Garamond" w:hAnsi="Garamond"/>
        </w:rPr>
        <w:t xml:space="preserve">Rekindle in </w:t>
      </w:r>
      <w:proofErr w:type="spellStart"/>
      <w:r w:rsidRPr="00553380">
        <w:rPr>
          <w:rFonts w:ascii="Garamond" w:hAnsi="Garamond"/>
        </w:rPr>
        <w:t>me</w:t>
      </w:r>
      <w:proofErr w:type="spellEnd"/>
      <w:r w:rsidRPr="00553380">
        <w:rPr>
          <w:rFonts w:ascii="Garamond" w:hAnsi="Garamond"/>
        </w:rPr>
        <w:t xml:space="preserve"> first love.</w:t>
      </w:r>
      <w:r w:rsidRPr="00553380">
        <w:rPr>
          <w:rFonts w:ascii="Garamond" w:hAnsi="Garamond"/>
        </w:rPr>
        <w:br/>
        <w:t>Restore to me the joy of Your salvation.</w:t>
      </w:r>
      <w:r w:rsidRPr="00553380">
        <w:rPr>
          <w:rFonts w:ascii="Garamond" w:hAnsi="Garamond"/>
        </w:rPr>
        <w:br/>
        <w:t>Let my life become a love song — again.</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“AHAVAH RISHONAH — THE COVENANTAL FIRST LOVE”</w:t>
      </w:r>
    </w:p>
    <w:p w:rsidR="00553380" w:rsidRPr="00553380" w:rsidRDefault="00553380" w:rsidP="001E2F32">
      <w:pPr>
        <w:spacing w:line="480" w:lineRule="auto"/>
        <w:jc w:val="center"/>
        <w:rPr>
          <w:rFonts w:ascii="Garamond" w:hAnsi="Garamond"/>
        </w:rPr>
      </w:pPr>
      <w:r w:rsidRPr="00553380">
        <w:rPr>
          <w:rFonts w:ascii="Garamond" w:hAnsi="Garamond"/>
        </w:rPr>
        <w:t>Ahavah Rishonah (</w:t>
      </w:r>
      <w:proofErr w:type="spellStart"/>
      <w:r w:rsidRPr="00553380">
        <w:rPr>
          <w:rFonts w:ascii="Times New Roman" w:hAnsi="Times New Roman" w:cs="Times New Roman"/>
        </w:rPr>
        <w:t>אַהֲבָה</w:t>
      </w:r>
      <w:proofErr w:type="spellEnd"/>
      <w:r w:rsidRPr="00553380">
        <w:rPr>
          <w:rFonts w:ascii="Garamond" w:hAnsi="Garamond"/>
        </w:rPr>
        <w:t xml:space="preserve"> </w:t>
      </w:r>
      <w:proofErr w:type="spellStart"/>
      <w:r w:rsidRPr="00553380">
        <w:rPr>
          <w:rFonts w:ascii="Times New Roman" w:hAnsi="Times New Roman" w:cs="Times New Roman"/>
        </w:rPr>
        <w:t>רִאשׁוֹנָה</w:t>
      </w:r>
      <w:proofErr w:type="spellEnd"/>
      <w:r w:rsidRPr="00553380">
        <w:rPr>
          <w:rFonts w:ascii="Garamond" w:hAnsi="Garamond"/>
        </w:rPr>
        <w:t>) — “first love” — implies the original, covenant-bound affection, not mere emotion.</w:t>
      </w:r>
    </w:p>
    <w:p w:rsidR="00553380" w:rsidRPr="00553380" w:rsidRDefault="00553380" w:rsidP="001E2F32">
      <w:pPr>
        <w:spacing w:line="480" w:lineRule="auto"/>
        <w:jc w:val="center"/>
        <w:rPr>
          <w:rFonts w:ascii="Garamond" w:hAnsi="Garamond"/>
        </w:rPr>
      </w:pPr>
      <w:r w:rsidRPr="00553380">
        <w:rPr>
          <w:rFonts w:ascii="Garamond" w:hAnsi="Garamond"/>
        </w:rPr>
        <w:t>In Jeremiah 2:2, YAHUAH says:</w:t>
      </w:r>
    </w:p>
    <w:p w:rsidR="00553380" w:rsidRPr="00553380" w:rsidRDefault="00553380" w:rsidP="001E2F32">
      <w:pPr>
        <w:spacing w:line="480" w:lineRule="auto"/>
        <w:jc w:val="center"/>
        <w:rPr>
          <w:rFonts w:ascii="Garamond" w:hAnsi="Garamond"/>
        </w:rPr>
      </w:pPr>
      <w:r w:rsidRPr="00553380">
        <w:rPr>
          <w:rFonts w:ascii="Garamond" w:hAnsi="Garamond"/>
        </w:rPr>
        <w:t>“I remember you, the kindness of your youth, the love of your betrothal, when you went after Me in the wilderness.”</w:t>
      </w:r>
    </w:p>
    <w:p w:rsidR="00553380" w:rsidRPr="00553380" w:rsidRDefault="00553380" w:rsidP="001E2F32">
      <w:pPr>
        <w:spacing w:line="480" w:lineRule="auto"/>
        <w:jc w:val="center"/>
        <w:rPr>
          <w:rFonts w:ascii="Garamond" w:hAnsi="Garamond"/>
        </w:rPr>
      </w:pPr>
      <w:r w:rsidRPr="00553380">
        <w:rPr>
          <w:rFonts w:ascii="Garamond" w:hAnsi="Garamond"/>
        </w:rPr>
        <w:t>This “first love” is:</w:t>
      </w:r>
    </w:p>
    <w:p w:rsidR="00553380" w:rsidRPr="00553380" w:rsidRDefault="00553380" w:rsidP="001E2F32">
      <w:pPr>
        <w:numPr>
          <w:ilvl w:val="0"/>
          <w:numId w:val="7"/>
        </w:numPr>
        <w:spacing w:line="480" w:lineRule="auto"/>
        <w:jc w:val="center"/>
        <w:rPr>
          <w:rFonts w:ascii="Garamond" w:hAnsi="Garamond"/>
        </w:rPr>
      </w:pPr>
      <w:r w:rsidRPr="00553380">
        <w:rPr>
          <w:rFonts w:ascii="Garamond" w:hAnsi="Garamond"/>
          <w:b/>
          <w:bCs/>
        </w:rPr>
        <w:t>Relational</w:t>
      </w:r>
      <w:r w:rsidRPr="00553380">
        <w:rPr>
          <w:rFonts w:ascii="Garamond" w:hAnsi="Garamond"/>
        </w:rPr>
        <w:t> — not ritual</w:t>
      </w:r>
    </w:p>
    <w:p w:rsidR="00553380" w:rsidRPr="00553380" w:rsidRDefault="00553380" w:rsidP="001E2F32">
      <w:pPr>
        <w:numPr>
          <w:ilvl w:val="0"/>
          <w:numId w:val="7"/>
        </w:numPr>
        <w:spacing w:line="480" w:lineRule="auto"/>
        <w:jc w:val="center"/>
        <w:rPr>
          <w:rFonts w:ascii="Garamond" w:hAnsi="Garamond"/>
        </w:rPr>
      </w:pPr>
      <w:r w:rsidRPr="00553380">
        <w:rPr>
          <w:rFonts w:ascii="Garamond" w:hAnsi="Garamond"/>
          <w:b/>
          <w:bCs/>
        </w:rPr>
        <w:t>Exclusive</w:t>
      </w:r>
      <w:r w:rsidRPr="00553380">
        <w:rPr>
          <w:rFonts w:ascii="Garamond" w:hAnsi="Garamond"/>
        </w:rPr>
        <w:t> — not divided</w:t>
      </w:r>
    </w:p>
    <w:p w:rsidR="00553380" w:rsidRPr="00553380" w:rsidRDefault="00553380" w:rsidP="001E2F32">
      <w:pPr>
        <w:numPr>
          <w:ilvl w:val="0"/>
          <w:numId w:val="7"/>
        </w:numPr>
        <w:spacing w:line="480" w:lineRule="auto"/>
        <w:jc w:val="center"/>
        <w:rPr>
          <w:rFonts w:ascii="Garamond" w:hAnsi="Garamond"/>
        </w:rPr>
      </w:pPr>
      <w:r w:rsidRPr="00553380">
        <w:rPr>
          <w:rFonts w:ascii="Garamond" w:hAnsi="Garamond"/>
          <w:b/>
          <w:bCs/>
        </w:rPr>
        <w:t>Covenantal</w:t>
      </w:r>
      <w:r w:rsidRPr="00553380">
        <w:rPr>
          <w:rFonts w:ascii="Garamond" w:hAnsi="Garamond"/>
        </w:rPr>
        <w:t> — not casual</w:t>
      </w:r>
    </w:p>
    <w:p w:rsidR="00553380" w:rsidRPr="00553380" w:rsidRDefault="00553380" w:rsidP="001E2F32">
      <w:pPr>
        <w:numPr>
          <w:ilvl w:val="0"/>
          <w:numId w:val="7"/>
        </w:numPr>
        <w:spacing w:line="480" w:lineRule="auto"/>
        <w:jc w:val="center"/>
        <w:rPr>
          <w:rFonts w:ascii="Garamond" w:hAnsi="Garamond"/>
        </w:rPr>
      </w:pPr>
      <w:r w:rsidRPr="00553380">
        <w:rPr>
          <w:rFonts w:ascii="Garamond" w:hAnsi="Garamond"/>
          <w:b/>
          <w:bCs/>
        </w:rPr>
        <w:t>Sacrificial</w:t>
      </w:r>
      <w:r w:rsidRPr="00553380">
        <w:rPr>
          <w:rFonts w:ascii="Garamond" w:hAnsi="Garamond"/>
        </w:rPr>
        <w:t> — not self-serving</w:t>
      </w:r>
    </w:p>
    <w:p w:rsidR="00553380" w:rsidRPr="00553380" w:rsidRDefault="00553380" w:rsidP="001E2F32">
      <w:pPr>
        <w:spacing w:line="480" w:lineRule="auto"/>
        <w:jc w:val="center"/>
        <w:rPr>
          <w:rFonts w:ascii="Garamond" w:hAnsi="Garamond"/>
        </w:rPr>
      </w:pPr>
      <w:r w:rsidRPr="00553380">
        <w:rPr>
          <w:rFonts w:ascii="Garamond" w:hAnsi="Garamond"/>
        </w:rPr>
        <w:t>When Ephesus was told to “return to your first love,”</w:t>
      </w:r>
      <w:r w:rsidRPr="00553380">
        <w:rPr>
          <w:rFonts w:ascii="Garamond" w:hAnsi="Garamond"/>
        </w:rPr>
        <w:br/>
        <w:t>it wasn’t about reviving old programs —</w:t>
      </w:r>
      <w:r w:rsidRPr="00553380">
        <w:rPr>
          <w:rFonts w:ascii="Garamond" w:hAnsi="Garamond"/>
        </w:rPr>
        <w:br/>
        <w:t>but renewing original passion.</w:t>
      </w:r>
    </w:p>
    <w:p w:rsidR="00553380" w:rsidRPr="00553380" w:rsidRDefault="00553380" w:rsidP="001E2F32">
      <w:pPr>
        <w:spacing w:line="480" w:lineRule="auto"/>
        <w:jc w:val="center"/>
        <w:rPr>
          <w:rFonts w:ascii="Garamond" w:hAnsi="Garamond"/>
        </w:rPr>
      </w:pPr>
      <w:r w:rsidRPr="00553380">
        <w:rPr>
          <w:rFonts w:ascii="Garamond" w:hAnsi="Garamond"/>
        </w:rPr>
        <w:t>YAHUAH doesn’t want your busyness —</w:t>
      </w:r>
      <w:r w:rsidRPr="00553380">
        <w:rPr>
          <w:rFonts w:ascii="Garamond" w:hAnsi="Garamond"/>
        </w:rPr>
        <w:br/>
        <w:t>He wants your heartbeats.</w:t>
      </w:r>
      <w:r w:rsidRPr="00553380">
        <w:rPr>
          <w:rFonts w:ascii="Garamond" w:hAnsi="Garamond"/>
        </w:rPr>
        <w:br/>
        <w:t>He doesn’t crave your service —</w:t>
      </w:r>
      <w:r w:rsidRPr="00553380">
        <w:rPr>
          <w:rFonts w:ascii="Garamond" w:hAnsi="Garamond"/>
        </w:rPr>
        <w:br/>
        <w:t>He craves your sighs.</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“I Return to First Love”</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Strip from me every substitute that has stolen my affection.</w:t>
      </w:r>
      <w:r w:rsidRPr="00553380">
        <w:rPr>
          <w:rFonts w:ascii="Garamond" w:hAnsi="Garamond"/>
        </w:rPr>
        <w:br/>
        <w:t>Break every chain of distraction, duty, and distance.</w:t>
      </w:r>
      <w:r w:rsidRPr="00553380">
        <w:rPr>
          <w:rFonts w:ascii="Garamond" w:hAnsi="Garamond"/>
        </w:rPr>
        <w:br/>
        <w:t>Ignite in me holy desperation for Your Presence alone.</w:t>
      </w:r>
    </w:p>
    <w:p w:rsidR="00553380" w:rsidRPr="00553380" w:rsidRDefault="00553380" w:rsidP="001E2F32">
      <w:pPr>
        <w:spacing w:line="480" w:lineRule="auto"/>
        <w:jc w:val="center"/>
        <w:rPr>
          <w:rFonts w:ascii="Garamond" w:hAnsi="Garamond"/>
        </w:rPr>
      </w:pPr>
      <w:r w:rsidRPr="00553380">
        <w:rPr>
          <w:rFonts w:ascii="Garamond" w:hAnsi="Garamond"/>
        </w:rPr>
        <w:t>I return — not because I’m worthy —</w:t>
      </w:r>
      <w:r w:rsidRPr="00553380">
        <w:rPr>
          <w:rFonts w:ascii="Garamond" w:hAnsi="Garamond"/>
        </w:rPr>
        <w:br/>
        <w:t>but because You are Worthy.</w:t>
      </w:r>
      <w:r w:rsidRPr="00553380">
        <w:rPr>
          <w:rFonts w:ascii="Garamond" w:hAnsi="Garamond"/>
        </w:rPr>
        <w:br/>
        <w:t>I come — not with achievements —</w:t>
      </w:r>
      <w:r w:rsidRPr="00553380">
        <w:rPr>
          <w:rFonts w:ascii="Garamond" w:hAnsi="Garamond"/>
        </w:rPr>
        <w:br/>
        <w:t>but with emptiness.</w:t>
      </w:r>
      <w:r w:rsidRPr="00553380">
        <w:rPr>
          <w:rFonts w:ascii="Garamond" w:hAnsi="Garamond"/>
        </w:rPr>
        <w:br/>
        <w:t>I bow — not in shame —</w:t>
      </w:r>
      <w:r w:rsidRPr="00553380">
        <w:rPr>
          <w:rFonts w:ascii="Garamond" w:hAnsi="Garamond"/>
        </w:rPr>
        <w:br/>
        <w:t>but in surrendered love.</w:t>
      </w:r>
    </w:p>
    <w:p w:rsidR="00553380" w:rsidRPr="00553380" w:rsidRDefault="00553380" w:rsidP="001E2F32">
      <w:pPr>
        <w:spacing w:line="480" w:lineRule="auto"/>
        <w:jc w:val="center"/>
        <w:rPr>
          <w:rFonts w:ascii="Garamond" w:hAnsi="Garamond"/>
        </w:rPr>
      </w:pPr>
      <w:r w:rsidRPr="00553380">
        <w:rPr>
          <w:rFonts w:ascii="Garamond" w:hAnsi="Garamond"/>
        </w:rPr>
        <w:t>Restore to me the joy of my salvation.</w:t>
      </w:r>
      <w:r w:rsidRPr="00553380">
        <w:rPr>
          <w:rFonts w:ascii="Garamond" w:hAnsi="Garamond"/>
        </w:rPr>
        <w:br/>
        <w:t>Reawaken in me the fire of first love.</w:t>
      </w:r>
      <w:r w:rsidRPr="00553380">
        <w:rPr>
          <w:rFonts w:ascii="Garamond" w:hAnsi="Garamond"/>
        </w:rPr>
        <w:br/>
        <w:t>Let my life become a walking testimony of Your relentless affection.</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8: THE TREE OF LIFE AND THE PARADISE OF GOD</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“To him who overcomes I will give to eat from the tree of life, which is in the midst of the Paradise of God.”</w:t>
      </w:r>
      <w:r w:rsidRPr="00553380">
        <w:rPr>
          <w:rFonts w:ascii="Garamond" w:hAnsi="Garamond"/>
        </w:rPr>
        <w:br/>
        <w:t>— Revelation 2:7</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was a Garden… before sin, before striving, before lack.</w:t>
      </w:r>
      <w:r w:rsidRPr="00553380">
        <w:rPr>
          <w:rFonts w:ascii="Garamond" w:hAnsi="Garamond"/>
        </w:rPr>
        <w:br/>
        <w:t>In its center stood a Tree — not of knowledge, not of power —</w:t>
      </w:r>
      <w:r w:rsidRPr="00553380">
        <w:rPr>
          <w:rFonts w:ascii="Garamond" w:hAnsi="Garamond"/>
        </w:rPr>
        <w:br/>
        <w:t>but of Life.</w:t>
      </w:r>
      <w:r w:rsidRPr="00553380">
        <w:rPr>
          <w:rFonts w:ascii="Garamond" w:hAnsi="Garamond"/>
        </w:rPr>
        <w:br/>
        <w:t>Not biological existence — but divine communion.</w:t>
      </w:r>
      <w:r w:rsidRPr="00553380">
        <w:rPr>
          <w:rFonts w:ascii="Garamond" w:hAnsi="Garamond"/>
        </w:rPr>
        <w:br/>
        <w:t>Not survival — but sustenance from His breath.</w:t>
      </w:r>
    </w:p>
    <w:p w:rsidR="00553380" w:rsidRPr="00553380" w:rsidRDefault="00553380" w:rsidP="001E2F32">
      <w:pPr>
        <w:spacing w:line="480" w:lineRule="auto"/>
        <w:jc w:val="center"/>
        <w:rPr>
          <w:rFonts w:ascii="Garamond" w:hAnsi="Garamond"/>
        </w:rPr>
      </w:pPr>
      <w:r w:rsidRPr="00553380">
        <w:rPr>
          <w:rFonts w:ascii="Garamond" w:hAnsi="Garamond"/>
        </w:rPr>
        <w:t>YAHUAH says:</w:t>
      </w:r>
    </w:p>
    <w:p w:rsidR="00553380" w:rsidRPr="00553380" w:rsidRDefault="00553380" w:rsidP="001E2F32">
      <w:pPr>
        <w:spacing w:line="480" w:lineRule="auto"/>
        <w:jc w:val="center"/>
        <w:rPr>
          <w:rFonts w:ascii="Garamond" w:hAnsi="Garamond"/>
        </w:rPr>
      </w:pPr>
      <w:r w:rsidRPr="00553380">
        <w:rPr>
          <w:rFonts w:ascii="Garamond" w:hAnsi="Garamond"/>
        </w:rPr>
        <w:t>“If I were hungry, I would not tell you; for the world is Mine, and all its fullness.”</w:t>
      </w:r>
    </w:p>
    <w:p w:rsidR="00553380" w:rsidRPr="00553380" w:rsidRDefault="00553380" w:rsidP="001E2F32">
      <w:pPr>
        <w:spacing w:line="480" w:lineRule="auto"/>
        <w:jc w:val="center"/>
        <w:rPr>
          <w:rFonts w:ascii="Garamond" w:hAnsi="Garamond"/>
        </w:rPr>
      </w:pPr>
      <w:r w:rsidRPr="00553380">
        <w:rPr>
          <w:rFonts w:ascii="Garamond" w:hAnsi="Garamond"/>
        </w:rPr>
        <w:t>He does not need your sacrifice.</w:t>
      </w:r>
      <w:r w:rsidRPr="00553380">
        <w:rPr>
          <w:rFonts w:ascii="Garamond" w:hAnsi="Garamond"/>
        </w:rPr>
        <w:br/>
        <w:t>He does not crave your wealth.</w:t>
      </w:r>
      <w:r w:rsidRPr="00553380">
        <w:rPr>
          <w:rFonts w:ascii="Garamond" w:hAnsi="Garamond"/>
        </w:rPr>
        <w:br/>
        <w:t>He does not hunger for your performance.</w:t>
      </w:r>
    </w:p>
    <w:p w:rsidR="00553380" w:rsidRPr="00553380" w:rsidRDefault="00553380" w:rsidP="001E2F32">
      <w:pPr>
        <w:spacing w:line="480" w:lineRule="auto"/>
        <w:jc w:val="center"/>
        <w:rPr>
          <w:rFonts w:ascii="Garamond" w:hAnsi="Garamond"/>
        </w:rPr>
      </w:pPr>
      <w:r w:rsidRPr="00553380">
        <w:rPr>
          <w:rFonts w:ascii="Garamond" w:hAnsi="Garamond"/>
        </w:rPr>
        <w:t>He hungers for you.</w:t>
      </w:r>
    </w:p>
    <w:p w:rsidR="00553380" w:rsidRPr="00553380" w:rsidRDefault="00553380" w:rsidP="001E2F32">
      <w:pPr>
        <w:spacing w:line="480" w:lineRule="auto"/>
        <w:jc w:val="center"/>
        <w:rPr>
          <w:rFonts w:ascii="Garamond" w:hAnsi="Garamond"/>
        </w:rPr>
      </w:pPr>
      <w:r w:rsidRPr="00553380">
        <w:rPr>
          <w:rFonts w:ascii="Garamond" w:hAnsi="Garamond"/>
        </w:rPr>
        <w:t>“Yet, hear these words, My child. You come asking Me to bless your hands, your feet, your life… But do you truly know Me?”</w:t>
      </w:r>
    </w:p>
    <w:p w:rsidR="00553380" w:rsidRPr="00553380" w:rsidRDefault="00553380" w:rsidP="001E2F32">
      <w:pPr>
        <w:spacing w:line="480" w:lineRule="auto"/>
        <w:jc w:val="center"/>
        <w:rPr>
          <w:rFonts w:ascii="Garamond" w:hAnsi="Garamond"/>
        </w:rPr>
      </w:pPr>
      <w:r w:rsidRPr="00553380">
        <w:rPr>
          <w:rFonts w:ascii="Garamond" w:hAnsi="Garamond"/>
        </w:rPr>
        <w:t>This is the heart of the deception — not that we ask for things…</w:t>
      </w:r>
      <w:r w:rsidRPr="00553380">
        <w:rPr>
          <w:rFonts w:ascii="Garamond" w:hAnsi="Garamond"/>
        </w:rPr>
        <w:br/>
        <w:t>but that we ask without seeking Him first.</w:t>
      </w:r>
      <w:r w:rsidRPr="00553380">
        <w:rPr>
          <w:rFonts w:ascii="Garamond" w:hAnsi="Garamond"/>
        </w:rPr>
        <w:br/>
      </w:r>
      <w:r w:rsidRPr="00553380">
        <w:rPr>
          <w:rFonts w:ascii="Garamond" w:hAnsi="Garamond"/>
        </w:rPr>
        <w:lastRenderedPageBreak/>
        <w:t>We want the fruit — without kneeling at the Root.</w:t>
      </w:r>
      <w:r w:rsidRPr="00553380">
        <w:rPr>
          <w:rFonts w:ascii="Garamond" w:hAnsi="Garamond"/>
        </w:rPr>
        <w:br/>
        <w:t>We crave the miracle — without loving the Miracle-Maker.</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Tree That Breathes”</w:t>
      </w:r>
    </w:p>
    <w:p w:rsidR="00553380" w:rsidRPr="00553380" w:rsidRDefault="00553380" w:rsidP="001E2F32">
      <w:pPr>
        <w:spacing w:line="480" w:lineRule="auto"/>
        <w:jc w:val="center"/>
        <w:rPr>
          <w:rFonts w:ascii="Garamond" w:hAnsi="Garamond"/>
        </w:rPr>
      </w:pPr>
      <w:r w:rsidRPr="00553380">
        <w:rPr>
          <w:rFonts w:ascii="Garamond" w:hAnsi="Garamond"/>
        </w:rPr>
        <w:t>It does not grow in soil stained by striving.</w:t>
      </w:r>
      <w:r w:rsidRPr="00553380">
        <w:rPr>
          <w:rFonts w:ascii="Garamond" w:hAnsi="Garamond"/>
        </w:rPr>
        <w:br/>
        <w:t>Its roots drink only from rivers of surrender.</w:t>
      </w:r>
      <w:r w:rsidRPr="00553380">
        <w:rPr>
          <w:rFonts w:ascii="Garamond" w:hAnsi="Garamond"/>
        </w:rPr>
        <w:br/>
        <w:t>Its branches bow — not under weight of fruit —</w:t>
      </w:r>
      <w:r w:rsidRPr="00553380">
        <w:rPr>
          <w:rFonts w:ascii="Garamond" w:hAnsi="Garamond"/>
        </w:rPr>
        <w:br/>
        <w:t>but under the glory of His nearness.</w:t>
      </w:r>
    </w:p>
    <w:p w:rsidR="00553380" w:rsidRPr="00553380" w:rsidRDefault="00553380" w:rsidP="001E2F32">
      <w:pPr>
        <w:spacing w:line="480" w:lineRule="auto"/>
        <w:jc w:val="center"/>
        <w:rPr>
          <w:rFonts w:ascii="Garamond" w:hAnsi="Garamond"/>
        </w:rPr>
      </w:pPr>
      <w:r w:rsidRPr="00553380">
        <w:rPr>
          <w:rFonts w:ascii="Garamond" w:hAnsi="Garamond"/>
        </w:rPr>
        <w:t>You cannot climb it.</w:t>
      </w:r>
      <w:r w:rsidRPr="00553380">
        <w:rPr>
          <w:rFonts w:ascii="Garamond" w:hAnsi="Garamond"/>
        </w:rPr>
        <w:br/>
        <w:t>You cannot own it.</w:t>
      </w:r>
      <w:r w:rsidRPr="00553380">
        <w:rPr>
          <w:rFonts w:ascii="Garamond" w:hAnsi="Garamond"/>
        </w:rPr>
        <w:br/>
        <w:t>You cannot harvest it by force.</w:t>
      </w:r>
    </w:p>
    <w:p w:rsidR="00553380" w:rsidRPr="00553380" w:rsidRDefault="00553380" w:rsidP="001E2F32">
      <w:pPr>
        <w:spacing w:line="480" w:lineRule="auto"/>
        <w:jc w:val="center"/>
        <w:rPr>
          <w:rFonts w:ascii="Garamond" w:hAnsi="Garamond"/>
        </w:rPr>
      </w:pPr>
      <w:r w:rsidRPr="00553380">
        <w:rPr>
          <w:rFonts w:ascii="Garamond" w:hAnsi="Garamond"/>
        </w:rPr>
        <w:t>Only the humble find its shade.</w:t>
      </w:r>
      <w:r w:rsidRPr="00553380">
        <w:rPr>
          <w:rFonts w:ascii="Garamond" w:hAnsi="Garamond"/>
        </w:rPr>
        <w:br/>
        <w:t>Only the broken taste its sweetness.</w:t>
      </w:r>
      <w:r w:rsidRPr="00553380">
        <w:rPr>
          <w:rFonts w:ascii="Garamond" w:hAnsi="Garamond"/>
        </w:rPr>
        <w:br/>
        <w:t>Only those who have stopped chasing —</w:t>
      </w:r>
      <w:r w:rsidRPr="00553380">
        <w:rPr>
          <w:rFonts w:ascii="Garamond" w:hAnsi="Garamond"/>
        </w:rPr>
        <w:br/>
        <w:t>sit beneath its leaves… and live.</w:t>
      </w:r>
    </w:p>
    <w:p w:rsidR="00553380" w:rsidRPr="00553380" w:rsidRDefault="00553380" w:rsidP="001E2F32">
      <w:pPr>
        <w:spacing w:line="480" w:lineRule="auto"/>
        <w:jc w:val="center"/>
        <w:rPr>
          <w:rFonts w:ascii="Garamond" w:hAnsi="Garamond"/>
        </w:rPr>
      </w:pPr>
      <w:r w:rsidRPr="00553380">
        <w:rPr>
          <w:rFonts w:ascii="Garamond" w:hAnsi="Garamond"/>
        </w:rPr>
        <w:t>This is not Eden lost —</w:t>
      </w:r>
      <w:r w:rsidRPr="00553380">
        <w:rPr>
          <w:rFonts w:ascii="Garamond" w:hAnsi="Garamond"/>
        </w:rPr>
        <w:br/>
        <w:t>but Paradise restored…</w:t>
      </w:r>
      <w:r w:rsidRPr="00553380">
        <w:rPr>
          <w:rFonts w:ascii="Garamond" w:hAnsi="Garamond"/>
        </w:rPr>
        <w:br/>
        <w:t>in the heart that returns.</w:t>
      </w:r>
    </w:p>
    <w:p w:rsidR="00553380" w:rsidRPr="00553380" w:rsidRDefault="00553380" w:rsidP="001E2F32">
      <w:pPr>
        <w:spacing w:line="480" w:lineRule="auto"/>
        <w:jc w:val="center"/>
        <w:rPr>
          <w:rFonts w:ascii="Garamond" w:hAnsi="Garamond"/>
        </w:rPr>
      </w:pPr>
      <w:r w:rsidRPr="00553380">
        <w:rPr>
          <w:rFonts w:ascii="Garamond" w:hAnsi="Garamond"/>
        </w:rPr>
        <w:t>Come.</w:t>
      </w:r>
      <w:r w:rsidRPr="00553380">
        <w:rPr>
          <w:rFonts w:ascii="Garamond" w:hAnsi="Garamond"/>
        </w:rPr>
        <w:br/>
        <w:t>Eat.</w:t>
      </w:r>
      <w:r w:rsidRPr="00553380">
        <w:rPr>
          <w:rFonts w:ascii="Garamond" w:hAnsi="Garamond"/>
        </w:rPr>
        <w:br/>
        <w:t>Live.</w:t>
      </w:r>
    </w:p>
    <w:p w:rsidR="00553380" w:rsidRPr="00553380" w:rsidRDefault="00553380" w:rsidP="001E2F32">
      <w:pPr>
        <w:spacing w:line="480" w:lineRule="auto"/>
        <w:jc w:val="center"/>
        <w:rPr>
          <w:rFonts w:ascii="Garamond" w:hAnsi="Garamond"/>
        </w:rPr>
      </w:pPr>
      <w:r w:rsidRPr="00553380">
        <w:rPr>
          <w:rFonts w:ascii="Garamond" w:hAnsi="Garamond"/>
        </w:rPr>
        <w:t>— Inspired by Revelation 2:7 &amp; Proverbs 3:18</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Root”</w:t>
      </w:r>
    </w:p>
    <w:p w:rsidR="00553380" w:rsidRPr="00553380" w:rsidRDefault="00553380" w:rsidP="001E2F32">
      <w:pPr>
        <w:spacing w:line="480" w:lineRule="auto"/>
        <w:jc w:val="center"/>
        <w:rPr>
          <w:rFonts w:ascii="Garamond" w:hAnsi="Garamond"/>
        </w:rPr>
      </w:pPr>
      <w:r w:rsidRPr="00553380">
        <w:rPr>
          <w:rFonts w:ascii="Garamond" w:hAnsi="Garamond"/>
        </w:rPr>
        <w:t>Leader: YAHUAH, I confess — I have chased Your hand more than Your heart —</w:t>
      </w:r>
      <w:r w:rsidRPr="00553380">
        <w:rPr>
          <w:rFonts w:ascii="Garamond" w:hAnsi="Garamond"/>
        </w:rPr>
        <w:br/>
        <w:t>People: Forgive me. Draw me back to the Root.</w:t>
      </w:r>
    </w:p>
    <w:p w:rsidR="00553380" w:rsidRPr="00553380" w:rsidRDefault="00553380" w:rsidP="001E2F32">
      <w:pPr>
        <w:spacing w:line="480" w:lineRule="auto"/>
        <w:jc w:val="center"/>
        <w:rPr>
          <w:rFonts w:ascii="Garamond" w:hAnsi="Garamond"/>
        </w:rPr>
      </w:pPr>
      <w:r w:rsidRPr="00553380">
        <w:rPr>
          <w:rFonts w:ascii="Garamond" w:hAnsi="Garamond"/>
        </w:rPr>
        <w:t>Leader: I have mistaken provision for Presence —</w:t>
      </w:r>
      <w:r w:rsidRPr="00553380">
        <w:rPr>
          <w:rFonts w:ascii="Garamond" w:hAnsi="Garamond"/>
        </w:rPr>
        <w:br/>
        <w:t>People: Awaken me to hunger for You above all else.</w:t>
      </w:r>
    </w:p>
    <w:p w:rsidR="00553380" w:rsidRPr="00553380" w:rsidRDefault="00553380" w:rsidP="001E2F32">
      <w:pPr>
        <w:spacing w:line="480" w:lineRule="auto"/>
        <w:jc w:val="center"/>
        <w:rPr>
          <w:rFonts w:ascii="Garamond" w:hAnsi="Garamond"/>
        </w:rPr>
      </w:pPr>
      <w:r w:rsidRPr="00553380">
        <w:rPr>
          <w:rFonts w:ascii="Garamond" w:hAnsi="Garamond"/>
        </w:rPr>
        <w:t>Leader: I have sought fruit without fellowship —</w:t>
      </w:r>
      <w:r w:rsidRPr="00553380">
        <w:rPr>
          <w:rFonts w:ascii="Garamond" w:hAnsi="Garamond"/>
        </w:rPr>
        <w:br/>
        <w:t>People: Teach me to dwell in Your Garden again.</w:t>
      </w:r>
    </w:p>
    <w:p w:rsidR="00553380" w:rsidRPr="00553380" w:rsidRDefault="00553380" w:rsidP="001E2F32">
      <w:pPr>
        <w:spacing w:line="480" w:lineRule="auto"/>
        <w:jc w:val="center"/>
        <w:rPr>
          <w:rFonts w:ascii="Garamond" w:hAnsi="Garamond"/>
        </w:rPr>
      </w:pPr>
      <w:r w:rsidRPr="00553380">
        <w:rPr>
          <w:rFonts w:ascii="Garamond" w:hAnsi="Garamond"/>
        </w:rPr>
        <w:t>Leader: I return — not with offerings, but with emptiness —</w:t>
      </w:r>
      <w:r w:rsidRPr="00553380">
        <w:rPr>
          <w:rFonts w:ascii="Garamond" w:hAnsi="Garamond"/>
        </w:rPr>
        <w:br/>
        <w:t>People: Fill me with Life that never fades.</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Tree that gives Eternal Life!</w:t>
      </w:r>
    </w:p>
    <w:p w:rsidR="00553380" w:rsidRPr="00553380" w:rsidRDefault="00553380" w:rsidP="001E2F32">
      <w:pPr>
        <w:spacing w:line="480" w:lineRule="auto"/>
        <w:jc w:val="center"/>
        <w:rPr>
          <w:rFonts w:ascii="Garamond" w:hAnsi="Garamond"/>
        </w:rPr>
      </w:pPr>
      <w:r w:rsidRPr="00553380">
        <w:rPr>
          <w:rFonts w:ascii="Garamond" w:hAnsi="Garamond"/>
        </w:rPr>
        <w:t>(Pause. Whisper: “YAHUAH, I choose You — above blessing, above breakthrough, above answer.”)</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Two Trees — And the Choice Still Before Us”</w:t>
      </w:r>
    </w:p>
    <w:p w:rsidR="00553380" w:rsidRPr="00553380" w:rsidRDefault="00553380" w:rsidP="001E2F32">
      <w:pPr>
        <w:spacing w:line="480" w:lineRule="auto"/>
        <w:jc w:val="center"/>
        <w:rPr>
          <w:rFonts w:ascii="Garamond" w:hAnsi="Garamond"/>
        </w:rPr>
      </w:pPr>
      <w:r w:rsidRPr="00553380">
        <w:rPr>
          <w:rFonts w:ascii="Garamond" w:hAnsi="Garamond"/>
        </w:rPr>
        <w:t>In Eden, there were two trees:</w:t>
      </w:r>
    </w:p>
    <w:p w:rsidR="00553380" w:rsidRPr="00553380" w:rsidRDefault="00553380" w:rsidP="001E2F32">
      <w:pPr>
        <w:numPr>
          <w:ilvl w:val="0"/>
          <w:numId w:val="8"/>
        </w:numPr>
        <w:spacing w:line="480" w:lineRule="auto"/>
        <w:jc w:val="center"/>
        <w:rPr>
          <w:rFonts w:ascii="Garamond" w:hAnsi="Garamond"/>
        </w:rPr>
      </w:pPr>
      <w:r w:rsidRPr="00553380">
        <w:rPr>
          <w:rFonts w:ascii="Garamond" w:hAnsi="Garamond"/>
          <w:b/>
          <w:bCs/>
        </w:rPr>
        <w:t>The Tree of the Knowledge of Good and Evil</w:t>
      </w:r>
      <w:r w:rsidRPr="00553380">
        <w:rPr>
          <w:rFonts w:ascii="Garamond" w:hAnsi="Garamond"/>
        </w:rPr>
        <w:t> — the tree of self-determination.</w:t>
      </w:r>
      <w:r w:rsidRPr="00553380">
        <w:rPr>
          <w:rFonts w:ascii="Garamond" w:hAnsi="Garamond"/>
        </w:rPr>
        <w:br/>
        <w:t xml:space="preserve">“I will decide what is right. I will define truth. I will be </w:t>
      </w:r>
      <w:proofErr w:type="gramStart"/>
      <w:r w:rsidRPr="00553380">
        <w:rPr>
          <w:rFonts w:ascii="Garamond" w:hAnsi="Garamond"/>
        </w:rPr>
        <w:t>god</w:t>
      </w:r>
      <w:proofErr w:type="gramEnd"/>
      <w:r w:rsidRPr="00553380">
        <w:rPr>
          <w:rFonts w:ascii="Garamond" w:hAnsi="Garamond"/>
        </w:rPr>
        <w:t xml:space="preserve"> over my own life.”</w:t>
      </w:r>
    </w:p>
    <w:p w:rsidR="00553380" w:rsidRPr="00553380" w:rsidRDefault="00553380" w:rsidP="001E2F32">
      <w:pPr>
        <w:numPr>
          <w:ilvl w:val="0"/>
          <w:numId w:val="8"/>
        </w:numPr>
        <w:spacing w:line="480" w:lineRule="auto"/>
        <w:jc w:val="center"/>
        <w:rPr>
          <w:rFonts w:ascii="Garamond" w:hAnsi="Garamond"/>
        </w:rPr>
      </w:pPr>
      <w:r w:rsidRPr="00553380">
        <w:rPr>
          <w:rFonts w:ascii="Garamond" w:hAnsi="Garamond"/>
          <w:b/>
          <w:bCs/>
        </w:rPr>
        <w:t>The Tree of Life</w:t>
      </w:r>
      <w:r w:rsidRPr="00553380">
        <w:rPr>
          <w:rFonts w:ascii="Garamond" w:hAnsi="Garamond"/>
        </w:rPr>
        <w:t> — the tree of dependence, delight, and divine rhythm.</w:t>
      </w:r>
      <w:r w:rsidRPr="00553380">
        <w:rPr>
          <w:rFonts w:ascii="Garamond" w:hAnsi="Garamond"/>
        </w:rPr>
        <w:br/>
        <w:t>“I receive from You. I walk with You. I live through You.”</w:t>
      </w:r>
    </w:p>
    <w:p w:rsidR="00553380" w:rsidRPr="00553380" w:rsidRDefault="00553380" w:rsidP="001E2F32">
      <w:pPr>
        <w:spacing w:line="480" w:lineRule="auto"/>
        <w:jc w:val="center"/>
        <w:rPr>
          <w:rFonts w:ascii="Garamond" w:hAnsi="Garamond"/>
        </w:rPr>
      </w:pPr>
      <w:r w:rsidRPr="00553380">
        <w:rPr>
          <w:rFonts w:ascii="Garamond" w:hAnsi="Garamond"/>
        </w:rPr>
        <w:t>Adam chose the first — and death entered.</w:t>
      </w:r>
      <w:r w:rsidRPr="00553380">
        <w:rPr>
          <w:rFonts w:ascii="Garamond" w:hAnsi="Garamond"/>
        </w:rPr>
        <w:br/>
        <w:t>YAHUSHA chose the second — and Life returned.</w:t>
      </w:r>
    </w:p>
    <w:p w:rsidR="00553380" w:rsidRPr="00553380" w:rsidRDefault="00553380" w:rsidP="001E2F32">
      <w:pPr>
        <w:spacing w:line="480" w:lineRule="auto"/>
        <w:jc w:val="center"/>
        <w:rPr>
          <w:rFonts w:ascii="Garamond" w:hAnsi="Garamond"/>
        </w:rPr>
      </w:pPr>
      <w:r w:rsidRPr="00553380">
        <w:rPr>
          <w:rFonts w:ascii="Garamond" w:hAnsi="Garamond"/>
        </w:rPr>
        <w:t>Now — the choice is still before you.</w:t>
      </w:r>
    </w:p>
    <w:p w:rsidR="00553380" w:rsidRPr="00553380" w:rsidRDefault="00553380" w:rsidP="001E2F32">
      <w:pPr>
        <w:spacing w:line="480" w:lineRule="auto"/>
        <w:jc w:val="center"/>
        <w:rPr>
          <w:rFonts w:ascii="Garamond" w:hAnsi="Garamond"/>
        </w:rPr>
      </w:pPr>
      <w:r w:rsidRPr="00553380">
        <w:rPr>
          <w:rFonts w:ascii="Garamond" w:hAnsi="Garamond"/>
        </w:rPr>
        <w:t>Will you eat from the tree of control —</w:t>
      </w:r>
      <w:r w:rsidRPr="00553380">
        <w:rPr>
          <w:rFonts w:ascii="Garamond" w:hAnsi="Garamond"/>
        </w:rPr>
        <w:br/>
        <w:t>demanding answers, timelines, outcomes?</w:t>
      </w:r>
      <w:r w:rsidRPr="00553380">
        <w:rPr>
          <w:rFonts w:ascii="Garamond" w:hAnsi="Garamond"/>
        </w:rPr>
        <w:br/>
        <w:t>Or will you feast at the table of trust —</w:t>
      </w:r>
      <w:r w:rsidRPr="00553380">
        <w:rPr>
          <w:rFonts w:ascii="Garamond" w:hAnsi="Garamond"/>
        </w:rPr>
        <w:br/>
        <w:t xml:space="preserve">where </w:t>
      </w:r>
      <w:proofErr w:type="gramStart"/>
      <w:r w:rsidRPr="00553380">
        <w:rPr>
          <w:rFonts w:ascii="Garamond" w:hAnsi="Garamond"/>
        </w:rPr>
        <w:t>His</w:t>
      </w:r>
      <w:proofErr w:type="gramEnd"/>
      <w:r w:rsidRPr="00553380">
        <w:rPr>
          <w:rFonts w:ascii="Garamond" w:hAnsi="Garamond"/>
        </w:rPr>
        <w:t xml:space="preserve"> “no” is as nourishing as His “yes”?</w:t>
      </w:r>
    </w:p>
    <w:p w:rsidR="00553380" w:rsidRPr="00553380" w:rsidRDefault="00553380" w:rsidP="001E2F32">
      <w:pPr>
        <w:spacing w:line="480" w:lineRule="auto"/>
        <w:jc w:val="center"/>
        <w:rPr>
          <w:rFonts w:ascii="Garamond" w:hAnsi="Garamond"/>
        </w:rPr>
      </w:pPr>
      <w:r w:rsidRPr="00553380">
        <w:rPr>
          <w:rFonts w:ascii="Garamond" w:hAnsi="Garamond"/>
        </w:rPr>
        <w:t>YAHUAH warns:</w:t>
      </w:r>
    </w:p>
    <w:p w:rsidR="00553380" w:rsidRPr="00553380" w:rsidRDefault="00553380" w:rsidP="001E2F32">
      <w:pPr>
        <w:spacing w:line="480" w:lineRule="auto"/>
        <w:jc w:val="center"/>
        <w:rPr>
          <w:rFonts w:ascii="Garamond" w:hAnsi="Garamond"/>
        </w:rPr>
      </w:pPr>
      <w:r w:rsidRPr="00553380">
        <w:rPr>
          <w:rFonts w:ascii="Garamond" w:hAnsi="Garamond"/>
        </w:rPr>
        <w:t>“Often what you pursued had no eternal value—it was never assigned to you.”</w:t>
      </w:r>
    </w:p>
    <w:p w:rsidR="00553380" w:rsidRPr="00553380" w:rsidRDefault="00553380" w:rsidP="001E2F32">
      <w:pPr>
        <w:spacing w:line="480" w:lineRule="auto"/>
        <w:jc w:val="center"/>
        <w:rPr>
          <w:rFonts w:ascii="Garamond" w:hAnsi="Garamond"/>
        </w:rPr>
      </w:pPr>
      <w:r w:rsidRPr="00553380">
        <w:rPr>
          <w:rFonts w:ascii="Garamond" w:hAnsi="Garamond"/>
        </w:rPr>
        <w:t>Not every door is yours to open.</w:t>
      </w:r>
      <w:r w:rsidRPr="00553380">
        <w:rPr>
          <w:rFonts w:ascii="Garamond" w:hAnsi="Garamond"/>
        </w:rPr>
        <w:br/>
        <w:t>Not every blessing is yours to carry.</w:t>
      </w:r>
      <w:r w:rsidRPr="00553380">
        <w:rPr>
          <w:rFonts w:ascii="Garamond" w:hAnsi="Garamond"/>
        </w:rPr>
        <w:br/>
        <w:t>Some victories are withheld — not because He is stingy…</w:t>
      </w:r>
      <w:r w:rsidRPr="00553380">
        <w:rPr>
          <w:rFonts w:ascii="Garamond" w:hAnsi="Garamond"/>
        </w:rPr>
        <w:br/>
        <w:t>but because He is protecting you from a path that leads away from Life.</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lastRenderedPageBreak/>
        <w:t>What “tree” am I feeding from today?</w:t>
      </w:r>
      <w:r w:rsidRPr="00553380">
        <w:rPr>
          <w:rFonts w:ascii="Garamond" w:hAnsi="Garamond"/>
        </w:rPr>
        <w:br/>
        <w:t>— The one that makes me feel in control?</w:t>
      </w:r>
      <w:r w:rsidRPr="00553380">
        <w:rPr>
          <w:rFonts w:ascii="Garamond" w:hAnsi="Garamond"/>
        </w:rPr>
        <w:br/>
        <w:t>— Or the one that makes me fall in worship?</w:t>
      </w:r>
    </w:p>
    <w:p w:rsidR="00553380" w:rsidRPr="00553380" w:rsidRDefault="00553380" w:rsidP="001E2F32">
      <w:pPr>
        <w:spacing w:line="480" w:lineRule="auto"/>
        <w:jc w:val="center"/>
        <w:rPr>
          <w:rFonts w:ascii="Garamond" w:hAnsi="Garamond"/>
        </w:rPr>
      </w:pPr>
      <w:r w:rsidRPr="00553380">
        <w:rPr>
          <w:rFonts w:ascii="Garamond" w:hAnsi="Garamond"/>
        </w:rPr>
        <w:t>Return to the Tree of Life.</w:t>
      </w:r>
      <w:r w:rsidRPr="00553380">
        <w:rPr>
          <w:rFonts w:ascii="Garamond" w:hAnsi="Garamond"/>
        </w:rPr>
        <w:br/>
        <w:t>Its fruit is peace.</w:t>
      </w:r>
      <w:r w:rsidRPr="00553380">
        <w:rPr>
          <w:rFonts w:ascii="Garamond" w:hAnsi="Garamond"/>
        </w:rPr>
        <w:br/>
        <w:t>Its shadow is rest.</w:t>
      </w:r>
      <w:r w:rsidRPr="00553380">
        <w:rPr>
          <w:rFonts w:ascii="Garamond" w:hAnsi="Garamond"/>
        </w:rPr>
        <w:br/>
        <w:t>Its root — is YAHUAH Himself.</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Am I Truly Hungry For?”</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me —</w:t>
      </w:r>
      <w:r w:rsidRPr="00553380">
        <w:rPr>
          <w:rFonts w:ascii="Garamond" w:hAnsi="Garamond"/>
        </w:rPr>
        <w:br/>
        <w:t>What am I chasing that is not Yours to give?</w:t>
      </w:r>
      <w:r w:rsidRPr="00553380">
        <w:rPr>
          <w:rFonts w:ascii="Garamond" w:hAnsi="Garamond"/>
        </w:rPr>
        <w:br/>
        <w:t>What victory am I demanding — that may harm my soul?</w:t>
      </w:r>
      <w:r w:rsidRPr="00553380">
        <w:rPr>
          <w:rFonts w:ascii="Garamond" w:hAnsi="Garamond"/>
        </w:rPr>
        <w:br/>
        <w:t>Where have I substituted Your Presence — for Your presents?</w:t>
      </w:r>
    </w:p>
    <w:p w:rsidR="00553380" w:rsidRPr="00553380" w:rsidRDefault="00553380" w:rsidP="001E2F32">
      <w:pPr>
        <w:spacing w:line="480" w:lineRule="auto"/>
        <w:jc w:val="center"/>
        <w:rPr>
          <w:rFonts w:ascii="Garamond" w:hAnsi="Garamond"/>
        </w:rPr>
      </w:pPr>
      <w:r w:rsidRPr="00553380">
        <w:rPr>
          <w:rFonts w:ascii="Garamond" w:hAnsi="Garamond"/>
        </w:rPr>
        <w:t>I release them now.</w:t>
      </w:r>
      <w:r w:rsidRPr="00553380">
        <w:rPr>
          <w:rFonts w:ascii="Garamond" w:hAnsi="Garamond"/>
        </w:rPr>
        <w:br/>
        <w:t>I lay them at the Root.</w:t>
      </w:r>
      <w:r w:rsidRPr="00553380">
        <w:rPr>
          <w:rFonts w:ascii="Garamond" w:hAnsi="Garamond"/>
        </w:rPr>
        <w:br/>
        <w:t>I choose to hunger for You — alone.</w:t>
      </w:r>
    </w:p>
    <w:p w:rsidR="00553380" w:rsidRPr="00553380" w:rsidRDefault="00553380" w:rsidP="001E2F32">
      <w:pPr>
        <w:spacing w:line="480" w:lineRule="auto"/>
        <w:jc w:val="center"/>
        <w:rPr>
          <w:rFonts w:ascii="Garamond" w:hAnsi="Garamond"/>
        </w:rPr>
      </w:pPr>
      <w:r w:rsidRPr="00553380">
        <w:rPr>
          <w:rFonts w:ascii="Garamond" w:hAnsi="Garamond"/>
        </w:rPr>
        <w:t>Feed me from Your Tree.</w:t>
      </w:r>
      <w:r w:rsidRPr="00553380">
        <w:rPr>
          <w:rFonts w:ascii="Garamond" w:hAnsi="Garamond"/>
        </w:rPr>
        <w:br/>
        <w:t>Clothe me in Your Garden.</w:t>
      </w:r>
      <w:r w:rsidRPr="00553380">
        <w:rPr>
          <w:rFonts w:ascii="Garamond" w:hAnsi="Garamond"/>
        </w:rPr>
        <w:br/>
        <w:t>Let my spirit revive — not by breakthrough —</w:t>
      </w:r>
      <w:r w:rsidRPr="00553380">
        <w:rPr>
          <w:rFonts w:ascii="Garamond" w:hAnsi="Garamond"/>
        </w:rPr>
        <w:br/>
        <w:t>but by beholding Your Face.</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“ETZ CHAYIM — THE TREE THAT IS TORAH, THAT IS MESSIAH, THAT IS COVENANT”</w:t>
      </w:r>
    </w:p>
    <w:p w:rsidR="00553380" w:rsidRPr="00553380" w:rsidRDefault="00553380" w:rsidP="001E2F32">
      <w:pPr>
        <w:spacing w:line="480" w:lineRule="auto"/>
        <w:jc w:val="center"/>
        <w:rPr>
          <w:rFonts w:ascii="Garamond" w:hAnsi="Garamond"/>
        </w:rPr>
      </w:pPr>
      <w:r w:rsidRPr="00553380">
        <w:rPr>
          <w:rFonts w:ascii="Garamond" w:hAnsi="Garamond"/>
        </w:rPr>
        <w:t>In Hebrew thought, Etz Chayim (</w:t>
      </w:r>
      <w:proofErr w:type="spellStart"/>
      <w:r w:rsidRPr="00553380">
        <w:rPr>
          <w:rFonts w:ascii="Times New Roman" w:hAnsi="Times New Roman" w:cs="Times New Roman"/>
        </w:rPr>
        <w:t>עֵץ</w:t>
      </w:r>
      <w:proofErr w:type="spellEnd"/>
      <w:r w:rsidRPr="00553380">
        <w:rPr>
          <w:rFonts w:ascii="Garamond" w:hAnsi="Garamond"/>
        </w:rPr>
        <w:t xml:space="preserve"> </w:t>
      </w:r>
      <w:proofErr w:type="spellStart"/>
      <w:r w:rsidRPr="00553380">
        <w:rPr>
          <w:rFonts w:ascii="Times New Roman" w:hAnsi="Times New Roman" w:cs="Times New Roman"/>
        </w:rPr>
        <w:t>חַי</w:t>
      </w:r>
      <w:proofErr w:type="spellEnd"/>
      <w:r w:rsidRPr="00553380">
        <w:rPr>
          <w:rFonts w:ascii="Times New Roman" w:hAnsi="Times New Roman" w:cs="Times New Roman"/>
        </w:rPr>
        <w:t>ִּ</w:t>
      </w:r>
      <w:proofErr w:type="spellStart"/>
      <w:r w:rsidRPr="00553380">
        <w:rPr>
          <w:rFonts w:ascii="Times New Roman" w:hAnsi="Times New Roman" w:cs="Times New Roman"/>
        </w:rPr>
        <w:t>ים</w:t>
      </w:r>
      <w:proofErr w:type="spellEnd"/>
      <w:r w:rsidRPr="00553380">
        <w:rPr>
          <w:rFonts w:ascii="Garamond" w:hAnsi="Garamond"/>
        </w:rPr>
        <w:t>) — “Tree of Life” — is far more than a botanical symbol. It is:</w:t>
      </w:r>
    </w:p>
    <w:p w:rsidR="00553380" w:rsidRPr="00553380" w:rsidRDefault="00553380" w:rsidP="001E2F32">
      <w:pPr>
        <w:numPr>
          <w:ilvl w:val="0"/>
          <w:numId w:val="9"/>
        </w:numPr>
        <w:spacing w:line="480" w:lineRule="auto"/>
        <w:jc w:val="center"/>
        <w:rPr>
          <w:rFonts w:ascii="Garamond" w:hAnsi="Garamond"/>
        </w:rPr>
      </w:pPr>
      <w:r w:rsidRPr="00553380">
        <w:rPr>
          <w:rFonts w:ascii="Garamond" w:hAnsi="Garamond"/>
          <w:b/>
          <w:bCs/>
        </w:rPr>
        <w:t>Torah itself</w:t>
      </w:r>
      <w:r w:rsidRPr="00553380">
        <w:rPr>
          <w:rFonts w:ascii="Garamond" w:hAnsi="Garamond"/>
        </w:rPr>
        <w:t> (Proverbs 3:18 — “She is a tree of life to those who take hold of her”)</w:t>
      </w:r>
    </w:p>
    <w:p w:rsidR="00553380" w:rsidRPr="00553380" w:rsidRDefault="00553380" w:rsidP="001E2F32">
      <w:pPr>
        <w:numPr>
          <w:ilvl w:val="0"/>
          <w:numId w:val="9"/>
        </w:numPr>
        <w:spacing w:line="480" w:lineRule="auto"/>
        <w:jc w:val="center"/>
        <w:rPr>
          <w:rFonts w:ascii="Garamond" w:hAnsi="Garamond"/>
        </w:rPr>
      </w:pPr>
      <w:r w:rsidRPr="00553380">
        <w:rPr>
          <w:rFonts w:ascii="Garamond" w:hAnsi="Garamond"/>
          <w:b/>
          <w:bCs/>
        </w:rPr>
        <w:t xml:space="preserve">Wisdom </w:t>
      </w:r>
      <w:proofErr w:type="gramStart"/>
      <w:r w:rsidRPr="00553380">
        <w:rPr>
          <w:rFonts w:ascii="Garamond" w:hAnsi="Garamond"/>
          <w:b/>
          <w:bCs/>
        </w:rPr>
        <w:t>incarnate</w:t>
      </w:r>
      <w:proofErr w:type="gramEnd"/>
      <w:r w:rsidRPr="00553380">
        <w:rPr>
          <w:rFonts w:ascii="Garamond" w:hAnsi="Garamond"/>
        </w:rPr>
        <w:t> (Proverbs 3:13–18 — Wisdom’s ways are “pleasant,” her paths “peace”)</w:t>
      </w:r>
    </w:p>
    <w:p w:rsidR="00553380" w:rsidRPr="00553380" w:rsidRDefault="00553380" w:rsidP="001E2F32">
      <w:pPr>
        <w:numPr>
          <w:ilvl w:val="0"/>
          <w:numId w:val="9"/>
        </w:numPr>
        <w:spacing w:line="480" w:lineRule="auto"/>
        <w:jc w:val="center"/>
        <w:rPr>
          <w:rFonts w:ascii="Garamond" w:hAnsi="Garamond"/>
        </w:rPr>
      </w:pPr>
      <w:r w:rsidRPr="00553380">
        <w:rPr>
          <w:rFonts w:ascii="Garamond" w:hAnsi="Garamond"/>
          <w:b/>
          <w:bCs/>
        </w:rPr>
        <w:t>The Messiah</w:t>
      </w:r>
      <w:r w:rsidRPr="00553380">
        <w:rPr>
          <w:rFonts w:ascii="Garamond" w:hAnsi="Garamond"/>
        </w:rPr>
        <w:t> (Revelation 22:2 — leaves for healing; John 6:35 — “I am the Bread of Life”)</w:t>
      </w:r>
    </w:p>
    <w:p w:rsidR="00553380" w:rsidRPr="00553380" w:rsidRDefault="00553380" w:rsidP="001E2F32">
      <w:pPr>
        <w:numPr>
          <w:ilvl w:val="0"/>
          <w:numId w:val="9"/>
        </w:numPr>
        <w:spacing w:line="480" w:lineRule="auto"/>
        <w:jc w:val="center"/>
        <w:rPr>
          <w:rFonts w:ascii="Garamond" w:hAnsi="Garamond"/>
        </w:rPr>
      </w:pPr>
      <w:r w:rsidRPr="00553380">
        <w:rPr>
          <w:rFonts w:ascii="Garamond" w:hAnsi="Garamond"/>
          <w:b/>
          <w:bCs/>
        </w:rPr>
        <w:t>Covenant relationship</w:t>
      </w:r>
      <w:r w:rsidRPr="00553380">
        <w:rPr>
          <w:rFonts w:ascii="Garamond" w:hAnsi="Garamond"/>
        </w:rPr>
        <w:t> (Genesis 2:9 — placed “in the midst” — center of communion)</w:t>
      </w:r>
    </w:p>
    <w:p w:rsidR="00553380" w:rsidRPr="00553380" w:rsidRDefault="00553380" w:rsidP="001E2F32">
      <w:pPr>
        <w:spacing w:line="480" w:lineRule="auto"/>
        <w:jc w:val="center"/>
        <w:rPr>
          <w:rFonts w:ascii="Garamond" w:hAnsi="Garamond"/>
        </w:rPr>
      </w:pPr>
      <w:r w:rsidRPr="00553380">
        <w:rPr>
          <w:rFonts w:ascii="Garamond" w:hAnsi="Garamond"/>
        </w:rPr>
        <w:t>The Paradise of God (Gan Elohim) is not a place we enter after death —</w:t>
      </w:r>
      <w:r w:rsidRPr="00553380">
        <w:rPr>
          <w:rFonts w:ascii="Garamond" w:hAnsi="Garamond"/>
        </w:rPr>
        <w:br/>
        <w:t>but a state of surrendered intimacy we enter now — when we stop striving and start abiding.</w:t>
      </w:r>
    </w:p>
    <w:p w:rsidR="00553380" w:rsidRPr="00553380" w:rsidRDefault="00553380" w:rsidP="001E2F32">
      <w:pPr>
        <w:spacing w:line="480" w:lineRule="auto"/>
        <w:jc w:val="center"/>
        <w:rPr>
          <w:rFonts w:ascii="Garamond" w:hAnsi="Garamond"/>
        </w:rPr>
      </w:pPr>
      <w:r w:rsidRPr="00553380">
        <w:rPr>
          <w:rFonts w:ascii="Garamond" w:hAnsi="Garamond"/>
        </w:rPr>
        <w:t>YAHUSHA said:</w:t>
      </w:r>
    </w:p>
    <w:p w:rsidR="00553380" w:rsidRPr="00553380" w:rsidRDefault="00553380" w:rsidP="001E2F32">
      <w:pPr>
        <w:spacing w:line="480" w:lineRule="auto"/>
        <w:jc w:val="center"/>
        <w:rPr>
          <w:rFonts w:ascii="Garamond" w:hAnsi="Garamond"/>
        </w:rPr>
      </w:pPr>
      <w:r w:rsidRPr="00553380">
        <w:rPr>
          <w:rFonts w:ascii="Garamond" w:hAnsi="Garamond"/>
        </w:rPr>
        <w:t>“Abide in Me, and I in you. As the branch cannot bear fruit of itself, unless it abides in the vine, neither can you, unless you abide in Me.” (John 15:4)</w:t>
      </w:r>
    </w:p>
    <w:p w:rsidR="00553380" w:rsidRPr="00553380" w:rsidRDefault="00553380" w:rsidP="001E2F32">
      <w:pPr>
        <w:spacing w:line="480" w:lineRule="auto"/>
        <w:jc w:val="center"/>
        <w:rPr>
          <w:rFonts w:ascii="Garamond" w:hAnsi="Garamond"/>
        </w:rPr>
      </w:pPr>
      <w:r w:rsidRPr="00553380">
        <w:rPr>
          <w:rFonts w:ascii="Garamond" w:hAnsi="Garamond"/>
        </w:rPr>
        <w:t>The Tree is not distant.</w:t>
      </w:r>
      <w:r w:rsidRPr="00553380">
        <w:rPr>
          <w:rFonts w:ascii="Garamond" w:hAnsi="Garamond"/>
        </w:rPr>
        <w:br/>
        <w:t>It is here.</w:t>
      </w:r>
      <w:r w:rsidRPr="00553380">
        <w:rPr>
          <w:rFonts w:ascii="Garamond" w:hAnsi="Garamond"/>
        </w:rPr>
        <w:br/>
        <w:t>It is now.</w:t>
      </w:r>
      <w:r w:rsidRPr="00553380">
        <w:rPr>
          <w:rFonts w:ascii="Garamond" w:hAnsi="Garamond"/>
        </w:rPr>
        <w:br/>
        <w:t>It is Him.</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“I Choose the Tree of Life”</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Strip from me every hunger that is not holy.</w:t>
      </w:r>
      <w:r w:rsidRPr="00553380">
        <w:rPr>
          <w:rFonts w:ascii="Garamond" w:hAnsi="Garamond"/>
        </w:rPr>
        <w:br/>
        <w:t>Break every addiction to outcomes, answers, and applause.</w:t>
      </w:r>
      <w:r w:rsidRPr="00553380">
        <w:rPr>
          <w:rFonts w:ascii="Garamond" w:hAnsi="Garamond"/>
        </w:rPr>
        <w:br/>
        <w:t>Unmask every idol I’ve called “blessing.”</w:t>
      </w:r>
    </w:p>
    <w:p w:rsidR="00553380" w:rsidRPr="00553380" w:rsidRDefault="00553380" w:rsidP="001E2F32">
      <w:pPr>
        <w:spacing w:line="480" w:lineRule="auto"/>
        <w:jc w:val="center"/>
        <w:rPr>
          <w:rFonts w:ascii="Garamond" w:hAnsi="Garamond"/>
        </w:rPr>
      </w:pPr>
      <w:r w:rsidRPr="00553380">
        <w:rPr>
          <w:rFonts w:ascii="Garamond" w:hAnsi="Garamond"/>
        </w:rPr>
        <w:t>I return to the Garden.</w:t>
      </w:r>
      <w:r w:rsidRPr="00553380">
        <w:rPr>
          <w:rFonts w:ascii="Garamond" w:hAnsi="Garamond"/>
        </w:rPr>
        <w:br/>
        <w:t>I kneel at the Root.</w:t>
      </w:r>
      <w:r w:rsidRPr="00553380">
        <w:rPr>
          <w:rFonts w:ascii="Garamond" w:hAnsi="Garamond"/>
        </w:rPr>
        <w:br/>
        <w:t>I open my mouth — not to demand — but to receive.</w:t>
      </w:r>
    </w:p>
    <w:p w:rsidR="00553380" w:rsidRPr="00553380" w:rsidRDefault="00553380" w:rsidP="001E2F32">
      <w:pPr>
        <w:spacing w:line="480" w:lineRule="auto"/>
        <w:jc w:val="center"/>
        <w:rPr>
          <w:rFonts w:ascii="Garamond" w:hAnsi="Garamond"/>
        </w:rPr>
      </w:pPr>
      <w:r w:rsidRPr="00553380">
        <w:rPr>
          <w:rFonts w:ascii="Garamond" w:hAnsi="Garamond"/>
        </w:rPr>
        <w:t>Feed me from Your Tree.</w:t>
      </w:r>
      <w:r w:rsidRPr="00553380">
        <w:rPr>
          <w:rFonts w:ascii="Garamond" w:hAnsi="Garamond"/>
        </w:rPr>
        <w:br/>
        <w:t>Clothe me in Your Peace.</w:t>
      </w:r>
      <w:r w:rsidRPr="00553380">
        <w:rPr>
          <w:rFonts w:ascii="Garamond" w:hAnsi="Garamond"/>
        </w:rPr>
        <w:br/>
        <w:t>Let my life become a walking Paradise —</w:t>
      </w:r>
      <w:r w:rsidRPr="00553380">
        <w:rPr>
          <w:rFonts w:ascii="Garamond" w:hAnsi="Garamond"/>
        </w:rPr>
        <w:br/>
        <w:t>where others taste Life… simply by being near me.</w:t>
      </w:r>
    </w:p>
    <w:p w:rsidR="00553380" w:rsidRPr="00553380" w:rsidRDefault="00553380" w:rsidP="001E2F32">
      <w:pPr>
        <w:spacing w:line="480" w:lineRule="auto"/>
        <w:jc w:val="center"/>
        <w:rPr>
          <w:rFonts w:ascii="Garamond" w:hAnsi="Garamond"/>
        </w:rPr>
      </w:pPr>
      <w:r w:rsidRPr="00553380">
        <w:rPr>
          <w:rFonts w:ascii="Garamond" w:hAnsi="Garamond"/>
        </w:rPr>
        <w:t>I seek first Your Kingdom.</w:t>
      </w:r>
      <w:r w:rsidRPr="00553380">
        <w:rPr>
          <w:rFonts w:ascii="Garamond" w:hAnsi="Garamond"/>
        </w:rPr>
        <w:br/>
        <w:t>I delight in Your Presence.</w:t>
      </w:r>
      <w:r w:rsidRPr="00553380">
        <w:rPr>
          <w:rFonts w:ascii="Garamond" w:hAnsi="Garamond"/>
        </w:rPr>
        <w:br/>
        <w:t>I feast on Eternal Things.</w:t>
      </w:r>
    </w:p>
    <w:p w:rsidR="00553380" w:rsidRPr="00553380" w:rsidRDefault="00553380" w:rsidP="001E2F32">
      <w:pPr>
        <w:spacing w:line="480" w:lineRule="auto"/>
        <w:jc w:val="center"/>
        <w:rPr>
          <w:rFonts w:ascii="Garamond" w:hAnsi="Garamond"/>
        </w:rPr>
      </w:pPr>
      <w:r w:rsidRPr="00553380">
        <w:rPr>
          <w:rFonts w:ascii="Garamond" w:hAnsi="Garamond"/>
        </w:rPr>
        <w:t xml:space="preserve">In YAHUSHA </w:t>
      </w:r>
      <w:proofErr w:type="spellStart"/>
      <w:r w:rsidRPr="00553380">
        <w:rPr>
          <w:rFonts w:ascii="Garamond" w:hAnsi="Garamond"/>
        </w:rPr>
        <w:t>HaMashiach</w:t>
      </w:r>
      <w:proofErr w:type="spellEnd"/>
      <w:r w:rsidRPr="00553380">
        <w:rPr>
          <w:rFonts w:ascii="Garamond" w:hAnsi="Garamond"/>
        </w:rPr>
        <w:t xml:space="preserve">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9: A BROKEN SPIRIT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xml:space="preserve"> “The sacrifices of God are a broken spirit, a broken and a contrite heart—these, O God, </w:t>
      </w:r>
      <w:proofErr w:type="gramStart"/>
      <w:r w:rsidRPr="00553380">
        <w:rPr>
          <w:rFonts w:ascii="Garamond" w:hAnsi="Garamond"/>
        </w:rPr>
        <w:t>You</w:t>
      </w:r>
      <w:proofErr w:type="gramEnd"/>
      <w:r w:rsidRPr="00553380">
        <w:rPr>
          <w:rFonts w:ascii="Garamond" w:hAnsi="Garamond"/>
        </w:rPr>
        <w:t xml:space="preserve"> will not despise.”</w:t>
      </w:r>
      <w:r w:rsidRPr="00553380">
        <w:rPr>
          <w:rFonts w:ascii="Garamond" w:hAnsi="Garamond"/>
        </w:rPr>
        <w:br/>
        <w:t>— Psalm 51:17</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strength… forged only in surrender.</w:t>
      </w:r>
      <w:r w:rsidRPr="00553380">
        <w:rPr>
          <w:rFonts w:ascii="Garamond" w:hAnsi="Garamond"/>
        </w:rPr>
        <w:br/>
        <w:t>A power… released only through brokenness.</w:t>
      </w:r>
      <w:r w:rsidRPr="00553380">
        <w:rPr>
          <w:rFonts w:ascii="Garamond" w:hAnsi="Garamond"/>
        </w:rPr>
        <w:br/>
        <w:t>A beauty… revealed only when the mask falls.</w:t>
      </w:r>
    </w:p>
    <w:p w:rsidR="00553380" w:rsidRPr="00553380" w:rsidRDefault="00553380" w:rsidP="001E2F32">
      <w:pPr>
        <w:spacing w:line="480" w:lineRule="auto"/>
        <w:jc w:val="center"/>
        <w:rPr>
          <w:rFonts w:ascii="Garamond" w:hAnsi="Garamond"/>
        </w:rPr>
      </w:pPr>
      <w:r w:rsidRPr="00553380">
        <w:rPr>
          <w:rFonts w:ascii="Garamond" w:hAnsi="Garamond"/>
        </w:rPr>
        <w:t>YAHUAH does not seek your perfection.</w:t>
      </w:r>
      <w:r w:rsidRPr="00553380">
        <w:rPr>
          <w:rFonts w:ascii="Garamond" w:hAnsi="Garamond"/>
        </w:rPr>
        <w:br/>
        <w:t>He seeks your brokenness.</w:t>
      </w:r>
      <w:r w:rsidRPr="00553380">
        <w:rPr>
          <w:rFonts w:ascii="Garamond" w:hAnsi="Garamond"/>
        </w:rPr>
        <w:br/>
        <w:t>Not your polished performance —</w:t>
      </w:r>
      <w:r w:rsidRPr="00553380">
        <w:rPr>
          <w:rFonts w:ascii="Garamond" w:hAnsi="Garamond"/>
        </w:rPr>
        <w:br/>
        <w:t>but your shattered honesty.</w:t>
      </w:r>
    </w:p>
    <w:p w:rsidR="00553380" w:rsidRPr="00553380" w:rsidRDefault="00553380" w:rsidP="001E2F32">
      <w:pPr>
        <w:spacing w:line="480" w:lineRule="auto"/>
        <w:jc w:val="center"/>
        <w:rPr>
          <w:rFonts w:ascii="Garamond" w:hAnsi="Garamond"/>
        </w:rPr>
      </w:pPr>
      <w:r w:rsidRPr="00553380">
        <w:rPr>
          <w:rFonts w:ascii="Garamond" w:hAnsi="Garamond"/>
        </w:rPr>
        <w:t>“I do not despise the broken and the contrite. When the proud stumble, they fall hard, but the humble I lift with My hand.”</w:t>
      </w:r>
    </w:p>
    <w:p w:rsidR="00553380" w:rsidRPr="00553380" w:rsidRDefault="00553380" w:rsidP="001E2F32">
      <w:pPr>
        <w:spacing w:line="480" w:lineRule="auto"/>
        <w:jc w:val="center"/>
        <w:rPr>
          <w:rFonts w:ascii="Garamond" w:hAnsi="Garamond"/>
        </w:rPr>
      </w:pPr>
      <w:r w:rsidRPr="00553380">
        <w:rPr>
          <w:rFonts w:ascii="Garamond" w:hAnsi="Garamond"/>
        </w:rPr>
        <w:t>You think your cracks disqualify you?</w:t>
      </w:r>
      <w:r w:rsidRPr="00553380">
        <w:rPr>
          <w:rFonts w:ascii="Garamond" w:hAnsi="Garamond"/>
        </w:rPr>
        <w:br/>
        <w:t>They qualify you.</w:t>
      </w:r>
      <w:r w:rsidRPr="00553380">
        <w:rPr>
          <w:rFonts w:ascii="Garamond" w:hAnsi="Garamond"/>
        </w:rPr>
        <w:br/>
        <w:t>You think your tears make you weak?</w:t>
      </w:r>
      <w:r w:rsidRPr="00553380">
        <w:rPr>
          <w:rFonts w:ascii="Garamond" w:hAnsi="Garamond"/>
        </w:rPr>
        <w:br/>
        <w:t>They make you welcomed.</w:t>
      </w:r>
      <w:r w:rsidRPr="00553380">
        <w:rPr>
          <w:rFonts w:ascii="Garamond" w:hAnsi="Garamond"/>
        </w:rPr>
        <w:br/>
        <w:t>You think your failures push Him away?</w:t>
      </w:r>
      <w:r w:rsidRPr="00553380">
        <w:rPr>
          <w:rFonts w:ascii="Garamond" w:hAnsi="Garamond"/>
        </w:rPr>
        <w:br/>
        <w:t>They draw Him closer.</w:t>
      </w:r>
    </w:p>
    <w:p w:rsidR="00553380" w:rsidRPr="00553380" w:rsidRDefault="00553380" w:rsidP="001E2F32">
      <w:pPr>
        <w:spacing w:line="480" w:lineRule="auto"/>
        <w:jc w:val="center"/>
        <w:rPr>
          <w:rFonts w:ascii="Garamond" w:hAnsi="Garamond"/>
        </w:rPr>
      </w:pPr>
      <w:r w:rsidRPr="00553380">
        <w:rPr>
          <w:rFonts w:ascii="Garamond" w:hAnsi="Garamond"/>
        </w:rPr>
        <w:t>For YAHUAH dwells — not in temples of stone —</w:t>
      </w:r>
      <w:r w:rsidRPr="00553380">
        <w:rPr>
          <w:rFonts w:ascii="Garamond" w:hAnsi="Garamond"/>
        </w:rPr>
        <w:br/>
        <w:t>but in hearts that have been crushed open.</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Altar of the Broken”</w:t>
      </w:r>
    </w:p>
    <w:p w:rsidR="00553380" w:rsidRPr="00553380" w:rsidRDefault="00553380" w:rsidP="001E2F32">
      <w:pPr>
        <w:spacing w:line="480" w:lineRule="auto"/>
        <w:jc w:val="center"/>
        <w:rPr>
          <w:rFonts w:ascii="Garamond" w:hAnsi="Garamond"/>
        </w:rPr>
      </w:pPr>
      <w:r w:rsidRPr="00553380">
        <w:rPr>
          <w:rFonts w:ascii="Garamond" w:hAnsi="Garamond"/>
        </w:rPr>
        <w:t>Not marble. Not gold. Not flawless.</w:t>
      </w:r>
      <w:r w:rsidRPr="00553380">
        <w:rPr>
          <w:rFonts w:ascii="Garamond" w:hAnsi="Garamond"/>
        </w:rPr>
        <w:br/>
        <w:t>This altar — cracked.</w:t>
      </w:r>
      <w:r w:rsidRPr="00553380">
        <w:rPr>
          <w:rFonts w:ascii="Garamond" w:hAnsi="Garamond"/>
        </w:rPr>
        <w:br/>
        <w:t>Stained with tears.</w:t>
      </w:r>
      <w:r w:rsidRPr="00553380">
        <w:rPr>
          <w:rFonts w:ascii="Garamond" w:hAnsi="Garamond"/>
        </w:rPr>
        <w:br/>
        <w:t>Drenched in confession.</w:t>
      </w:r>
    </w:p>
    <w:p w:rsidR="00553380" w:rsidRPr="00553380" w:rsidRDefault="00553380" w:rsidP="001E2F32">
      <w:pPr>
        <w:spacing w:line="480" w:lineRule="auto"/>
        <w:jc w:val="center"/>
        <w:rPr>
          <w:rFonts w:ascii="Garamond" w:hAnsi="Garamond"/>
        </w:rPr>
      </w:pPr>
      <w:r w:rsidRPr="00553380">
        <w:rPr>
          <w:rFonts w:ascii="Garamond" w:hAnsi="Garamond"/>
        </w:rPr>
        <w:t>Here — no pretense.</w:t>
      </w:r>
      <w:r w:rsidRPr="00553380">
        <w:rPr>
          <w:rFonts w:ascii="Garamond" w:hAnsi="Garamond"/>
        </w:rPr>
        <w:br/>
        <w:t>No performance.</w:t>
      </w:r>
      <w:r w:rsidRPr="00553380">
        <w:rPr>
          <w:rFonts w:ascii="Garamond" w:hAnsi="Garamond"/>
        </w:rPr>
        <w:br/>
        <w:t>No hiding.</w:t>
      </w:r>
    </w:p>
    <w:p w:rsidR="00553380" w:rsidRPr="00553380" w:rsidRDefault="00553380" w:rsidP="001E2F32">
      <w:pPr>
        <w:spacing w:line="480" w:lineRule="auto"/>
        <w:jc w:val="center"/>
        <w:rPr>
          <w:rFonts w:ascii="Garamond" w:hAnsi="Garamond"/>
        </w:rPr>
      </w:pPr>
      <w:r w:rsidRPr="00553380">
        <w:rPr>
          <w:rFonts w:ascii="Garamond" w:hAnsi="Garamond"/>
        </w:rPr>
        <w:t>Only trembling hands.</w:t>
      </w:r>
      <w:r w:rsidRPr="00553380">
        <w:rPr>
          <w:rFonts w:ascii="Garamond" w:hAnsi="Garamond"/>
        </w:rPr>
        <w:br/>
        <w:t>Only whispered cries.</w:t>
      </w:r>
      <w:r w:rsidRPr="00553380">
        <w:rPr>
          <w:rFonts w:ascii="Garamond" w:hAnsi="Garamond"/>
        </w:rPr>
        <w:br/>
        <w:t>Only surrendered shame.</w:t>
      </w:r>
    </w:p>
    <w:p w:rsidR="00553380" w:rsidRPr="00553380" w:rsidRDefault="00553380" w:rsidP="001E2F32">
      <w:pPr>
        <w:spacing w:line="480" w:lineRule="auto"/>
        <w:jc w:val="center"/>
        <w:rPr>
          <w:rFonts w:ascii="Garamond" w:hAnsi="Garamond"/>
        </w:rPr>
      </w:pPr>
      <w:r w:rsidRPr="00553380">
        <w:rPr>
          <w:rFonts w:ascii="Garamond" w:hAnsi="Garamond"/>
        </w:rPr>
        <w:t>And here — YAHUAH leans low.</w:t>
      </w:r>
      <w:r w:rsidRPr="00553380">
        <w:rPr>
          <w:rFonts w:ascii="Garamond" w:hAnsi="Garamond"/>
        </w:rPr>
        <w:br/>
        <w:t>Not to condemn —</w:t>
      </w:r>
      <w:r w:rsidRPr="00553380">
        <w:rPr>
          <w:rFonts w:ascii="Garamond" w:hAnsi="Garamond"/>
        </w:rPr>
        <w:br/>
        <w:t>but to cradle.</w:t>
      </w:r>
      <w:r w:rsidRPr="00553380">
        <w:rPr>
          <w:rFonts w:ascii="Garamond" w:hAnsi="Garamond"/>
        </w:rPr>
        <w:br/>
        <w:t>Not to reject —</w:t>
      </w:r>
      <w:r w:rsidRPr="00553380">
        <w:rPr>
          <w:rFonts w:ascii="Garamond" w:hAnsi="Garamond"/>
        </w:rPr>
        <w:br/>
        <w:t>but to rebuild.</w:t>
      </w:r>
    </w:p>
    <w:p w:rsidR="00553380" w:rsidRPr="00553380" w:rsidRDefault="00553380" w:rsidP="001E2F32">
      <w:pPr>
        <w:spacing w:line="480" w:lineRule="auto"/>
        <w:jc w:val="center"/>
        <w:rPr>
          <w:rFonts w:ascii="Garamond" w:hAnsi="Garamond"/>
        </w:rPr>
      </w:pPr>
      <w:r w:rsidRPr="00553380">
        <w:rPr>
          <w:rFonts w:ascii="Garamond" w:hAnsi="Garamond"/>
        </w:rPr>
        <w:t>The proud walk past this altar.</w:t>
      </w:r>
      <w:r w:rsidRPr="00553380">
        <w:rPr>
          <w:rFonts w:ascii="Garamond" w:hAnsi="Garamond"/>
        </w:rPr>
        <w:br/>
        <w:t>The religious avoid its stain.</w:t>
      </w:r>
      <w:r w:rsidRPr="00553380">
        <w:rPr>
          <w:rFonts w:ascii="Garamond" w:hAnsi="Garamond"/>
        </w:rPr>
        <w:br/>
        <w:t>But the broken?</w:t>
      </w:r>
      <w:r w:rsidRPr="00553380">
        <w:rPr>
          <w:rFonts w:ascii="Garamond" w:hAnsi="Garamond"/>
        </w:rPr>
        <w:br/>
        <w:t>They find Life here.</w:t>
      </w:r>
    </w:p>
    <w:p w:rsidR="00553380" w:rsidRPr="00553380" w:rsidRDefault="00553380" w:rsidP="001E2F32">
      <w:pPr>
        <w:spacing w:line="480" w:lineRule="auto"/>
        <w:jc w:val="center"/>
        <w:rPr>
          <w:rFonts w:ascii="Garamond" w:hAnsi="Garamond"/>
        </w:rPr>
      </w:pPr>
      <w:r w:rsidRPr="00553380">
        <w:rPr>
          <w:rFonts w:ascii="Garamond" w:hAnsi="Garamond"/>
        </w:rPr>
        <w:lastRenderedPageBreak/>
        <w:t>For this is where He meets us —</w:t>
      </w:r>
      <w:r w:rsidRPr="00553380">
        <w:rPr>
          <w:rFonts w:ascii="Garamond" w:hAnsi="Garamond"/>
        </w:rPr>
        <w:br/>
        <w:t>not in our strength —</w:t>
      </w:r>
      <w:r w:rsidRPr="00553380">
        <w:rPr>
          <w:rFonts w:ascii="Garamond" w:hAnsi="Garamond"/>
        </w:rPr>
        <w:br/>
        <w:t>but in our surrender.</w:t>
      </w:r>
    </w:p>
    <w:p w:rsidR="00553380" w:rsidRPr="00553380" w:rsidRDefault="00553380" w:rsidP="001E2F32">
      <w:pPr>
        <w:spacing w:line="480" w:lineRule="auto"/>
        <w:jc w:val="center"/>
        <w:rPr>
          <w:rFonts w:ascii="Garamond" w:hAnsi="Garamond"/>
        </w:rPr>
      </w:pPr>
      <w:r w:rsidRPr="00553380">
        <w:rPr>
          <w:rFonts w:ascii="Garamond" w:hAnsi="Garamond"/>
        </w:rPr>
        <w:t>— Inspired by Psalm 51:17</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Contrite Heart”</w:t>
      </w:r>
    </w:p>
    <w:p w:rsidR="00553380" w:rsidRPr="00553380" w:rsidRDefault="00553380" w:rsidP="001E2F32">
      <w:pPr>
        <w:spacing w:line="480" w:lineRule="auto"/>
        <w:jc w:val="center"/>
        <w:rPr>
          <w:rFonts w:ascii="Garamond" w:hAnsi="Garamond"/>
        </w:rPr>
      </w:pPr>
      <w:r w:rsidRPr="00553380">
        <w:rPr>
          <w:rFonts w:ascii="Garamond" w:hAnsi="Garamond"/>
        </w:rPr>
        <w:t>Leader: YAHUAH, I bring my brokenness — not as shame, but as sacrifice —</w:t>
      </w:r>
      <w:r w:rsidRPr="00553380">
        <w:rPr>
          <w:rFonts w:ascii="Garamond" w:hAnsi="Garamond"/>
        </w:rPr>
        <w:br/>
        <w:t>People: For You will not despise a broken and contrite heart.</w:t>
      </w:r>
    </w:p>
    <w:p w:rsidR="00553380" w:rsidRPr="00553380" w:rsidRDefault="00553380" w:rsidP="001E2F32">
      <w:pPr>
        <w:spacing w:line="480" w:lineRule="auto"/>
        <w:jc w:val="center"/>
        <w:rPr>
          <w:rFonts w:ascii="Garamond" w:hAnsi="Garamond"/>
        </w:rPr>
      </w:pPr>
      <w:r w:rsidRPr="00553380">
        <w:rPr>
          <w:rFonts w:ascii="Garamond" w:hAnsi="Garamond"/>
        </w:rPr>
        <w:t>Leader: I lay down my pride — my need to appear strong —</w:t>
      </w:r>
      <w:r w:rsidRPr="00553380">
        <w:rPr>
          <w:rFonts w:ascii="Garamond" w:hAnsi="Garamond"/>
        </w:rPr>
        <w:br/>
        <w:t>People: Clothe me in humility — for You lift the humble.</w:t>
      </w:r>
    </w:p>
    <w:p w:rsidR="00553380" w:rsidRPr="00553380" w:rsidRDefault="00553380" w:rsidP="001E2F32">
      <w:pPr>
        <w:spacing w:line="480" w:lineRule="auto"/>
        <w:jc w:val="center"/>
        <w:rPr>
          <w:rFonts w:ascii="Garamond" w:hAnsi="Garamond"/>
        </w:rPr>
      </w:pPr>
      <w:r w:rsidRPr="00553380">
        <w:rPr>
          <w:rFonts w:ascii="Garamond" w:hAnsi="Garamond"/>
        </w:rPr>
        <w:t>Leader: Heal the wounds I’ve hidden —</w:t>
      </w:r>
      <w:r w:rsidRPr="00553380">
        <w:rPr>
          <w:rFonts w:ascii="Garamond" w:hAnsi="Garamond"/>
        </w:rPr>
        <w:br/>
        <w:t>People: For in Your presence, even scars become testimonies.</w:t>
      </w:r>
    </w:p>
    <w:p w:rsidR="00553380" w:rsidRPr="00553380" w:rsidRDefault="00553380" w:rsidP="001E2F32">
      <w:pPr>
        <w:spacing w:line="480" w:lineRule="auto"/>
        <w:jc w:val="center"/>
        <w:rPr>
          <w:rFonts w:ascii="Garamond" w:hAnsi="Garamond"/>
        </w:rPr>
      </w:pPr>
      <w:r w:rsidRPr="00553380">
        <w:rPr>
          <w:rFonts w:ascii="Garamond" w:hAnsi="Garamond"/>
        </w:rPr>
        <w:t>Leader: Make me a vessel fit for glory —</w:t>
      </w:r>
      <w:r w:rsidRPr="00553380">
        <w:rPr>
          <w:rFonts w:ascii="Garamond" w:hAnsi="Garamond"/>
        </w:rPr>
        <w:br/>
        <w:t>People: Not because I am whole — but because You make me whole.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Fire that refines the broken!</w:t>
      </w:r>
    </w:p>
    <w:p w:rsidR="00553380" w:rsidRPr="00553380" w:rsidRDefault="00553380" w:rsidP="001E2F32">
      <w:pPr>
        <w:spacing w:line="480" w:lineRule="auto"/>
        <w:jc w:val="center"/>
        <w:rPr>
          <w:rFonts w:ascii="Garamond" w:hAnsi="Garamond"/>
        </w:rPr>
      </w:pPr>
      <w:r w:rsidRPr="00553380">
        <w:rPr>
          <w:rFonts w:ascii="Garamond" w:hAnsi="Garamond"/>
        </w:rPr>
        <w:t>(Pause. Whisper: “YAHUAH, I stop hiding. I bring You my brokenness — and trust You to rebuild me.”)</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Furnace That Frees — Not Destroys”</w:t>
      </w:r>
    </w:p>
    <w:p w:rsidR="00553380" w:rsidRPr="00553380" w:rsidRDefault="00553380" w:rsidP="001E2F32">
      <w:pPr>
        <w:spacing w:line="480" w:lineRule="auto"/>
        <w:jc w:val="center"/>
        <w:rPr>
          <w:rFonts w:ascii="Garamond" w:hAnsi="Garamond"/>
        </w:rPr>
      </w:pPr>
      <w:r w:rsidRPr="00553380">
        <w:rPr>
          <w:rFonts w:ascii="Garamond" w:hAnsi="Garamond"/>
        </w:rPr>
        <w:t xml:space="preserve">“Do not fear </w:t>
      </w:r>
      <w:proofErr w:type="gramStart"/>
      <w:r w:rsidRPr="00553380">
        <w:rPr>
          <w:rFonts w:ascii="Garamond" w:hAnsi="Garamond"/>
        </w:rPr>
        <w:t>being</w:t>
      </w:r>
      <w:proofErr w:type="gramEnd"/>
      <w:r w:rsidRPr="00553380">
        <w:rPr>
          <w:rFonts w:ascii="Garamond" w:hAnsi="Garamond"/>
        </w:rPr>
        <w:t xml:space="preserve"> humbled, for humility is the doorway to My presence… Fear not the threats of kings nor the decrees of nations. For when they cast you into the fire, </w:t>
      </w:r>
      <w:proofErr w:type="gramStart"/>
      <w:r w:rsidRPr="00553380">
        <w:rPr>
          <w:rFonts w:ascii="Garamond" w:hAnsi="Garamond"/>
        </w:rPr>
        <w:t>My</w:t>
      </w:r>
      <w:proofErr w:type="gramEnd"/>
      <w:r w:rsidRPr="00553380">
        <w:rPr>
          <w:rFonts w:ascii="Garamond" w:hAnsi="Garamond"/>
        </w:rPr>
        <w:t xml:space="preserve"> presence will walk with you.”</w:t>
      </w:r>
    </w:p>
    <w:p w:rsidR="00553380" w:rsidRPr="00553380" w:rsidRDefault="00553380" w:rsidP="001E2F32">
      <w:pPr>
        <w:spacing w:line="480" w:lineRule="auto"/>
        <w:jc w:val="center"/>
        <w:rPr>
          <w:rFonts w:ascii="Garamond" w:hAnsi="Garamond"/>
        </w:rPr>
      </w:pPr>
      <w:r w:rsidRPr="00553380">
        <w:rPr>
          <w:rFonts w:ascii="Garamond" w:hAnsi="Garamond"/>
        </w:rPr>
        <w:t>You were not thrown into the furnace to be destroyed —</w:t>
      </w:r>
      <w:r w:rsidRPr="00553380">
        <w:rPr>
          <w:rFonts w:ascii="Garamond" w:hAnsi="Garamond"/>
        </w:rPr>
        <w:br/>
        <w:t>but to be delivered.</w:t>
      </w:r>
      <w:r w:rsidRPr="00553380">
        <w:rPr>
          <w:rFonts w:ascii="Garamond" w:hAnsi="Garamond"/>
        </w:rPr>
        <w:br/>
        <w:t>Not to be consumed —</w:t>
      </w:r>
      <w:r w:rsidRPr="00553380">
        <w:rPr>
          <w:rFonts w:ascii="Garamond" w:hAnsi="Garamond"/>
        </w:rPr>
        <w:br/>
        <w:t>but to be cleansed.</w:t>
      </w:r>
    </w:p>
    <w:p w:rsidR="00553380" w:rsidRPr="00553380" w:rsidRDefault="00553380" w:rsidP="001E2F32">
      <w:pPr>
        <w:spacing w:line="480" w:lineRule="auto"/>
        <w:jc w:val="center"/>
        <w:rPr>
          <w:rFonts w:ascii="Garamond" w:hAnsi="Garamond"/>
        </w:rPr>
      </w:pPr>
      <w:r w:rsidRPr="00553380">
        <w:rPr>
          <w:rFonts w:ascii="Garamond" w:hAnsi="Garamond"/>
        </w:rPr>
        <w:t>The Hebrew boys didn’t bow — and the fire didn’t kill them.</w:t>
      </w:r>
      <w:r w:rsidRPr="00553380">
        <w:rPr>
          <w:rFonts w:ascii="Garamond" w:hAnsi="Garamond"/>
        </w:rPr>
        <w:br/>
        <w:t>It only burned off their bonds.</w:t>
      </w:r>
      <w:r w:rsidRPr="00553380">
        <w:rPr>
          <w:rFonts w:ascii="Garamond" w:hAnsi="Garamond"/>
        </w:rPr>
        <w:br/>
        <w:t>The smell of smoke didn’t cling —</w:t>
      </w:r>
      <w:r w:rsidRPr="00553380">
        <w:rPr>
          <w:rFonts w:ascii="Garamond" w:hAnsi="Garamond"/>
        </w:rPr>
        <w:br/>
        <w:t>because the Glory of YAHUAH walked with them.</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What “furnace” am I in right now?</w:t>
      </w:r>
      <w:r w:rsidRPr="00553380">
        <w:rPr>
          <w:rFonts w:ascii="Garamond" w:hAnsi="Garamond"/>
        </w:rPr>
        <w:br/>
        <w:t>— Rejection? Failure? Betrayal? Loss?</w:t>
      </w:r>
    </w:p>
    <w:p w:rsidR="00553380" w:rsidRPr="00553380" w:rsidRDefault="00553380" w:rsidP="001E2F32">
      <w:pPr>
        <w:spacing w:line="480" w:lineRule="auto"/>
        <w:jc w:val="center"/>
        <w:rPr>
          <w:rFonts w:ascii="Garamond" w:hAnsi="Garamond"/>
        </w:rPr>
      </w:pPr>
      <w:r w:rsidRPr="00553380">
        <w:rPr>
          <w:rFonts w:ascii="Garamond" w:hAnsi="Garamond"/>
        </w:rPr>
        <w:t>Am I fighting the flames — or surrendering to the Refiner?</w:t>
      </w:r>
      <w:r w:rsidRPr="00553380">
        <w:rPr>
          <w:rFonts w:ascii="Garamond" w:hAnsi="Garamond"/>
        </w:rPr>
        <w:br/>
        <w:t>Am I cursing the heat — or trusting the One who walks with me?</w:t>
      </w:r>
    </w:p>
    <w:p w:rsidR="00553380" w:rsidRPr="00553380" w:rsidRDefault="00553380" w:rsidP="001E2F32">
      <w:pPr>
        <w:spacing w:line="480" w:lineRule="auto"/>
        <w:jc w:val="center"/>
        <w:rPr>
          <w:rFonts w:ascii="Garamond" w:hAnsi="Garamond"/>
        </w:rPr>
      </w:pPr>
      <w:r w:rsidRPr="00553380">
        <w:rPr>
          <w:rFonts w:ascii="Garamond" w:hAnsi="Garamond"/>
        </w:rPr>
        <w:t>YAHUAH says:</w:t>
      </w:r>
    </w:p>
    <w:p w:rsidR="00553380" w:rsidRPr="00553380" w:rsidRDefault="00553380" w:rsidP="001E2F32">
      <w:pPr>
        <w:spacing w:line="480" w:lineRule="auto"/>
        <w:jc w:val="center"/>
        <w:rPr>
          <w:rFonts w:ascii="Garamond" w:hAnsi="Garamond"/>
        </w:rPr>
      </w:pPr>
      <w:r w:rsidRPr="00553380">
        <w:rPr>
          <w:rFonts w:ascii="Garamond" w:hAnsi="Garamond"/>
        </w:rPr>
        <w:t>“The vessel that is cracked and poured out is the one I fill with new oil.”</w:t>
      </w:r>
    </w:p>
    <w:p w:rsidR="00553380" w:rsidRPr="00553380" w:rsidRDefault="00553380" w:rsidP="001E2F32">
      <w:pPr>
        <w:spacing w:line="480" w:lineRule="auto"/>
        <w:jc w:val="center"/>
        <w:rPr>
          <w:rFonts w:ascii="Garamond" w:hAnsi="Garamond"/>
        </w:rPr>
      </w:pPr>
      <w:r w:rsidRPr="00553380">
        <w:rPr>
          <w:rFonts w:ascii="Garamond" w:hAnsi="Garamond"/>
        </w:rPr>
        <w:t>Your brokenness is not your end —</w:t>
      </w:r>
      <w:r w:rsidRPr="00553380">
        <w:rPr>
          <w:rFonts w:ascii="Garamond" w:hAnsi="Garamond"/>
        </w:rPr>
        <w:br/>
        <w:t>it is your entrance —</w:t>
      </w:r>
      <w:r w:rsidRPr="00553380">
        <w:rPr>
          <w:rFonts w:ascii="Garamond" w:hAnsi="Garamond"/>
        </w:rPr>
        <w:br/>
      </w:r>
      <w:r w:rsidRPr="00553380">
        <w:rPr>
          <w:rFonts w:ascii="Garamond" w:hAnsi="Garamond"/>
        </w:rPr>
        <w:lastRenderedPageBreak/>
        <w:t>into deeper intimacy,</w:t>
      </w:r>
      <w:r w:rsidRPr="00553380">
        <w:rPr>
          <w:rFonts w:ascii="Garamond" w:hAnsi="Garamond"/>
        </w:rPr>
        <w:br/>
        <w:t>greater authority,</w:t>
      </w:r>
      <w:r w:rsidRPr="00553380">
        <w:rPr>
          <w:rFonts w:ascii="Garamond" w:hAnsi="Garamond"/>
        </w:rPr>
        <w:br/>
        <w:t>truer worship.</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Am I Still Hiding?”</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heart —</w:t>
      </w:r>
      <w:r w:rsidRPr="00553380">
        <w:rPr>
          <w:rFonts w:ascii="Garamond" w:hAnsi="Garamond"/>
        </w:rPr>
        <w:br/>
        <w:t>What wound have I covered with religion?</w:t>
      </w:r>
      <w:r w:rsidRPr="00553380">
        <w:rPr>
          <w:rFonts w:ascii="Garamond" w:hAnsi="Garamond"/>
        </w:rPr>
        <w:br/>
        <w:t>What failure have I masked with busyness?</w:t>
      </w:r>
      <w:r w:rsidRPr="00553380">
        <w:rPr>
          <w:rFonts w:ascii="Garamond" w:hAnsi="Garamond"/>
        </w:rPr>
        <w:br/>
        <w:t>What sin have I excused instead of exposing?</w:t>
      </w:r>
    </w:p>
    <w:p w:rsidR="00553380" w:rsidRPr="00553380" w:rsidRDefault="00553380" w:rsidP="001E2F32">
      <w:pPr>
        <w:spacing w:line="480" w:lineRule="auto"/>
        <w:jc w:val="center"/>
        <w:rPr>
          <w:rFonts w:ascii="Garamond" w:hAnsi="Garamond"/>
        </w:rPr>
      </w:pPr>
      <w:r w:rsidRPr="00553380">
        <w:rPr>
          <w:rFonts w:ascii="Garamond" w:hAnsi="Garamond"/>
        </w:rPr>
        <w:t>I repent of self-protection.</w:t>
      </w:r>
      <w:r w:rsidRPr="00553380">
        <w:rPr>
          <w:rFonts w:ascii="Garamond" w:hAnsi="Garamond"/>
        </w:rPr>
        <w:br/>
        <w:t>I renounce image-management.</w:t>
      </w:r>
      <w:r w:rsidRPr="00553380">
        <w:rPr>
          <w:rFonts w:ascii="Garamond" w:hAnsi="Garamond"/>
        </w:rPr>
        <w:br/>
        <w:t>I choose raw honesty before You.</w:t>
      </w:r>
    </w:p>
    <w:p w:rsidR="00553380" w:rsidRPr="00553380" w:rsidRDefault="00553380" w:rsidP="001E2F32">
      <w:pPr>
        <w:spacing w:line="480" w:lineRule="auto"/>
        <w:jc w:val="center"/>
        <w:rPr>
          <w:rFonts w:ascii="Garamond" w:hAnsi="Garamond"/>
        </w:rPr>
      </w:pPr>
      <w:r w:rsidRPr="00553380">
        <w:rPr>
          <w:rFonts w:ascii="Garamond" w:hAnsi="Garamond"/>
        </w:rPr>
        <w:t>Break what needs breaking.</w:t>
      </w:r>
      <w:r w:rsidRPr="00553380">
        <w:rPr>
          <w:rFonts w:ascii="Garamond" w:hAnsi="Garamond"/>
        </w:rPr>
        <w:br/>
        <w:t>Burn what needs burning.</w:t>
      </w:r>
      <w:r w:rsidRPr="00553380">
        <w:rPr>
          <w:rFonts w:ascii="Garamond" w:hAnsi="Garamond"/>
        </w:rPr>
        <w:br/>
        <w:t>Fill what’s been emptied — with Your Spirit.</w:t>
      </w:r>
    </w:p>
    <w:p w:rsidR="00553380" w:rsidRPr="00553380" w:rsidRDefault="00553380" w:rsidP="001E2F32">
      <w:pPr>
        <w:spacing w:line="480" w:lineRule="auto"/>
        <w:jc w:val="center"/>
        <w:rPr>
          <w:rFonts w:ascii="Garamond" w:hAnsi="Garamond"/>
        </w:rPr>
      </w:pPr>
      <w:r w:rsidRPr="00553380">
        <w:rPr>
          <w:rFonts w:ascii="Garamond" w:hAnsi="Garamond"/>
        </w:rPr>
        <w:t>Let my brokenness become my altar.</w:t>
      </w:r>
      <w:r w:rsidRPr="00553380">
        <w:rPr>
          <w:rFonts w:ascii="Garamond" w:hAnsi="Garamond"/>
        </w:rPr>
        <w:br/>
        <w:t>Let my surrender become my strength.</w:t>
      </w:r>
      <w:r w:rsidRPr="00553380">
        <w:rPr>
          <w:rFonts w:ascii="Garamond" w:hAnsi="Garamond"/>
        </w:rPr>
        <w:br/>
        <w:t>Let my contrition become my crown.</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“NISHBAR — THE SPIRIT THAT YAHUAH REVIVES”</w:t>
      </w:r>
    </w:p>
    <w:p w:rsidR="00553380" w:rsidRPr="00553380" w:rsidRDefault="00553380" w:rsidP="001E2F32">
      <w:pPr>
        <w:spacing w:line="480" w:lineRule="auto"/>
        <w:jc w:val="center"/>
        <w:rPr>
          <w:rFonts w:ascii="Garamond" w:hAnsi="Garamond"/>
        </w:rPr>
      </w:pPr>
      <w:proofErr w:type="spellStart"/>
      <w:r w:rsidRPr="00553380">
        <w:rPr>
          <w:rFonts w:ascii="Garamond" w:hAnsi="Garamond"/>
        </w:rPr>
        <w:t>Nishbar</w:t>
      </w:r>
      <w:proofErr w:type="spellEnd"/>
      <w:r w:rsidRPr="00553380">
        <w:rPr>
          <w:rFonts w:ascii="Garamond" w:hAnsi="Garamond"/>
        </w:rPr>
        <w:t> (</w:t>
      </w:r>
      <w:proofErr w:type="spellStart"/>
      <w:r w:rsidRPr="00553380">
        <w:rPr>
          <w:rFonts w:ascii="Times New Roman" w:hAnsi="Times New Roman" w:cs="Times New Roman"/>
        </w:rPr>
        <w:t>נִש</w:t>
      </w:r>
      <w:proofErr w:type="spellEnd"/>
      <w:r w:rsidRPr="00553380">
        <w:rPr>
          <w:rFonts w:ascii="Times New Roman" w:hAnsi="Times New Roman" w:cs="Times New Roman"/>
        </w:rPr>
        <w:t>ְׁבָּר</w:t>
      </w:r>
      <w:r w:rsidRPr="00553380">
        <w:rPr>
          <w:rFonts w:ascii="Garamond" w:hAnsi="Garamond"/>
        </w:rPr>
        <w:t>) — “broken” — implies shattered open for divine filling, not merely damaged.</w:t>
      </w:r>
    </w:p>
    <w:p w:rsidR="00553380" w:rsidRPr="00553380" w:rsidRDefault="00553380" w:rsidP="001E2F32">
      <w:pPr>
        <w:spacing w:line="480" w:lineRule="auto"/>
        <w:jc w:val="center"/>
        <w:rPr>
          <w:rFonts w:ascii="Garamond" w:hAnsi="Garamond"/>
        </w:rPr>
      </w:pPr>
      <w:r w:rsidRPr="00553380">
        <w:rPr>
          <w:rFonts w:ascii="Garamond" w:hAnsi="Garamond"/>
        </w:rPr>
        <w:t>In Psalm 34:18:</w:t>
      </w:r>
    </w:p>
    <w:p w:rsidR="00553380" w:rsidRPr="00553380" w:rsidRDefault="00553380" w:rsidP="001E2F32">
      <w:pPr>
        <w:spacing w:line="480" w:lineRule="auto"/>
        <w:jc w:val="center"/>
        <w:rPr>
          <w:rFonts w:ascii="Garamond" w:hAnsi="Garamond"/>
        </w:rPr>
      </w:pPr>
      <w:r w:rsidRPr="00553380">
        <w:rPr>
          <w:rFonts w:ascii="Garamond" w:hAnsi="Garamond"/>
        </w:rPr>
        <w:t>“YAHUAH is near to the </w:t>
      </w:r>
      <w:proofErr w:type="spellStart"/>
      <w:r w:rsidRPr="00553380">
        <w:rPr>
          <w:rFonts w:ascii="Garamond" w:hAnsi="Garamond"/>
        </w:rPr>
        <w:t>nishbarey</w:t>
      </w:r>
      <w:proofErr w:type="spellEnd"/>
      <w:r w:rsidRPr="00553380">
        <w:rPr>
          <w:rFonts w:ascii="Garamond" w:hAnsi="Garamond"/>
        </w:rPr>
        <w:t xml:space="preserve"> lev — the broken of heart — and saves those crushed in spirit.”</w:t>
      </w:r>
    </w:p>
    <w:p w:rsidR="00553380" w:rsidRPr="00553380" w:rsidRDefault="00553380" w:rsidP="001E2F32">
      <w:pPr>
        <w:spacing w:line="480" w:lineRule="auto"/>
        <w:jc w:val="center"/>
        <w:rPr>
          <w:rFonts w:ascii="Garamond" w:hAnsi="Garamond"/>
        </w:rPr>
      </w:pPr>
      <w:r w:rsidRPr="00553380">
        <w:rPr>
          <w:rFonts w:ascii="Garamond" w:hAnsi="Garamond"/>
        </w:rPr>
        <w:t>This brokenness is:</w:t>
      </w:r>
    </w:p>
    <w:p w:rsidR="00553380" w:rsidRPr="00553380" w:rsidRDefault="00553380" w:rsidP="001E2F32">
      <w:pPr>
        <w:numPr>
          <w:ilvl w:val="0"/>
          <w:numId w:val="10"/>
        </w:numPr>
        <w:spacing w:line="480" w:lineRule="auto"/>
        <w:jc w:val="center"/>
        <w:rPr>
          <w:rFonts w:ascii="Garamond" w:hAnsi="Garamond"/>
        </w:rPr>
      </w:pPr>
      <w:r w:rsidRPr="00553380">
        <w:rPr>
          <w:rFonts w:ascii="Garamond" w:hAnsi="Garamond"/>
          <w:b/>
          <w:bCs/>
        </w:rPr>
        <w:t>Voluntary</w:t>
      </w:r>
      <w:r w:rsidRPr="00553380">
        <w:rPr>
          <w:rFonts w:ascii="Garamond" w:hAnsi="Garamond"/>
        </w:rPr>
        <w:t xml:space="preserve"> — not victimhood, but </w:t>
      </w:r>
      <w:proofErr w:type="spellStart"/>
      <w:r w:rsidRPr="00553380">
        <w:rPr>
          <w:rFonts w:ascii="Garamond" w:hAnsi="Garamond"/>
        </w:rPr>
        <w:t>yieldedness</w:t>
      </w:r>
      <w:proofErr w:type="spellEnd"/>
    </w:p>
    <w:p w:rsidR="00553380" w:rsidRPr="00553380" w:rsidRDefault="00553380" w:rsidP="001E2F32">
      <w:pPr>
        <w:numPr>
          <w:ilvl w:val="0"/>
          <w:numId w:val="10"/>
        </w:numPr>
        <w:spacing w:line="480" w:lineRule="auto"/>
        <w:jc w:val="center"/>
        <w:rPr>
          <w:rFonts w:ascii="Garamond" w:hAnsi="Garamond"/>
        </w:rPr>
      </w:pPr>
      <w:r w:rsidRPr="00553380">
        <w:rPr>
          <w:rFonts w:ascii="Garamond" w:hAnsi="Garamond"/>
          <w:b/>
          <w:bCs/>
        </w:rPr>
        <w:t>Sacred</w:t>
      </w:r>
      <w:r w:rsidRPr="00553380">
        <w:rPr>
          <w:rFonts w:ascii="Garamond" w:hAnsi="Garamond"/>
        </w:rPr>
        <w:t> — an offering YAHUAH delights in (Psalm 51:17)</w:t>
      </w:r>
    </w:p>
    <w:p w:rsidR="00553380" w:rsidRPr="00553380" w:rsidRDefault="00553380" w:rsidP="001E2F32">
      <w:pPr>
        <w:numPr>
          <w:ilvl w:val="0"/>
          <w:numId w:val="10"/>
        </w:numPr>
        <w:spacing w:line="480" w:lineRule="auto"/>
        <w:jc w:val="center"/>
        <w:rPr>
          <w:rFonts w:ascii="Garamond" w:hAnsi="Garamond"/>
        </w:rPr>
      </w:pPr>
      <w:r w:rsidRPr="00553380">
        <w:rPr>
          <w:rFonts w:ascii="Garamond" w:hAnsi="Garamond"/>
          <w:b/>
          <w:bCs/>
        </w:rPr>
        <w:t>Transformative</w:t>
      </w:r>
      <w:r w:rsidRPr="00553380">
        <w:rPr>
          <w:rFonts w:ascii="Garamond" w:hAnsi="Garamond"/>
        </w:rPr>
        <w:t> — the prerequisite for rebuilding (Psalm 51:18)</w:t>
      </w:r>
    </w:p>
    <w:p w:rsidR="00553380" w:rsidRPr="00553380" w:rsidRDefault="00553380" w:rsidP="001E2F32">
      <w:pPr>
        <w:numPr>
          <w:ilvl w:val="0"/>
          <w:numId w:val="10"/>
        </w:numPr>
        <w:spacing w:line="480" w:lineRule="auto"/>
        <w:jc w:val="center"/>
        <w:rPr>
          <w:rFonts w:ascii="Garamond" w:hAnsi="Garamond"/>
        </w:rPr>
      </w:pPr>
      <w:r w:rsidRPr="00553380">
        <w:rPr>
          <w:rFonts w:ascii="Garamond" w:hAnsi="Garamond"/>
          <w:b/>
          <w:bCs/>
        </w:rPr>
        <w:t>Prophetic</w:t>
      </w:r>
      <w:r w:rsidRPr="00553380">
        <w:rPr>
          <w:rFonts w:ascii="Garamond" w:hAnsi="Garamond"/>
        </w:rPr>
        <w:t> — the posture of true intercession and authority</w:t>
      </w:r>
    </w:p>
    <w:p w:rsidR="00553380" w:rsidRPr="00553380" w:rsidRDefault="00553380" w:rsidP="001E2F32">
      <w:pPr>
        <w:spacing w:line="480" w:lineRule="auto"/>
        <w:jc w:val="center"/>
        <w:rPr>
          <w:rFonts w:ascii="Garamond" w:hAnsi="Garamond"/>
        </w:rPr>
      </w:pPr>
      <w:r w:rsidRPr="00553380">
        <w:rPr>
          <w:rFonts w:ascii="Garamond" w:hAnsi="Garamond"/>
        </w:rPr>
        <w:t>YAHUAH does not heal the proud.</w:t>
      </w:r>
      <w:r w:rsidRPr="00553380">
        <w:rPr>
          <w:rFonts w:ascii="Garamond" w:hAnsi="Garamond"/>
        </w:rPr>
        <w:br/>
        <w:t>He does not fill the self-sufficient.</w:t>
      </w:r>
      <w:r w:rsidRPr="00553380">
        <w:rPr>
          <w:rFonts w:ascii="Garamond" w:hAnsi="Garamond"/>
        </w:rPr>
        <w:br/>
        <w:t>He does not speak to the unbroken.</w:t>
      </w:r>
    </w:p>
    <w:p w:rsidR="00553380" w:rsidRPr="00553380" w:rsidRDefault="00553380" w:rsidP="001E2F32">
      <w:pPr>
        <w:spacing w:line="480" w:lineRule="auto"/>
        <w:jc w:val="center"/>
        <w:rPr>
          <w:rFonts w:ascii="Garamond" w:hAnsi="Garamond"/>
        </w:rPr>
      </w:pPr>
      <w:r w:rsidRPr="00553380">
        <w:rPr>
          <w:rFonts w:ascii="Garamond" w:hAnsi="Garamond"/>
        </w:rPr>
        <w:t>But to the </w:t>
      </w:r>
      <w:proofErr w:type="spellStart"/>
      <w:r w:rsidRPr="00553380">
        <w:rPr>
          <w:rFonts w:ascii="Garamond" w:hAnsi="Garamond"/>
        </w:rPr>
        <w:t>nishbar</w:t>
      </w:r>
      <w:proofErr w:type="spellEnd"/>
      <w:r w:rsidRPr="00553380">
        <w:rPr>
          <w:rFonts w:ascii="Garamond" w:hAnsi="Garamond"/>
        </w:rPr>
        <w:t> —</w:t>
      </w:r>
      <w:r w:rsidRPr="00553380">
        <w:rPr>
          <w:rFonts w:ascii="Garamond" w:hAnsi="Garamond"/>
        </w:rPr>
        <w:br/>
        <w:t>He draws near.</w:t>
      </w:r>
      <w:r w:rsidRPr="00553380">
        <w:rPr>
          <w:rFonts w:ascii="Garamond" w:hAnsi="Garamond"/>
        </w:rPr>
        <w:br/>
        <w:t>He whispers hope.</w:t>
      </w:r>
      <w:r w:rsidRPr="00553380">
        <w:rPr>
          <w:rFonts w:ascii="Garamond" w:hAnsi="Garamond"/>
        </w:rPr>
        <w:br/>
        <w:t>He releases resurrection.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“I Offer My Brokenness as Sacrifice”</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Strip from me every mask of strength.</w:t>
      </w:r>
      <w:r w:rsidRPr="00553380">
        <w:rPr>
          <w:rFonts w:ascii="Garamond" w:hAnsi="Garamond"/>
        </w:rPr>
        <w:br/>
        <w:t>Break every wall of self-protection.</w:t>
      </w:r>
      <w:r w:rsidRPr="00553380">
        <w:rPr>
          <w:rFonts w:ascii="Garamond" w:hAnsi="Garamond"/>
        </w:rPr>
        <w:br/>
        <w:t>Expose every hidden wound I’ve tried to manage alone.</w:t>
      </w:r>
    </w:p>
    <w:p w:rsidR="00553380" w:rsidRPr="00553380" w:rsidRDefault="00553380" w:rsidP="001E2F32">
      <w:pPr>
        <w:spacing w:line="480" w:lineRule="auto"/>
        <w:jc w:val="center"/>
        <w:rPr>
          <w:rFonts w:ascii="Garamond" w:hAnsi="Garamond"/>
        </w:rPr>
      </w:pPr>
      <w:r w:rsidRPr="00553380">
        <w:rPr>
          <w:rFonts w:ascii="Garamond" w:hAnsi="Garamond"/>
        </w:rPr>
        <w:t>I bring my brokenness — not as failure —</w:t>
      </w:r>
      <w:r w:rsidRPr="00553380">
        <w:rPr>
          <w:rFonts w:ascii="Garamond" w:hAnsi="Garamond"/>
        </w:rPr>
        <w:br/>
        <w:t>but as fragrant offering before You.</w:t>
      </w:r>
      <w:r w:rsidRPr="00553380">
        <w:rPr>
          <w:rFonts w:ascii="Garamond" w:hAnsi="Garamond"/>
        </w:rPr>
        <w:br/>
        <w:t>I surrender my pride — not in shame —</w:t>
      </w:r>
      <w:r w:rsidRPr="00553380">
        <w:rPr>
          <w:rFonts w:ascii="Garamond" w:hAnsi="Garamond"/>
        </w:rPr>
        <w:br/>
        <w:t>but in sacred trust.</w:t>
      </w:r>
    </w:p>
    <w:p w:rsidR="00553380" w:rsidRPr="00553380" w:rsidRDefault="00553380" w:rsidP="001E2F32">
      <w:pPr>
        <w:spacing w:line="480" w:lineRule="auto"/>
        <w:jc w:val="center"/>
        <w:rPr>
          <w:rFonts w:ascii="Garamond" w:hAnsi="Garamond"/>
        </w:rPr>
      </w:pPr>
      <w:r w:rsidRPr="00553380">
        <w:rPr>
          <w:rFonts w:ascii="Garamond" w:hAnsi="Garamond"/>
        </w:rPr>
        <w:t>Fill my cracks with Your glory.</w:t>
      </w:r>
      <w:r w:rsidRPr="00553380">
        <w:rPr>
          <w:rFonts w:ascii="Garamond" w:hAnsi="Garamond"/>
        </w:rPr>
        <w:br/>
        <w:t>Turn my ashes into altars.</w:t>
      </w:r>
      <w:r w:rsidRPr="00553380">
        <w:rPr>
          <w:rFonts w:ascii="Garamond" w:hAnsi="Garamond"/>
        </w:rPr>
        <w:br/>
        <w:t>Let my surrender become my strength.</w:t>
      </w:r>
    </w:p>
    <w:p w:rsidR="00553380" w:rsidRPr="00553380" w:rsidRDefault="00553380" w:rsidP="001E2F32">
      <w:pPr>
        <w:spacing w:line="480" w:lineRule="auto"/>
        <w:jc w:val="center"/>
        <w:rPr>
          <w:rFonts w:ascii="Garamond" w:hAnsi="Garamond"/>
        </w:rPr>
      </w:pPr>
      <w:r w:rsidRPr="00553380">
        <w:rPr>
          <w:rFonts w:ascii="Garamond" w:hAnsi="Garamond"/>
        </w:rPr>
        <w:t>I will not hide.</w:t>
      </w:r>
      <w:r w:rsidRPr="00553380">
        <w:rPr>
          <w:rFonts w:ascii="Garamond" w:hAnsi="Garamond"/>
        </w:rPr>
        <w:br/>
        <w:t>I will not perform.</w:t>
      </w:r>
      <w:r w:rsidRPr="00553380">
        <w:rPr>
          <w:rFonts w:ascii="Garamond" w:hAnsi="Garamond"/>
        </w:rPr>
        <w:br/>
        <w:t>I will dwell in the beauty of brokenness —</w:t>
      </w:r>
      <w:r w:rsidRPr="00553380">
        <w:rPr>
          <w:rFonts w:ascii="Garamond" w:hAnsi="Garamond"/>
        </w:rPr>
        <w:br/>
        <w:t>for there — I find You closest.</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10: JEALOUSY AS CRUEL AS THE GRAVE</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“Jealousy is cruel as the grave. Its flames are flames of fire, the harshest and most intense fire there is.”</w:t>
      </w:r>
      <w:r w:rsidRPr="00553380">
        <w:rPr>
          <w:rFonts w:ascii="Garamond" w:hAnsi="Garamond"/>
        </w:rPr>
        <w:br/>
        <w:t>— Song of Solomon 8:6</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fire… not sent by YAHUAH.</w:t>
      </w:r>
      <w:r w:rsidRPr="00553380">
        <w:rPr>
          <w:rFonts w:ascii="Garamond" w:hAnsi="Garamond"/>
        </w:rPr>
        <w:br/>
        <w:t>It does not purify — it consumes.</w:t>
      </w:r>
      <w:r w:rsidRPr="00553380">
        <w:rPr>
          <w:rFonts w:ascii="Garamond" w:hAnsi="Garamond"/>
        </w:rPr>
        <w:br/>
        <w:t>It does not refine — it ravages.</w:t>
      </w:r>
      <w:r w:rsidRPr="00553380">
        <w:rPr>
          <w:rFonts w:ascii="Garamond" w:hAnsi="Garamond"/>
        </w:rPr>
        <w:br/>
        <w:t>It does not draw near to God — it drives you into isolation.</w:t>
      </w:r>
    </w:p>
    <w:p w:rsidR="00553380" w:rsidRPr="00553380" w:rsidRDefault="00553380" w:rsidP="001E2F32">
      <w:pPr>
        <w:spacing w:line="480" w:lineRule="auto"/>
        <w:jc w:val="center"/>
        <w:rPr>
          <w:rFonts w:ascii="Garamond" w:hAnsi="Garamond"/>
        </w:rPr>
      </w:pPr>
      <w:r w:rsidRPr="00553380">
        <w:rPr>
          <w:rFonts w:ascii="Garamond" w:hAnsi="Garamond"/>
        </w:rPr>
        <w:t>This is the fire of </w:t>
      </w:r>
      <w:r w:rsidRPr="00553380">
        <w:rPr>
          <w:rFonts w:ascii="Garamond" w:hAnsi="Garamond"/>
          <w:b/>
          <w:bCs/>
        </w:rPr>
        <w:t>jealousy</w:t>
      </w:r>
      <w:r w:rsidRPr="00553380">
        <w:rPr>
          <w:rFonts w:ascii="Garamond" w:hAnsi="Garamond"/>
        </w:rPr>
        <w:t> —</w:t>
      </w:r>
      <w:r w:rsidRPr="00553380">
        <w:rPr>
          <w:rFonts w:ascii="Garamond" w:hAnsi="Garamond"/>
        </w:rPr>
        <w:br/>
        <w:t>not holy zeal for YAHUAH’s glory —</w:t>
      </w:r>
      <w:r w:rsidRPr="00553380">
        <w:rPr>
          <w:rFonts w:ascii="Garamond" w:hAnsi="Garamond"/>
        </w:rPr>
        <w:br/>
        <w:t>but poisoned envy of another’s blessing, position, or favor.</w:t>
      </w:r>
    </w:p>
    <w:p w:rsidR="00553380" w:rsidRPr="00553380" w:rsidRDefault="00553380" w:rsidP="001E2F32">
      <w:pPr>
        <w:spacing w:line="480" w:lineRule="auto"/>
        <w:jc w:val="center"/>
        <w:rPr>
          <w:rFonts w:ascii="Garamond" w:hAnsi="Garamond"/>
        </w:rPr>
      </w:pPr>
      <w:r w:rsidRPr="00553380">
        <w:rPr>
          <w:rFonts w:ascii="Garamond" w:hAnsi="Garamond"/>
        </w:rPr>
        <w:t>“It kills, steals, and destroys its host. No reasoning, no explanation, no soothing words can tame its burning.”</w:t>
      </w:r>
    </w:p>
    <w:p w:rsidR="00553380" w:rsidRPr="00553380" w:rsidRDefault="00553380" w:rsidP="001E2F32">
      <w:pPr>
        <w:spacing w:line="480" w:lineRule="auto"/>
        <w:jc w:val="center"/>
        <w:rPr>
          <w:rFonts w:ascii="Garamond" w:hAnsi="Garamond"/>
        </w:rPr>
      </w:pPr>
      <w:r w:rsidRPr="00553380">
        <w:rPr>
          <w:rFonts w:ascii="Garamond" w:hAnsi="Garamond"/>
        </w:rPr>
        <w:t>It begins as a whisper:</w:t>
      </w:r>
    </w:p>
    <w:p w:rsidR="00553380" w:rsidRPr="00553380" w:rsidRDefault="00553380" w:rsidP="001E2F32">
      <w:pPr>
        <w:spacing w:line="480" w:lineRule="auto"/>
        <w:jc w:val="center"/>
        <w:rPr>
          <w:rFonts w:ascii="Garamond" w:hAnsi="Garamond"/>
        </w:rPr>
      </w:pPr>
      <w:r w:rsidRPr="00553380">
        <w:rPr>
          <w:rFonts w:ascii="Garamond" w:hAnsi="Garamond"/>
        </w:rPr>
        <w:t>“Why them? Why not me?”</w:t>
      </w:r>
      <w:r w:rsidRPr="00553380">
        <w:rPr>
          <w:rFonts w:ascii="Garamond" w:hAnsi="Garamond"/>
        </w:rPr>
        <w:br/>
        <w:t>“They don’t deserve it.”</w:t>
      </w:r>
      <w:r w:rsidRPr="00553380">
        <w:rPr>
          <w:rFonts w:ascii="Garamond" w:hAnsi="Garamond"/>
        </w:rPr>
        <w:br/>
        <w:t>“I worked harder.”</w:t>
      </w:r>
    </w:p>
    <w:p w:rsidR="00553380" w:rsidRPr="00553380" w:rsidRDefault="00553380" w:rsidP="001E2F32">
      <w:pPr>
        <w:spacing w:line="480" w:lineRule="auto"/>
        <w:jc w:val="center"/>
        <w:rPr>
          <w:rFonts w:ascii="Garamond" w:hAnsi="Garamond"/>
        </w:rPr>
      </w:pPr>
      <w:r w:rsidRPr="00553380">
        <w:rPr>
          <w:rFonts w:ascii="Garamond" w:hAnsi="Garamond"/>
        </w:rPr>
        <w:t>But left unchecked — it becomes a roar:</w:t>
      </w:r>
    </w:p>
    <w:p w:rsidR="00553380" w:rsidRPr="00553380" w:rsidRDefault="00553380" w:rsidP="001E2F32">
      <w:pPr>
        <w:spacing w:line="480" w:lineRule="auto"/>
        <w:jc w:val="center"/>
        <w:rPr>
          <w:rFonts w:ascii="Garamond" w:hAnsi="Garamond"/>
        </w:rPr>
      </w:pPr>
      <w:r w:rsidRPr="00553380">
        <w:rPr>
          <w:rFonts w:ascii="Garamond" w:hAnsi="Garamond"/>
        </w:rPr>
        <w:t>Bitterness.</w:t>
      </w:r>
      <w:r w:rsidRPr="00553380">
        <w:rPr>
          <w:rFonts w:ascii="Garamond" w:hAnsi="Garamond"/>
        </w:rPr>
        <w:br/>
        <w:t>Backbiting.</w:t>
      </w:r>
      <w:r w:rsidRPr="00553380">
        <w:rPr>
          <w:rFonts w:ascii="Garamond" w:hAnsi="Garamond"/>
        </w:rPr>
        <w:br/>
      </w:r>
      <w:r w:rsidRPr="00553380">
        <w:rPr>
          <w:rFonts w:ascii="Garamond" w:hAnsi="Garamond"/>
        </w:rPr>
        <w:lastRenderedPageBreak/>
        <w:t>Self-sabotage.</w:t>
      </w:r>
      <w:r w:rsidRPr="00553380">
        <w:rPr>
          <w:rFonts w:ascii="Garamond" w:hAnsi="Garamond"/>
        </w:rPr>
        <w:br/>
        <w:t>Spiritual death.</w:t>
      </w:r>
    </w:p>
    <w:p w:rsidR="00553380" w:rsidRPr="00553380" w:rsidRDefault="00553380" w:rsidP="001E2F32">
      <w:pPr>
        <w:spacing w:line="480" w:lineRule="auto"/>
        <w:jc w:val="center"/>
        <w:rPr>
          <w:rFonts w:ascii="Garamond" w:hAnsi="Garamond"/>
        </w:rPr>
      </w:pPr>
      <w:r w:rsidRPr="00553380">
        <w:rPr>
          <w:rFonts w:ascii="Garamond" w:hAnsi="Garamond"/>
        </w:rPr>
        <w:t>YAHUAH warns:</w:t>
      </w:r>
    </w:p>
    <w:p w:rsidR="00553380" w:rsidRPr="00553380" w:rsidRDefault="00553380" w:rsidP="001E2F32">
      <w:pPr>
        <w:spacing w:line="480" w:lineRule="auto"/>
        <w:jc w:val="center"/>
        <w:rPr>
          <w:rFonts w:ascii="Garamond" w:hAnsi="Garamond"/>
        </w:rPr>
      </w:pPr>
      <w:r w:rsidRPr="00553380">
        <w:rPr>
          <w:rFonts w:ascii="Garamond" w:hAnsi="Garamond"/>
        </w:rPr>
        <w:t>“Guard your heart, for out of it flows the wellsprings of life.”</w:t>
      </w:r>
      <w:r w:rsidRPr="00553380">
        <w:rPr>
          <w:rFonts w:ascii="Garamond" w:hAnsi="Garamond"/>
        </w:rPr>
        <w:br/>
        <w:t>And jealousy? It poisons the well.</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Fire That Devours the Host”</w:t>
      </w:r>
    </w:p>
    <w:p w:rsidR="00553380" w:rsidRPr="00553380" w:rsidRDefault="00553380" w:rsidP="001E2F32">
      <w:pPr>
        <w:spacing w:line="480" w:lineRule="auto"/>
        <w:jc w:val="center"/>
        <w:rPr>
          <w:rFonts w:ascii="Garamond" w:hAnsi="Garamond"/>
        </w:rPr>
      </w:pPr>
      <w:r w:rsidRPr="00553380">
        <w:rPr>
          <w:rFonts w:ascii="Garamond" w:hAnsi="Garamond"/>
        </w:rPr>
        <w:t xml:space="preserve">Not </w:t>
      </w:r>
      <w:proofErr w:type="spellStart"/>
      <w:r w:rsidRPr="00553380">
        <w:rPr>
          <w:rFonts w:ascii="Garamond" w:hAnsi="Garamond"/>
        </w:rPr>
        <w:t>altar</w:t>
      </w:r>
      <w:proofErr w:type="spellEnd"/>
      <w:r w:rsidRPr="00553380">
        <w:rPr>
          <w:rFonts w:ascii="Garamond" w:hAnsi="Garamond"/>
        </w:rPr>
        <w:t>-fire. Not refining-flame.</w:t>
      </w:r>
      <w:r w:rsidRPr="00553380">
        <w:rPr>
          <w:rFonts w:ascii="Garamond" w:hAnsi="Garamond"/>
        </w:rPr>
        <w:br/>
        <w:t>This fire — born in shadows.</w:t>
      </w:r>
      <w:r w:rsidRPr="00553380">
        <w:rPr>
          <w:rFonts w:ascii="Garamond" w:hAnsi="Garamond"/>
        </w:rPr>
        <w:br/>
        <w:t>Fed by comparison.</w:t>
      </w:r>
      <w:r w:rsidRPr="00553380">
        <w:rPr>
          <w:rFonts w:ascii="Garamond" w:hAnsi="Garamond"/>
        </w:rPr>
        <w:br/>
        <w:t>Fanned by insecurity.</w:t>
      </w:r>
    </w:p>
    <w:p w:rsidR="00553380" w:rsidRPr="00553380" w:rsidRDefault="00553380" w:rsidP="001E2F32">
      <w:pPr>
        <w:spacing w:line="480" w:lineRule="auto"/>
        <w:jc w:val="center"/>
        <w:rPr>
          <w:rFonts w:ascii="Garamond" w:hAnsi="Garamond"/>
        </w:rPr>
      </w:pPr>
      <w:r w:rsidRPr="00553380">
        <w:rPr>
          <w:rFonts w:ascii="Garamond" w:hAnsi="Garamond"/>
        </w:rPr>
        <w:t>It does not warm — it withers.</w:t>
      </w:r>
      <w:r w:rsidRPr="00553380">
        <w:rPr>
          <w:rFonts w:ascii="Garamond" w:hAnsi="Garamond"/>
        </w:rPr>
        <w:br/>
        <w:t>It does not light — it blinds.</w:t>
      </w:r>
      <w:r w:rsidRPr="00553380">
        <w:rPr>
          <w:rFonts w:ascii="Garamond" w:hAnsi="Garamond"/>
        </w:rPr>
        <w:br/>
        <w:t>It does not draw others near — it pushes them away.</w:t>
      </w:r>
    </w:p>
    <w:p w:rsidR="00553380" w:rsidRPr="00553380" w:rsidRDefault="00553380" w:rsidP="001E2F32">
      <w:pPr>
        <w:spacing w:line="480" w:lineRule="auto"/>
        <w:jc w:val="center"/>
        <w:rPr>
          <w:rFonts w:ascii="Garamond" w:hAnsi="Garamond"/>
        </w:rPr>
      </w:pPr>
      <w:r w:rsidRPr="00553380">
        <w:rPr>
          <w:rFonts w:ascii="Garamond" w:hAnsi="Garamond"/>
        </w:rPr>
        <w:t>It whispers: “You’ve been overlooked.”</w:t>
      </w:r>
      <w:r w:rsidRPr="00553380">
        <w:rPr>
          <w:rFonts w:ascii="Garamond" w:hAnsi="Garamond"/>
        </w:rPr>
        <w:br/>
        <w:t>It screams: “You deserve more!”</w:t>
      </w:r>
      <w:r w:rsidRPr="00553380">
        <w:rPr>
          <w:rFonts w:ascii="Garamond" w:hAnsi="Garamond"/>
        </w:rPr>
        <w:br/>
        <w:t>It lies: “Their blessing stole yours.”</w:t>
      </w:r>
    </w:p>
    <w:p w:rsidR="00553380" w:rsidRPr="00553380" w:rsidRDefault="00553380" w:rsidP="001E2F32">
      <w:pPr>
        <w:spacing w:line="480" w:lineRule="auto"/>
        <w:jc w:val="center"/>
        <w:rPr>
          <w:rFonts w:ascii="Garamond" w:hAnsi="Garamond"/>
        </w:rPr>
      </w:pPr>
      <w:r w:rsidRPr="00553380">
        <w:rPr>
          <w:rFonts w:ascii="Garamond" w:hAnsi="Garamond"/>
        </w:rPr>
        <w:t>But YAHUAH says:</w:t>
      </w:r>
      <w:r w:rsidRPr="00553380">
        <w:rPr>
          <w:rFonts w:ascii="Garamond" w:hAnsi="Garamond"/>
        </w:rPr>
        <w:br/>
        <w:t>“Flee from it. Invite it not into your dwelling place.”</w:t>
      </w:r>
    </w:p>
    <w:p w:rsidR="00553380" w:rsidRPr="00553380" w:rsidRDefault="00553380" w:rsidP="001E2F32">
      <w:pPr>
        <w:spacing w:line="480" w:lineRule="auto"/>
        <w:jc w:val="center"/>
        <w:rPr>
          <w:rFonts w:ascii="Garamond" w:hAnsi="Garamond"/>
        </w:rPr>
      </w:pPr>
      <w:r w:rsidRPr="00553380">
        <w:rPr>
          <w:rFonts w:ascii="Garamond" w:hAnsi="Garamond"/>
        </w:rPr>
        <w:t>For this fire — consumes the one who carries it.</w:t>
      </w:r>
      <w:r w:rsidRPr="00553380">
        <w:rPr>
          <w:rFonts w:ascii="Garamond" w:hAnsi="Garamond"/>
        </w:rPr>
        <w:br/>
        <w:t>Not the rival.</w:t>
      </w:r>
      <w:r w:rsidRPr="00553380">
        <w:rPr>
          <w:rFonts w:ascii="Garamond" w:hAnsi="Garamond"/>
        </w:rPr>
        <w:br/>
        <w:t>Not the enemy.</w:t>
      </w:r>
      <w:r w:rsidRPr="00553380">
        <w:rPr>
          <w:rFonts w:ascii="Garamond" w:hAnsi="Garamond"/>
        </w:rPr>
        <w:br/>
        <w:t>You.</w:t>
      </w:r>
    </w:p>
    <w:p w:rsidR="00553380" w:rsidRPr="00553380" w:rsidRDefault="00553380" w:rsidP="001E2F32">
      <w:pPr>
        <w:spacing w:line="480" w:lineRule="auto"/>
        <w:jc w:val="center"/>
        <w:rPr>
          <w:rFonts w:ascii="Garamond" w:hAnsi="Garamond"/>
        </w:rPr>
      </w:pPr>
      <w:r w:rsidRPr="00553380">
        <w:rPr>
          <w:rFonts w:ascii="Garamond" w:hAnsi="Garamond"/>
        </w:rPr>
        <w:t>Extinguish it — before it extinguishes you.</w:t>
      </w:r>
    </w:p>
    <w:p w:rsidR="00553380" w:rsidRPr="00553380" w:rsidRDefault="00553380" w:rsidP="001E2F32">
      <w:pPr>
        <w:spacing w:line="480" w:lineRule="auto"/>
        <w:jc w:val="center"/>
        <w:rPr>
          <w:rFonts w:ascii="Garamond" w:hAnsi="Garamond"/>
        </w:rPr>
      </w:pPr>
      <w:r w:rsidRPr="00553380">
        <w:rPr>
          <w:rFonts w:ascii="Garamond" w:hAnsi="Garamond"/>
        </w:rPr>
        <w:t>— Inspired by Song of Solomon 8:6</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Cleansing Fire”</w:t>
      </w:r>
    </w:p>
    <w:p w:rsidR="00553380" w:rsidRPr="00553380" w:rsidRDefault="00553380" w:rsidP="001E2F32">
      <w:pPr>
        <w:spacing w:line="480" w:lineRule="auto"/>
        <w:jc w:val="center"/>
        <w:rPr>
          <w:rFonts w:ascii="Garamond" w:hAnsi="Garamond"/>
        </w:rPr>
      </w:pPr>
      <w:r w:rsidRPr="00553380">
        <w:rPr>
          <w:rFonts w:ascii="Garamond" w:hAnsi="Garamond"/>
        </w:rPr>
        <w:t>Leader: YAHUAH, expose every root of jealousy in me —</w:t>
      </w:r>
      <w:r w:rsidRPr="00553380">
        <w:rPr>
          <w:rFonts w:ascii="Garamond" w:hAnsi="Garamond"/>
        </w:rPr>
        <w:br/>
        <w:t>People: The hidden envy, the silent resentment, the bitter comparisons.</w:t>
      </w:r>
    </w:p>
    <w:p w:rsidR="00553380" w:rsidRPr="00553380" w:rsidRDefault="00553380" w:rsidP="001E2F32">
      <w:pPr>
        <w:spacing w:line="480" w:lineRule="auto"/>
        <w:jc w:val="center"/>
        <w:rPr>
          <w:rFonts w:ascii="Garamond" w:hAnsi="Garamond"/>
        </w:rPr>
      </w:pPr>
      <w:r w:rsidRPr="00553380">
        <w:rPr>
          <w:rFonts w:ascii="Garamond" w:hAnsi="Garamond"/>
        </w:rPr>
        <w:t>Leader: Break its power over my thoughts and emotions —</w:t>
      </w:r>
      <w:r w:rsidRPr="00553380">
        <w:rPr>
          <w:rFonts w:ascii="Garamond" w:hAnsi="Garamond"/>
        </w:rPr>
        <w:br/>
        <w:t>People: Let no flame of envy burn within me.</w:t>
      </w:r>
    </w:p>
    <w:p w:rsidR="00553380" w:rsidRPr="00553380" w:rsidRDefault="00553380" w:rsidP="001E2F32">
      <w:pPr>
        <w:spacing w:line="480" w:lineRule="auto"/>
        <w:jc w:val="center"/>
        <w:rPr>
          <w:rFonts w:ascii="Garamond" w:hAnsi="Garamond"/>
        </w:rPr>
      </w:pPr>
      <w:r w:rsidRPr="00553380">
        <w:rPr>
          <w:rFonts w:ascii="Garamond" w:hAnsi="Garamond"/>
        </w:rPr>
        <w:t>Leader: Replace my jealousy with holy contentment —</w:t>
      </w:r>
      <w:r w:rsidRPr="00553380">
        <w:rPr>
          <w:rFonts w:ascii="Garamond" w:hAnsi="Garamond"/>
        </w:rPr>
        <w:br/>
        <w:t>People: Teach me to rejoice in others’ blessings — as if they were my own.</w:t>
      </w:r>
    </w:p>
    <w:p w:rsidR="00553380" w:rsidRPr="00553380" w:rsidRDefault="00553380" w:rsidP="001E2F32">
      <w:pPr>
        <w:spacing w:line="480" w:lineRule="auto"/>
        <w:jc w:val="center"/>
        <w:rPr>
          <w:rFonts w:ascii="Garamond" w:hAnsi="Garamond"/>
        </w:rPr>
      </w:pPr>
      <w:r w:rsidRPr="00553380">
        <w:rPr>
          <w:rFonts w:ascii="Garamond" w:hAnsi="Garamond"/>
        </w:rPr>
        <w:t>Leader: I choose to guard my heart —</w:t>
      </w:r>
      <w:r w:rsidRPr="00553380">
        <w:rPr>
          <w:rFonts w:ascii="Garamond" w:hAnsi="Garamond"/>
        </w:rPr>
        <w:br/>
        <w:t>People: For from it flow the wellsprings of life.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Fire that purifies, not consumes!</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where jealousy has taken root — and burn it out.”)</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Narrow Way — Where Jealousy Cannot Walk”</w:t>
      </w:r>
    </w:p>
    <w:p w:rsidR="00553380" w:rsidRPr="00553380" w:rsidRDefault="00553380" w:rsidP="001E2F32">
      <w:pPr>
        <w:spacing w:line="480" w:lineRule="auto"/>
        <w:jc w:val="center"/>
        <w:rPr>
          <w:rFonts w:ascii="Garamond" w:hAnsi="Garamond"/>
        </w:rPr>
      </w:pPr>
      <w:r w:rsidRPr="00553380">
        <w:rPr>
          <w:rFonts w:ascii="Garamond" w:hAnsi="Garamond"/>
        </w:rPr>
        <w:t>“There is a narrow way, and there is a broad way. The broad way leads to destruction, and many walk therein. But the narrow way, though difficult, leads to life everlasting.”</w:t>
      </w:r>
    </w:p>
    <w:p w:rsidR="00553380" w:rsidRPr="00553380" w:rsidRDefault="00553380" w:rsidP="001E2F32">
      <w:pPr>
        <w:spacing w:line="480" w:lineRule="auto"/>
        <w:jc w:val="center"/>
        <w:rPr>
          <w:rFonts w:ascii="Garamond" w:hAnsi="Garamond"/>
        </w:rPr>
      </w:pPr>
      <w:r w:rsidRPr="00553380">
        <w:rPr>
          <w:rFonts w:ascii="Garamond" w:hAnsi="Garamond"/>
        </w:rPr>
        <w:t>Jealousy cannot survive on the narrow way —</w:t>
      </w:r>
      <w:r w:rsidRPr="00553380">
        <w:rPr>
          <w:rFonts w:ascii="Garamond" w:hAnsi="Garamond"/>
        </w:rPr>
        <w:br/>
        <w:t>because the narrow way demands death to self.</w:t>
      </w:r>
      <w:r w:rsidRPr="00553380">
        <w:rPr>
          <w:rFonts w:ascii="Garamond" w:hAnsi="Garamond"/>
        </w:rPr>
        <w:br/>
        <w:t>It requires celebration of others.</w:t>
      </w:r>
      <w:r w:rsidRPr="00553380">
        <w:rPr>
          <w:rFonts w:ascii="Garamond" w:hAnsi="Garamond"/>
        </w:rPr>
        <w:br/>
        <w:t>It thrives on surrendered ambition.</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What “broad path” am I walking — that feeds my jealousy?</w:t>
      </w:r>
      <w:r w:rsidRPr="00553380">
        <w:rPr>
          <w:rFonts w:ascii="Garamond" w:hAnsi="Garamond"/>
        </w:rPr>
        <w:br/>
        <w:t>— Social media scrolling?</w:t>
      </w:r>
      <w:r w:rsidRPr="00553380">
        <w:rPr>
          <w:rFonts w:ascii="Garamond" w:hAnsi="Garamond"/>
        </w:rPr>
        <w:br/>
        <w:t>— Gossip circles?</w:t>
      </w:r>
      <w:r w:rsidRPr="00553380">
        <w:rPr>
          <w:rFonts w:ascii="Garamond" w:hAnsi="Garamond"/>
        </w:rPr>
        <w:br/>
        <w:t>— Self-pity spirals?</w:t>
      </w:r>
    </w:p>
    <w:p w:rsidR="00553380" w:rsidRPr="00553380" w:rsidRDefault="00553380" w:rsidP="001E2F32">
      <w:pPr>
        <w:spacing w:line="480" w:lineRule="auto"/>
        <w:jc w:val="center"/>
        <w:rPr>
          <w:rFonts w:ascii="Garamond" w:hAnsi="Garamond"/>
        </w:rPr>
      </w:pPr>
      <w:r w:rsidRPr="00553380">
        <w:rPr>
          <w:rFonts w:ascii="Garamond" w:hAnsi="Garamond"/>
        </w:rPr>
        <w:t>Who am I resenting — because their blessing exposed my lack?</w:t>
      </w:r>
      <w:r w:rsidRPr="00553380">
        <w:rPr>
          <w:rFonts w:ascii="Garamond" w:hAnsi="Garamond"/>
        </w:rPr>
        <w:br/>
        <w:t>What assignment have I neglected — because I’ve been staring at someone else’s?</w:t>
      </w:r>
    </w:p>
    <w:p w:rsidR="00553380" w:rsidRPr="00553380" w:rsidRDefault="00553380" w:rsidP="001E2F32">
      <w:pPr>
        <w:spacing w:line="480" w:lineRule="auto"/>
        <w:jc w:val="center"/>
        <w:rPr>
          <w:rFonts w:ascii="Garamond" w:hAnsi="Garamond"/>
        </w:rPr>
      </w:pPr>
      <w:r w:rsidRPr="00553380">
        <w:rPr>
          <w:rFonts w:ascii="Garamond" w:hAnsi="Garamond"/>
        </w:rPr>
        <w:t>YAHUAH says:</w:t>
      </w:r>
    </w:p>
    <w:p w:rsidR="00553380" w:rsidRPr="00553380" w:rsidRDefault="00553380" w:rsidP="001E2F32">
      <w:pPr>
        <w:spacing w:line="480" w:lineRule="auto"/>
        <w:jc w:val="center"/>
        <w:rPr>
          <w:rFonts w:ascii="Garamond" w:hAnsi="Garamond"/>
        </w:rPr>
      </w:pPr>
      <w:r w:rsidRPr="00553380">
        <w:rPr>
          <w:rFonts w:ascii="Garamond" w:hAnsi="Garamond"/>
        </w:rPr>
        <w:t>“Only the humble will find it. Only the faithful will walk it.”</w:t>
      </w:r>
    </w:p>
    <w:p w:rsidR="00553380" w:rsidRPr="00553380" w:rsidRDefault="00553380" w:rsidP="001E2F32">
      <w:pPr>
        <w:spacing w:line="480" w:lineRule="auto"/>
        <w:jc w:val="center"/>
        <w:rPr>
          <w:rFonts w:ascii="Garamond" w:hAnsi="Garamond"/>
        </w:rPr>
      </w:pPr>
      <w:r w:rsidRPr="00553380">
        <w:rPr>
          <w:rFonts w:ascii="Garamond" w:hAnsi="Garamond"/>
        </w:rPr>
        <w:t>Humility is the antidote to jealousy.</w:t>
      </w:r>
      <w:r w:rsidRPr="00553380">
        <w:rPr>
          <w:rFonts w:ascii="Garamond" w:hAnsi="Garamond"/>
        </w:rPr>
        <w:br/>
        <w:t>Faithfulness is the path to true promotion.</w:t>
      </w:r>
    </w:p>
    <w:p w:rsidR="00553380" w:rsidRPr="00553380" w:rsidRDefault="00553380" w:rsidP="001E2F32">
      <w:pPr>
        <w:spacing w:line="480" w:lineRule="auto"/>
        <w:jc w:val="center"/>
        <w:rPr>
          <w:rFonts w:ascii="Garamond" w:hAnsi="Garamond"/>
        </w:rPr>
      </w:pPr>
      <w:r w:rsidRPr="00553380">
        <w:rPr>
          <w:rFonts w:ascii="Garamond" w:hAnsi="Garamond"/>
        </w:rPr>
        <w:t>Stop comparing.</w:t>
      </w:r>
      <w:r w:rsidRPr="00553380">
        <w:rPr>
          <w:rFonts w:ascii="Garamond" w:hAnsi="Garamond"/>
        </w:rPr>
        <w:br/>
        <w:t>Start cultivating.</w:t>
      </w:r>
      <w:r w:rsidRPr="00553380">
        <w:rPr>
          <w:rFonts w:ascii="Garamond" w:hAnsi="Garamond"/>
        </w:rPr>
        <w:br/>
      </w:r>
      <w:r w:rsidRPr="00553380">
        <w:rPr>
          <w:rFonts w:ascii="Garamond" w:hAnsi="Garamond"/>
        </w:rPr>
        <w:lastRenderedPageBreak/>
        <w:t>Your season is coming —</w:t>
      </w:r>
      <w:r w:rsidRPr="00553380">
        <w:rPr>
          <w:rFonts w:ascii="Garamond" w:hAnsi="Garamond"/>
        </w:rPr>
        <w:br/>
        <w:t>but only if you walk in purity.</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“Where Is Jealousy Poisoning My Well?”</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heart —</w:t>
      </w:r>
      <w:r w:rsidRPr="00553380">
        <w:rPr>
          <w:rFonts w:ascii="Garamond" w:hAnsi="Garamond"/>
        </w:rPr>
        <w:br/>
        <w:t>Who do I secretly resent?</w:t>
      </w:r>
      <w:r w:rsidRPr="00553380">
        <w:rPr>
          <w:rFonts w:ascii="Garamond" w:hAnsi="Garamond"/>
        </w:rPr>
        <w:br/>
        <w:t>What blessing do I covet in others?</w:t>
      </w:r>
      <w:r w:rsidRPr="00553380">
        <w:rPr>
          <w:rFonts w:ascii="Garamond" w:hAnsi="Garamond"/>
        </w:rPr>
        <w:br/>
        <w:t>Where have I allowed comparison to steal my joy?</w:t>
      </w:r>
    </w:p>
    <w:p w:rsidR="00553380" w:rsidRPr="00553380" w:rsidRDefault="00553380" w:rsidP="001E2F32">
      <w:pPr>
        <w:spacing w:line="480" w:lineRule="auto"/>
        <w:jc w:val="center"/>
        <w:rPr>
          <w:rFonts w:ascii="Garamond" w:hAnsi="Garamond"/>
        </w:rPr>
      </w:pPr>
      <w:r w:rsidRPr="00553380">
        <w:rPr>
          <w:rFonts w:ascii="Garamond" w:hAnsi="Garamond"/>
        </w:rPr>
        <w:t>I repent of poisoned thoughts.</w:t>
      </w:r>
      <w:r w:rsidRPr="00553380">
        <w:rPr>
          <w:rFonts w:ascii="Garamond" w:hAnsi="Garamond"/>
        </w:rPr>
        <w:br/>
        <w:t>I renounce every lie that says “I’ve been robbed.”</w:t>
      </w:r>
      <w:r w:rsidRPr="00553380">
        <w:rPr>
          <w:rFonts w:ascii="Garamond" w:hAnsi="Garamond"/>
        </w:rPr>
        <w:br/>
        <w:t>I choose to celebrate — not compete.</w:t>
      </w:r>
    </w:p>
    <w:p w:rsidR="00553380" w:rsidRPr="00553380" w:rsidRDefault="00553380" w:rsidP="001E2F32">
      <w:pPr>
        <w:spacing w:line="480" w:lineRule="auto"/>
        <w:jc w:val="center"/>
        <w:rPr>
          <w:rFonts w:ascii="Garamond" w:hAnsi="Garamond"/>
        </w:rPr>
      </w:pPr>
      <w:r w:rsidRPr="00553380">
        <w:rPr>
          <w:rFonts w:ascii="Garamond" w:hAnsi="Garamond"/>
        </w:rPr>
        <w:t>Burn out every root of envy.</w:t>
      </w:r>
      <w:r w:rsidRPr="00553380">
        <w:rPr>
          <w:rFonts w:ascii="Garamond" w:hAnsi="Garamond"/>
        </w:rPr>
        <w:br/>
        <w:t>Fill me with holy contentment.</w:t>
      </w:r>
      <w:r w:rsidRPr="00553380">
        <w:rPr>
          <w:rFonts w:ascii="Garamond" w:hAnsi="Garamond"/>
        </w:rPr>
        <w:br/>
        <w:t>Let my heart become a pure well — flowing with life for others.</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“QIN’AH — THE FIRE THAT MUST BE MASTERED”</w:t>
      </w:r>
    </w:p>
    <w:p w:rsidR="00553380" w:rsidRPr="00553380" w:rsidRDefault="00553380" w:rsidP="001E2F32">
      <w:pPr>
        <w:spacing w:line="480" w:lineRule="auto"/>
        <w:jc w:val="center"/>
        <w:rPr>
          <w:rFonts w:ascii="Garamond" w:hAnsi="Garamond"/>
        </w:rPr>
      </w:pPr>
      <w:proofErr w:type="spellStart"/>
      <w:r w:rsidRPr="00553380">
        <w:rPr>
          <w:rFonts w:ascii="Garamond" w:hAnsi="Garamond"/>
        </w:rPr>
        <w:t>Qin’ah</w:t>
      </w:r>
      <w:proofErr w:type="spellEnd"/>
      <w:r w:rsidRPr="00553380">
        <w:rPr>
          <w:rFonts w:ascii="Garamond" w:hAnsi="Garamond"/>
        </w:rPr>
        <w:t> (</w:t>
      </w:r>
      <w:proofErr w:type="spellStart"/>
      <w:r w:rsidRPr="00553380">
        <w:rPr>
          <w:rFonts w:ascii="Times New Roman" w:hAnsi="Times New Roman" w:cs="Times New Roman"/>
        </w:rPr>
        <w:t>קִנְאָה</w:t>
      </w:r>
      <w:proofErr w:type="spellEnd"/>
      <w:r w:rsidRPr="00553380">
        <w:rPr>
          <w:rFonts w:ascii="Garamond" w:hAnsi="Garamond"/>
        </w:rPr>
        <w:t>) — “jealousy” — is a powerful Hebrew word used for both:</w:t>
      </w:r>
    </w:p>
    <w:p w:rsidR="00553380" w:rsidRPr="00553380" w:rsidRDefault="00553380" w:rsidP="001E2F32">
      <w:pPr>
        <w:numPr>
          <w:ilvl w:val="0"/>
          <w:numId w:val="11"/>
        </w:numPr>
        <w:spacing w:line="480" w:lineRule="auto"/>
        <w:jc w:val="center"/>
        <w:rPr>
          <w:rFonts w:ascii="Garamond" w:hAnsi="Garamond"/>
        </w:rPr>
      </w:pPr>
      <w:r w:rsidRPr="00553380">
        <w:rPr>
          <w:rFonts w:ascii="Garamond" w:hAnsi="Garamond"/>
          <w:b/>
          <w:bCs/>
        </w:rPr>
        <w:t>Holy zeal</w:t>
      </w:r>
      <w:r w:rsidRPr="00553380">
        <w:rPr>
          <w:rFonts w:ascii="Garamond" w:hAnsi="Garamond"/>
        </w:rPr>
        <w:t> (Exodus 20:5 — “I YAHUAH your Elohim am a jealous God”)</w:t>
      </w:r>
    </w:p>
    <w:p w:rsidR="00553380" w:rsidRPr="00553380" w:rsidRDefault="00553380" w:rsidP="001E2F32">
      <w:pPr>
        <w:numPr>
          <w:ilvl w:val="0"/>
          <w:numId w:val="11"/>
        </w:numPr>
        <w:spacing w:line="480" w:lineRule="auto"/>
        <w:jc w:val="center"/>
        <w:rPr>
          <w:rFonts w:ascii="Garamond" w:hAnsi="Garamond"/>
        </w:rPr>
      </w:pPr>
      <w:r w:rsidRPr="00553380">
        <w:rPr>
          <w:rFonts w:ascii="Garamond" w:hAnsi="Garamond"/>
          <w:b/>
          <w:bCs/>
        </w:rPr>
        <w:t>Destructive envy</w:t>
      </w:r>
      <w:r w:rsidRPr="00553380">
        <w:rPr>
          <w:rFonts w:ascii="Garamond" w:hAnsi="Garamond"/>
        </w:rPr>
        <w:t> (Proverbs 14:30 — “A heart at peace gives life to the body, but envy rots the bones”)</w:t>
      </w:r>
    </w:p>
    <w:p w:rsidR="00553380" w:rsidRPr="00553380" w:rsidRDefault="00553380" w:rsidP="001E2F32">
      <w:pPr>
        <w:spacing w:line="480" w:lineRule="auto"/>
        <w:jc w:val="center"/>
        <w:rPr>
          <w:rFonts w:ascii="Garamond" w:hAnsi="Garamond"/>
        </w:rPr>
      </w:pPr>
      <w:r w:rsidRPr="00553380">
        <w:rPr>
          <w:rFonts w:ascii="Garamond" w:hAnsi="Garamond"/>
        </w:rPr>
        <w:t>The difference?</w:t>
      </w:r>
      <w:r w:rsidRPr="00553380">
        <w:rPr>
          <w:rFonts w:ascii="Garamond" w:hAnsi="Garamond"/>
        </w:rPr>
        <w:br/>
        <w:t xml:space="preserve">→ Holy </w:t>
      </w:r>
      <w:proofErr w:type="spellStart"/>
      <w:r w:rsidRPr="00553380">
        <w:rPr>
          <w:rFonts w:ascii="Garamond" w:hAnsi="Garamond"/>
        </w:rPr>
        <w:t>qin’ah</w:t>
      </w:r>
      <w:proofErr w:type="spellEnd"/>
      <w:r w:rsidRPr="00553380">
        <w:rPr>
          <w:rFonts w:ascii="Garamond" w:hAnsi="Garamond"/>
        </w:rPr>
        <w:t> defends YAHUAH’s glory, covenant, and holiness.</w:t>
      </w:r>
      <w:r w:rsidRPr="00553380">
        <w:rPr>
          <w:rFonts w:ascii="Garamond" w:hAnsi="Garamond"/>
        </w:rPr>
        <w:br/>
        <w:t xml:space="preserve">→ Unholy </w:t>
      </w:r>
      <w:proofErr w:type="spellStart"/>
      <w:r w:rsidRPr="00553380">
        <w:rPr>
          <w:rFonts w:ascii="Garamond" w:hAnsi="Garamond"/>
        </w:rPr>
        <w:t>qin’ah</w:t>
      </w:r>
      <w:proofErr w:type="spellEnd"/>
      <w:r w:rsidRPr="00553380">
        <w:rPr>
          <w:rFonts w:ascii="Garamond" w:hAnsi="Garamond"/>
        </w:rPr>
        <w:t> defends self, covets what belongs to others, and breeds death.</w:t>
      </w:r>
    </w:p>
    <w:p w:rsidR="00553380" w:rsidRPr="00553380" w:rsidRDefault="00553380" w:rsidP="001E2F32">
      <w:pPr>
        <w:spacing w:line="480" w:lineRule="auto"/>
        <w:jc w:val="center"/>
        <w:rPr>
          <w:rFonts w:ascii="Garamond" w:hAnsi="Garamond"/>
        </w:rPr>
      </w:pPr>
      <w:r w:rsidRPr="00553380">
        <w:rPr>
          <w:rFonts w:ascii="Garamond" w:hAnsi="Garamond"/>
        </w:rPr>
        <w:t>Jealousy becomes sin when it:</w:t>
      </w:r>
    </w:p>
    <w:p w:rsidR="00553380" w:rsidRPr="00553380" w:rsidRDefault="00553380" w:rsidP="001E2F32">
      <w:pPr>
        <w:numPr>
          <w:ilvl w:val="0"/>
          <w:numId w:val="12"/>
        </w:numPr>
        <w:spacing w:line="480" w:lineRule="auto"/>
        <w:jc w:val="center"/>
        <w:rPr>
          <w:rFonts w:ascii="Garamond" w:hAnsi="Garamond"/>
        </w:rPr>
      </w:pPr>
      <w:r w:rsidRPr="00553380">
        <w:rPr>
          <w:rFonts w:ascii="Garamond" w:hAnsi="Garamond"/>
        </w:rPr>
        <w:t>Elevates self above others</w:t>
      </w:r>
    </w:p>
    <w:p w:rsidR="00553380" w:rsidRPr="00553380" w:rsidRDefault="00553380" w:rsidP="001E2F32">
      <w:pPr>
        <w:numPr>
          <w:ilvl w:val="0"/>
          <w:numId w:val="12"/>
        </w:numPr>
        <w:spacing w:line="480" w:lineRule="auto"/>
        <w:jc w:val="center"/>
        <w:rPr>
          <w:rFonts w:ascii="Garamond" w:hAnsi="Garamond"/>
        </w:rPr>
      </w:pPr>
      <w:r w:rsidRPr="00553380">
        <w:rPr>
          <w:rFonts w:ascii="Garamond" w:hAnsi="Garamond"/>
        </w:rPr>
        <w:t>Covets what YAHUAH has not assigned to you</w:t>
      </w:r>
    </w:p>
    <w:p w:rsidR="00553380" w:rsidRPr="00553380" w:rsidRDefault="00553380" w:rsidP="001E2F32">
      <w:pPr>
        <w:numPr>
          <w:ilvl w:val="0"/>
          <w:numId w:val="12"/>
        </w:numPr>
        <w:spacing w:line="480" w:lineRule="auto"/>
        <w:jc w:val="center"/>
        <w:rPr>
          <w:rFonts w:ascii="Garamond" w:hAnsi="Garamond"/>
        </w:rPr>
      </w:pPr>
      <w:r w:rsidRPr="00553380">
        <w:rPr>
          <w:rFonts w:ascii="Garamond" w:hAnsi="Garamond"/>
        </w:rPr>
        <w:t>Resents His generosity toward others</w:t>
      </w:r>
    </w:p>
    <w:p w:rsidR="00553380" w:rsidRPr="00553380" w:rsidRDefault="00553380" w:rsidP="001E2F32">
      <w:pPr>
        <w:spacing w:line="480" w:lineRule="auto"/>
        <w:jc w:val="center"/>
        <w:rPr>
          <w:rFonts w:ascii="Garamond" w:hAnsi="Garamond"/>
        </w:rPr>
      </w:pPr>
      <w:r w:rsidRPr="00553380">
        <w:rPr>
          <w:rFonts w:ascii="Garamond" w:hAnsi="Garamond"/>
        </w:rPr>
        <w:t>YAHUAH does not oppose desire —</w:t>
      </w:r>
      <w:r w:rsidRPr="00553380">
        <w:rPr>
          <w:rFonts w:ascii="Garamond" w:hAnsi="Garamond"/>
        </w:rPr>
        <w:br/>
        <w:t>He opposes disordered desire.</w:t>
      </w:r>
      <w:r w:rsidRPr="00553380">
        <w:rPr>
          <w:rFonts w:ascii="Garamond" w:hAnsi="Garamond"/>
        </w:rPr>
        <w:br/>
        <w:t>He does not hate ambition —</w:t>
      </w:r>
      <w:r w:rsidRPr="00553380">
        <w:rPr>
          <w:rFonts w:ascii="Garamond" w:hAnsi="Garamond"/>
        </w:rPr>
        <w:br/>
        <w:t>He hates ambition that tramples others.</w:t>
      </w:r>
    </w:p>
    <w:p w:rsidR="00553380" w:rsidRPr="00553380" w:rsidRDefault="00553380" w:rsidP="001E2F32">
      <w:pPr>
        <w:spacing w:line="480" w:lineRule="auto"/>
        <w:jc w:val="center"/>
        <w:rPr>
          <w:rFonts w:ascii="Garamond" w:hAnsi="Garamond"/>
        </w:rPr>
      </w:pPr>
      <w:r w:rsidRPr="00553380">
        <w:rPr>
          <w:rFonts w:ascii="Garamond" w:hAnsi="Garamond"/>
        </w:rPr>
        <w:t>Master your </w:t>
      </w:r>
      <w:proofErr w:type="spellStart"/>
      <w:r w:rsidRPr="00553380">
        <w:rPr>
          <w:rFonts w:ascii="Garamond" w:hAnsi="Garamond"/>
        </w:rPr>
        <w:t>qin’ah</w:t>
      </w:r>
      <w:proofErr w:type="spellEnd"/>
      <w:r w:rsidRPr="00553380">
        <w:rPr>
          <w:rFonts w:ascii="Garamond" w:hAnsi="Garamond"/>
        </w:rPr>
        <w:t> —</w:t>
      </w:r>
      <w:r w:rsidRPr="00553380">
        <w:rPr>
          <w:rFonts w:ascii="Garamond" w:hAnsi="Garamond"/>
        </w:rPr>
        <w:br/>
        <w:t>or it will master you.</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“Burn Out Every Root of Envy”</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Shine Your light into every shadowed corner of my heart.</w:t>
      </w:r>
      <w:r w:rsidRPr="00553380">
        <w:rPr>
          <w:rFonts w:ascii="Garamond" w:hAnsi="Garamond"/>
        </w:rPr>
        <w:br/>
        <w:t>Expose every root of jealousy — subtle or savage.</w:t>
      </w:r>
      <w:r w:rsidRPr="00553380">
        <w:rPr>
          <w:rFonts w:ascii="Garamond" w:hAnsi="Garamond"/>
        </w:rPr>
        <w:br/>
        <w:t>Give me ruthless honesty to confront it — and holy fire to destroy it.</w:t>
      </w:r>
    </w:p>
    <w:p w:rsidR="00553380" w:rsidRPr="00553380" w:rsidRDefault="00553380" w:rsidP="001E2F32">
      <w:pPr>
        <w:spacing w:line="480" w:lineRule="auto"/>
        <w:jc w:val="center"/>
        <w:rPr>
          <w:rFonts w:ascii="Garamond" w:hAnsi="Garamond"/>
        </w:rPr>
      </w:pPr>
      <w:r w:rsidRPr="00553380">
        <w:rPr>
          <w:rFonts w:ascii="Garamond" w:hAnsi="Garamond"/>
        </w:rPr>
        <w:t>I reject comparison.</w:t>
      </w:r>
      <w:r w:rsidRPr="00553380">
        <w:rPr>
          <w:rFonts w:ascii="Garamond" w:hAnsi="Garamond"/>
        </w:rPr>
        <w:br/>
        <w:t>I renounce competition.</w:t>
      </w:r>
      <w:r w:rsidRPr="00553380">
        <w:rPr>
          <w:rFonts w:ascii="Garamond" w:hAnsi="Garamond"/>
        </w:rPr>
        <w:br/>
        <w:t>I release every claim on blessings not mine to carry.</w:t>
      </w:r>
    </w:p>
    <w:p w:rsidR="00553380" w:rsidRPr="00553380" w:rsidRDefault="00553380" w:rsidP="001E2F32">
      <w:pPr>
        <w:spacing w:line="480" w:lineRule="auto"/>
        <w:jc w:val="center"/>
        <w:rPr>
          <w:rFonts w:ascii="Garamond" w:hAnsi="Garamond"/>
        </w:rPr>
      </w:pPr>
      <w:r w:rsidRPr="00553380">
        <w:rPr>
          <w:rFonts w:ascii="Garamond" w:hAnsi="Garamond"/>
        </w:rPr>
        <w:t>Fill me with contentment in Your timing.</w:t>
      </w:r>
      <w:r w:rsidRPr="00553380">
        <w:rPr>
          <w:rFonts w:ascii="Garamond" w:hAnsi="Garamond"/>
        </w:rPr>
        <w:br/>
        <w:t>Anchor me in gratitude for my assignment.</w:t>
      </w:r>
      <w:r w:rsidRPr="00553380">
        <w:rPr>
          <w:rFonts w:ascii="Garamond" w:hAnsi="Garamond"/>
        </w:rPr>
        <w:br/>
        <w:t>Let me rejoice in others’ promotions — as if they were my own.</w:t>
      </w:r>
    </w:p>
    <w:p w:rsidR="00553380" w:rsidRPr="00553380" w:rsidRDefault="00553380" w:rsidP="001E2F32">
      <w:pPr>
        <w:spacing w:line="480" w:lineRule="auto"/>
        <w:jc w:val="center"/>
        <w:rPr>
          <w:rFonts w:ascii="Garamond" w:hAnsi="Garamond"/>
        </w:rPr>
      </w:pPr>
      <w:r w:rsidRPr="00553380">
        <w:rPr>
          <w:rFonts w:ascii="Garamond" w:hAnsi="Garamond"/>
        </w:rPr>
        <w:t>I will guard my heart.</w:t>
      </w:r>
      <w:r w:rsidRPr="00553380">
        <w:rPr>
          <w:rFonts w:ascii="Garamond" w:hAnsi="Garamond"/>
        </w:rPr>
        <w:br/>
        <w:t>I will cultivate my garden.</w:t>
      </w:r>
      <w:r w:rsidRPr="00553380">
        <w:rPr>
          <w:rFonts w:ascii="Garamond" w:hAnsi="Garamond"/>
        </w:rPr>
        <w:br/>
        <w:t>I will walk the narrow way — in humility, in faithfulness, in peace.</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11: JUDGMENT IN THE VALLEY OF JEHO SHAPHAT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“I will gather all nations and bring them down to the Valley of Jehoshaphat. And I will enter into judgment with them there… for they have scattered My people and divided My land.”</w:t>
      </w:r>
      <w:r w:rsidRPr="00553380">
        <w:rPr>
          <w:rFonts w:ascii="Garamond" w:hAnsi="Garamond"/>
        </w:rPr>
        <w:br/>
        <w:t>— Joel 3:2</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Valley…</w:t>
      </w:r>
      <w:r w:rsidRPr="00553380">
        <w:rPr>
          <w:rFonts w:ascii="Garamond" w:hAnsi="Garamond"/>
        </w:rPr>
        <w:br/>
        <w:t>not marked on earthly maps,</w:t>
      </w:r>
      <w:r w:rsidRPr="00553380">
        <w:rPr>
          <w:rFonts w:ascii="Garamond" w:hAnsi="Garamond"/>
        </w:rPr>
        <w:br/>
        <w:t>but engraved in heaven’s courts.</w:t>
      </w:r>
      <w:r w:rsidRPr="00553380">
        <w:rPr>
          <w:rFonts w:ascii="Garamond" w:hAnsi="Garamond"/>
        </w:rPr>
        <w:br/>
        <w:t>A place where empires kneel.</w:t>
      </w:r>
      <w:r w:rsidRPr="00553380">
        <w:rPr>
          <w:rFonts w:ascii="Garamond" w:hAnsi="Garamond"/>
        </w:rPr>
        <w:br/>
        <w:t>Where blood cries out.</w:t>
      </w:r>
      <w:r w:rsidRPr="00553380">
        <w:rPr>
          <w:rFonts w:ascii="Garamond" w:hAnsi="Garamond"/>
        </w:rPr>
        <w:br/>
        <w:t>Where stolen names are restored.</w:t>
      </w:r>
      <w:r w:rsidRPr="00553380">
        <w:rPr>
          <w:rFonts w:ascii="Garamond" w:hAnsi="Garamond"/>
        </w:rPr>
        <w:br/>
        <w:t>Where scattered children are gathered.</w:t>
      </w:r>
    </w:p>
    <w:p w:rsidR="00553380" w:rsidRPr="00553380" w:rsidRDefault="00553380" w:rsidP="001E2F32">
      <w:pPr>
        <w:spacing w:line="480" w:lineRule="auto"/>
        <w:jc w:val="center"/>
        <w:rPr>
          <w:rFonts w:ascii="Garamond" w:hAnsi="Garamond"/>
        </w:rPr>
      </w:pPr>
      <w:r w:rsidRPr="00553380">
        <w:rPr>
          <w:rFonts w:ascii="Garamond" w:hAnsi="Garamond"/>
        </w:rPr>
        <w:t>This is </w:t>
      </w:r>
      <w:proofErr w:type="spellStart"/>
      <w:r w:rsidRPr="00553380">
        <w:rPr>
          <w:rFonts w:ascii="Garamond" w:hAnsi="Garamond"/>
          <w:b/>
          <w:bCs/>
        </w:rPr>
        <w:t>Emeq</w:t>
      </w:r>
      <w:proofErr w:type="spellEnd"/>
      <w:r w:rsidRPr="00553380">
        <w:rPr>
          <w:rFonts w:ascii="Garamond" w:hAnsi="Garamond"/>
          <w:b/>
          <w:bCs/>
        </w:rPr>
        <w:t xml:space="preserve"> Yehoshafat</w:t>
      </w:r>
      <w:r w:rsidRPr="00553380">
        <w:rPr>
          <w:rFonts w:ascii="Garamond" w:hAnsi="Garamond"/>
        </w:rPr>
        <w:t> —</w:t>
      </w:r>
      <w:r w:rsidRPr="00553380">
        <w:rPr>
          <w:rFonts w:ascii="Garamond" w:hAnsi="Garamond"/>
        </w:rPr>
        <w:br/>
        <w:t>The Valley Where YAHUAH Judges.</w:t>
      </w:r>
    </w:p>
    <w:p w:rsidR="00553380" w:rsidRPr="00553380" w:rsidRDefault="00553380" w:rsidP="001E2F32">
      <w:pPr>
        <w:spacing w:line="480" w:lineRule="auto"/>
        <w:jc w:val="center"/>
        <w:rPr>
          <w:rFonts w:ascii="Garamond" w:hAnsi="Garamond"/>
        </w:rPr>
      </w:pPr>
      <w:r w:rsidRPr="00553380">
        <w:rPr>
          <w:rFonts w:ascii="Garamond" w:hAnsi="Garamond"/>
        </w:rPr>
        <w:t>“You stole their names for yourselves, but that has become a curse unto you. You covered their identity and buried it in sand… Cursed be your name that has no meaning before Me.”</w:t>
      </w:r>
    </w:p>
    <w:p w:rsidR="00553380" w:rsidRPr="00553380" w:rsidRDefault="00553380" w:rsidP="001E2F32">
      <w:pPr>
        <w:spacing w:line="480" w:lineRule="auto"/>
        <w:jc w:val="center"/>
        <w:rPr>
          <w:rFonts w:ascii="Garamond" w:hAnsi="Garamond"/>
        </w:rPr>
      </w:pPr>
      <w:r w:rsidRPr="00553380">
        <w:rPr>
          <w:rFonts w:ascii="Garamond" w:hAnsi="Garamond"/>
        </w:rPr>
        <w:t>YAHUAH does not forget injustice.</w:t>
      </w:r>
      <w:r w:rsidRPr="00553380">
        <w:rPr>
          <w:rFonts w:ascii="Garamond" w:hAnsi="Garamond"/>
        </w:rPr>
        <w:br/>
        <w:t>He does not ignore betrayal.</w:t>
      </w:r>
      <w:r w:rsidRPr="00553380">
        <w:rPr>
          <w:rFonts w:ascii="Garamond" w:hAnsi="Garamond"/>
        </w:rPr>
        <w:br/>
        <w:t>He does not delay forever.</w:t>
      </w:r>
    </w:p>
    <w:p w:rsidR="00553380" w:rsidRPr="00553380" w:rsidRDefault="00553380" w:rsidP="001E2F32">
      <w:pPr>
        <w:spacing w:line="480" w:lineRule="auto"/>
        <w:jc w:val="center"/>
        <w:rPr>
          <w:rFonts w:ascii="Garamond" w:hAnsi="Garamond"/>
        </w:rPr>
      </w:pPr>
      <w:r w:rsidRPr="00553380">
        <w:rPr>
          <w:rFonts w:ascii="Garamond" w:hAnsi="Garamond"/>
        </w:rPr>
        <w:t>But His judgment is not cruel — it is covenantal.</w:t>
      </w:r>
      <w:r w:rsidRPr="00553380">
        <w:rPr>
          <w:rFonts w:ascii="Garamond" w:hAnsi="Garamond"/>
        </w:rPr>
        <w:br/>
        <w:t>Not vengeful — but restorative.</w:t>
      </w:r>
      <w:r w:rsidRPr="00553380">
        <w:rPr>
          <w:rFonts w:ascii="Garamond" w:hAnsi="Garamond"/>
        </w:rPr>
        <w:br/>
      </w:r>
      <w:r w:rsidRPr="00553380">
        <w:rPr>
          <w:rFonts w:ascii="Garamond" w:hAnsi="Garamond"/>
        </w:rPr>
        <w:lastRenderedPageBreak/>
        <w:t>He breaks strongholds — to rebuild His people.</w:t>
      </w:r>
      <w:r w:rsidRPr="00553380">
        <w:rPr>
          <w:rFonts w:ascii="Garamond" w:hAnsi="Garamond"/>
        </w:rPr>
        <w:br/>
        <w:t>He shakes nations — to awaken the remnant.</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Am I trembling at His judgment — or trusting His justice?</w:t>
      </w:r>
      <w:r w:rsidRPr="00553380">
        <w:rPr>
          <w:rFonts w:ascii="Garamond" w:hAnsi="Garamond"/>
        </w:rPr>
        <w:br/>
        <w:t>Am I hiding from His fire — or standing in the gap for the nations?</w:t>
      </w:r>
      <w:r w:rsidRPr="00553380">
        <w:rPr>
          <w:rFonts w:ascii="Garamond" w:hAnsi="Garamond"/>
        </w:rPr>
        <w:br/>
        <w:t>Am I silent in the face of injustice — or crying out with holy boldness?</w:t>
      </w:r>
    </w:p>
    <w:p w:rsidR="00553380" w:rsidRPr="00553380" w:rsidRDefault="00553380" w:rsidP="001E2F32">
      <w:pPr>
        <w:spacing w:line="480" w:lineRule="auto"/>
        <w:jc w:val="center"/>
        <w:rPr>
          <w:rFonts w:ascii="Garamond" w:hAnsi="Garamond"/>
        </w:rPr>
      </w:pPr>
      <w:r w:rsidRPr="00553380">
        <w:rPr>
          <w:rFonts w:ascii="Garamond" w:hAnsi="Garamond"/>
        </w:rPr>
        <w:t>The Valley is coming.</w:t>
      </w:r>
      <w:r w:rsidRPr="00553380">
        <w:rPr>
          <w:rFonts w:ascii="Garamond" w:hAnsi="Garamond"/>
        </w:rPr>
        <w:br/>
        <w:t>The Books are open.</w:t>
      </w:r>
      <w:r w:rsidRPr="00553380">
        <w:rPr>
          <w:rFonts w:ascii="Garamond" w:hAnsi="Garamond"/>
        </w:rPr>
        <w:br/>
        <w:t>The Verdict — is sure.</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POETIC INTERLUDE: “The Valley Where YAHUAH Judges”</w:t>
      </w:r>
    </w:p>
    <w:p w:rsidR="00553380" w:rsidRPr="00553380" w:rsidRDefault="00553380" w:rsidP="001E2F32">
      <w:pPr>
        <w:spacing w:line="480" w:lineRule="auto"/>
        <w:jc w:val="center"/>
        <w:rPr>
          <w:rFonts w:ascii="Garamond" w:hAnsi="Garamond"/>
        </w:rPr>
      </w:pPr>
      <w:r w:rsidRPr="00553380">
        <w:rPr>
          <w:rFonts w:ascii="Garamond" w:hAnsi="Garamond"/>
        </w:rPr>
        <w:t>Not sand. Not stone. Not silence.</w:t>
      </w:r>
      <w:r w:rsidRPr="00553380">
        <w:rPr>
          <w:rFonts w:ascii="Garamond" w:hAnsi="Garamond"/>
        </w:rPr>
        <w:br/>
        <w:t>This Valley — echoes with the cries of the scattered.</w:t>
      </w:r>
      <w:r w:rsidRPr="00553380">
        <w:rPr>
          <w:rFonts w:ascii="Garamond" w:hAnsi="Garamond"/>
        </w:rPr>
        <w:br/>
        <w:t>The wails of the stolen.</w:t>
      </w:r>
      <w:r w:rsidRPr="00553380">
        <w:rPr>
          <w:rFonts w:ascii="Garamond" w:hAnsi="Garamond"/>
        </w:rPr>
        <w:br/>
        <w:t>The prayers of the broken.</w:t>
      </w:r>
    </w:p>
    <w:p w:rsidR="00553380" w:rsidRPr="00553380" w:rsidRDefault="00553380" w:rsidP="001E2F32">
      <w:pPr>
        <w:spacing w:line="480" w:lineRule="auto"/>
        <w:jc w:val="center"/>
        <w:rPr>
          <w:rFonts w:ascii="Garamond" w:hAnsi="Garamond"/>
        </w:rPr>
      </w:pPr>
      <w:r w:rsidRPr="00553380">
        <w:rPr>
          <w:rFonts w:ascii="Garamond" w:hAnsi="Garamond"/>
        </w:rPr>
        <w:t>Thrones tremble here.</w:t>
      </w:r>
      <w:r w:rsidRPr="00553380">
        <w:rPr>
          <w:rFonts w:ascii="Garamond" w:hAnsi="Garamond"/>
        </w:rPr>
        <w:br/>
        <w:t>Crowns crumble here.</w:t>
      </w:r>
      <w:r w:rsidRPr="00553380">
        <w:rPr>
          <w:rFonts w:ascii="Garamond" w:hAnsi="Garamond"/>
        </w:rPr>
        <w:br/>
        <w:t>Empires answer here.</w:t>
      </w:r>
    </w:p>
    <w:p w:rsidR="00553380" w:rsidRPr="00553380" w:rsidRDefault="00553380" w:rsidP="001E2F32">
      <w:pPr>
        <w:spacing w:line="480" w:lineRule="auto"/>
        <w:jc w:val="center"/>
        <w:rPr>
          <w:rFonts w:ascii="Garamond" w:hAnsi="Garamond"/>
        </w:rPr>
      </w:pPr>
      <w:r w:rsidRPr="00553380">
        <w:rPr>
          <w:rFonts w:ascii="Garamond" w:hAnsi="Garamond"/>
        </w:rPr>
        <w:t>YAHUAH does not shout —</w:t>
      </w:r>
      <w:r w:rsidRPr="00553380">
        <w:rPr>
          <w:rFonts w:ascii="Garamond" w:hAnsi="Garamond"/>
        </w:rPr>
        <w:br/>
        <w:t>but His whisper splits mountains.</w:t>
      </w:r>
      <w:r w:rsidRPr="00553380">
        <w:rPr>
          <w:rFonts w:ascii="Garamond" w:hAnsi="Garamond"/>
        </w:rPr>
        <w:br/>
        <w:t>He does not rage —</w:t>
      </w:r>
      <w:r w:rsidRPr="00553380">
        <w:rPr>
          <w:rFonts w:ascii="Garamond" w:hAnsi="Garamond"/>
        </w:rPr>
        <w:br/>
        <w:t>but His stillness terrifies kings.</w:t>
      </w:r>
    </w:p>
    <w:p w:rsidR="00553380" w:rsidRPr="00553380" w:rsidRDefault="00553380" w:rsidP="001E2F32">
      <w:pPr>
        <w:spacing w:line="480" w:lineRule="auto"/>
        <w:jc w:val="center"/>
        <w:rPr>
          <w:rFonts w:ascii="Garamond" w:hAnsi="Garamond"/>
        </w:rPr>
      </w:pPr>
      <w:r w:rsidRPr="00553380">
        <w:rPr>
          <w:rFonts w:ascii="Garamond" w:hAnsi="Garamond"/>
        </w:rPr>
        <w:t>“Where is the child you sold?”</w:t>
      </w:r>
      <w:r w:rsidRPr="00553380">
        <w:rPr>
          <w:rFonts w:ascii="Garamond" w:hAnsi="Garamond"/>
        </w:rPr>
        <w:br/>
        <w:t>“Where is the name you erased?”</w:t>
      </w:r>
      <w:r w:rsidRPr="00553380">
        <w:rPr>
          <w:rFonts w:ascii="Garamond" w:hAnsi="Garamond"/>
        </w:rPr>
        <w:br/>
        <w:t>“Where is the land you divided?”</w:t>
      </w:r>
    </w:p>
    <w:p w:rsidR="00553380" w:rsidRPr="00553380" w:rsidRDefault="00553380" w:rsidP="001E2F32">
      <w:pPr>
        <w:spacing w:line="480" w:lineRule="auto"/>
        <w:jc w:val="center"/>
        <w:rPr>
          <w:rFonts w:ascii="Garamond" w:hAnsi="Garamond"/>
        </w:rPr>
      </w:pPr>
      <w:r w:rsidRPr="00553380">
        <w:rPr>
          <w:rFonts w:ascii="Garamond" w:hAnsi="Garamond"/>
        </w:rPr>
        <w:t>No excuse stands.</w:t>
      </w:r>
      <w:r w:rsidRPr="00553380">
        <w:rPr>
          <w:rFonts w:ascii="Garamond" w:hAnsi="Garamond"/>
        </w:rPr>
        <w:br/>
        <w:t>No treaty saves.</w:t>
      </w:r>
      <w:r w:rsidRPr="00553380">
        <w:rPr>
          <w:rFonts w:ascii="Garamond" w:hAnsi="Garamond"/>
        </w:rPr>
        <w:br/>
        <w:t>No wealth redeems.</w:t>
      </w:r>
    </w:p>
    <w:p w:rsidR="00553380" w:rsidRPr="00553380" w:rsidRDefault="00553380" w:rsidP="001E2F32">
      <w:pPr>
        <w:spacing w:line="480" w:lineRule="auto"/>
        <w:jc w:val="center"/>
        <w:rPr>
          <w:rFonts w:ascii="Garamond" w:hAnsi="Garamond"/>
        </w:rPr>
      </w:pPr>
      <w:r w:rsidRPr="00553380">
        <w:rPr>
          <w:rFonts w:ascii="Garamond" w:hAnsi="Garamond"/>
        </w:rPr>
        <w:t>Only repentance.</w:t>
      </w:r>
      <w:r w:rsidRPr="00553380">
        <w:rPr>
          <w:rFonts w:ascii="Garamond" w:hAnsi="Garamond"/>
        </w:rPr>
        <w:br/>
        <w:t>Only humility.</w:t>
      </w:r>
      <w:r w:rsidRPr="00553380">
        <w:rPr>
          <w:rFonts w:ascii="Garamond" w:hAnsi="Garamond"/>
        </w:rPr>
        <w:br/>
        <w:t>Only the Blood of the Lamb — pleads mercy.</w:t>
      </w:r>
    </w:p>
    <w:p w:rsidR="00553380" w:rsidRPr="00553380" w:rsidRDefault="00553380" w:rsidP="001E2F32">
      <w:pPr>
        <w:spacing w:line="480" w:lineRule="auto"/>
        <w:jc w:val="center"/>
        <w:rPr>
          <w:rFonts w:ascii="Garamond" w:hAnsi="Garamond"/>
        </w:rPr>
      </w:pPr>
      <w:r w:rsidRPr="00553380">
        <w:rPr>
          <w:rFonts w:ascii="Garamond" w:hAnsi="Garamond"/>
        </w:rPr>
        <w:lastRenderedPageBreak/>
        <w:t>Enter this Valley — not in pride —</w:t>
      </w:r>
      <w:r w:rsidRPr="00553380">
        <w:rPr>
          <w:rFonts w:ascii="Garamond" w:hAnsi="Garamond"/>
        </w:rPr>
        <w:br/>
        <w:t>but in trembling.</w:t>
      </w:r>
      <w:r w:rsidRPr="00553380">
        <w:rPr>
          <w:rFonts w:ascii="Garamond" w:hAnsi="Garamond"/>
        </w:rPr>
        <w:br/>
        <w:t>Not in defense —</w:t>
      </w:r>
      <w:r w:rsidRPr="00553380">
        <w:rPr>
          <w:rFonts w:ascii="Garamond" w:hAnsi="Garamond"/>
        </w:rPr>
        <w:br/>
        <w:t>but in surrender.</w:t>
      </w:r>
    </w:p>
    <w:p w:rsidR="00553380" w:rsidRPr="00553380" w:rsidRDefault="00553380" w:rsidP="001E2F32">
      <w:pPr>
        <w:spacing w:line="480" w:lineRule="auto"/>
        <w:jc w:val="center"/>
        <w:rPr>
          <w:rFonts w:ascii="Garamond" w:hAnsi="Garamond"/>
        </w:rPr>
      </w:pPr>
      <w:r w:rsidRPr="00553380">
        <w:rPr>
          <w:rFonts w:ascii="Garamond" w:hAnsi="Garamond"/>
        </w:rPr>
        <w:t>For YAHUAH judges —</w:t>
      </w:r>
      <w:r w:rsidRPr="00553380">
        <w:rPr>
          <w:rFonts w:ascii="Garamond" w:hAnsi="Garamond"/>
        </w:rPr>
        <w:br/>
        <w:t>and His judgment — is righteous.</w:t>
      </w:r>
    </w:p>
    <w:p w:rsidR="00553380" w:rsidRPr="00553380" w:rsidRDefault="00553380" w:rsidP="001E2F32">
      <w:pPr>
        <w:spacing w:line="480" w:lineRule="auto"/>
        <w:jc w:val="center"/>
        <w:rPr>
          <w:rFonts w:ascii="Garamond" w:hAnsi="Garamond"/>
        </w:rPr>
      </w:pPr>
      <w:r w:rsidRPr="00553380">
        <w:rPr>
          <w:rFonts w:ascii="Garamond" w:hAnsi="Garamond"/>
        </w:rPr>
        <w:t>— Inspired by Joel 3</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Trembling Intercessor”</w:t>
      </w:r>
    </w:p>
    <w:p w:rsidR="00553380" w:rsidRPr="00553380" w:rsidRDefault="00553380" w:rsidP="001E2F32">
      <w:pPr>
        <w:spacing w:line="480" w:lineRule="auto"/>
        <w:jc w:val="center"/>
        <w:rPr>
          <w:rFonts w:ascii="Garamond" w:hAnsi="Garamond"/>
        </w:rPr>
      </w:pPr>
      <w:r w:rsidRPr="00553380">
        <w:rPr>
          <w:rFonts w:ascii="Garamond" w:hAnsi="Garamond"/>
        </w:rPr>
        <w:t>Leader: YAHUAH, I tremble at Your judgment —</w:t>
      </w:r>
      <w:r w:rsidRPr="00553380">
        <w:rPr>
          <w:rFonts w:ascii="Garamond" w:hAnsi="Garamond"/>
        </w:rPr>
        <w:br/>
        <w:t>People: For You are righteous, and Your verdicts are true.</w:t>
      </w:r>
    </w:p>
    <w:p w:rsidR="00553380" w:rsidRPr="00553380" w:rsidRDefault="00553380" w:rsidP="001E2F32">
      <w:pPr>
        <w:spacing w:line="480" w:lineRule="auto"/>
        <w:jc w:val="center"/>
        <w:rPr>
          <w:rFonts w:ascii="Garamond" w:hAnsi="Garamond"/>
        </w:rPr>
      </w:pPr>
      <w:r w:rsidRPr="00553380">
        <w:rPr>
          <w:rFonts w:ascii="Garamond" w:hAnsi="Garamond"/>
        </w:rPr>
        <w:t>Leader: Break my heart for what breaks Yours —</w:t>
      </w:r>
      <w:r w:rsidRPr="00553380">
        <w:rPr>
          <w:rFonts w:ascii="Garamond" w:hAnsi="Garamond"/>
        </w:rPr>
        <w:br/>
        <w:t>People: The scattered, the stolen, the silenced.</w:t>
      </w:r>
    </w:p>
    <w:p w:rsidR="00553380" w:rsidRPr="00553380" w:rsidRDefault="00553380" w:rsidP="001E2F32">
      <w:pPr>
        <w:spacing w:line="480" w:lineRule="auto"/>
        <w:jc w:val="center"/>
        <w:rPr>
          <w:rFonts w:ascii="Garamond" w:hAnsi="Garamond"/>
        </w:rPr>
      </w:pPr>
      <w:r w:rsidRPr="00553380">
        <w:rPr>
          <w:rFonts w:ascii="Garamond" w:hAnsi="Garamond"/>
        </w:rPr>
        <w:t>Leader: Let me stand in the gap — not in accusation —</w:t>
      </w:r>
      <w:r w:rsidRPr="00553380">
        <w:rPr>
          <w:rFonts w:ascii="Garamond" w:hAnsi="Garamond"/>
        </w:rPr>
        <w:br/>
        <w:t>People: But in intercession, in mercy, in holy urgency.</w:t>
      </w:r>
    </w:p>
    <w:p w:rsidR="00553380" w:rsidRPr="00553380" w:rsidRDefault="00553380" w:rsidP="001E2F32">
      <w:pPr>
        <w:spacing w:line="480" w:lineRule="auto"/>
        <w:jc w:val="center"/>
        <w:rPr>
          <w:rFonts w:ascii="Garamond" w:hAnsi="Garamond"/>
        </w:rPr>
      </w:pPr>
      <w:r w:rsidRPr="00553380">
        <w:rPr>
          <w:rFonts w:ascii="Garamond" w:hAnsi="Garamond"/>
        </w:rPr>
        <w:t>Leader: Purge my nation of its hidden sins —</w:t>
      </w:r>
      <w:r w:rsidRPr="00553380">
        <w:rPr>
          <w:rFonts w:ascii="Garamond" w:hAnsi="Garamond"/>
        </w:rPr>
        <w:br/>
        <w:t>People: Before the Valley claims its due.</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Judge of All the Earth!</w:t>
      </w:r>
    </w:p>
    <w:p w:rsidR="00553380" w:rsidRPr="00553380" w:rsidRDefault="00553380" w:rsidP="001E2F32">
      <w:pPr>
        <w:spacing w:line="480" w:lineRule="auto"/>
        <w:jc w:val="center"/>
        <w:rPr>
          <w:rFonts w:ascii="Garamond" w:hAnsi="Garamond"/>
        </w:rPr>
      </w:pPr>
      <w:r w:rsidRPr="00553380">
        <w:rPr>
          <w:rFonts w:ascii="Garamond" w:hAnsi="Garamond"/>
        </w:rPr>
        <w:t>(Pause. Whisper: “YAHUAH, show me where I must intercede — before the gavel falls.”)</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Purging — And the Path Through It”</w:t>
      </w:r>
    </w:p>
    <w:p w:rsidR="00553380" w:rsidRPr="00553380" w:rsidRDefault="00553380" w:rsidP="001E2F32">
      <w:pPr>
        <w:spacing w:line="480" w:lineRule="auto"/>
        <w:jc w:val="center"/>
        <w:rPr>
          <w:rFonts w:ascii="Garamond" w:hAnsi="Garamond"/>
        </w:rPr>
      </w:pPr>
      <w:r w:rsidRPr="00553380">
        <w:rPr>
          <w:rFonts w:ascii="Garamond" w:hAnsi="Garamond"/>
        </w:rPr>
        <w:t>“There is a purging happening. You can run to the city. You can run to the hills. You can hide under a rock—justification will find you out.”</w:t>
      </w:r>
    </w:p>
    <w:p w:rsidR="00553380" w:rsidRPr="00553380" w:rsidRDefault="00553380" w:rsidP="001E2F32">
      <w:pPr>
        <w:spacing w:line="480" w:lineRule="auto"/>
        <w:jc w:val="center"/>
        <w:rPr>
          <w:rFonts w:ascii="Garamond" w:hAnsi="Garamond"/>
        </w:rPr>
      </w:pPr>
      <w:r w:rsidRPr="00553380">
        <w:rPr>
          <w:rFonts w:ascii="Garamond" w:hAnsi="Garamond"/>
        </w:rPr>
        <w:t>No one escapes the Valley.</w:t>
      </w:r>
      <w:r w:rsidRPr="00553380">
        <w:rPr>
          <w:rFonts w:ascii="Garamond" w:hAnsi="Garamond"/>
        </w:rPr>
        <w:br/>
        <w:t>Not the powerful.</w:t>
      </w:r>
      <w:r w:rsidRPr="00553380">
        <w:rPr>
          <w:rFonts w:ascii="Garamond" w:hAnsi="Garamond"/>
        </w:rPr>
        <w:br/>
        <w:t>Not the religious.</w:t>
      </w:r>
      <w:r w:rsidRPr="00553380">
        <w:rPr>
          <w:rFonts w:ascii="Garamond" w:hAnsi="Garamond"/>
        </w:rPr>
        <w:br/>
        <w:t>Not the indifferent.</w:t>
      </w:r>
    </w:p>
    <w:p w:rsidR="00553380" w:rsidRPr="00553380" w:rsidRDefault="00553380" w:rsidP="001E2F32">
      <w:pPr>
        <w:spacing w:line="480" w:lineRule="auto"/>
        <w:jc w:val="center"/>
        <w:rPr>
          <w:rFonts w:ascii="Garamond" w:hAnsi="Garamond"/>
        </w:rPr>
      </w:pPr>
      <w:r w:rsidRPr="00553380">
        <w:rPr>
          <w:rFonts w:ascii="Garamond" w:hAnsi="Garamond"/>
        </w:rPr>
        <w:t>YAHUAH says:</w:t>
      </w:r>
    </w:p>
    <w:p w:rsidR="00553380" w:rsidRPr="00553380" w:rsidRDefault="00553380" w:rsidP="001E2F32">
      <w:pPr>
        <w:spacing w:line="480" w:lineRule="auto"/>
        <w:jc w:val="center"/>
        <w:rPr>
          <w:rFonts w:ascii="Garamond" w:hAnsi="Garamond"/>
        </w:rPr>
      </w:pPr>
      <w:r w:rsidRPr="00553380">
        <w:rPr>
          <w:rFonts w:ascii="Garamond" w:hAnsi="Garamond"/>
        </w:rPr>
        <w:t>“It rains on the just as well as the unjust. There is no rest until the sentence is completed.”</w:t>
      </w:r>
    </w:p>
    <w:p w:rsidR="00553380" w:rsidRPr="00553380" w:rsidRDefault="00553380" w:rsidP="001E2F32">
      <w:pPr>
        <w:spacing w:line="480" w:lineRule="auto"/>
        <w:jc w:val="center"/>
        <w:rPr>
          <w:rFonts w:ascii="Garamond" w:hAnsi="Garamond"/>
        </w:rPr>
      </w:pPr>
      <w:r w:rsidRPr="00553380">
        <w:rPr>
          <w:rFonts w:ascii="Garamond" w:hAnsi="Garamond"/>
        </w:rPr>
        <w:t>But — even here — His mercy calls:</w:t>
      </w:r>
    </w:p>
    <w:p w:rsidR="00553380" w:rsidRPr="00553380" w:rsidRDefault="00553380" w:rsidP="001E2F32">
      <w:pPr>
        <w:spacing w:line="480" w:lineRule="auto"/>
        <w:jc w:val="center"/>
        <w:rPr>
          <w:rFonts w:ascii="Garamond" w:hAnsi="Garamond"/>
        </w:rPr>
      </w:pPr>
      <w:r w:rsidRPr="00553380">
        <w:rPr>
          <w:rFonts w:ascii="Garamond" w:hAnsi="Garamond"/>
        </w:rPr>
        <w:t>“Return unto Me… I will heal your land.”</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t>What “sentence” am I trying to outrun?</w:t>
      </w:r>
      <w:r w:rsidRPr="00553380">
        <w:rPr>
          <w:rFonts w:ascii="Garamond" w:hAnsi="Garamond"/>
        </w:rPr>
        <w:br/>
        <w:t>— Personal sin?</w:t>
      </w:r>
      <w:r w:rsidRPr="00553380">
        <w:rPr>
          <w:rFonts w:ascii="Garamond" w:hAnsi="Garamond"/>
        </w:rPr>
        <w:br/>
        <w:t>— National compromise?</w:t>
      </w:r>
      <w:r w:rsidRPr="00553380">
        <w:rPr>
          <w:rFonts w:ascii="Garamond" w:hAnsi="Garamond"/>
        </w:rPr>
        <w:br/>
        <w:t>— Generational iniquity?</w:t>
      </w:r>
    </w:p>
    <w:p w:rsidR="00553380" w:rsidRPr="00553380" w:rsidRDefault="00553380" w:rsidP="001E2F32">
      <w:pPr>
        <w:spacing w:line="480" w:lineRule="auto"/>
        <w:jc w:val="center"/>
        <w:rPr>
          <w:rFonts w:ascii="Garamond" w:hAnsi="Garamond"/>
        </w:rPr>
      </w:pPr>
      <w:r w:rsidRPr="00553380">
        <w:rPr>
          <w:rFonts w:ascii="Garamond" w:hAnsi="Garamond"/>
        </w:rPr>
        <w:t>Where am I hiding — instead of repenting?</w:t>
      </w:r>
      <w:r w:rsidRPr="00553380">
        <w:rPr>
          <w:rFonts w:ascii="Garamond" w:hAnsi="Garamond"/>
        </w:rPr>
        <w:br/>
        <w:t>What lie am I believing — that I’m exempt from accountability?</w:t>
      </w:r>
    </w:p>
    <w:p w:rsidR="00553380" w:rsidRPr="00553380" w:rsidRDefault="00553380" w:rsidP="001E2F32">
      <w:pPr>
        <w:spacing w:line="480" w:lineRule="auto"/>
        <w:jc w:val="center"/>
        <w:rPr>
          <w:rFonts w:ascii="Garamond" w:hAnsi="Garamond"/>
        </w:rPr>
      </w:pPr>
      <w:r w:rsidRPr="00553380">
        <w:rPr>
          <w:rFonts w:ascii="Garamond" w:hAnsi="Garamond"/>
        </w:rPr>
        <w:t>The only path through judgment —</w:t>
      </w:r>
      <w:r w:rsidRPr="00553380">
        <w:rPr>
          <w:rFonts w:ascii="Garamond" w:hAnsi="Garamond"/>
        </w:rPr>
        <w:br/>
        <w:t>is brokenness.</w:t>
      </w:r>
      <w:r w:rsidRPr="00553380">
        <w:rPr>
          <w:rFonts w:ascii="Garamond" w:hAnsi="Garamond"/>
        </w:rPr>
        <w:br/>
      </w:r>
      <w:r w:rsidRPr="00553380">
        <w:rPr>
          <w:rFonts w:ascii="Garamond" w:hAnsi="Garamond"/>
        </w:rPr>
        <w:lastRenderedPageBreak/>
        <w:t>The only shelter in the storm —</w:t>
      </w:r>
      <w:r w:rsidRPr="00553380">
        <w:rPr>
          <w:rFonts w:ascii="Garamond" w:hAnsi="Garamond"/>
        </w:rPr>
        <w:br/>
        <w:t>is the cleft of the Rock.</w:t>
      </w:r>
    </w:p>
    <w:p w:rsidR="00553380" w:rsidRPr="00553380" w:rsidRDefault="00553380" w:rsidP="001E2F32">
      <w:pPr>
        <w:spacing w:line="480" w:lineRule="auto"/>
        <w:jc w:val="center"/>
        <w:rPr>
          <w:rFonts w:ascii="Garamond" w:hAnsi="Garamond"/>
        </w:rPr>
      </w:pPr>
      <w:r w:rsidRPr="00553380">
        <w:rPr>
          <w:rFonts w:ascii="Garamond" w:hAnsi="Garamond"/>
        </w:rPr>
        <w:t>Run — not from Him —</w:t>
      </w:r>
      <w:r w:rsidRPr="00553380">
        <w:rPr>
          <w:rFonts w:ascii="Garamond" w:hAnsi="Garamond"/>
        </w:rPr>
        <w:br/>
        <w:t>but to Him.</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Am I Running From?”</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my life —</w:t>
      </w:r>
      <w:r w:rsidRPr="00553380">
        <w:rPr>
          <w:rFonts w:ascii="Garamond" w:hAnsi="Garamond"/>
        </w:rPr>
        <w:br/>
        <w:t>What judgment am I avoiding?</w:t>
      </w:r>
      <w:r w:rsidRPr="00553380">
        <w:rPr>
          <w:rFonts w:ascii="Garamond" w:hAnsi="Garamond"/>
        </w:rPr>
        <w:br/>
        <w:t>What sin have I minimized?</w:t>
      </w:r>
      <w:r w:rsidRPr="00553380">
        <w:rPr>
          <w:rFonts w:ascii="Garamond" w:hAnsi="Garamond"/>
        </w:rPr>
        <w:br/>
        <w:t>What national compromise have I excused?</w:t>
      </w:r>
    </w:p>
    <w:p w:rsidR="00553380" w:rsidRPr="00553380" w:rsidRDefault="00553380" w:rsidP="001E2F32">
      <w:pPr>
        <w:spacing w:line="480" w:lineRule="auto"/>
        <w:jc w:val="center"/>
        <w:rPr>
          <w:rFonts w:ascii="Garamond" w:hAnsi="Garamond"/>
        </w:rPr>
      </w:pPr>
      <w:r w:rsidRPr="00553380">
        <w:rPr>
          <w:rFonts w:ascii="Garamond" w:hAnsi="Garamond"/>
        </w:rPr>
        <w:t>I stop running.</w:t>
      </w:r>
      <w:r w:rsidRPr="00553380">
        <w:rPr>
          <w:rFonts w:ascii="Garamond" w:hAnsi="Garamond"/>
        </w:rPr>
        <w:br/>
        <w:t>I stop hiding.</w:t>
      </w:r>
      <w:r w:rsidRPr="00553380">
        <w:rPr>
          <w:rFonts w:ascii="Garamond" w:hAnsi="Garamond"/>
        </w:rPr>
        <w:br/>
        <w:t>I fall on my face — in repentance, in surrender, in desperate trust.</w:t>
      </w:r>
    </w:p>
    <w:p w:rsidR="00553380" w:rsidRPr="00553380" w:rsidRDefault="00553380" w:rsidP="001E2F32">
      <w:pPr>
        <w:spacing w:line="480" w:lineRule="auto"/>
        <w:jc w:val="center"/>
        <w:rPr>
          <w:rFonts w:ascii="Garamond" w:hAnsi="Garamond"/>
        </w:rPr>
      </w:pPr>
      <w:r w:rsidRPr="00553380">
        <w:rPr>
          <w:rFonts w:ascii="Garamond" w:hAnsi="Garamond"/>
        </w:rPr>
        <w:t>Purge what must be purged.</w:t>
      </w:r>
      <w:r w:rsidRPr="00553380">
        <w:rPr>
          <w:rFonts w:ascii="Garamond" w:hAnsi="Garamond"/>
        </w:rPr>
        <w:br/>
        <w:t>Break what must be broken.</w:t>
      </w:r>
      <w:r w:rsidRPr="00553380">
        <w:rPr>
          <w:rFonts w:ascii="Garamond" w:hAnsi="Garamond"/>
        </w:rPr>
        <w:br/>
        <w:t>Restore what was stolen — in my life, in my land, in my lineage.</w:t>
      </w:r>
    </w:p>
    <w:p w:rsidR="00553380" w:rsidRPr="00553380" w:rsidRDefault="00553380" w:rsidP="001E2F32">
      <w:pPr>
        <w:spacing w:line="480" w:lineRule="auto"/>
        <w:jc w:val="center"/>
        <w:rPr>
          <w:rFonts w:ascii="Garamond" w:hAnsi="Garamond"/>
        </w:rPr>
      </w:pPr>
      <w:r w:rsidRPr="00553380">
        <w:rPr>
          <w:rFonts w:ascii="Garamond" w:hAnsi="Garamond"/>
        </w:rPr>
        <w:t>Let me be found — not in the rocks of denial —</w:t>
      </w:r>
      <w:r w:rsidRPr="00553380">
        <w:rPr>
          <w:rFonts w:ascii="Garamond" w:hAnsi="Garamond"/>
        </w:rPr>
        <w:br/>
        <w:t>but in the cleft of Your mercy.</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223EA6" w:rsidRDefault="00223EA6">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“EMEQ YEHO SHAPHAT — YAHUAH JUDGES”</w:t>
      </w:r>
    </w:p>
    <w:p w:rsidR="00553380" w:rsidRPr="00553380" w:rsidRDefault="00553380" w:rsidP="001E2F32">
      <w:pPr>
        <w:spacing w:line="480" w:lineRule="auto"/>
        <w:jc w:val="center"/>
        <w:rPr>
          <w:rFonts w:ascii="Garamond" w:hAnsi="Garamond"/>
        </w:rPr>
      </w:pPr>
      <w:proofErr w:type="spellStart"/>
      <w:r w:rsidRPr="00553380">
        <w:rPr>
          <w:rFonts w:ascii="Garamond" w:hAnsi="Garamond"/>
        </w:rPr>
        <w:t>Emeq</w:t>
      </w:r>
      <w:proofErr w:type="spellEnd"/>
      <w:r w:rsidRPr="00553380">
        <w:rPr>
          <w:rFonts w:ascii="Garamond" w:hAnsi="Garamond"/>
        </w:rPr>
        <w:t xml:space="preserve"> Yehoshafat (</w:t>
      </w:r>
      <w:proofErr w:type="spellStart"/>
      <w:r w:rsidRPr="00553380">
        <w:rPr>
          <w:rFonts w:ascii="Times New Roman" w:hAnsi="Times New Roman" w:cs="Times New Roman"/>
        </w:rPr>
        <w:t>עֵמֶק</w:t>
      </w:r>
      <w:proofErr w:type="spellEnd"/>
      <w:r w:rsidRPr="00553380">
        <w:rPr>
          <w:rFonts w:ascii="Garamond" w:hAnsi="Garamond"/>
        </w:rPr>
        <w:t xml:space="preserve"> </w:t>
      </w:r>
      <w:proofErr w:type="spellStart"/>
      <w:r w:rsidRPr="00553380">
        <w:rPr>
          <w:rFonts w:ascii="Times New Roman" w:hAnsi="Times New Roman" w:cs="Times New Roman"/>
        </w:rPr>
        <w:t>יְהוֹש</w:t>
      </w:r>
      <w:proofErr w:type="spellEnd"/>
      <w:r w:rsidRPr="00553380">
        <w:rPr>
          <w:rFonts w:ascii="Times New Roman" w:hAnsi="Times New Roman" w:cs="Times New Roman"/>
        </w:rPr>
        <w:t>ָׁ</w:t>
      </w:r>
      <w:proofErr w:type="spellStart"/>
      <w:r w:rsidRPr="00553380">
        <w:rPr>
          <w:rFonts w:ascii="Times New Roman" w:hAnsi="Times New Roman" w:cs="Times New Roman"/>
        </w:rPr>
        <w:t>פָט</w:t>
      </w:r>
      <w:proofErr w:type="spellEnd"/>
      <w:r w:rsidRPr="00553380">
        <w:rPr>
          <w:rFonts w:ascii="Garamond" w:hAnsi="Garamond"/>
        </w:rPr>
        <w:t>) literally means:</w:t>
      </w:r>
    </w:p>
    <w:p w:rsidR="00553380" w:rsidRPr="00553380" w:rsidRDefault="00553380" w:rsidP="001E2F32">
      <w:pPr>
        <w:spacing w:line="480" w:lineRule="auto"/>
        <w:jc w:val="center"/>
        <w:rPr>
          <w:rFonts w:ascii="Garamond" w:hAnsi="Garamond"/>
        </w:rPr>
      </w:pPr>
      <w:r w:rsidRPr="00553380">
        <w:rPr>
          <w:rFonts w:ascii="Garamond" w:hAnsi="Garamond"/>
        </w:rPr>
        <w:t>“Valley of YAHUAH Judges” — from </w:t>
      </w:r>
      <w:proofErr w:type="spellStart"/>
      <w:r w:rsidRPr="00553380">
        <w:rPr>
          <w:rFonts w:ascii="Garamond" w:hAnsi="Garamond"/>
        </w:rPr>
        <w:t>shaphat</w:t>
      </w:r>
      <w:proofErr w:type="spellEnd"/>
      <w:r w:rsidRPr="00553380">
        <w:rPr>
          <w:rFonts w:ascii="Garamond" w:hAnsi="Garamond"/>
        </w:rPr>
        <w:t> (</w:t>
      </w:r>
      <w:r w:rsidRPr="00553380">
        <w:rPr>
          <w:rFonts w:ascii="Times New Roman" w:hAnsi="Times New Roman" w:cs="Times New Roman"/>
        </w:rPr>
        <w:t>שָׁ</w:t>
      </w:r>
      <w:proofErr w:type="spellStart"/>
      <w:r w:rsidRPr="00553380">
        <w:rPr>
          <w:rFonts w:ascii="Times New Roman" w:hAnsi="Times New Roman" w:cs="Times New Roman"/>
        </w:rPr>
        <w:t>פַט</w:t>
      </w:r>
      <w:proofErr w:type="spellEnd"/>
      <w:r w:rsidRPr="00553380">
        <w:rPr>
          <w:rFonts w:ascii="Garamond" w:hAnsi="Garamond"/>
        </w:rPr>
        <w:t>), “to judge, govern, vindicate.”</w:t>
      </w:r>
    </w:p>
    <w:p w:rsidR="00553380" w:rsidRPr="00553380" w:rsidRDefault="00553380" w:rsidP="001E2F32">
      <w:pPr>
        <w:spacing w:line="480" w:lineRule="auto"/>
        <w:jc w:val="center"/>
        <w:rPr>
          <w:rFonts w:ascii="Garamond" w:hAnsi="Garamond"/>
        </w:rPr>
      </w:pPr>
      <w:r w:rsidRPr="00553380">
        <w:rPr>
          <w:rFonts w:ascii="Garamond" w:hAnsi="Garamond"/>
        </w:rPr>
        <w:t>This is not a geographical valley — but a prophetic convergence point — where:</w:t>
      </w:r>
    </w:p>
    <w:p w:rsidR="00553380" w:rsidRPr="00553380" w:rsidRDefault="00553380" w:rsidP="001E2F32">
      <w:pPr>
        <w:numPr>
          <w:ilvl w:val="0"/>
          <w:numId w:val="13"/>
        </w:numPr>
        <w:spacing w:line="480" w:lineRule="auto"/>
        <w:jc w:val="center"/>
        <w:rPr>
          <w:rFonts w:ascii="Garamond" w:hAnsi="Garamond"/>
        </w:rPr>
      </w:pPr>
      <w:r w:rsidRPr="00553380">
        <w:rPr>
          <w:rFonts w:ascii="Garamond" w:hAnsi="Garamond"/>
        </w:rPr>
        <w:t>Nations are summoned (Joel 3:2)</w:t>
      </w:r>
    </w:p>
    <w:p w:rsidR="00553380" w:rsidRPr="00553380" w:rsidRDefault="00553380" w:rsidP="001E2F32">
      <w:pPr>
        <w:numPr>
          <w:ilvl w:val="0"/>
          <w:numId w:val="13"/>
        </w:numPr>
        <w:spacing w:line="480" w:lineRule="auto"/>
        <w:jc w:val="center"/>
        <w:rPr>
          <w:rFonts w:ascii="Garamond" w:hAnsi="Garamond"/>
        </w:rPr>
      </w:pPr>
      <w:r w:rsidRPr="00553380">
        <w:rPr>
          <w:rFonts w:ascii="Garamond" w:hAnsi="Garamond"/>
        </w:rPr>
        <w:t>Injustice is exposed (Joel 3:3–8)</w:t>
      </w:r>
    </w:p>
    <w:p w:rsidR="00553380" w:rsidRPr="00553380" w:rsidRDefault="00553380" w:rsidP="001E2F32">
      <w:pPr>
        <w:numPr>
          <w:ilvl w:val="0"/>
          <w:numId w:val="13"/>
        </w:numPr>
        <w:spacing w:line="480" w:lineRule="auto"/>
        <w:jc w:val="center"/>
        <w:rPr>
          <w:rFonts w:ascii="Garamond" w:hAnsi="Garamond"/>
        </w:rPr>
      </w:pPr>
      <w:r w:rsidRPr="00553380">
        <w:rPr>
          <w:rFonts w:ascii="Garamond" w:hAnsi="Garamond"/>
        </w:rPr>
        <w:t>YAHUAH personally presides (Joel 3:12)</w:t>
      </w:r>
    </w:p>
    <w:p w:rsidR="00553380" w:rsidRPr="00553380" w:rsidRDefault="00553380" w:rsidP="001E2F32">
      <w:pPr>
        <w:numPr>
          <w:ilvl w:val="0"/>
          <w:numId w:val="13"/>
        </w:numPr>
        <w:spacing w:line="480" w:lineRule="auto"/>
        <w:jc w:val="center"/>
        <w:rPr>
          <w:rFonts w:ascii="Garamond" w:hAnsi="Garamond"/>
        </w:rPr>
      </w:pPr>
      <w:r w:rsidRPr="00553380">
        <w:rPr>
          <w:rFonts w:ascii="Garamond" w:hAnsi="Garamond"/>
        </w:rPr>
        <w:t>His people are vindicated (Joel 3:16–17)</w:t>
      </w:r>
    </w:p>
    <w:p w:rsidR="00553380" w:rsidRPr="00553380" w:rsidRDefault="00553380" w:rsidP="001E2F32">
      <w:pPr>
        <w:spacing w:line="480" w:lineRule="auto"/>
        <w:jc w:val="center"/>
        <w:rPr>
          <w:rFonts w:ascii="Garamond" w:hAnsi="Garamond"/>
        </w:rPr>
      </w:pPr>
      <w:r w:rsidRPr="00553380">
        <w:rPr>
          <w:rFonts w:ascii="Garamond" w:hAnsi="Garamond"/>
        </w:rPr>
        <w:t>It is the ultimate courtroom —</w:t>
      </w:r>
      <w:r w:rsidRPr="00553380">
        <w:rPr>
          <w:rFonts w:ascii="Garamond" w:hAnsi="Garamond"/>
        </w:rPr>
        <w:br/>
        <w:t>where human decrees are overturned,</w:t>
      </w:r>
      <w:r w:rsidRPr="00553380">
        <w:rPr>
          <w:rFonts w:ascii="Garamond" w:hAnsi="Garamond"/>
        </w:rPr>
        <w:br/>
        <w:t>where stolen destinies are restored,</w:t>
      </w:r>
      <w:r w:rsidRPr="00553380">
        <w:rPr>
          <w:rFonts w:ascii="Garamond" w:hAnsi="Garamond"/>
        </w:rPr>
        <w:br/>
        <w:t>where YAHUAH’s Name is magnified above all.</w:t>
      </w:r>
    </w:p>
    <w:p w:rsidR="00553380" w:rsidRPr="00553380" w:rsidRDefault="00553380" w:rsidP="001E2F32">
      <w:pPr>
        <w:spacing w:line="480" w:lineRule="auto"/>
        <w:jc w:val="center"/>
        <w:rPr>
          <w:rFonts w:ascii="Garamond" w:hAnsi="Garamond"/>
        </w:rPr>
      </w:pPr>
      <w:r w:rsidRPr="00553380">
        <w:rPr>
          <w:rFonts w:ascii="Garamond" w:hAnsi="Garamond"/>
        </w:rPr>
        <w:t>The Valley is both warning — and hope.</w:t>
      </w:r>
      <w:r w:rsidRPr="00553380">
        <w:rPr>
          <w:rFonts w:ascii="Garamond" w:hAnsi="Garamond"/>
        </w:rPr>
        <w:br/>
        <w:t>For those who repent — mercy.</w:t>
      </w:r>
      <w:r w:rsidRPr="00553380">
        <w:rPr>
          <w:rFonts w:ascii="Garamond" w:hAnsi="Garamond"/>
        </w:rPr>
        <w:br/>
        <w:t>For those who harden — reckoning.</w:t>
      </w:r>
    </w:p>
    <w:p w:rsidR="00553380" w:rsidRPr="00553380" w:rsidRDefault="00553380" w:rsidP="001E2F32">
      <w:pPr>
        <w:spacing w:line="480" w:lineRule="auto"/>
        <w:jc w:val="center"/>
        <w:rPr>
          <w:rFonts w:ascii="Garamond" w:hAnsi="Garamond"/>
        </w:rPr>
      </w:pPr>
      <w:r w:rsidRPr="00553380">
        <w:rPr>
          <w:rFonts w:ascii="Garamond" w:hAnsi="Garamond"/>
        </w:rPr>
        <w:t>You are called — not to fear the Valley —</w:t>
      </w:r>
      <w:r w:rsidRPr="00553380">
        <w:rPr>
          <w:rFonts w:ascii="Garamond" w:hAnsi="Garamond"/>
        </w:rPr>
        <w:br/>
        <w:t>but to prepare the way — through prayer, repentance, and proclamation.</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“Let Justice Roll Down — And Mercy Rise Up”</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Strip from me every indifference to injustice.</w:t>
      </w:r>
      <w:r w:rsidRPr="00553380">
        <w:rPr>
          <w:rFonts w:ascii="Garamond" w:hAnsi="Garamond"/>
        </w:rPr>
        <w:br/>
        <w:t>Break every chain of national pride that blinds me to sin.</w:t>
      </w:r>
      <w:r w:rsidRPr="00553380">
        <w:rPr>
          <w:rFonts w:ascii="Garamond" w:hAnsi="Garamond"/>
        </w:rPr>
        <w:br/>
        <w:t>Ignite in me holy trembling — and holy intercession.</w:t>
      </w:r>
    </w:p>
    <w:p w:rsidR="00553380" w:rsidRPr="00553380" w:rsidRDefault="00553380" w:rsidP="001E2F32">
      <w:pPr>
        <w:spacing w:line="480" w:lineRule="auto"/>
        <w:jc w:val="center"/>
        <w:rPr>
          <w:rFonts w:ascii="Garamond" w:hAnsi="Garamond"/>
        </w:rPr>
      </w:pPr>
      <w:r w:rsidRPr="00553380">
        <w:rPr>
          <w:rFonts w:ascii="Garamond" w:hAnsi="Garamond"/>
        </w:rPr>
        <w:t>I stand in the gap — for my family, my city, my nation.</w:t>
      </w:r>
      <w:r w:rsidRPr="00553380">
        <w:rPr>
          <w:rFonts w:ascii="Garamond" w:hAnsi="Garamond"/>
        </w:rPr>
        <w:br/>
        <w:t>I plead the Blood of YAHUSHA — over every stolen name, every scattered child, every divided land.</w:t>
      </w:r>
    </w:p>
    <w:p w:rsidR="00553380" w:rsidRPr="00553380" w:rsidRDefault="00553380" w:rsidP="001E2F32">
      <w:pPr>
        <w:spacing w:line="480" w:lineRule="auto"/>
        <w:jc w:val="center"/>
        <w:rPr>
          <w:rFonts w:ascii="Garamond" w:hAnsi="Garamond"/>
        </w:rPr>
      </w:pPr>
      <w:r w:rsidRPr="00553380">
        <w:rPr>
          <w:rFonts w:ascii="Garamond" w:hAnsi="Garamond"/>
        </w:rPr>
        <w:t>Let Your judgment fall — where it must.</w:t>
      </w:r>
      <w:r w:rsidRPr="00553380">
        <w:rPr>
          <w:rFonts w:ascii="Garamond" w:hAnsi="Garamond"/>
        </w:rPr>
        <w:br/>
        <w:t>Let Your mercy rise — where it can.</w:t>
      </w:r>
      <w:r w:rsidRPr="00553380">
        <w:rPr>
          <w:rFonts w:ascii="Garamond" w:hAnsi="Garamond"/>
        </w:rPr>
        <w:br/>
        <w:t xml:space="preserve">Let Your righteousness </w:t>
      </w:r>
      <w:proofErr w:type="gramStart"/>
      <w:r w:rsidRPr="00553380">
        <w:rPr>
          <w:rFonts w:ascii="Garamond" w:hAnsi="Garamond"/>
        </w:rPr>
        <w:t>cover</w:t>
      </w:r>
      <w:proofErr w:type="gramEnd"/>
      <w:r w:rsidRPr="00553380">
        <w:rPr>
          <w:rFonts w:ascii="Garamond" w:hAnsi="Garamond"/>
        </w:rPr>
        <w:t xml:space="preserve"> the earth — as waters cover the sea.</w:t>
      </w:r>
    </w:p>
    <w:p w:rsidR="00553380" w:rsidRPr="00553380" w:rsidRDefault="00553380" w:rsidP="001E2F32">
      <w:pPr>
        <w:spacing w:line="480" w:lineRule="auto"/>
        <w:jc w:val="center"/>
        <w:rPr>
          <w:rFonts w:ascii="Garamond" w:hAnsi="Garamond"/>
        </w:rPr>
      </w:pPr>
      <w:r w:rsidRPr="00553380">
        <w:rPr>
          <w:rFonts w:ascii="Garamond" w:hAnsi="Garamond"/>
        </w:rPr>
        <w:t>I will not hide.</w:t>
      </w:r>
      <w:r w:rsidRPr="00553380">
        <w:rPr>
          <w:rFonts w:ascii="Garamond" w:hAnsi="Garamond"/>
        </w:rPr>
        <w:br/>
        <w:t>I will not excuse.</w:t>
      </w:r>
      <w:r w:rsidRPr="00553380">
        <w:rPr>
          <w:rFonts w:ascii="Garamond" w:hAnsi="Garamond"/>
        </w:rPr>
        <w:br/>
        <w:t>I will cry out — until Your will is done on earth — as it is in heaven.</w:t>
      </w:r>
    </w:p>
    <w:p w:rsidR="00553380" w:rsidRPr="00553380" w:rsidRDefault="00553380" w:rsidP="001E2F32">
      <w:pPr>
        <w:spacing w:line="480" w:lineRule="auto"/>
        <w:jc w:val="center"/>
        <w:rPr>
          <w:rFonts w:ascii="Garamond" w:hAnsi="Garamond"/>
        </w:rPr>
      </w:pPr>
      <w:r w:rsidRPr="00553380">
        <w:rPr>
          <w:rFonts w:ascii="Garamond" w:hAnsi="Garamond"/>
        </w:rPr>
        <w:t>In the Name of YAHUSHA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553380" w:rsidRPr="00553380" w:rsidRDefault="00553380" w:rsidP="001E2F32">
      <w:pPr>
        <w:spacing w:line="480" w:lineRule="auto"/>
        <w:jc w:val="center"/>
        <w:rPr>
          <w:rFonts w:ascii="Garamond" w:hAnsi="Garamond"/>
          <w:b/>
          <w:bCs/>
        </w:rPr>
      </w:pPr>
      <w:r w:rsidRPr="00553380">
        <w:rPr>
          <w:rFonts w:ascii="Garamond" w:hAnsi="Garamond"/>
          <w:b/>
          <w:bCs/>
        </w:rPr>
        <w:lastRenderedPageBreak/>
        <w:t>CHAPTER 12: THE FEAST OF RENEWAL</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t>🍇</w:t>
      </w:r>
      <w:r w:rsidRPr="00553380">
        <w:rPr>
          <w:rFonts w:ascii="Garamond" w:hAnsi="Garamond"/>
        </w:rPr>
        <w:t xml:space="preserve"> “Eat freely, </w:t>
      </w:r>
      <w:proofErr w:type="gramStart"/>
      <w:r w:rsidRPr="00553380">
        <w:rPr>
          <w:rFonts w:ascii="Garamond" w:hAnsi="Garamond"/>
        </w:rPr>
        <w:t>My</w:t>
      </w:r>
      <w:proofErr w:type="gramEnd"/>
      <w:r w:rsidRPr="00553380">
        <w:rPr>
          <w:rFonts w:ascii="Garamond" w:hAnsi="Garamond"/>
        </w:rPr>
        <w:t xml:space="preserve"> children, for this is the meal of renewal. What was broken is restored. What was lost is returned. What was dead shall live again.”</w:t>
      </w:r>
    </w:p>
    <w:p w:rsidR="00553380" w:rsidRPr="00553380" w:rsidRDefault="00553380" w:rsidP="001E2F32">
      <w:pPr>
        <w:spacing w:line="480" w:lineRule="auto"/>
        <w:jc w:val="center"/>
        <w:rPr>
          <w:rFonts w:ascii="Garamond" w:hAnsi="Garamond"/>
        </w:rPr>
      </w:pPr>
      <w:r w:rsidRPr="00553380">
        <w:rPr>
          <w:rFonts w:ascii="Garamond" w:hAnsi="Garamond"/>
        </w:rPr>
        <w:t>Beloved — hear this:</w:t>
      </w:r>
    </w:p>
    <w:p w:rsidR="00553380" w:rsidRPr="00553380" w:rsidRDefault="00553380" w:rsidP="001E2F32">
      <w:pPr>
        <w:spacing w:line="480" w:lineRule="auto"/>
        <w:jc w:val="center"/>
        <w:rPr>
          <w:rFonts w:ascii="Garamond" w:hAnsi="Garamond"/>
        </w:rPr>
      </w:pPr>
      <w:r w:rsidRPr="00553380">
        <w:rPr>
          <w:rFonts w:ascii="Garamond" w:hAnsi="Garamond"/>
        </w:rPr>
        <w:t>There is a Table… not built by human hands.</w:t>
      </w:r>
      <w:r w:rsidRPr="00553380">
        <w:rPr>
          <w:rFonts w:ascii="Garamond" w:hAnsi="Garamond"/>
        </w:rPr>
        <w:br/>
        <w:t>Not limited by geography or generation.</w:t>
      </w:r>
      <w:r w:rsidRPr="00553380">
        <w:rPr>
          <w:rFonts w:ascii="Garamond" w:hAnsi="Garamond"/>
        </w:rPr>
        <w:br/>
        <w:t>Not stained by sin or scarcity.</w:t>
      </w:r>
    </w:p>
    <w:p w:rsidR="00553380" w:rsidRPr="00553380" w:rsidRDefault="00553380" w:rsidP="001E2F32">
      <w:pPr>
        <w:spacing w:line="480" w:lineRule="auto"/>
        <w:jc w:val="center"/>
        <w:rPr>
          <w:rFonts w:ascii="Garamond" w:hAnsi="Garamond"/>
        </w:rPr>
      </w:pPr>
      <w:r w:rsidRPr="00553380">
        <w:rPr>
          <w:rFonts w:ascii="Garamond" w:hAnsi="Garamond"/>
        </w:rPr>
        <w:t xml:space="preserve">It stretches across time — from </w:t>
      </w:r>
      <w:proofErr w:type="gramStart"/>
      <w:r w:rsidRPr="00553380">
        <w:rPr>
          <w:rFonts w:ascii="Garamond" w:hAnsi="Garamond"/>
        </w:rPr>
        <w:t>Eden’s garden</w:t>
      </w:r>
      <w:proofErr w:type="gramEnd"/>
      <w:r w:rsidRPr="00553380">
        <w:rPr>
          <w:rFonts w:ascii="Garamond" w:hAnsi="Garamond"/>
        </w:rPr>
        <w:t xml:space="preserve"> to </w:t>
      </w:r>
      <w:proofErr w:type="gramStart"/>
      <w:r w:rsidRPr="00553380">
        <w:rPr>
          <w:rFonts w:ascii="Garamond" w:hAnsi="Garamond"/>
        </w:rPr>
        <w:t>Zion’s mountain</w:t>
      </w:r>
      <w:proofErr w:type="gramEnd"/>
      <w:r w:rsidRPr="00553380">
        <w:rPr>
          <w:rFonts w:ascii="Garamond" w:hAnsi="Garamond"/>
        </w:rPr>
        <w:t>.</w:t>
      </w:r>
      <w:r w:rsidRPr="00553380">
        <w:rPr>
          <w:rFonts w:ascii="Garamond" w:hAnsi="Garamond"/>
        </w:rPr>
        <w:br/>
        <w:t>From Sinai’s covenant to Calvary’s sacrifice.</w:t>
      </w:r>
      <w:r w:rsidRPr="00553380">
        <w:rPr>
          <w:rFonts w:ascii="Garamond" w:hAnsi="Garamond"/>
        </w:rPr>
        <w:br/>
        <w:t>From Pentecost’s fire to the Marriage Supper of the Lamb.</w:t>
      </w:r>
    </w:p>
    <w:p w:rsidR="00553380" w:rsidRPr="00553380" w:rsidRDefault="00553380" w:rsidP="001E2F32">
      <w:pPr>
        <w:spacing w:line="480" w:lineRule="auto"/>
        <w:jc w:val="center"/>
        <w:rPr>
          <w:rFonts w:ascii="Garamond" w:hAnsi="Garamond"/>
        </w:rPr>
      </w:pPr>
      <w:r w:rsidRPr="00553380">
        <w:rPr>
          <w:rFonts w:ascii="Garamond" w:hAnsi="Garamond"/>
        </w:rPr>
        <w:t>This is the </w:t>
      </w:r>
      <w:r w:rsidRPr="00553380">
        <w:rPr>
          <w:rFonts w:ascii="Garamond" w:hAnsi="Garamond"/>
          <w:b/>
          <w:bCs/>
        </w:rPr>
        <w:t>Feast of Renewal</w:t>
      </w:r>
      <w:r w:rsidRPr="00553380">
        <w:rPr>
          <w:rFonts w:ascii="Garamond" w:hAnsi="Garamond"/>
        </w:rPr>
        <w:t> — where YAHUAH Himself presides,</w:t>
      </w:r>
      <w:r w:rsidRPr="00553380">
        <w:rPr>
          <w:rFonts w:ascii="Garamond" w:hAnsi="Garamond"/>
        </w:rPr>
        <w:br/>
        <w:t>and every guest arrives broken… but departs whole.</w:t>
      </w:r>
    </w:p>
    <w:p w:rsidR="00553380" w:rsidRPr="00553380" w:rsidRDefault="00553380" w:rsidP="001E2F32">
      <w:pPr>
        <w:spacing w:line="480" w:lineRule="auto"/>
        <w:jc w:val="center"/>
        <w:rPr>
          <w:rFonts w:ascii="Garamond" w:hAnsi="Garamond"/>
        </w:rPr>
      </w:pPr>
      <w:r w:rsidRPr="00553380">
        <w:rPr>
          <w:rFonts w:ascii="Garamond" w:hAnsi="Garamond"/>
        </w:rPr>
        <w:t>He says:</w:t>
      </w:r>
    </w:p>
    <w:p w:rsidR="00553380" w:rsidRPr="00553380" w:rsidRDefault="00553380" w:rsidP="001E2F32">
      <w:pPr>
        <w:spacing w:line="480" w:lineRule="auto"/>
        <w:jc w:val="center"/>
        <w:rPr>
          <w:rFonts w:ascii="Garamond" w:hAnsi="Garamond"/>
        </w:rPr>
      </w:pPr>
      <w:r w:rsidRPr="00553380">
        <w:rPr>
          <w:rFonts w:ascii="Garamond" w:hAnsi="Garamond"/>
        </w:rPr>
        <w:t>“The Feast was set, not by the hands of men, but by the eternal decree of YAHUAH.”</w:t>
      </w:r>
    </w:p>
    <w:p w:rsidR="00553380" w:rsidRPr="00553380" w:rsidRDefault="00553380" w:rsidP="001E2F32">
      <w:pPr>
        <w:spacing w:line="480" w:lineRule="auto"/>
        <w:jc w:val="center"/>
        <w:rPr>
          <w:rFonts w:ascii="Garamond" w:hAnsi="Garamond"/>
        </w:rPr>
      </w:pPr>
      <w:r w:rsidRPr="00553380">
        <w:rPr>
          <w:rFonts w:ascii="Garamond" w:hAnsi="Garamond"/>
        </w:rPr>
        <w:t>No RSVP required.</w:t>
      </w:r>
      <w:r w:rsidRPr="00553380">
        <w:rPr>
          <w:rFonts w:ascii="Garamond" w:hAnsi="Garamond"/>
        </w:rPr>
        <w:br/>
        <w:t>No merit earned.</w:t>
      </w:r>
      <w:r w:rsidRPr="00553380">
        <w:rPr>
          <w:rFonts w:ascii="Garamond" w:hAnsi="Garamond"/>
        </w:rPr>
        <w:br/>
        <w:t>Only surrender offered.</w:t>
      </w:r>
    </w:p>
    <w:p w:rsidR="00553380" w:rsidRPr="00553380" w:rsidRDefault="00553380" w:rsidP="001E2F32">
      <w:pPr>
        <w:spacing w:line="480" w:lineRule="auto"/>
        <w:jc w:val="center"/>
        <w:rPr>
          <w:rFonts w:ascii="Garamond" w:hAnsi="Garamond"/>
        </w:rPr>
      </w:pPr>
      <w:r w:rsidRPr="00553380">
        <w:rPr>
          <w:rFonts w:ascii="Garamond" w:hAnsi="Garamond"/>
        </w:rPr>
        <w:t>Come as you are — weary, wounded, wondering.</w:t>
      </w:r>
      <w:r w:rsidRPr="00553380">
        <w:rPr>
          <w:rFonts w:ascii="Garamond" w:hAnsi="Garamond"/>
        </w:rPr>
        <w:br/>
        <w:t>Leave as you were meant to be — radiant, restored, revived.</w:t>
      </w:r>
    </w:p>
    <w:p w:rsidR="00553380" w:rsidRPr="00553380" w:rsidRDefault="00553380" w:rsidP="001E2F32">
      <w:pPr>
        <w:spacing w:line="480" w:lineRule="auto"/>
        <w:jc w:val="center"/>
        <w:rPr>
          <w:rFonts w:ascii="Garamond" w:hAnsi="Garamond"/>
        </w:rPr>
      </w:pPr>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 xml:space="preserve">POETIC INTERLUDE: “The Table That Waits </w:t>
      </w:r>
      <w:proofErr w:type="gramStart"/>
      <w:r w:rsidRPr="00553380">
        <w:rPr>
          <w:rFonts w:ascii="Garamond" w:hAnsi="Garamond"/>
          <w:b/>
          <w:bCs/>
        </w:rPr>
        <w:t>For</w:t>
      </w:r>
      <w:proofErr w:type="gramEnd"/>
      <w:r w:rsidRPr="00553380">
        <w:rPr>
          <w:rFonts w:ascii="Garamond" w:hAnsi="Garamond"/>
          <w:b/>
          <w:bCs/>
        </w:rPr>
        <w:t xml:space="preserve"> You”</w:t>
      </w:r>
    </w:p>
    <w:p w:rsidR="00553380" w:rsidRPr="00553380" w:rsidRDefault="00553380" w:rsidP="001E2F32">
      <w:pPr>
        <w:spacing w:line="480" w:lineRule="auto"/>
        <w:jc w:val="center"/>
        <w:rPr>
          <w:rFonts w:ascii="Garamond" w:hAnsi="Garamond"/>
        </w:rPr>
      </w:pPr>
      <w:r w:rsidRPr="00553380">
        <w:rPr>
          <w:rFonts w:ascii="Garamond" w:hAnsi="Garamond"/>
        </w:rPr>
        <w:t>I saw a Table —</w:t>
      </w:r>
      <w:r w:rsidRPr="00553380">
        <w:rPr>
          <w:rFonts w:ascii="Garamond" w:hAnsi="Garamond"/>
        </w:rPr>
        <w:br/>
        <w:t>Not carved from cedar, nor plated in gold —</w:t>
      </w:r>
      <w:r w:rsidRPr="00553380">
        <w:rPr>
          <w:rFonts w:ascii="Garamond" w:hAnsi="Garamond"/>
        </w:rPr>
        <w:br/>
        <w:t>But hewn from Covenant,</w:t>
      </w:r>
      <w:r w:rsidRPr="00553380">
        <w:rPr>
          <w:rFonts w:ascii="Garamond" w:hAnsi="Garamond"/>
        </w:rPr>
        <w:br/>
        <w:t>Polished by Mercy,</w:t>
      </w:r>
      <w:r w:rsidRPr="00553380">
        <w:rPr>
          <w:rFonts w:ascii="Garamond" w:hAnsi="Garamond"/>
        </w:rPr>
        <w:br/>
        <w:t>Set with Promise.</w:t>
      </w:r>
    </w:p>
    <w:p w:rsidR="00553380" w:rsidRPr="00553380" w:rsidRDefault="00553380" w:rsidP="001E2F32">
      <w:pPr>
        <w:spacing w:line="480" w:lineRule="auto"/>
        <w:jc w:val="center"/>
        <w:rPr>
          <w:rFonts w:ascii="Garamond" w:hAnsi="Garamond"/>
        </w:rPr>
      </w:pPr>
      <w:r w:rsidRPr="00553380">
        <w:rPr>
          <w:rFonts w:ascii="Garamond" w:hAnsi="Garamond"/>
        </w:rPr>
        <w:t>Baskets overflowed —</w:t>
      </w:r>
      <w:r w:rsidRPr="00553380">
        <w:rPr>
          <w:rFonts w:ascii="Garamond" w:hAnsi="Garamond"/>
        </w:rPr>
        <w:br/>
        <w:t>Not with bread that perishes —</w:t>
      </w:r>
      <w:r w:rsidRPr="00553380">
        <w:rPr>
          <w:rFonts w:ascii="Garamond" w:hAnsi="Garamond"/>
        </w:rPr>
        <w:br/>
        <w:t>But with Manna that remembers your name.</w:t>
      </w:r>
    </w:p>
    <w:p w:rsidR="00553380" w:rsidRPr="00553380" w:rsidRDefault="00553380" w:rsidP="001E2F32">
      <w:pPr>
        <w:spacing w:line="480" w:lineRule="auto"/>
        <w:jc w:val="center"/>
        <w:rPr>
          <w:rFonts w:ascii="Garamond" w:hAnsi="Garamond"/>
        </w:rPr>
      </w:pPr>
      <w:r w:rsidRPr="00553380">
        <w:rPr>
          <w:rFonts w:ascii="Garamond" w:hAnsi="Garamond"/>
        </w:rPr>
        <w:t>Vessels brimmed —</w:t>
      </w:r>
      <w:r w:rsidRPr="00553380">
        <w:rPr>
          <w:rFonts w:ascii="Garamond" w:hAnsi="Garamond"/>
        </w:rPr>
        <w:br/>
        <w:t>Not with vintage pressed from earth —</w:t>
      </w:r>
      <w:r w:rsidRPr="00553380">
        <w:rPr>
          <w:rFonts w:ascii="Garamond" w:hAnsi="Garamond"/>
        </w:rPr>
        <w:br/>
        <w:t>But with Living Water… drawn from His side.</w:t>
      </w:r>
    </w:p>
    <w:p w:rsidR="00553380" w:rsidRPr="00553380" w:rsidRDefault="00553380" w:rsidP="001E2F32">
      <w:pPr>
        <w:spacing w:line="480" w:lineRule="auto"/>
        <w:jc w:val="center"/>
        <w:rPr>
          <w:rFonts w:ascii="Garamond" w:hAnsi="Garamond"/>
        </w:rPr>
      </w:pPr>
      <w:r w:rsidRPr="00553380">
        <w:rPr>
          <w:rFonts w:ascii="Garamond" w:hAnsi="Garamond"/>
        </w:rPr>
        <w:t>Angels stood at the gates —</w:t>
      </w:r>
      <w:r w:rsidRPr="00553380">
        <w:rPr>
          <w:rFonts w:ascii="Garamond" w:hAnsi="Garamond"/>
        </w:rPr>
        <w:br/>
        <w:t>Not as guards —</w:t>
      </w:r>
      <w:r w:rsidRPr="00553380">
        <w:rPr>
          <w:rFonts w:ascii="Garamond" w:hAnsi="Garamond"/>
        </w:rPr>
        <w:br/>
        <w:t>But as greeters… whispering:</w:t>
      </w:r>
      <w:r w:rsidRPr="00553380">
        <w:rPr>
          <w:rFonts w:ascii="Garamond" w:hAnsi="Garamond"/>
        </w:rPr>
        <w:br/>
        <w:t>“Your seat has been saved since before time.”</w:t>
      </w:r>
    </w:p>
    <w:p w:rsidR="00553380" w:rsidRPr="00553380" w:rsidRDefault="00553380" w:rsidP="001E2F32">
      <w:pPr>
        <w:spacing w:line="480" w:lineRule="auto"/>
        <w:jc w:val="center"/>
        <w:rPr>
          <w:rFonts w:ascii="Garamond" w:hAnsi="Garamond"/>
        </w:rPr>
      </w:pPr>
      <w:r w:rsidRPr="00553380">
        <w:rPr>
          <w:rFonts w:ascii="Garamond" w:hAnsi="Garamond"/>
        </w:rPr>
        <w:t>The King lifted the cup —</w:t>
      </w:r>
      <w:r w:rsidRPr="00553380">
        <w:rPr>
          <w:rFonts w:ascii="Garamond" w:hAnsi="Garamond"/>
        </w:rPr>
        <w:br/>
        <w:t>Not to toast victory —</w:t>
      </w:r>
      <w:r w:rsidRPr="00553380">
        <w:rPr>
          <w:rFonts w:ascii="Garamond" w:hAnsi="Garamond"/>
        </w:rPr>
        <w:br/>
        <w:t>But to seal reunion.</w:t>
      </w:r>
    </w:p>
    <w:p w:rsidR="00553380" w:rsidRPr="00553380" w:rsidRDefault="00553380" w:rsidP="001E2F32">
      <w:pPr>
        <w:spacing w:line="480" w:lineRule="auto"/>
        <w:jc w:val="center"/>
        <w:rPr>
          <w:rFonts w:ascii="Garamond" w:hAnsi="Garamond"/>
        </w:rPr>
      </w:pPr>
      <w:r w:rsidRPr="00553380">
        <w:rPr>
          <w:rFonts w:ascii="Garamond" w:hAnsi="Garamond"/>
        </w:rPr>
        <w:t>Eat.</w:t>
      </w:r>
      <w:r w:rsidRPr="00553380">
        <w:rPr>
          <w:rFonts w:ascii="Garamond" w:hAnsi="Garamond"/>
        </w:rPr>
        <w:br/>
        <w:t>Drink.</w:t>
      </w:r>
      <w:r w:rsidRPr="00553380">
        <w:rPr>
          <w:rFonts w:ascii="Garamond" w:hAnsi="Garamond"/>
        </w:rPr>
        <w:br/>
      </w:r>
      <w:r w:rsidRPr="00553380">
        <w:rPr>
          <w:rFonts w:ascii="Garamond" w:hAnsi="Garamond"/>
        </w:rPr>
        <w:lastRenderedPageBreak/>
        <w:t>Remember.</w:t>
      </w:r>
      <w:r w:rsidRPr="00553380">
        <w:rPr>
          <w:rFonts w:ascii="Garamond" w:hAnsi="Garamond"/>
        </w:rPr>
        <w:br/>
        <w:t>Become… again.</w:t>
      </w:r>
    </w:p>
    <w:p w:rsidR="00553380" w:rsidRPr="00553380" w:rsidRDefault="00553380" w:rsidP="001E2F32">
      <w:pPr>
        <w:spacing w:line="480" w:lineRule="auto"/>
        <w:jc w:val="center"/>
        <w:rPr>
          <w:rFonts w:ascii="Garamond" w:hAnsi="Garamond"/>
        </w:rPr>
      </w:pPr>
      <w:r w:rsidRPr="00553380">
        <w:rPr>
          <w:rFonts w:ascii="Garamond" w:hAnsi="Garamond"/>
        </w:rPr>
        <w:t>— Inspired by Revelation 19:9 &amp; Psalm 23:5</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LITURGICAL RESPONSE: “The Liturgy of the Banquet”</w:t>
      </w:r>
    </w:p>
    <w:p w:rsidR="00553380" w:rsidRPr="00553380" w:rsidRDefault="00553380" w:rsidP="001E2F32">
      <w:pPr>
        <w:spacing w:line="480" w:lineRule="auto"/>
        <w:jc w:val="center"/>
        <w:rPr>
          <w:rFonts w:ascii="Garamond" w:hAnsi="Garamond"/>
        </w:rPr>
      </w:pPr>
      <w:r w:rsidRPr="00553380">
        <w:rPr>
          <w:rFonts w:ascii="Garamond" w:hAnsi="Garamond"/>
        </w:rPr>
        <w:t>Leader: YAHUAH, we come — not worthy, but welcomed —</w:t>
      </w:r>
      <w:r w:rsidRPr="00553380">
        <w:rPr>
          <w:rFonts w:ascii="Garamond" w:hAnsi="Garamond"/>
        </w:rPr>
        <w:br/>
        <w:t>People: Seat us at Your Table of Renewal.</w:t>
      </w:r>
    </w:p>
    <w:p w:rsidR="00553380" w:rsidRPr="00553380" w:rsidRDefault="00553380" w:rsidP="001E2F32">
      <w:pPr>
        <w:spacing w:line="480" w:lineRule="auto"/>
        <w:jc w:val="center"/>
        <w:rPr>
          <w:rFonts w:ascii="Garamond" w:hAnsi="Garamond"/>
        </w:rPr>
      </w:pPr>
      <w:r w:rsidRPr="00553380">
        <w:rPr>
          <w:rFonts w:ascii="Garamond" w:hAnsi="Garamond"/>
        </w:rPr>
        <w:t>Leader: We bring our brokenness — not as shame, but as offering —</w:t>
      </w:r>
      <w:r w:rsidRPr="00553380">
        <w:rPr>
          <w:rFonts w:ascii="Garamond" w:hAnsi="Garamond"/>
        </w:rPr>
        <w:br/>
        <w:t>People: Restore us with the Bread that never spoils.</w:t>
      </w:r>
    </w:p>
    <w:p w:rsidR="00553380" w:rsidRPr="00553380" w:rsidRDefault="00553380" w:rsidP="001E2F32">
      <w:pPr>
        <w:spacing w:line="480" w:lineRule="auto"/>
        <w:jc w:val="center"/>
        <w:rPr>
          <w:rFonts w:ascii="Garamond" w:hAnsi="Garamond"/>
        </w:rPr>
      </w:pPr>
      <w:r w:rsidRPr="00553380">
        <w:rPr>
          <w:rFonts w:ascii="Garamond" w:hAnsi="Garamond"/>
        </w:rPr>
        <w:t>Leader: We thirst — not for wine, but for Presence —</w:t>
      </w:r>
      <w:r w:rsidRPr="00553380">
        <w:rPr>
          <w:rFonts w:ascii="Garamond" w:hAnsi="Garamond"/>
        </w:rPr>
        <w:br/>
        <w:t>People: Quench us with rivers from Your Throne.</w:t>
      </w:r>
    </w:p>
    <w:p w:rsidR="00553380" w:rsidRPr="00553380" w:rsidRDefault="00553380" w:rsidP="001E2F32">
      <w:pPr>
        <w:spacing w:line="480" w:lineRule="auto"/>
        <w:jc w:val="center"/>
        <w:rPr>
          <w:rFonts w:ascii="Garamond" w:hAnsi="Garamond"/>
        </w:rPr>
      </w:pPr>
      <w:r w:rsidRPr="00553380">
        <w:rPr>
          <w:rFonts w:ascii="Garamond" w:hAnsi="Garamond"/>
        </w:rPr>
        <w:t>Leader: We remember — not what we lost, but Who found us —</w:t>
      </w:r>
      <w:r w:rsidRPr="00553380">
        <w:rPr>
          <w:rFonts w:ascii="Garamond" w:hAnsi="Garamond"/>
        </w:rPr>
        <w:br/>
        <w:t>People: Let this Feast renew our vows to You.</w:t>
      </w:r>
    </w:p>
    <w:p w:rsidR="00553380" w:rsidRPr="00553380" w:rsidRDefault="00553380" w:rsidP="001E2F32">
      <w:pPr>
        <w:spacing w:line="480" w:lineRule="auto"/>
        <w:jc w:val="center"/>
        <w:rPr>
          <w:rFonts w:ascii="Garamond" w:hAnsi="Garamond"/>
        </w:rPr>
      </w:pPr>
      <w:r w:rsidRPr="00553380">
        <w:rPr>
          <w:rFonts w:ascii="Garamond" w:hAnsi="Garamond"/>
        </w:rPr>
        <w:t>All: </w:t>
      </w:r>
      <w:proofErr w:type="spellStart"/>
      <w:r w:rsidRPr="00553380">
        <w:rPr>
          <w:rFonts w:ascii="Garamond" w:hAnsi="Garamond"/>
        </w:rPr>
        <w:t>HalleluYAH</w:t>
      </w:r>
      <w:proofErr w:type="spellEnd"/>
      <w:r w:rsidRPr="00553380">
        <w:rPr>
          <w:rFonts w:ascii="Garamond" w:hAnsi="Garamond"/>
        </w:rPr>
        <w:t xml:space="preserve"> — Holy is the Host who feeds His own!</w:t>
      </w:r>
    </w:p>
    <w:p w:rsidR="00553380" w:rsidRPr="00553380" w:rsidRDefault="00553380" w:rsidP="001E2F32">
      <w:pPr>
        <w:spacing w:line="480" w:lineRule="auto"/>
        <w:jc w:val="center"/>
        <w:rPr>
          <w:rFonts w:ascii="Garamond" w:hAnsi="Garamond"/>
        </w:rPr>
      </w:pPr>
      <w:r w:rsidRPr="00553380">
        <w:rPr>
          <w:rFonts w:ascii="Garamond" w:hAnsi="Garamond"/>
        </w:rPr>
        <w:t>(Pause. Whisper: “YAHUAH, I take my seat. I receive Your feast. I am renewed.”)</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PROPHETIC EXPANSION: “The Dividing Line at the Table”</w:t>
      </w:r>
    </w:p>
    <w:p w:rsidR="00553380" w:rsidRPr="00553380" w:rsidRDefault="00553380" w:rsidP="001E2F32">
      <w:pPr>
        <w:spacing w:line="480" w:lineRule="auto"/>
        <w:jc w:val="center"/>
        <w:rPr>
          <w:rFonts w:ascii="Garamond" w:hAnsi="Garamond"/>
        </w:rPr>
      </w:pPr>
      <w:r w:rsidRPr="00553380">
        <w:rPr>
          <w:rFonts w:ascii="Garamond" w:hAnsi="Garamond"/>
        </w:rPr>
        <w:t>“A dividing line is drawn: those who hunger and thirst after righteousness will be filled, while those who hunger after the world will be left empty.”</w:t>
      </w:r>
    </w:p>
    <w:p w:rsidR="00553380" w:rsidRPr="00553380" w:rsidRDefault="00553380" w:rsidP="001E2F32">
      <w:pPr>
        <w:spacing w:line="480" w:lineRule="auto"/>
        <w:jc w:val="center"/>
        <w:rPr>
          <w:rFonts w:ascii="Garamond" w:hAnsi="Garamond"/>
        </w:rPr>
      </w:pPr>
      <w:r w:rsidRPr="00553380">
        <w:rPr>
          <w:rFonts w:ascii="Garamond" w:hAnsi="Garamond"/>
        </w:rPr>
        <w:t>This is not exclusion — it is exposure.</w:t>
      </w:r>
      <w:r w:rsidRPr="00553380">
        <w:rPr>
          <w:rFonts w:ascii="Garamond" w:hAnsi="Garamond"/>
        </w:rPr>
        <w:br/>
        <w:t>The Table does not reject — it reveals.</w:t>
      </w:r>
      <w:r w:rsidRPr="00553380">
        <w:rPr>
          <w:rFonts w:ascii="Garamond" w:hAnsi="Garamond"/>
        </w:rPr>
        <w:br/>
        <w:t>Who you truly hunger for… becomes visible when the feast is spread.</w:t>
      </w:r>
    </w:p>
    <w:p w:rsidR="00553380" w:rsidRPr="00553380" w:rsidRDefault="00553380" w:rsidP="001E2F32">
      <w:pPr>
        <w:spacing w:line="480" w:lineRule="auto"/>
        <w:jc w:val="center"/>
        <w:rPr>
          <w:rFonts w:ascii="Garamond" w:hAnsi="Garamond"/>
        </w:rPr>
      </w:pPr>
      <w:r w:rsidRPr="00553380">
        <w:rPr>
          <w:rFonts w:ascii="Garamond" w:hAnsi="Garamond"/>
        </w:rPr>
        <w:t>Some arrive clutching bags of silver — demanding seats of honor.</w:t>
      </w:r>
      <w:r w:rsidRPr="00553380">
        <w:rPr>
          <w:rFonts w:ascii="Garamond" w:hAnsi="Garamond"/>
        </w:rPr>
        <w:br/>
        <w:t>They taste the bread — but find it bland.</w:t>
      </w:r>
      <w:r w:rsidRPr="00553380">
        <w:rPr>
          <w:rFonts w:ascii="Garamond" w:hAnsi="Garamond"/>
        </w:rPr>
        <w:br/>
        <w:t>They sip the wine — but feel no warmth.</w:t>
      </w:r>
      <w:r w:rsidRPr="00553380">
        <w:rPr>
          <w:rFonts w:ascii="Garamond" w:hAnsi="Garamond"/>
        </w:rPr>
        <w:br/>
        <w:t>Why?</w:t>
      </w:r>
    </w:p>
    <w:p w:rsidR="00553380" w:rsidRPr="00553380" w:rsidRDefault="00553380" w:rsidP="001E2F32">
      <w:pPr>
        <w:spacing w:line="480" w:lineRule="auto"/>
        <w:jc w:val="center"/>
        <w:rPr>
          <w:rFonts w:ascii="Garamond" w:hAnsi="Garamond"/>
        </w:rPr>
      </w:pPr>
      <w:r w:rsidRPr="00553380">
        <w:rPr>
          <w:rFonts w:ascii="Garamond" w:hAnsi="Garamond"/>
        </w:rPr>
        <w:t>Because their stomachs are already full —</w:t>
      </w:r>
      <w:r w:rsidRPr="00553380">
        <w:rPr>
          <w:rFonts w:ascii="Garamond" w:hAnsi="Garamond"/>
        </w:rPr>
        <w:br/>
        <w:t>full of ambition, full of comparison, full of self-sufficiency.</w:t>
      </w:r>
    </w:p>
    <w:p w:rsidR="00553380" w:rsidRPr="00553380" w:rsidRDefault="00553380" w:rsidP="001E2F32">
      <w:pPr>
        <w:spacing w:line="480" w:lineRule="auto"/>
        <w:jc w:val="center"/>
        <w:rPr>
          <w:rFonts w:ascii="Garamond" w:hAnsi="Garamond"/>
        </w:rPr>
      </w:pPr>
      <w:r w:rsidRPr="00553380">
        <w:rPr>
          <w:rFonts w:ascii="Garamond" w:hAnsi="Garamond"/>
        </w:rPr>
        <w:t>But the meek?</w:t>
      </w:r>
      <w:r w:rsidRPr="00553380">
        <w:rPr>
          <w:rFonts w:ascii="Garamond" w:hAnsi="Garamond"/>
        </w:rPr>
        <w:br/>
        <w:t>The broken?</w:t>
      </w:r>
      <w:r w:rsidRPr="00553380">
        <w:rPr>
          <w:rFonts w:ascii="Garamond" w:hAnsi="Garamond"/>
        </w:rPr>
        <w:br/>
        <w:t>The ones who came empty-handed?</w:t>
      </w:r>
    </w:p>
    <w:p w:rsidR="00553380" w:rsidRPr="00553380" w:rsidRDefault="00553380" w:rsidP="001E2F32">
      <w:pPr>
        <w:spacing w:line="480" w:lineRule="auto"/>
        <w:jc w:val="center"/>
        <w:rPr>
          <w:rFonts w:ascii="Garamond" w:hAnsi="Garamond"/>
        </w:rPr>
      </w:pPr>
      <w:r w:rsidRPr="00553380">
        <w:rPr>
          <w:rFonts w:ascii="Garamond" w:hAnsi="Garamond"/>
        </w:rPr>
        <w:t>They fall to their knees at the first scent of the bread.</w:t>
      </w:r>
      <w:r w:rsidRPr="00553380">
        <w:rPr>
          <w:rFonts w:ascii="Garamond" w:hAnsi="Garamond"/>
        </w:rPr>
        <w:br/>
        <w:t>They weep at the first drop of wine.</w:t>
      </w:r>
      <w:r w:rsidRPr="00553380">
        <w:rPr>
          <w:rFonts w:ascii="Garamond" w:hAnsi="Garamond"/>
        </w:rPr>
        <w:br/>
        <w:t>They know — this is not a meal.</w:t>
      </w:r>
      <w:r w:rsidRPr="00553380">
        <w:rPr>
          <w:rFonts w:ascii="Garamond" w:hAnsi="Garamond"/>
        </w:rPr>
        <w:br/>
        <w:t>This is resurrection.</w:t>
      </w:r>
    </w:p>
    <w:p w:rsidR="00553380" w:rsidRPr="00553380" w:rsidRDefault="00553380" w:rsidP="001E2F32">
      <w:pPr>
        <w:spacing w:line="480" w:lineRule="auto"/>
        <w:jc w:val="center"/>
        <w:rPr>
          <w:rFonts w:ascii="Garamond" w:hAnsi="Garamond"/>
        </w:rPr>
      </w:pPr>
      <w:r w:rsidRPr="00553380">
        <w:rPr>
          <w:rFonts w:ascii="Garamond" w:hAnsi="Garamond"/>
        </w:rPr>
        <w:t>Ask yourself:</w:t>
      </w:r>
    </w:p>
    <w:p w:rsidR="00553380" w:rsidRPr="00553380" w:rsidRDefault="00553380" w:rsidP="001E2F32">
      <w:pPr>
        <w:spacing w:line="480" w:lineRule="auto"/>
        <w:jc w:val="center"/>
        <w:rPr>
          <w:rFonts w:ascii="Garamond" w:hAnsi="Garamond"/>
        </w:rPr>
      </w:pPr>
      <w:r w:rsidRPr="00553380">
        <w:rPr>
          <w:rFonts w:ascii="Garamond" w:hAnsi="Garamond"/>
        </w:rPr>
        <w:lastRenderedPageBreak/>
        <w:t>What am I carrying to the Table?</w:t>
      </w:r>
      <w:r w:rsidRPr="00553380">
        <w:rPr>
          <w:rFonts w:ascii="Garamond" w:hAnsi="Garamond"/>
        </w:rPr>
        <w:br/>
        <w:t>— My résumé? My regrets? My rights?</w:t>
      </w:r>
      <w:r w:rsidRPr="00553380">
        <w:rPr>
          <w:rFonts w:ascii="Garamond" w:hAnsi="Garamond"/>
        </w:rPr>
        <w:br/>
        <w:t>Or… just my hunger?</w:t>
      </w:r>
    </w:p>
    <w:p w:rsidR="00553380" w:rsidRPr="00553380" w:rsidRDefault="00553380" w:rsidP="001E2F32">
      <w:pPr>
        <w:spacing w:line="480" w:lineRule="auto"/>
        <w:jc w:val="center"/>
        <w:rPr>
          <w:rFonts w:ascii="Garamond" w:hAnsi="Garamond"/>
        </w:rPr>
      </w:pPr>
      <w:r w:rsidRPr="00553380">
        <w:rPr>
          <w:rFonts w:ascii="Garamond" w:hAnsi="Garamond"/>
        </w:rPr>
        <w:t>Lay it down.</w:t>
      </w:r>
      <w:r w:rsidRPr="00553380">
        <w:rPr>
          <w:rFonts w:ascii="Garamond" w:hAnsi="Garamond"/>
        </w:rPr>
        <w:br/>
        <w:t>Every weight.</w:t>
      </w:r>
      <w:r w:rsidRPr="00553380">
        <w:rPr>
          <w:rFonts w:ascii="Garamond" w:hAnsi="Garamond"/>
        </w:rPr>
        <w:br/>
        <w:t>Every wound.</w:t>
      </w:r>
      <w:r w:rsidRPr="00553380">
        <w:rPr>
          <w:rFonts w:ascii="Garamond" w:hAnsi="Garamond"/>
        </w:rPr>
        <w:br/>
        <w:t>Every “I deserve.”</w:t>
      </w:r>
    </w:p>
    <w:p w:rsidR="00553380" w:rsidRPr="00553380" w:rsidRDefault="00553380" w:rsidP="001E2F32">
      <w:pPr>
        <w:spacing w:line="480" w:lineRule="auto"/>
        <w:jc w:val="center"/>
        <w:rPr>
          <w:rFonts w:ascii="Garamond" w:hAnsi="Garamond"/>
        </w:rPr>
      </w:pPr>
      <w:r w:rsidRPr="00553380">
        <w:rPr>
          <w:rFonts w:ascii="Garamond" w:hAnsi="Garamond"/>
        </w:rPr>
        <w:t>The Feast is not for the qualified.</w:t>
      </w:r>
      <w:r w:rsidRPr="00553380">
        <w:rPr>
          <w:rFonts w:ascii="Garamond" w:hAnsi="Garamond"/>
        </w:rPr>
        <w:br/>
        <w:t>It is for the craving.</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REFLECTIVE PAUSE: “What Am I Bringing to the Table?”</w:t>
      </w:r>
    </w:p>
    <w:p w:rsidR="00553380" w:rsidRPr="00553380" w:rsidRDefault="00553380" w:rsidP="001E2F32">
      <w:pPr>
        <w:spacing w:line="480" w:lineRule="auto"/>
        <w:jc w:val="center"/>
        <w:rPr>
          <w:rFonts w:ascii="Garamond" w:hAnsi="Garamond"/>
        </w:rPr>
      </w:pPr>
      <w:r w:rsidRPr="00553380">
        <w:rPr>
          <w:rFonts w:ascii="Garamond" w:hAnsi="Garamond"/>
        </w:rPr>
        <w:t>(Journal Space — leave blank lines in manuscript)</w:t>
      </w:r>
    </w:p>
    <w:p w:rsidR="00553380" w:rsidRPr="00553380" w:rsidRDefault="00553380" w:rsidP="001E2F32">
      <w:pPr>
        <w:spacing w:line="480" w:lineRule="auto"/>
        <w:jc w:val="center"/>
        <w:rPr>
          <w:rFonts w:ascii="Garamond" w:hAnsi="Garamond"/>
        </w:rPr>
      </w:pPr>
      <w:r w:rsidRPr="00553380">
        <w:rPr>
          <w:rFonts w:ascii="Garamond" w:hAnsi="Garamond"/>
        </w:rPr>
        <w:t>YAHUAH, search me —</w:t>
      </w:r>
      <w:r w:rsidRPr="00553380">
        <w:rPr>
          <w:rFonts w:ascii="Garamond" w:hAnsi="Garamond"/>
        </w:rPr>
        <w:br/>
        <w:t>What am I clinging to that dulls my hunger for You?</w:t>
      </w:r>
      <w:r w:rsidRPr="00553380">
        <w:rPr>
          <w:rFonts w:ascii="Garamond" w:hAnsi="Garamond"/>
        </w:rPr>
        <w:br/>
        <w:t>What achievement, what title, what “blessing” have I mistaken for sustenance?</w:t>
      </w:r>
      <w:r w:rsidRPr="00553380">
        <w:rPr>
          <w:rFonts w:ascii="Garamond" w:hAnsi="Garamond"/>
        </w:rPr>
        <w:br/>
        <w:t>Where have I tried to feed my soul with shadows?</w:t>
      </w:r>
    </w:p>
    <w:p w:rsidR="00553380" w:rsidRPr="00553380" w:rsidRDefault="00553380" w:rsidP="001E2F32">
      <w:pPr>
        <w:spacing w:line="480" w:lineRule="auto"/>
        <w:jc w:val="center"/>
        <w:rPr>
          <w:rFonts w:ascii="Garamond" w:hAnsi="Garamond"/>
        </w:rPr>
      </w:pPr>
      <w:r w:rsidRPr="00553380">
        <w:rPr>
          <w:rFonts w:ascii="Garamond" w:hAnsi="Garamond"/>
        </w:rPr>
        <w:t>I lay them down now — at the foot of Your Table.</w:t>
      </w:r>
      <w:r w:rsidRPr="00553380">
        <w:rPr>
          <w:rFonts w:ascii="Garamond" w:hAnsi="Garamond"/>
        </w:rPr>
        <w:br/>
        <w:t>I come empty.</w:t>
      </w:r>
      <w:r w:rsidRPr="00553380">
        <w:rPr>
          <w:rFonts w:ascii="Garamond" w:hAnsi="Garamond"/>
        </w:rPr>
        <w:br/>
        <w:t>I come desperate.</w:t>
      </w:r>
      <w:r w:rsidRPr="00553380">
        <w:rPr>
          <w:rFonts w:ascii="Garamond" w:hAnsi="Garamond"/>
        </w:rPr>
        <w:br/>
        <w:t>I come believing.</w:t>
      </w:r>
    </w:p>
    <w:p w:rsidR="00553380" w:rsidRPr="00553380" w:rsidRDefault="00553380" w:rsidP="001E2F32">
      <w:pPr>
        <w:spacing w:line="480" w:lineRule="auto"/>
        <w:jc w:val="center"/>
        <w:rPr>
          <w:rFonts w:ascii="Garamond" w:hAnsi="Garamond"/>
        </w:rPr>
      </w:pPr>
      <w:r w:rsidRPr="00553380">
        <w:rPr>
          <w:rFonts w:ascii="Garamond" w:hAnsi="Garamond"/>
        </w:rPr>
        <w:t>Feed me with what only You can give.</w:t>
      </w:r>
      <w:r w:rsidRPr="00553380">
        <w:rPr>
          <w:rFonts w:ascii="Garamond" w:hAnsi="Garamond"/>
        </w:rPr>
        <w:br/>
        <w:t>Renew me with what only this Feast provides.</w:t>
      </w:r>
      <w:r w:rsidRPr="00553380">
        <w:rPr>
          <w:rFonts w:ascii="Garamond" w:hAnsi="Garamond"/>
        </w:rPr>
        <w:br/>
        <w:t>Let me leave here — not satisfied — but transformed.</w:t>
      </w:r>
    </w:p>
    <w:p w:rsidR="00553380" w:rsidRPr="00553380" w:rsidRDefault="00553380" w:rsidP="001E2F32">
      <w:pPr>
        <w:spacing w:line="480" w:lineRule="auto"/>
        <w:jc w:val="center"/>
        <w:rPr>
          <w:rFonts w:ascii="Garamond" w:hAnsi="Garamond"/>
        </w:rPr>
      </w:pPr>
      <w:proofErr w:type="spellStart"/>
      <w:r w:rsidRPr="00553380">
        <w:rPr>
          <w:rFonts w:ascii="Garamond" w:hAnsi="Garamond"/>
          <w:b/>
          <w:bCs/>
        </w:rPr>
        <w:t>HalleluYAH</w:t>
      </w:r>
      <w:proofErr w:type="spellEnd"/>
      <w:r w:rsidRPr="00553380">
        <w:rPr>
          <w:rFonts w:ascii="Garamond" w:hAnsi="Garamond"/>
          <w:b/>
          <w:bCs/>
        </w:rPr>
        <w:t>.</w:t>
      </w:r>
    </w:p>
    <w:p w:rsidR="00553380" w:rsidRPr="00553380" w:rsidRDefault="00553380" w:rsidP="001E2F32">
      <w:pPr>
        <w:spacing w:line="480" w:lineRule="auto"/>
        <w:jc w:val="center"/>
        <w:rPr>
          <w:rFonts w:ascii="Garamond" w:hAnsi="Garamond"/>
        </w:rPr>
      </w:pPr>
      <w:r w:rsidRPr="00553380">
        <w:rPr>
          <w:rFonts w:ascii="Garamond" w:hAnsi="Garamond"/>
        </w:rPr>
        <w:t>(Pause. Breathe. Wait. Listen.)</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HEBRAIC INSIGHT: “MISHTÉH HA’CHADASHAH — THE FEAST OF THE NEW THING”</w:t>
      </w:r>
    </w:p>
    <w:p w:rsidR="00553380" w:rsidRPr="00553380" w:rsidRDefault="00553380" w:rsidP="001E2F32">
      <w:pPr>
        <w:spacing w:line="480" w:lineRule="auto"/>
        <w:jc w:val="center"/>
        <w:rPr>
          <w:rFonts w:ascii="Garamond" w:hAnsi="Garamond"/>
        </w:rPr>
      </w:pPr>
      <w:r w:rsidRPr="00553380">
        <w:rPr>
          <w:rFonts w:ascii="Garamond" w:hAnsi="Garamond"/>
        </w:rPr>
        <w:t>In Hebrew, </w:t>
      </w:r>
      <w:proofErr w:type="spellStart"/>
      <w:r w:rsidRPr="00553380">
        <w:rPr>
          <w:rFonts w:ascii="Garamond" w:hAnsi="Garamond"/>
        </w:rPr>
        <w:t>mishteh</w:t>
      </w:r>
      <w:proofErr w:type="spellEnd"/>
      <w:r w:rsidRPr="00553380">
        <w:rPr>
          <w:rFonts w:ascii="Garamond" w:hAnsi="Garamond"/>
        </w:rPr>
        <w:t> (</w:t>
      </w:r>
      <w:proofErr w:type="spellStart"/>
      <w:r w:rsidRPr="00553380">
        <w:rPr>
          <w:rFonts w:ascii="Times New Roman" w:hAnsi="Times New Roman" w:cs="Times New Roman"/>
        </w:rPr>
        <w:t>מִש</w:t>
      </w:r>
      <w:proofErr w:type="spellEnd"/>
      <w:r w:rsidRPr="00553380">
        <w:rPr>
          <w:rFonts w:ascii="Times New Roman" w:hAnsi="Times New Roman" w:cs="Times New Roman"/>
        </w:rPr>
        <w:t>ְׁתֶּה</w:t>
      </w:r>
      <w:r w:rsidRPr="00553380">
        <w:rPr>
          <w:rFonts w:ascii="Garamond" w:hAnsi="Garamond"/>
        </w:rPr>
        <w:t>) means “feast” — but implies covenant celebration, often marking divine turning points (Esther 5:4, Genesis 40:20).</w:t>
      </w:r>
    </w:p>
    <w:p w:rsidR="00553380" w:rsidRPr="00553380" w:rsidRDefault="00553380" w:rsidP="001E2F32">
      <w:pPr>
        <w:spacing w:line="480" w:lineRule="auto"/>
        <w:jc w:val="center"/>
        <w:rPr>
          <w:rFonts w:ascii="Garamond" w:hAnsi="Garamond"/>
        </w:rPr>
      </w:pPr>
      <w:proofErr w:type="spellStart"/>
      <w:r w:rsidRPr="00553380">
        <w:rPr>
          <w:rFonts w:ascii="Garamond" w:hAnsi="Garamond"/>
        </w:rPr>
        <w:t>Chadashah</w:t>
      </w:r>
      <w:proofErr w:type="spellEnd"/>
      <w:r w:rsidRPr="00553380">
        <w:rPr>
          <w:rFonts w:ascii="Garamond" w:hAnsi="Garamond"/>
        </w:rPr>
        <w:t> (</w:t>
      </w:r>
      <w:proofErr w:type="spellStart"/>
      <w:r w:rsidRPr="00553380">
        <w:rPr>
          <w:rFonts w:ascii="Times New Roman" w:hAnsi="Times New Roman" w:cs="Times New Roman"/>
        </w:rPr>
        <w:t>חֲדָש</w:t>
      </w:r>
      <w:proofErr w:type="spellEnd"/>
      <w:r w:rsidRPr="00553380">
        <w:rPr>
          <w:rFonts w:ascii="Times New Roman" w:hAnsi="Times New Roman" w:cs="Times New Roman"/>
        </w:rPr>
        <w:t>ָׁה</w:t>
      </w:r>
      <w:r w:rsidRPr="00553380">
        <w:rPr>
          <w:rFonts w:ascii="Garamond" w:hAnsi="Garamond"/>
        </w:rPr>
        <w:t>) — “renewal” — comes from </w:t>
      </w:r>
      <w:proofErr w:type="spellStart"/>
      <w:r w:rsidRPr="00553380">
        <w:rPr>
          <w:rFonts w:ascii="Garamond" w:hAnsi="Garamond"/>
        </w:rPr>
        <w:t>chadash</w:t>
      </w:r>
      <w:proofErr w:type="spellEnd"/>
      <w:r w:rsidRPr="00553380">
        <w:rPr>
          <w:rFonts w:ascii="Garamond" w:hAnsi="Garamond"/>
        </w:rPr>
        <w:t> (</w:t>
      </w:r>
      <w:proofErr w:type="spellStart"/>
      <w:r w:rsidRPr="00553380">
        <w:rPr>
          <w:rFonts w:ascii="Times New Roman" w:hAnsi="Times New Roman" w:cs="Times New Roman"/>
        </w:rPr>
        <w:t>חָדַש</w:t>
      </w:r>
      <w:proofErr w:type="spellEnd"/>
      <w:r w:rsidRPr="00553380">
        <w:rPr>
          <w:rFonts w:ascii="Times New Roman" w:hAnsi="Times New Roman" w:cs="Times New Roman"/>
        </w:rPr>
        <w:t>ׁ</w:t>
      </w:r>
      <w:r w:rsidRPr="00553380">
        <w:rPr>
          <w:rFonts w:ascii="Garamond" w:hAnsi="Garamond"/>
        </w:rPr>
        <w:t>), meaning “to make new, restore, begin again.”</w:t>
      </w:r>
    </w:p>
    <w:p w:rsidR="00553380" w:rsidRPr="00553380" w:rsidRDefault="00553380" w:rsidP="001E2F32">
      <w:pPr>
        <w:spacing w:line="480" w:lineRule="auto"/>
        <w:jc w:val="center"/>
        <w:rPr>
          <w:rFonts w:ascii="Garamond" w:hAnsi="Garamond"/>
        </w:rPr>
      </w:pPr>
      <w:r w:rsidRPr="00553380">
        <w:rPr>
          <w:rFonts w:ascii="Garamond" w:hAnsi="Garamond"/>
        </w:rPr>
        <w:t>Together — </w:t>
      </w:r>
      <w:proofErr w:type="spellStart"/>
      <w:r w:rsidRPr="00553380">
        <w:rPr>
          <w:rFonts w:ascii="Garamond" w:hAnsi="Garamond"/>
          <w:b/>
          <w:bCs/>
        </w:rPr>
        <w:t>Mishteh</w:t>
      </w:r>
      <w:proofErr w:type="spellEnd"/>
      <w:r w:rsidRPr="00553380">
        <w:rPr>
          <w:rFonts w:ascii="Garamond" w:hAnsi="Garamond"/>
          <w:b/>
          <w:bCs/>
        </w:rPr>
        <w:t xml:space="preserve"> </w:t>
      </w:r>
      <w:proofErr w:type="spellStart"/>
      <w:r w:rsidRPr="00553380">
        <w:rPr>
          <w:rFonts w:ascii="Garamond" w:hAnsi="Garamond"/>
          <w:b/>
          <w:bCs/>
        </w:rPr>
        <w:t>Ha’Chadashah</w:t>
      </w:r>
      <w:proofErr w:type="spellEnd"/>
      <w:r w:rsidRPr="00553380">
        <w:rPr>
          <w:rFonts w:ascii="Garamond" w:hAnsi="Garamond"/>
        </w:rPr>
        <w:t> — “The Feast of Renewal” — is not a party…</w:t>
      </w:r>
      <w:r w:rsidRPr="00553380">
        <w:rPr>
          <w:rFonts w:ascii="Garamond" w:hAnsi="Garamond"/>
        </w:rPr>
        <w:br/>
        <w:t>it is a portal.</w:t>
      </w:r>
    </w:p>
    <w:p w:rsidR="00553380" w:rsidRPr="00553380" w:rsidRDefault="00553380" w:rsidP="001E2F32">
      <w:pPr>
        <w:spacing w:line="480" w:lineRule="auto"/>
        <w:jc w:val="center"/>
        <w:rPr>
          <w:rFonts w:ascii="Garamond" w:hAnsi="Garamond"/>
        </w:rPr>
      </w:pPr>
      <w:r w:rsidRPr="00553380">
        <w:rPr>
          <w:rFonts w:ascii="Garamond" w:hAnsi="Garamond"/>
        </w:rPr>
        <w:t>Scripture marks key renewals with feasts:</w:t>
      </w:r>
    </w:p>
    <w:p w:rsidR="00553380" w:rsidRPr="00553380" w:rsidRDefault="00553380" w:rsidP="001E2F32">
      <w:pPr>
        <w:numPr>
          <w:ilvl w:val="0"/>
          <w:numId w:val="14"/>
        </w:numPr>
        <w:spacing w:line="480" w:lineRule="auto"/>
        <w:jc w:val="center"/>
        <w:rPr>
          <w:rFonts w:ascii="Garamond" w:hAnsi="Garamond"/>
        </w:rPr>
      </w:pPr>
      <w:r w:rsidRPr="00553380">
        <w:rPr>
          <w:rFonts w:ascii="Garamond" w:hAnsi="Garamond"/>
          <w:b/>
          <w:bCs/>
        </w:rPr>
        <w:t>Passover</w:t>
      </w:r>
      <w:r w:rsidRPr="00553380">
        <w:rPr>
          <w:rFonts w:ascii="Garamond" w:hAnsi="Garamond"/>
        </w:rPr>
        <w:t> — Renewal of identity (Exodus 12)</w:t>
      </w:r>
    </w:p>
    <w:p w:rsidR="00553380" w:rsidRPr="00553380" w:rsidRDefault="00553380" w:rsidP="001E2F32">
      <w:pPr>
        <w:numPr>
          <w:ilvl w:val="0"/>
          <w:numId w:val="14"/>
        </w:numPr>
        <w:spacing w:line="480" w:lineRule="auto"/>
        <w:jc w:val="center"/>
        <w:rPr>
          <w:rFonts w:ascii="Garamond" w:hAnsi="Garamond"/>
        </w:rPr>
      </w:pPr>
      <w:r w:rsidRPr="00553380">
        <w:rPr>
          <w:rFonts w:ascii="Garamond" w:hAnsi="Garamond"/>
          <w:b/>
          <w:bCs/>
        </w:rPr>
        <w:t>Shavuot</w:t>
      </w:r>
      <w:r w:rsidRPr="00553380">
        <w:rPr>
          <w:rFonts w:ascii="Garamond" w:hAnsi="Garamond"/>
        </w:rPr>
        <w:t> — Renewal of covenant (Exodus 19–20)</w:t>
      </w:r>
    </w:p>
    <w:p w:rsidR="00553380" w:rsidRPr="00553380" w:rsidRDefault="00553380" w:rsidP="001E2F32">
      <w:pPr>
        <w:numPr>
          <w:ilvl w:val="0"/>
          <w:numId w:val="14"/>
        </w:numPr>
        <w:spacing w:line="480" w:lineRule="auto"/>
        <w:jc w:val="center"/>
        <w:rPr>
          <w:rFonts w:ascii="Garamond" w:hAnsi="Garamond"/>
        </w:rPr>
      </w:pPr>
      <w:r w:rsidRPr="00553380">
        <w:rPr>
          <w:rFonts w:ascii="Garamond" w:hAnsi="Garamond"/>
          <w:b/>
          <w:bCs/>
        </w:rPr>
        <w:t>Sukkot</w:t>
      </w:r>
      <w:r w:rsidRPr="00553380">
        <w:rPr>
          <w:rFonts w:ascii="Garamond" w:hAnsi="Garamond"/>
        </w:rPr>
        <w:t> — Renewal of trust (Leviticus 23:42–43)</w:t>
      </w:r>
    </w:p>
    <w:p w:rsidR="00553380" w:rsidRPr="00553380" w:rsidRDefault="00553380" w:rsidP="001E2F32">
      <w:pPr>
        <w:numPr>
          <w:ilvl w:val="0"/>
          <w:numId w:val="14"/>
        </w:numPr>
        <w:spacing w:line="480" w:lineRule="auto"/>
        <w:jc w:val="center"/>
        <w:rPr>
          <w:rFonts w:ascii="Garamond" w:hAnsi="Garamond"/>
        </w:rPr>
      </w:pPr>
      <w:r w:rsidRPr="00553380">
        <w:rPr>
          <w:rFonts w:ascii="Garamond" w:hAnsi="Garamond"/>
          <w:b/>
          <w:bCs/>
        </w:rPr>
        <w:t>The Lord’s Supper</w:t>
      </w:r>
      <w:r w:rsidRPr="00553380">
        <w:rPr>
          <w:rFonts w:ascii="Garamond" w:hAnsi="Garamond"/>
        </w:rPr>
        <w:t> — Renewal of redemption (Luke 22:19–20)</w:t>
      </w:r>
    </w:p>
    <w:p w:rsidR="00553380" w:rsidRPr="00553380" w:rsidRDefault="00553380" w:rsidP="001E2F32">
      <w:pPr>
        <w:numPr>
          <w:ilvl w:val="0"/>
          <w:numId w:val="14"/>
        </w:numPr>
        <w:spacing w:line="480" w:lineRule="auto"/>
        <w:jc w:val="center"/>
        <w:rPr>
          <w:rFonts w:ascii="Garamond" w:hAnsi="Garamond"/>
        </w:rPr>
      </w:pPr>
      <w:r w:rsidRPr="00553380">
        <w:rPr>
          <w:rFonts w:ascii="Garamond" w:hAnsi="Garamond"/>
          <w:b/>
          <w:bCs/>
        </w:rPr>
        <w:t>Marriage Supper of the Lamb</w:t>
      </w:r>
      <w:r w:rsidRPr="00553380">
        <w:rPr>
          <w:rFonts w:ascii="Garamond" w:hAnsi="Garamond"/>
        </w:rPr>
        <w:t> — Renewal of all things (Revelation 19:7–9)</w:t>
      </w:r>
    </w:p>
    <w:p w:rsidR="00553380" w:rsidRPr="00553380" w:rsidRDefault="00553380" w:rsidP="001E2F32">
      <w:pPr>
        <w:spacing w:line="480" w:lineRule="auto"/>
        <w:jc w:val="center"/>
        <w:rPr>
          <w:rFonts w:ascii="Garamond" w:hAnsi="Garamond"/>
        </w:rPr>
      </w:pPr>
      <w:r w:rsidRPr="00553380">
        <w:rPr>
          <w:rFonts w:ascii="Garamond" w:hAnsi="Garamond"/>
        </w:rPr>
        <w:t>YAHUAH doesn’t just fix what’s broken —</w:t>
      </w:r>
      <w:r w:rsidRPr="00553380">
        <w:rPr>
          <w:rFonts w:ascii="Garamond" w:hAnsi="Garamond"/>
        </w:rPr>
        <w:br/>
        <w:t>He feasts over the restoration.</w:t>
      </w:r>
    </w:p>
    <w:p w:rsidR="00553380" w:rsidRPr="00553380" w:rsidRDefault="00553380" w:rsidP="001E2F32">
      <w:pPr>
        <w:spacing w:line="480" w:lineRule="auto"/>
        <w:jc w:val="center"/>
        <w:rPr>
          <w:rFonts w:ascii="Garamond" w:hAnsi="Garamond"/>
        </w:rPr>
      </w:pPr>
      <w:r w:rsidRPr="00553380">
        <w:rPr>
          <w:rFonts w:ascii="Garamond" w:hAnsi="Garamond"/>
        </w:rPr>
        <w:t>The fruit on His Table?</w:t>
      </w:r>
    </w:p>
    <w:p w:rsidR="00553380" w:rsidRPr="00553380" w:rsidRDefault="00553380" w:rsidP="001E2F32">
      <w:pPr>
        <w:spacing w:line="480" w:lineRule="auto"/>
        <w:jc w:val="center"/>
        <w:rPr>
          <w:rFonts w:ascii="Garamond" w:hAnsi="Garamond"/>
        </w:rPr>
      </w:pPr>
      <w:r w:rsidRPr="00553380">
        <w:rPr>
          <w:rFonts w:ascii="Garamond" w:hAnsi="Garamond"/>
        </w:rPr>
        <w:t>Grapes of joy — </w:t>
      </w:r>
      <w:proofErr w:type="spellStart"/>
      <w:r w:rsidRPr="00553380">
        <w:rPr>
          <w:rFonts w:ascii="Garamond" w:hAnsi="Garamond"/>
        </w:rPr>
        <w:t>simchah</w:t>
      </w:r>
      <w:proofErr w:type="spellEnd"/>
      <w:r w:rsidRPr="00553380">
        <w:rPr>
          <w:rFonts w:ascii="Garamond" w:hAnsi="Garamond"/>
        </w:rPr>
        <w:t> (</w:t>
      </w:r>
      <w:r w:rsidRPr="00553380">
        <w:rPr>
          <w:rFonts w:ascii="Times New Roman" w:hAnsi="Times New Roman" w:cs="Times New Roman"/>
        </w:rPr>
        <w:t>שִׂ</w:t>
      </w:r>
      <w:proofErr w:type="spellStart"/>
      <w:r w:rsidRPr="00553380">
        <w:rPr>
          <w:rFonts w:ascii="Times New Roman" w:hAnsi="Times New Roman" w:cs="Times New Roman"/>
        </w:rPr>
        <w:t>מְחָה</w:t>
      </w:r>
      <w:proofErr w:type="spellEnd"/>
      <w:r w:rsidRPr="00553380">
        <w:rPr>
          <w:rFonts w:ascii="Garamond" w:hAnsi="Garamond"/>
        </w:rPr>
        <w:t>)</w:t>
      </w:r>
      <w:r w:rsidRPr="00553380">
        <w:rPr>
          <w:rFonts w:ascii="Garamond" w:hAnsi="Garamond"/>
        </w:rPr>
        <w:br/>
        <w:t>Figs of wisdom — </w:t>
      </w:r>
      <w:proofErr w:type="spellStart"/>
      <w:r w:rsidRPr="00553380">
        <w:rPr>
          <w:rFonts w:ascii="Garamond" w:hAnsi="Garamond"/>
        </w:rPr>
        <w:t>chokhmah</w:t>
      </w:r>
      <w:proofErr w:type="spellEnd"/>
      <w:r w:rsidRPr="00553380">
        <w:rPr>
          <w:rFonts w:ascii="Garamond" w:hAnsi="Garamond"/>
        </w:rPr>
        <w:t> (</w:t>
      </w:r>
      <w:proofErr w:type="spellStart"/>
      <w:r w:rsidRPr="00553380">
        <w:rPr>
          <w:rFonts w:ascii="Times New Roman" w:hAnsi="Times New Roman" w:cs="Times New Roman"/>
        </w:rPr>
        <w:t>חָכְמָה</w:t>
      </w:r>
      <w:proofErr w:type="spellEnd"/>
      <w:r w:rsidRPr="00553380">
        <w:rPr>
          <w:rFonts w:ascii="Garamond" w:hAnsi="Garamond"/>
        </w:rPr>
        <w:t>)</w:t>
      </w:r>
      <w:r w:rsidRPr="00553380">
        <w:rPr>
          <w:rFonts w:ascii="Garamond" w:hAnsi="Garamond"/>
        </w:rPr>
        <w:br/>
      </w:r>
      <w:r w:rsidRPr="00553380">
        <w:rPr>
          <w:rFonts w:ascii="Garamond" w:hAnsi="Garamond"/>
        </w:rPr>
        <w:lastRenderedPageBreak/>
        <w:t>Pomegranates of healing — </w:t>
      </w:r>
      <w:proofErr w:type="spellStart"/>
      <w:r w:rsidRPr="00553380">
        <w:rPr>
          <w:rFonts w:ascii="Garamond" w:hAnsi="Garamond"/>
        </w:rPr>
        <w:t>refu’ah</w:t>
      </w:r>
      <w:proofErr w:type="spellEnd"/>
      <w:r w:rsidRPr="00553380">
        <w:rPr>
          <w:rFonts w:ascii="Garamond" w:hAnsi="Garamond"/>
        </w:rPr>
        <w:t> (</w:t>
      </w:r>
      <w:proofErr w:type="spellStart"/>
      <w:r w:rsidRPr="00553380">
        <w:rPr>
          <w:rFonts w:ascii="Times New Roman" w:hAnsi="Times New Roman" w:cs="Times New Roman"/>
        </w:rPr>
        <w:t>רְפוּאָה</w:t>
      </w:r>
      <w:proofErr w:type="spellEnd"/>
      <w:r w:rsidRPr="00553380">
        <w:rPr>
          <w:rFonts w:ascii="Garamond" w:hAnsi="Garamond"/>
        </w:rPr>
        <w:t>)</w:t>
      </w:r>
      <w:r w:rsidRPr="00553380">
        <w:rPr>
          <w:rFonts w:ascii="Garamond" w:hAnsi="Garamond"/>
        </w:rPr>
        <w:br/>
        <w:t>Bread of Presence — </w:t>
      </w:r>
      <w:proofErr w:type="spellStart"/>
      <w:r w:rsidRPr="00553380">
        <w:rPr>
          <w:rFonts w:ascii="Garamond" w:hAnsi="Garamond"/>
        </w:rPr>
        <w:t>lechem</w:t>
      </w:r>
      <w:proofErr w:type="spellEnd"/>
      <w:r w:rsidRPr="00553380">
        <w:rPr>
          <w:rFonts w:ascii="Garamond" w:hAnsi="Garamond"/>
        </w:rPr>
        <w:t xml:space="preserve"> panim (</w:t>
      </w:r>
      <w:proofErr w:type="spellStart"/>
      <w:r w:rsidRPr="00553380">
        <w:rPr>
          <w:rFonts w:ascii="Times New Roman" w:hAnsi="Times New Roman" w:cs="Times New Roman"/>
        </w:rPr>
        <w:t>לֶחֶם</w:t>
      </w:r>
      <w:proofErr w:type="spellEnd"/>
      <w:r w:rsidRPr="00553380">
        <w:rPr>
          <w:rFonts w:ascii="Garamond" w:hAnsi="Garamond"/>
        </w:rPr>
        <w:t xml:space="preserve"> </w:t>
      </w:r>
      <w:r w:rsidRPr="00553380">
        <w:rPr>
          <w:rFonts w:ascii="Times New Roman" w:hAnsi="Times New Roman" w:cs="Times New Roman"/>
        </w:rPr>
        <w:t>פָּ</w:t>
      </w:r>
      <w:proofErr w:type="spellStart"/>
      <w:r w:rsidRPr="00553380">
        <w:rPr>
          <w:rFonts w:ascii="Times New Roman" w:hAnsi="Times New Roman" w:cs="Times New Roman"/>
        </w:rPr>
        <w:t>נִים</w:t>
      </w:r>
      <w:proofErr w:type="spellEnd"/>
      <w:r w:rsidRPr="00553380">
        <w:rPr>
          <w:rFonts w:ascii="Garamond" w:hAnsi="Garamond"/>
        </w:rPr>
        <w:t>)</w:t>
      </w:r>
    </w:p>
    <w:p w:rsidR="00553380" w:rsidRPr="00553380" w:rsidRDefault="00553380" w:rsidP="001E2F32">
      <w:pPr>
        <w:spacing w:line="480" w:lineRule="auto"/>
        <w:jc w:val="center"/>
        <w:rPr>
          <w:rFonts w:ascii="Garamond" w:hAnsi="Garamond"/>
        </w:rPr>
      </w:pPr>
      <w:r w:rsidRPr="00553380">
        <w:rPr>
          <w:rFonts w:ascii="Garamond" w:hAnsi="Garamond"/>
        </w:rPr>
        <w:t>This is not symbolism — it is substance.</w:t>
      </w:r>
      <w:r w:rsidRPr="00553380">
        <w:rPr>
          <w:rFonts w:ascii="Garamond" w:hAnsi="Garamond"/>
        </w:rPr>
        <w:br/>
        <w:t>Eat — and your spirit revives.</w:t>
      </w:r>
      <w:r w:rsidRPr="00553380">
        <w:rPr>
          <w:rFonts w:ascii="Garamond" w:hAnsi="Garamond"/>
        </w:rPr>
        <w:br/>
        <w:t>Drink — and your soul remembers its song.</w:t>
      </w:r>
    </w:p>
    <w:p w:rsidR="00553380" w:rsidRPr="00553380" w:rsidRDefault="00553380" w:rsidP="001E2F32">
      <w:pPr>
        <w:spacing w:line="480" w:lineRule="auto"/>
        <w:jc w:val="center"/>
        <w:rPr>
          <w:rFonts w:ascii="Garamond" w:hAnsi="Garamond"/>
        </w:rPr>
      </w:pPr>
      <w:r w:rsidRPr="00553380">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553380" w:rsidRPr="00553380" w:rsidRDefault="00553380" w:rsidP="001E2F32">
      <w:pPr>
        <w:spacing w:line="480" w:lineRule="auto"/>
        <w:jc w:val="center"/>
        <w:rPr>
          <w:rFonts w:ascii="Garamond" w:hAnsi="Garamond"/>
        </w:rPr>
      </w:pPr>
      <w:r w:rsidRPr="00553380">
        <w:rPr>
          <w:rFonts w:ascii="Segoe UI Emoji" w:hAnsi="Segoe UI Emoji" w:cs="Segoe UI Emoji"/>
        </w:rPr>
        <w:lastRenderedPageBreak/>
        <w:t>🕊️</w:t>
      </w:r>
      <w:r w:rsidRPr="00553380">
        <w:rPr>
          <w:rFonts w:ascii="Garamond" w:hAnsi="Garamond"/>
        </w:rPr>
        <w:t> </w:t>
      </w:r>
      <w:r w:rsidRPr="00553380">
        <w:rPr>
          <w:rFonts w:ascii="Garamond" w:hAnsi="Garamond"/>
          <w:b/>
          <w:bCs/>
        </w:rPr>
        <w:t>CLOSING PRAYER: “I Take My Seat at Your Table”</w:t>
      </w:r>
    </w:p>
    <w:p w:rsidR="00553380" w:rsidRPr="00553380" w:rsidRDefault="00553380" w:rsidP="001E2F32">
      <w:pPr>
        <w:spacing w:line="480" w:lineRule="auto"/>
        <w:jc w:val="center"/>
        <w:rPr>
          <w:rFonts w:ascii="Garamond" w:hAnsi="Garamond"/>
        </w:rPr>
      </w:pPr>
      <w:r w:rsidRPr="00553380">
        <w:rPr>
          <w:rFonts w:ascii="Garamond" w:hAnsi="Garamond"/>
        </w:rPr>
        <w:t>Father YAHUAH,</w:t>
      </w:r>
      <w:r w:rsidRPr="00553380">
        <w:rPr>
          <w:rFonts w:ascii="Garamond" w:hAnsi="Garamond"/>
        </w:rPr>
        <w:br/>
        <w:t>I come — not because I am worthy,</w:t>
      </w:r>
      <w:r w:rsidRPr="00553380">
        <w:rPr>
          <w:rFonts w:ascii="Garamond" w:hAnsi="Garamond"/>
        </w:rPr>
        <w:br/>
        <w:t>but because You are Worthy.</w:t>
      </w:r>
    </w:p>
    <w:p w:rsidR="00553380" w:rsidRPr="00553380" w:rsidRDefault="00553380" w:rsidP="001E2F32">
      <w:pPr>
        <w:spacing w:line="480" w:lineRule="auto"/>
        <w:jc w:val="center"/>
        <w:rPr>
          <w:rFonts w:ascii="Garamond" w:hAnsi="Garamond"/>
        </w:rPr>
      </w:pPr>
      <w:r w:rsidRPr="00553380">
        <w:rPr>
          <w:rFonts w:ascii="Garamond" w:hAnsi="Garamond"/>
        </w:rPr>
        <w:t>Strip from me every appetite that is not holy.</w:t>
      </w:r>
      <w:r w:rsidRPr="00553380">
        <w:rPr>
          <w:rFonts w:ascii="Garamond" w:hAnsi="Garamond"/>
        </w:rPr>
        <w:br/>
        <w:t>Break every addiction to striving, performing, earning.</w:t>
      </w:r>
      <w:r w:rsidRPr="00553380">
        <w:rPr>
          <w:rFonts w:ascii="Garamond" w:hAnsi="Garamond"/>
        </w:rPr>
        <w:br/>
        <w:t>Unmask every substitute I’ve called “sustenance.”</w:t>
      </w:r>
    </w:p>
    <w:p w:rsidR="00553380" w:rsidRPr="00553380" w:rsidRDefault="00553380" w:rsidP="001E2F32">
      <w:pPr>
        <w:spacing w:line="480" w:lineRule="auto"/>
        <w:jc w:val="center"/>
        <w:rPr>
          <w:rFonts w:ascii="Garamond" w:hAnsi="Garamond"/>
        </w:rPr>
      </w:pPr>
      <w:r w:rsidRPr="00553380">
        <w:rPr>
          <w:rFonts w:ascii="Garamond" w:hAnsi="Garamond"/>
        </w:rPr>
        <w:t>I take my seat.</w:t>
      </w:r>
      <w:r w:rsidRPr="00553380">
        <w:rPr>
          <w:rFonts w:ascii="Garamond" w:hAnsi="Garamond"/>
        </w:rPr>
        <w:br/>
        <w:t>I lift the cup.</w:t>
      </w:r>
      <w:r w:rsidRPr="00553380">
        <w:rPr>
          <w:rFonts w:ascii="Garamond" w:hAnsi="Garamond"/>
        </w:rPr>
        <w:br/>
        <w:t>I break the bread.</w:t>
      </w:r>
    </w:p>
    <w:p w:rsidR="00553380" w:rsidRPr="00553380" w:rsidRDefault="00553380" w:rsidP="001E2F32">
      <w:pPr>
        <w:spacing w:line="480" w:lineRule="auto"/>
        <w:jc w:val="center"/>
        <w:rPr>
          <w:rFonts w:ascii="Garamond" w:hAnsi="Garamond"/>
        </w:rPr>
      </w:pPr>
      <w:r w:rsidRPr="00553380">
        <w:rPr>
          <w:rFonts w:ascii="Garamond" w:hAnsi="Garamond"/>
        </w:rPr>
        <w:t>Renew me — not just my circumstances —</w:t>
      </w:r>
      <w:r w:rsidRPr="00553380">
        <w:rPr>
          <w:rFonts w:ascii="Garamond" w:hAnsi="Garamond"/>
        </w:rPr>
        <w:br/>
        <w:t>but my heart, my vision, my voice.</w:t>
      </w:r>
    </w:p>
    <w:p w:rsidR="00553380" w:rsidRPr="00553380" w:rsidRDefault="00553380" w:rsidP="001E2F32">
      <w:pPr>
        <w:spacing w:line="480" w:lineRule="auto"/>
        <w:jc w:val="center"/>
        <w:rPr>
          <w:rFonts w:ascii="Garamond" w:hAnsi="Garamond"/>
        </w:rPr>
      </w:pPr>
      <w:r w:rsidRPr="00553380">
        <w:rPr>
          <w:rFonts w:ascii="Garamond" w:hAnsi="Garamond"/>
        </w:rPr>
        <w:t>Let this Feast mark a new season —</w:t>
      </w:r>
      <w:r w:rsidRPr="00553380">
        <w:rPr>
          <w:rFonts w:ascii="Garamond" w:hAnsi="Garamond"/>
        </w:rPr>
        <w:br/>
        <w:t>where I walk in wholeness,</w:t>
      </w:r>
      <w:r w:rsidRPr="00553380">
        <w:rPr>
          <w:rFonts w:ascii="Garamond" w:hAnsi="Garamond"/>
        </w:rPr>
        <w:br/>
        <w:t>speak in authority,</w:t>
      </w:r>
      <w:r w:rsidRPr="00553380">
        <w:rPr>
          <w:rFonts w:ascii="Garamond" w:hAnsi="Garamond"/>
        </w:rPr>
        <w:br/>
        <w:t>live in abundance —</w:t>
      </w:r>
      <w:r w:rsidRPr="00553380">
        <w:rPr>
          <w:rFonts w:ascii="Garamond" w:hAnsi="Garamond"/>
        </w:rPr>
        <w:br/>
        <w:t>not because I have much…</w:t>
      </w:r>
      <w:r w:rsidRPr="00553380">
        <w:rPr>
          <w:rFonts w:ascii="Garamond" w:hAnsi="Garamond"/>
        </w:rPr>
        <w:br/>
        <w:t>but because I have You.</w:t>
      </w:r>
    </w:p>
    <w:p w:rsidR="00553380" w:rsidRPr="00553380" w:rsidRDefault="00553380" w:rsidP="001E2F32">
      <w:pPr>
        <w:spacing w:line="480" w:lineRule="auto"/>
        <w:jc w:val="center"/>
        <w:rPr>
          <w:rFonts w:ascii="Garamond" w:hAnsi="Garamond"/>
        </w:rPr>
      </w:pPr>
      <w:r w:rsidRPr="00553380">
        <w:rPr>
          <w:rFonts w:ascii="Garamond" w:hAnsi="Garamond"/>
        </w:rPr>
        <w:t xml:space="preserve">In YAHUSHA </w:t>
      </w:r>
      <w:proofErr w:type="spellStart"/>
      <w:r w:rsidRPr="00553380">
        <w:rPr>
          <w:rFonts w:ascii="Garamond" w:hAnsi="Garamond"/>
        </w:rPr>
        <w:t>HaMashiach</w:t>
      </w:r>
      <w:proofErr w:type="spellEnd"/>
      <w:r w:rsidRPr="00553380">
        <w:rPr>
          <w:rFonts w:ascii="Garamond" w:hAnsi="Garamond"/>
        </w:rPr>
        <w:t xml:space="preserve"> —</w:t>
      </w:r>
      <w:r w:rsidRPr="00553380">
        <w:rPr>
          <w:rFonts w:ascii="Garamond" w:hAnsi="Garamond"/>
        </w:rPr>
        <w:br/>
      </w:r>
      <w:proofErr w:type="spellStart"/>
      <w:r w:rsidRPr="00553380">
        <w:rPr>
          <w:rFonts w:ascii="Garamond" w:hAnsi="Garamond"/>
          <w:b/>
          <w:bCs/>
        </w:rPr>
        <w:t>HalleluYAH</w:t>
      </w:r>
      <w:proofErr w:type="spellEnd"/>
      <w:r w:rsidRPr="00553380">
        <w:rPr>
          <w:rFonts w:ascii="Garamond" w:hAnsi="Garamond"/>
          <w:b/>
          <w:bCs/>
        </w:rPr>
        <w:t>.</w:t>
      </w:r>
    </w:p>
    <w:p w:rsidR="00553380" w:rsidRPr="001E2F32" w:rsidRDefault="00553380"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CHAPTER 13: LIFT UP YOUR EYES</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t>👁️</w:t>
      </w:r>
      <w:r w:rsidRPr="00EF67F9">
        <w:rPr>
          <w:rFonts w:ascii="Garamond" w:hAnsi="Garamond"/>
        </w:rPr>
        <w:t> “Lift up your eyes, for your help comes from YAHUAH, the Maker of heaven and earth.”</w:t>
      </w:r>
      <w:r w:rsidRPr="00EF67F9">
        <w:rPr>
          <w:rFonts w:ascii="Garamond" w:hAnsi="Garamond"/>
        </w:rPr>
        <w:br/>
        <w:t>— Psalm 121:1–2</w:t>
      </w:r>
    </w:p>
    <w:p w:rsidR="00EF67F9" w:rsidRPr="00EF67F9" w:rsidRDefault="00EF67F9" w:rsidP="001E2F32">
      <w:pPr>
        <w:spacing w:line="480" w:lineRule="auto"/>
        <w:jc w:val="center"/>
        <w:rPr>
          <w:rFonts w:ascii="Garamond" w:hAnsi="Garamond"/>
        </w:rPr>
      </w:pPr>
      <w:r w:rsidRPr="00EF67F9">
        <w:rPr>
          <w:rFonts w:ascii="Garamond" w:hAnsi="Garamond"/>
        </w:rPr>
        <w:t>Beloved — hear this:</w:t>
      </w:r>
    </w:p>
    <w:p w:rsidR="00EF67F9" w:rsidRPr="00EF67F9" w:rsidRDefault="00EF67F9" w:rsidP="001E2F32">
      <w:pPr>
        <w:spacing w:line="480" w:lineRule="auto"/>
        <w:jc w:val="center"/>
        <w:rPr>
          <w:rFonts w:ascii="Garamond" w:hAnsi="Garamond"/>
        </w:rPr>
      </w:pPr>
      <w:r w:rsidRPr="00EF67F9">
        <w:rPr>
          <w:rFonts w:ascii="Garamond" w:hAnsi="Garamond"/>
        </w:rPr>
        <w:t>There is a posture…</w:t>
      </w:r>
      <w:r w:rsidRPr="00EF67F9">
        <w:rPr>
          <w:rFonts w:ascii="Garamond" w:hAnsi="Garamond"/>
        </w:rPr>
        <w:br/>
        <w:t>not of striving, not of scanning, not of scheming —</w:t>
      </w:r>
      <w:r w:rsidRPr="00EF67F9">
        <w:rPr>
          <w:rFonts w:ascii="Garamond" w:hAnsi="Garamond"/>
        </w:rPr>
        <w:br/>
        <w:t>but of surrendered sight.</w:t>
      </w:r>
      <w:r w:rsidRPr="00EF67F9">
        <w:rPr>
          <w:rFonts w:ascii="Garamond" w:hAnsi="Garamond"/>
        </w:rPr>
        <w:br/>
        <w:t>A lifting — not of hands first — but of eyes.</w:t>
      </w:r>
      <w:r w:rsidRPr="00EF67F9">
        <w:rPr>
          <w:rFonts w:ascii="Garamond" w:hAnsi="Garamond"/>
        </w:rPr>
        <w:br/>
        <w:t>Above the storm.</w:t>
      </w:r>
      <w:r w:rsidRPr="00EF67F9">
        <w:rPr>
          <w:rFonts w:ascii="Garamond" w:hAnsi="Garamond"/>
        </w:rPr>
        <w:br/>
        <w:t>Above the lack.</w:t>
      </w:r>
      <w:r w:rsidRPr="00EF67F9">
        <w:rPr>
          <w:rFonts w:ascii="Garamond" w:hAnsi="Garamond"/>
        </w:rPr>
        <w:br/>
        <w:t>Above the report.</w:t>
      </w:r>
    </w:p>
    <w:p w:rsidR="00EF67F9" w:rsidRPr="00EF67F9" w:rsidRDefault="00EF67F9" w:rsidP="001E2F32">
      <w:pPr>
        <w:spacing w:line="480" w:lineRule="auto"/>
        <w:jc w:val="center"/>
        <w:rPr>
          <w:rFonts w:ascii="Garamond" w:hAnsi="Garamond"/>
        </w:rPr>
      </w:pPr>
      <w:r w:rsidRPr="00EF67F9">
        <w:rPr>
          <w:rFonts w:ascii="Garamond" w:hAnsi="Garamond"/>
        </w:rPr>
        <w:t>This is </w:t>
      </w:r>
      <w:proofErr w:type="spellStart"/>
      <w:r w:rsidRPr="00EF67F9">
        <w:rPr>
          <w:rFonts w:ascii="Garamond" w:hAnsi="Garamond"/>
          <w:b/>
          <w:bCs/>
        </w:rPr>
        <w:t>Se’u</w:t>
      </w:r>
      <w:proofErr w:type="spellEnd"/>
      <w:r w:rsidRPr="00EF67F9">
        <w:rPr>
          <w:rFonts w:ascii="Garamond" w:hAnsi="Garamond"/>
          <w:b/>
          <w:bCs/>
        </w:rPr>
        <w:t xml:space="preserve"> </w:t>
      </w:r>
      <w:proofErr w:type="spellStart"/>
      <w:r w:rsidRPr="00EF67F9">
        <w:rPr>
          <w:rFonts w:ascii="Garamond" w:hAnsi="Garamond"/>
          <w:b/>
          <w:bCs/>
        </w:rPr>
        <w:t>Eineichem</w:t>
      </w:r>
      <w:proofErr w:type="spellEnd"/>
      <w:r w:rsidRPr="00EF67F9">
        <w:rPr>
          <w:rFonts w:ascii="Garamond" w:hAnsi="Garamond"/>
        </w:rPr>
        <w:t> —</w:t>
      </w:r>
      <w:r w:rsidRPr="00EF67F9">
        <w:rPr>
          <w:rFonts w:ascii="Garamond" w:hAnsi="Garamond"/>
        </w:rPr>
        <w:br/>
        <w:t>Lift up your eyes —</w:t>
      </w:r>
      <w:r w:rsidRPr="00EF67F9">
        <w:rPr>
          <w:rFonts w:ascii="Garamond" w:hAnsi="Garamond"/>
        </w:rPr>
        <w:br/>
        <w:t>the command that precedes every breakthrough,</w:t>
      </w:r>
      <w:r w:rsidRPr="00EF67F9">
        <w:rPr>
          <w:rFonts w:ascii="Garamond" w:hAnsi="Garamond"/>
        </w:rPr>
        <w:br/>
        <w:t>that silences every fear,</w:t>
      </w:r>
      <w:r w:rsidRPr="00EF67F9">
        <w:rPr>
          <w:rFonts w:ascii="Garamond" w:hAnsi="Garamond"/>
        </w:rPr>
        <w:br/>
        <w:t>that aligns you with heaven’s perspective.</w:t>
      </w:r>
    </w:p>
    <w:p w:rsidR="00EF67F9" w:rsidRPr="00EF67F9" w:rsidRDefault="00EF67F9" w:rsidP="001E2F32">
      <w:pPr>
        <w:spacing w:line="480" w:lineRule="auto"/>
        <w:jc w:val="center"/>
        <w:rPr>
          <w:rFonts w:ascii="Garamond" w:hAnsi="Garamond"/>
        </w:rPr>
      </w:pPr>
      <w:r w:rsidRPr="00EF67F9">
        <w:rPr>
          <w:rFonts w:ascii="Garamond" w:hAnsi="Garamond"/>
        </w:rPr>
        <w:t xml:space="preserve">“Why then do you toil with anxious hands, fearing that your labor is in vain? Why do you worry about the bread of tomorrow, when the One who feeds the sparrow and clothes the lilies </w:t>
      </w:r>
      <w:proofErr w:type="gramStart"/>
      <w:r w:rsidRPr="00EF67F9">
        <w:rPr>
          <w:rFonts w:ascii="Garamond" w:hAnsi="Garamond"/>
        </w:rPr>
        <w:t>has</w:t>
      </w:r>
      <w:proofErr w:type="gramEnd"/>
      <w:r w:rsidRPr="00EF67F9">
        <w:rPr>
          <w:rFonts w:ascii="Garamond" w:hAnsi="Garamond"/>
        </w:rPr>
        <w:t xml:space="preserve"> called you His own?”</w:t>
      </w:r>
    </w:p>
    <w:p w:rsidR="00EF67F9" w:rsidRPr="00EF67F9" w:rsidRDefault="00EF67F9" w:rsidP="001E2F32">
      <w:pPr>
        <w:spacing w:line="480" w:lineRule="auto"/>
        <w:jc w:val="center"/>
        <w:rPr>
          <w:rFonts w:ascii="Garamond" w:hAnsi="Garamond"/>
        </w:rPr>
      </w:pPr>
      <w:r w:rsidRPr="00EF67F9">
        <w:rPr>
          <w:rFonts w:ascii="Garamond" w:hAnsi="Garamond"/>
        </w:rPr>
        <w:t>You were not made to carry the weight of outcomes.</w:t>
      </w:r>
      <w:r w:rsidRPr="00EF67F9">
        <w:rPr>
          <w:rFonts w:ascii="Garamond" w:hAnsi="Garamond"/>
        </w:rPr>
        <w:br/>
        <w:t>You were made to gaze upon the One who holds them.</w:t>
      </w:r>
    </w:p>
    <w:p w:rsidR="00EF67F9" w:rsidRPr="00EF67F9" w:rsidRDefault="00EF67F9" w:rsidP="001E2F32">
      <w:pPr>
        <w:spacing w:line="480" w:lineRule="auto"/>
        <w:jc w:val="center"/>
        <w:rPr>
          <w:rFonts w:ascii="Garamond" w:hAnsi="Garamond"/>
        </w:rPr>
      </w:pPr>
      <w:r w:rsidRPr="00EF67F9">
        <w:rPr>
          <w:rFonts w:ascii="Garamond" w:hAnsi="Garamond"/>
        </w:rPr>
        <w:lastRenderedPageBreak/>
        <w:t>When you lift your eyes —</w:t>
      </w:r>
      <w:r w:rsidRPr="00EF67F9">
        <w:rPr>
          <w:rFonts w:ascii="Garamond" w:hAnsi="Garamond"/>
        </w:rPr>
        <w:br/>
        <w:t>you see His hand — not your lack.</w:t>
      </w:r>
      <w:r w:rsidRPr="00EF67F9">
        <w:rPr>
          <w:rFonts w:ascii="Garamond" w:hAnsi="Garamond"/>
        </w:rPr>
        <w:br/>
        <w:t>you hear His promise — not the enemy’s lie.</w:t>
      </w:r>
      <w:r w:rsidRPr="00EF67F9">
        <w:rPr>
          <w:rFonts w:ascii="Garamond" w:hAnsi="Garamond"/>
        </w:rPr>
        <w:br/>
        <w:t>you remember His faithfulness — not your failure.</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Where am I staring — at the problem, or at the Promise-Keeper?</w:t>
      </w:r>
      <w:r w:rsidRPr="00EF67F9">
        <w:rPr>
          <w:rFonts w:ascii="Garamond" w:hAnsi="Garamond"/>
        </w:rPr>
        <w:br/>
      </w:r>
      <w:proofErr w:type="gramStart"/>
      <w:r w:rsidRPr="00EF67F9">
        <w:rPr>
          <w:rFonts w:ascii="Garamond" w:hAnsi="Garamond"/>
        </w:rPr>
        <w:t>What mountain</w:t>
      </w:r>
      <w:proofErr w:type="gramEnd"/>
      <w:r w:rsidRPr="00EF67F9">
        <w:rPr>
          <w:rFonts w:ascii="Garamond" w:hAnsi="Garamond"/>
        </w:rPr>
        <w:t xml:space="preserve"> have I magnified — because I refused to look higher?</w:t>
      </w:r>
      <w:r w:rsidRPr="00EF67F9">
        <w:rPr>
          <w:rFonts w:ascii="Garamond" w:hAnsi="Garamond"/>
        </w:rPr>
        <w:br/>
        <w:t>What miracle have I missed — because my eyes were fixed on the dust?</w:t>
      </w:r>
    </w:p>
    <w:p w:rsidR="00EF67F9" w:rsidRPr="00EF67F9" w:rsidRDefault="00EF67F9" w:rsidP="001E2F32">
      <w:pPr>
        <w:spacing w:line="480" w:lineRule="auto"/>
        <w:jc w:val="center"/>
        <w:rPr>
          <w:rFonts w:ascii="Garamond" w:hAnsi="Garamond"/>
        </w:rPr>
      </w:pPr>
      <w:r w:rsidRPr="00EF67F9">
        <w:rPr>
          <w:rFonts w:ascii="Garamond" w:hAnsi="Garamond"/>
        </w:rPr>
        <w:t>Lift them now.</w:t>
      </w:r>
      <w:r w:rsidRPr="00EF67F9">
        <w:rPr>
          <w:rFonts w:ascii="Garamond" w:hAnsi="Garamond"/>
        </w:rPr>
        <w:br/>
        <w:t>Higher.</w:t>
      </w:r>
      <w:r w:rsidRPr="00EF67F9">
        <w:rPr>
          <w:rFonts w:ascii="Garamond" w:hAnsi="Garamond"/>
        </w:rPr>
        <w:br/>
        <w:t>Further.</w:t>
      </w:r>
      <w:r w:rsidRPr="00EF67F9">
        <w:rPr>
          <w:rFonts w:ascii="Garamond" w:hAnsi="Garamond"/>
        </w:rPr>
        <w:br/>
        <w:t>Truer.</w:t>
      </w:r>
    </w:p>
    <w:p w:rsidR="00EF67F9" w:rsidRPr="00EF67F9" w:rsidRDefault="00EF67F9" w:rsidP="001E2F32">
      <w:pPr>
        <w:spacing w:line="480" w:lineRule="auto"/>
        <w:jc w:val="center"/>
        <w:rPr>
          <w:rFonts w:ascii="Garamond" w:hAnsi="Garamond"/>
        </w:rPr>
      </w:pPr>
      <w:r w:rsidRPr="00EF67F9">
        <w:rPr>
          <w:rFonts w:ascii="Garamond" w:hAnsi="Garamond"/>
        </w:rPr>
        <w:t>He is there — waiting for you to see Him.</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POETIC INTERLUDE: “The Gaze That Shifts Mountains”</w:t>
      </w:r>
    </w:p>
    <w:p w:rsidR="00EF67F9" w:rsidRPr="00EF67F9" w:rsidRDefault="00EF67F9" w:rsidP="001E2F32">
      <w:pPr>
        <w:spacing w:line="480" w:lineRule="auto"/>
        <w:jc w:val="center"/>
        <w:rPr>
          <w:rFonts w:ascii="Garamond" w:hAnsi="Garamond"/>
        </w:rPr>
      </w:pPr>
      <w:r w:rsidRPr="00EF67F9">
        <w:rPr>
          <w:rFonts w:ascii="Garamond" w:hAnsi="Garamond"/>
        </w:rPr>
        <w:t>Not down — at the dust of despair.</w:t>
      </w:r>
      <w:r w:rsidRPr="00EF67F9">
        <w:rPr>
          <w:rFonts w:ascii="Garamond" w:hAnsi="Garamond"/>
        </w:rPr>
        <w:br/>
        <w:t>Not sideways — at the success of others.</w:t>
      </w:r>
      <w:r w:rsidRPr="00EF67F9">
        <w:rPr>
          <w:rFonts w:ascii="Garamond" w:hAnsi="Garamond"/>
        </w:rPr>
        <w:br/>
        <w:t>Not inward — at the wounds you carry.</w:t>
      </w:r>
    </w:p>
    <w:p w:rsidR="00EF67F9" w:rsidRPr="00EF67F9" w:rsidRDefault="00EF67F9" w:rsidP="001E2F32">
      <w:pPr>
        <w:spacing w:line="480" w:lineRule="auto"/>
        <w:jc w:val="center"/>
        <w:rPr>
          <w:rFonts w:ascii="Garamond" w:hAnsi="Garamond"/>
        </w:rPr>
      </w:pPr>
      <w:r w:rsidRPr="00EF67F9">
        <w:rPr>
          <w:rFonts w:ascii="Garamond" w:hAnsi="Garamond"/>
        </w:rPr>
        <w:t>Up.</w:t>
      </w:r>
      <w:r w:rsidRPr="00EF67F9">
        <w:rPr>
          <w:rFonts w:ascii="Garamond" w:hAnsi="Garamond"/>
        </w:rPr>
        <w:br/>
        <w:t>Higher.</w:t>
      </w:r>
      <w:r w:rsidRPr="00EF67F9">
        <w:rPr>
          <w:rFonts w:ascii="Garamond" w:hAnsi="Garamond"/>
        </w:rPr>
        <w:br/>
        <w:t>Further.</w:t>
      </w:r>
    </w:p>
    <w:p w:rsidR="00EF67F9" w:rsidRPr="00EF67F9" w:rsidRDefault="00EF67F9" w:rsidP="001E2F32">
      <w:pPr>
        <w:spacing w:line="480" w:lineRule="auto"/>
        <w:jc w:val="center"/>
        <w:rPr>
          <w:rFonts w:ascii="Garamond" w:hAnsi="Garamond"/>
        </w:rPr>
      </w:pPr>
      <w:r w:rsidRPr="00EF67F9">
        <w:rPr>
          <w:rFonts w:ascii="Garamond" w:hAnsi="Garamond"/>
        </w:rPr>
        <w:t>To the One whose fingers carved Orion.</w:t>
      </w:r>
      <w:r w:rsidRPr="00EF67F9">
        <w:rPr>
          <w:rFonts w:ascii="Garamond" w:hAnsi="Garamond"/>
        </w:rPr>
        <w:br/>
        <w:t>Whose breath stilled the Red Sea.</w:t>
      </w:r>
      <w:r w:rsidRPr="00EF67F9">
        <w:rPr>
          <w:rFonts w:ascii="Garamond" w:hAnsi="Garamond"/>
        </w:rPr>
        <w:br/>
        <w:t>Whose voice calls stars by name —</w:t>
      </w:r>
      <w:r w:rsidRPr="00EF67F9">
        <w:rPr>
          <w:rFonts w:ascii="Garamond" w:hAnsi="Garamond"/>
        </w:rPr>
        <w:br/>
        <w:t>and calls you — Beloved.</w:t>
      </w:r>
    </w:p>
    <w:p w:rsidR="00EF67F9" w:rsidRPr="00EF67F9" w:rsidRDefault="00EF67F9" w:rsidP="001E2F32">
      <w:pPr>
        <w:spacing w:line="480" w:lineRule="auto"/>
        <w:jc w:val="center"/>
        <w:rPr>
          <w:rFonts w:ascii="Garamond" w:hAnsi="Garamond"/>
        </w:rPr>
      </w:pPr>
      <w:r w:rsidRPr="00EF67F9">
        <w:rPr>
          <w:rFonts w:ascii="Garamond" w:hAnsi="Garamond"/>
        </w:rPr>
        <w:t>When you lift your eyes —</w:t>
      </w:r>
      <w:r w:rsidRPr="00EF67F9">
        <w:rPr>
          <w:rFonts w:ascii="Garamond" w:hAnsi="Garamond"/>
        </w:rPr>
        <w:br/>
        <w:t>chains lose their grip.</w:t>
      </w:r>
      <w:r w:rsidRPr="00EF67F9">
        <w:rPr>
          <w:rFonts w:ascii="Garamond" w:hAnsi="Garamond"/>
        </w:rPr>
        <w:br/>
        <w:t>fears lose their voice.</w:t>
      </w:r>
      <w:r w:rsidRPr="00EF67F9">
        <w:rPr>
          <w:rFonts w:ascii="Garamond" w:hAnsi="Garamond"/>
        </w:rPr>
        <w:br/>
        <w:t>mountains lose their height.</w:t>
      </w:r>
    </w:p>
    <w:p w:rsidR="00EF67F9" w:rsidRPr="00EF67F9" w:rsidRDefault="00EF67F9" w:rsidP="001E2F32">
      <w:pPr>
        <w:spacing w:line="480" w:lineRule="auto"/>
        <w:jc w:val="center"/>
        <w:rPr>
          <w:rFonts w:ascii="Garamond" w:hAnsi="Garamond"/>
        </w:rPr>
      </w:pPr>
      <w:r w:rsidRPr="00EF67F9">
        <w:rPr>
          <w:rFonts w:ascii="Garamond" w:hAnsi="Garamond"/>
        </w:rPr>
        <w:t>For what you see — determines what you speak.</w:t>
      </w:r>
      <w:r w:rsidRPr="00EF67F9">
        <w:rPr>
          <w:rFonts w:ascii="Garamond" w:hAnsi="Garamond"/>
        </w:rPr>
        <w:br/>
        <w:t>What you behold — shapes what you believe.</w:t>
      </w:r>
    </w:p>
    <w:p w:rsidR="00EF67F9" w:rsidRPr="00EF67F9" w:rsidRDefault="00EF67F9" w:rsidP="001E2F32">
      <w:pPr>
        <w:spacing w:line="480" w:lineRule="auto"/>
        <w:jc w:val="center"/>
        <w:rPr>
          <w:rFonts w:ascii="Garamond" w:hAnsi="Garamond"/>
        </w:rPr>
      </w:pPr>
      <w:r w:rsidRPr="00EF67F9">
        <w:rPr>
          <w:rFonts w:ascii="Garamond" w:hAnsi="Garamond"/>
        </w:rPr>
        <w:t>Lift them —</w:t>
      </w:r>
      <w:r w:rsidRPr="00EF67F9">
        <w:rPr>
          <w:rFonts w:ascii="Garamond" w:hAnsi="Garamond"/>
        </w:rPr>
        <w:br/>
        <w:t>not once —</w:t>
      </w:r>
      <w:r w:rsidRPr="00EF67F9">
        <w:rPr>
          <w:rFonts w:ascii="Garamond" w:hAnsi="Garamond"/>
        </w:rPr>
        <w:br/>
        <w:t>but daily.</w:t>
      </w:r>
      <w:r w:rsidRPr="00EF67F9">
        <w:rPr>
          <w:rFonts w:ascii="Garamond" w:hAnsi="Garamond"/>
        </w:rPr>
        <w:br/>
        <w:t>hourly.</w:t>
      </w:r>
      <w:r w:rsidRPr="00EF67F9">
        <w:rPr>
          <w:rFonts w:ascii="Garamond" w:hAnsi="Garamond"/>
        </w:rPr>
        <w:br/>
        <w:t>moment by moment.</w:t>
      </w:r>
    </w:p>
    <w:p w:rsidR="00EF67F9" w:rsidRPr="00EF67F9" w:rsidRDefault="00EF67F9" w:rsidP="001E2F32">
      <w:pPr>
        <w:spacing w:line="480" w:lineRule="auto"/>
        <w:jc w:val="center"/>
        <w:rPr>
          <w:rFonts w:ascii="Garamond" w:hAnsi="Garamond"/>
        </w:rPr>
      </w:pPr>
      <w:r w:rsidRPr="00EF67F9">
        <w:rPr>
          <w:rFonts w:ascii="Garamond" w:hAnsi="Garamond"/>
        </w:rPr>
        <w:lastRenderedPageBreak/>
        <w:t>Until your vision —</w:t>
      </w:r>
      <w:r w:rsidRPr="00EF67F9">
        <w:rPr>
          <w:rFonts w:ascii="Garamond" w:hAnsi="Garamond"/>
        </w:rPr>
        <w:br/>
        <w:t>becomes your victory.</w:t>
      </w:r>
    </w:p>
    <w:p w:rsidR="00EF67F9" w:rsidRPr="00EF67F9" w:rsidRDefault="00EF67F9" w:rsidP="001E2F32">
      <w:pPr>
        <w:spacing w:line="480" w:lineRule="auto"/>
        <w:jc w:val="center"/>
        <w:rPr>
          <w:rFonts w:ascii="Garamond" w:hAnsi="Garamond"/>
        </w:rPr>
      </w:pPr>
      <w:r w:rsidRPr="00EF67F9">
        <w:rPr>
          <w:rFonts w:ascii="Garamond" w:hAnsi="Garamond"/>
        </w:rPr>
        <w:t>— Inspired by Isaiah 40:26 &amp; Psalm 121</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LITURGICAL RESPONSE: “The Liturgy of the Lifted Gaze”</w:t>
      </w:r>
    </w:p>
    <w:p w:rsidR="00EF67F9" w:rsidRPr="00EF67F9" w:rsidRDefault="00EF67F9" w:rsidP="001E2F32">
      <w:pPr>
        <w:spacing w:line="480" w:lineRule="auto"/>
        <w:jc w:val="center"/>
        <w:rPr>
          <w:rFonts w:ascii="Garamond" w:hAnsi="Garamond"/>
        </w:rPr>
      </w:pPr>
      <w:r w:rsidRPr="00EF67F9">
        <w:rPr>
          <w:rFonts w:ascii="Garamond" w:hAnsi="Garamond"/>
        </w:rPr>
        <w:t>Leader: YAHUAH, I lift my eyes above the storm —</w:t>
      </w:r>
      <w:r w:rsidRPr="00EF67F9">
        <w:rPr>
          <w:rFonts w:ascii="Garamond" w:hAnsi="Garamond"/>
        </w:rPr>
        <w:br/>
        <w:t>People: To the hills — from where my help comes.</w:t>
      </w:r>
    </w:p>
    <w:p w:rsidR="00EF67F9" w:rsidRPr="00EF67F9" w:rsidRDefault="00EF67F9" w:rsidP="001E2F32">
      <w:pPr>
        <w:spacing w:line="480" w:lineRule="auto"/>
        <w:jc w:val="center"/>
        <w:rPr>
          <w:rFonts w:ascii="Garamond" w:hAnsi="Garamond"/>
        </w:rPr>
      </w:pPr>
      <w:r w:rsidRPr="00EF67F9">
        <w:rPr>
          <w:rFonts w:ascii="Garamond" w:hAnsi="Garamond"/>
        </w:rPr>
        <w:t>Leader: I fix my gaze not on lack — but on Your faithfulness —</w:t>
      </w:r>
      <w:r w:rsidRPr="00EF67F9">
        <w:rPr>
          <w:rFonts w:ascii="Garamond" w:hAnsi="Garamond"/>
        </w:rPr>
        <w:br/>
        <w:t>People: Not on man’s report — but on Your promise.</w:t>
      </w:r>
    </w:p>
    <w:p w:rsidR="00EF67F9" w:rsidRPr="00EF67F9" w:rsidRDefault="00EF67F9" w:rsidP="001E2F32">
      <w:pPr>
        <w:spacing w:line="480" w:lineRule="auto"/>
        <w:jc w:val="center"/>
        <w:rPr>
          <w:rFonts w:ascii="Garamond" w:hAnsi="Garamond"/>
        </w:rPr>
      </w:pPr>
      <w:r w:rsidRPr="00EF67F9">
        <w:rPr>
          <w:rFonts w:ascii="Garamond" w:hAnsi="Garamond"/>
        </w:rPr>
        <w:t>Leader: Break every chain of anxious scanning —</w:t>
      </w:r>
      <w:r w:rsidRPr="00EF67F9">
        <w:rPr>
          <w:rFonts w:ascii="Garamond" w:hAnsi="Garamond"/>
        </w:rPr>
        <w:br/>
        <w:t>People: Anchor my vision in Your eternal purposes.</w:t>
      </w:r>
    </w:p>
    <w:p w:rsidR="00EF67F9" w:rsidRPr="00EF67F9" w:rsidRDefault="00EF67F9" w:rsidP="001E2F32">
      <w:pPr>
        <w:spacing w:line="480" w:lineRule="auto"/>
        <w:jc w:val="center"/>
        <w:rPr>
          <w:rFonts w:ascii="Garamond" w:hAnsi="Garamond"/>
        </w:rPr>
      </w:pPr>
      <w:r w:rsidRPr="00EF67F9">
        <w:rPr>
          <w:rFonts w:ascii="Garamond" w:hAnsi="Garamond"/>
        </w:rPr>
        <w:t>Leader: Let me see what You see —</w:t>
      </w:r>
      <w:r w:rsidRPr="00EF67F9">
        <w:rPr>
          <w:rFonts w:ascii="Garamond" w:hAnsi="Garamond"/>
        </w:rPr>
        <w:br/>
        <w:t>People: </w:t>
      </w:r>
      <w:proofErr w:type="gramStart"/>
      <w:r w:rsidRPr="00EF67F9">
        <w:rPr>
          <w:rFonts w:ascii="Garamond" w:hAnsi="Garamond"/>
        </w:rPr>
        <w:t>So</w:t>
      </w:r>
      <w:proofErr w:type="gramEnd"/>
      <w:r w:rsidRPr="00EF67F9">
        <w:rPr>
          <w:rFonts w:ascii="Garamond" w:hAnsi="Garamond"/>
        </w:rPr>
        <w:t xml:space="preserve"> I may speak what You speak — and walk where You lead.</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Vision that transforms reality!</w:t>
      </w:r>
    </w:p>
    <w:p w:rsidR="00EF67F9" w:rsidRPr="00EF67F9" w:rsidRDefault="00EF67F9" w:rsidP="001E2F32">
      <w:pPr>
        <w:spacing w:line="480" w:lineRule="auto"/>
        <w:jc w:val="center"/>
        <w:rPr>
          <w:rFonts w:ascii="Garamond" w:hAnsi="Garamond"/>
        </w:rPr>
      </w:pPr>
      <w:r w:rsidRPr="00EF67F9">
        <w:rPr>
          <w:rFonts w:ascii="Garamond" w:hAnsi="Garamond"/>
        </w:rPr>
        <w:t>(Pause. Whisper: “YAHUAH, lift my eyes — higher than my fear, further than my failure.”)</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PROPHETIC EXPANSION: “The Black Boiling Pot — And the Wise Who See”</w:t>
      </w:r>
    </w:p>
    <w:p w:rsidR="00EF67F9" w:rsidRPr="00EF67F9" w:rsidRDefault="00EF67F9" w:rsidP="001E2F32">
      <w:pPr>
        <w:spacing w:line="480" w:lineRule="auto"/>
        <w:jc w:val="center"/>
        <w:rPr>
          <w:rFonts w:ascii="Garamond" w:hAnsi="Garamond"/>
        </w:rPr>
      </w:pPr>
      <w:r w:rsidRPr="00EF67F9">
        <w:rPr>
          <w:rFonts w:ascii="Garamond" w:hAnsi="Garamond"/>
        </w:rPr>
        <w:t>“I saw a black boiling pot turned upside down, spilling a mixture… The handle of the pot pointing North… people lagging around in a stupor, as if they have no hope.”</w:t>
      </w:r>
    </w:p>
    <w:p w:rsidR="00EF67F9" w:rsidRPr="00EF67F9" w:rsidRDefault="00EF67F9" w:rsidP="001E2F32">
      <w:pPr>
        <w:spacing w:line="480" w:lineRule="auto"/>
        <w:jc w:val="center"/>
        <w:rPr>
          <w:rFonts w:ascii="Garamond" w:hAnsi="Garamond"/>
        </w:rPr>
      </w:pPr>
      <w:r w:rsidRPr="00EF67F9">
        <w:rPr>
          <w:rFonts w:ascii="Garamond" w:hAnsi="Garamond"/>
        </w:rPr>
        <w:t>Yirmiyahu saw what natural eyes could not —</w:t>
      </w:r>
      <w:r w:rsidRPr="00EF67F9">
        <w:rPr>
          <w:rFonts w:ascii="Garamond" w:hAnsi="Garamond"/>
        </w:rPr>
        <w:br/>
        <w:t>not just a nation in trouble —</w:t>
      </w:r>
      <w:r w:rsidRPr="00EF67F9">
        <w:rPr>
          <w:rFonts w:ascii="Garamond" w:hAnsi="Garamond"/>
        </w:rPr>
        <w:br/>
        <w:t>but a divine diagnosis.</w:t>
      </w:r>
      <w:r w:rsidRPr="00EF67F9">
        <w:rPr>
          <w:rFonts w:ascii="Garamond" w:hAnsi="Garamond"/>
        </w:rPr>
        <w:br/>
        <w:t>Not just chaos — but consequence.</w:t>
      </w:r>
      <w:r w:rsidRPr="00EF67F9">
        <w:rPr>
          <w:rFonts w:ascii="Garamond" w:hAnsi="Garamond"/>
        </w:rPr>
        <w:br/>
        <w:t>Not just confusion — but covenant warning.</w:t>
      </w:r>
    </w:p>
    <w:p w:rsidR="00EF67F9" w:rsidRPr="00EF67F9" w:rsidRDefault="00EF67F9" w:rsidP="001E2F32">
      <w:pPr>
        <w:spacing w:line="480" w:lineRule="auto"/>
        <w:jc w:val="center"/>
        <w:rPr>
          <w:rFonts w:ascii="Garamond" w:hAnsi="Garamond"/>
        </w:rPr>
      </w:pPr>
      <w:r w:rsidRPr="00EF67F9">
        <w:rPr>
          <w:rFonts w:ascii="Garamond" w:hAnsi="Garamond"/>
        </w:rPr>
        <w:t>YAHUAH asks:</w:t>
      </w:r>
    </w:p>
    <w:p w:rsidR="00EF67F9" w:rsidRPr="00EF67F9" w:rsidRDefault="00EF67F9" w:rsidP="001E2F32">
      <w:pPr>
        <w:spacing w:line="480" w:lineRule="auto"/>
        <w:jc w:val="center"/>
        <w:rPr>
          <w:rFonts w:ascii="Garamond" w:hAnsi="Garamond"/>
        </w:rPr>
      </w:pPr>
      <w:r w:rsidRPr="00EF67F9">
        <w:rPr>
          <w:rFonts w:ascii="Garamond" w:hAnsi="Garamond"/>
        </w:rPr>
        <w:t>“What do you see?”</w:t>
      </w:r>
      <w:r w:rsidRPr="00EF67F9">
        <w:rPr>
          <w:rFonts w:ascii="Garamond" w:hAnsi="Garamond"/>
        </w:rPr>
        <w:br/>
        <w:t>Not “What do you feel?”</w:t>
      </w:r>
      <w:r w:rsidRPr="00EF67F9">
        <w:rPr>
          <w:rFonts w:ascii="Garamond" w:hAnsi="Garamond"/>
        </w:rPr>
        <w:br/>
        <w:t>Not “What do you fear?”</w:t>
      </w:r>
      <w:r w:rsidRPr="00EF67F9">
        <w:rPr>
          <w:rFonts w:ascii="Garamond" w:hAnsi="Garamond"/>
        </w:rPr>
        <w:br/>
        <w:t>But — “What do you SEE?”</w:t>
      </w:r>
    </w:p>
    <w:p w:rsidR="00EF67F9" w:rsidRPr="00EF67F9" w:rsidRDefault="00EF67F9" w:rsidP="001E2F32">
      <w:pPr>
        <w:spacing w:line="480" w:lineRule="auto"/>
        <w:jc w:val="center"/>
        <w:rPr>
          <w:rFonts w:ascii="Garamond" w:hAnsi="Garamond"/>
        </w:rPr>
      </w:pPr>
      <w:r w:rsidRPr="00EF67F9">
        <w:rPr>
          <w:rFonts w:ascii="Garamond" w:hAnsi="Garamond"/>
        </w:rPr>
        <w:t>Spiritual sight is not passive — it is prophetic alignment.</w:t>
      </w:r>
      <w:r w:rsidRPr="00EF67F9">
        <w:rPr>
          <w:rFonts w:ascii="Garamond" w:hAnsi="Garamond"/>
        </w:rPr>
        <w:br/>
        <w:t>It sees beyond symptoms — to root causes.</w:t>
      </w:r>
      <w:r w:rsidRPr="00EF67F9">
        <w:rPr>
          <w:rFonts w:ascii="Garamond" w:hAnsi="Garamond"/>
        </w:rPr>
        <w:br/>
        <w:t>Beyond noise — to YAHUAH’s voice.</w:t>
      </w:r>
      <w:r w:rsidRPr="00EF67F9">
        <w:rPr>
          <w:rFonts w:ascii="Garamond" w:hAnsi="Garamond"/>
        </w:rPr>
        <w:br/>
        <w:t>Beyond despair — to His decree.</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What “black pot” am I staring at — without asking YAHUAH for interpretation?</w:t>
      </w:r>
      <w:r w:rsidRPr="00EF67F9">
        <w:rPr>
          <w:rFonts w:ascii="Garamond" w:hAnsi="Garamond"/>
        </w:rPr>
        <w:br/>
        <w:t>What “North wind” is blowing in my life — and I’ve called it coincidence?</w:t>
      </w:r>
      <w:r w:rsidRPr="00EF67F9">
        <w:rPr>
          <w:rFonts w:ascii="Garamond" w:hAnsi="Garamond"/>
        </w:rPr>
        <w:br/>
        <w:t>Where have I accepted “stupor” — when I was meant to see clearly?</w:t>
      </w:r>
    </w:p>
    <w:p w:rsidR="00EF67F9" w:rsidRPr="00EF67F9" w:rsidRDefault="00EF67F9" w:rsidP="001E2F32">
      <w:pPr>
        <w:spacing w:line="480" w:lineRule="auto"/>
        <w:jc w:val="center"/>
        <w:rPr>
          <w:rFonts w:ascii="Garamond" w:hAnsi="Garamond"/>
        </w:rPr>
      </w:pPr>
      <w:r w:rsidRPr="00EF67F9">
        <w:rPr>
          <w:rFonts w:ascii="Garamond" w:hAnsi="Garamond"/>
        </w:rPr>
        <w:lastRenderedPageBreak/>
        <w:t>Don’t just look — discern.</w:t>
      </w:r>
      <w:r w:rsidRPr="00EF67F9">
        <w:rPr>
          <w:rFonts w:ascii="Garamond" w:hAnsi="Garamond"/>
        </w:rPr>
        <w:br/>
        <w:t>Don’t just observe — intercede.</w:t>
      </w:r>
      <w:r w:rsidRPr="00EF67F9">
        <w:rPr>
          <w:rFonts w:ascii="Garamond" w:hAnsi="Garamond"/>
        </w:rPr>
        <w:br/>
        <w:t>Don’t just react — respond in the Spirit.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REFLECTIVE PAUSE: “Where Am I Refusing to Lift My Eyes?”</w:t>
      </w:r>
    </w:p>
    <w:p w:rsidR="00EF67F9" w:rsidRPr="00EF67F9" w:rsidRDefault="00EF67F9" w:rsidP="001E2F32">
      <w:pPr>
        <w:spacing w:line="480" w:lineRule="auto"/>
        <w:jc w:val="center"/>
        <w:rPr>
          <w:rFonts w:ascii="Garamond" w:hAnsi="Garamond"/>
        </w:rPr>
      </w:pPr>
      <w:r w:rsidRPr="00EF67F9">
        <w:rPr>
          <w:rFonts w:ascii="Garamond" w:hAnsi="Garamond"/>
        </w:rPr>
        <w:t>(Journal Space — leave blank lines in manuscript)</w:t>
      </w:r>
    </w:p>
    <w:p w:rsidR="00EF67F9" w:rsidRPr="00EF67F9" w:rsidRDefault="00EF67F9" w:rsidP="001E2F32">
      <w:pPr>
        <w:spacing w:line="480" w:lineRule="auto"/>
        <w:jc w:val="center"/>
        <w:rPr>
          <w:rFonts w:ascii="Garamond" w:hAnsi="Garamond"/>
        </w:rPr>
      </w:pPr>
      <w:r w:rsidRPr="00EF67F9">
        <w:rPr>
          <w:rFonts w:ascii="Garamond" w:hAnsi="Garamond"/>
        </w:rPr>
        <w:t>YAHUAH, search my vision —</w:t>
      </w:r>
      <w:r w:rsidRPr="00EF67F9">
        <w:rPr>
          <w:rFonts w:ascii="Garamond" w:hAnsi="Garamond"/>
        </w:rPr>
        <w:br/>
        <w:t>Where have I kept my eyes low — out of fear, shame, or distraction?</w:t>
      </w:r>
      <w:r w:rsidRPr="00EF67F9">
        <w:rPr>
          <w:rFonts w:ascii="Garamond" w:hAnsi="Garamond"/>
        </w:rPr>
        <w:br/>
        <w:t>What “pot” have I stared at — without seeking Your interpretation?</w:t>
      </w:r>
      <w:r w:rsidRPr="00EF67F9">
        <w:rPr>
          <w:rFonts w:ascii="Garamond" w:hAnsi="Garamond"/>
        </w:rPr>
        <w:br/>
        <w:t>Where have I accepted despair — when You called me to prophetic sight?</w:t>
      </w:r>
    </w:p>
    <w:p w:rsidR="00EF67F9" w:rsidRPr="00EF67F9" w:rsidRDefault="00EF67F9" w:rsidP="001E2F32">
      <w:pPr>
        <w:spacing w:line="480" w:lineRule="auto"/>
        <w:jc w:val="center"/>
        <w:rPr>
          <w:rFonts w:ascii="Garamond" w:hAnsi="Garamond"/>
        </w:rPr>
      </w:pPr>
      <w:r w:rsidRPr="00EF67F9">
        <w:rPr>
          <w:rFonts w:ascii="Garamond" w:hAnsi="Garamond"/>
        </w:rPr>
        <w:t>I repent of limited vision.</w:t>
      </w:r>
      <w:r w:rsidRPr="00EF67F9">
        <w:rPr>
          <w:rFonts w:ascii="Garamond" w:hAnsi="Garamond"/>
        </w:rPr>
        <w:br/>
        <w:t>I renounce spiritual nearsightedness.</w:t>
      </w:r>
      <w:r w:rsidRPr="00EF67F9">
        <w:rPr>
          <w:rFonts w:ascii="Garamond" w:hAnsi="Garamond"/>
        </w:rPr>
        <w:br/>
        <w:t>I choose to lift my eyes — daily, deliberately, dependently.</w:t>
      </w:r>
    </w:p>
    <w:p w:rsidR="00EF67F9" w:rsidRPr="00EF67F9" w:rsidRDefault="00EF67F9" w:rsidP="001E2F32">
      <w:pPr>
        <w:spacing w:line="480" w:lineRule="auto"/>
        <w:jc w:val="center"/>
        <w:rPr>
          <w:rFonts w:ascii="Garamond" w:hAnsi="Garamond"/>
        </w:rPr>
      </w:pPr>
      <w:r w:rsidRPr="00EF67F9">
        <w:rPr>
          <w:rFonts w:ascii="Garamond" w:hAnsi="Garamond"/>
        </w:rPr>
        <w:t>Show me what You see.</w:t>
      </w:r>
      <w:r w:rsidRPr="00EF67F9">
        <w:rPr>
          <w:rFonts w:ascii="Garamond" w:hAnsi="Garamond"/>
        </w:rPr>
        <w:br/>
        <w:t>Align my gaze with Yours.</w:t>
      </w:r>
      <w:r w:rsidRPr="00EF67F9">
        <w:rPr>
          <w:rFonts w:ascii="Garamond" w:hAnsi="Garamond"/>
        </w:rPr>
        <w:br/>
        <w:t>Let my vision become my voice — and my voice, my victory.</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Breathe. Wait. Listen.)</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HEBRAIC INSIGHT: “SE’U EINEICHEM — THE COMMAND THAT PRECEDES DELIVERANCE”</w:t>
      </w:r>
    </w:p>
    <w:p w:rsidR="00EF67F9" w:rsidRPr="00EF67F9" w:rsidRDefault="00EF67F9" w:rsidP="001E2F32">
      <w:pPr>
        <w:spacing w:line="480" w:lineRule="auto"/>
        <w:jc w:val="center"/>
        <w:rPr>
          <w:rFonts w:ascii="Garamond" w:hAnsi="Garamond"/>
        </w:rPr>
      </w:pPr>
      <w:proofErr w:type="spellStart"/>
      <w:r w:rsidRPr="00EF67F9">
        <w:rPr>
          <w:rFonts w:ascii="Garamond" w:hAnsi="Garamond"/>
        </w:rPr>
        <w:t>Se’u</w:t>
      </w:r>
      <w:proofErr w:type="spellEnd"/>
      <w:r w:rsidRPr="00EF67F9">
        <w:rPr>
          <w:rFonts w:ascii="Garamond" w:hAnsi="Garamond"/>
        </w:rPr>
        <w:t xml:space="preserve"> </w:t>
      </w:r>
      <w:proofErr w:type="spellStart"/>
      <w:r w:rsidRPr="00EF67F9">
        <w:rPr>
          <w:rFonts w:ascii="Garamond" w:hAnsi="Garamond"/>
        </w:rPr>
        <w:t>Eineichem</w:t>
      </w:r>
      <w:proofErr w:type="spellEnd"/>
      <w:r w:rsidRPr="00EF67F9">
        <w:rPr>
          <w:rFonts w:ascii="Garamond" w:hAnsi="Garamond"/>
        </w:rPr>
        <w:t> (</w:t>
      </w:r>
      <w:r w:rsidRPr="00EF67F9">
        <w:rPr>
          <w:rFonts w:ascii="Times New Roman" w:hAnsi="Times New Roman" w:cs="Times New Roman"/>
        </w:rPr>
        <w:t>שְׂ</w:t>
      </w:r>
      <w:proofErr w:type="spellStart"/>
      <w:r w:rsidRPr="00EF67F9">
        <w:rPr>
          <w:rFonts w:ascii="Times New Roman" w:hAnsi="Times New Roman" w:cs="Times New Roman"/>
        </w:rPr>
        <w:t>או</w:t>
      </w:r>
      <w:proofErr w:type="spellEnd"/>
      <w:r w:rsidRPr="00EF67F9">
        <w:rPr>
          <w:rFonts w:ascii="Times New Roman" w:hAnsi="Times New Roman" w:cs="Times New Roman"/>
        </w:rPr>
        <w:t>ּ</w:t>
      </w:r>
      <w:r w:rsidRPr="00EF67F9">
        <w:rPr>
          <w:rFonts w:ascii="Garamond" w:hAnsi="Garamond"/>
        </w:rPr>
        <w:t xml:space="preserve"> </w:t>
      </w:r>
      <w:proofErr w:type="spellStart"/>
      <w:r w:rsidRPr="00EF67F9">
        <w:rPr>
          <w:rFonts w:ascii="Times New Roman" w:hAnsi="Times New Roman" w:cs="Times New Roman"/>
        </w:rPr>
        <w:t>עֵינֵיכֶם</w:t>
      </w:r>
      <w:proofErr w:type="spellEnd"/>
      <w:r w:rsidRPr="00EF67F9">
        <w:rPr>
          <w:rFonts w:ascii="Garamond" w:hAnsi="Garamond"/>
        </w:rPr>
        <w:t>) — “Lift up your eyes” — is a recurring command in Scripture, always preceding revelation or rescue:</w:t>
      </w:r>
    </w:p>
    <w:p w:rsidR="00EF67F9" w:rsidRPr="00EF67F9" w:rsidRDefault="00EF67F9" w:rsidP="001E2F32">
      <w:pPr>
        <w:numPr>
          <w:ilvl w:val="0"/>
          <w:numId w:val="15"/>
        </w:numPr>
        <w:spacing w:line="480" w:lineRule="auto"/>
        <w:jc w:val="center"/>
        <w:rPr>
          <w:rFonts w:ascii="Garamond" w:hAnsi="Garamond"/>
        </w:rPr>
      </w:pPr>
      <w:r w:rsidRPr="00EF67F9">
        <w:rPr>
          <w:rFonts w:ascii="Garamond" w:hAnsi="Garamond"/>
        </w:rPr>
        <w:t>Genesis 13:14 — “Lift up your eyes… all the land I give to you.”</w:t>
      </w:r>
    </w:p>
    <w:p w:rsidR="00EF67F9" w:rsidRPr="00EF67F9" w:rsidRDefault="00EF67F9" w:rsidP="001E2F32">
      <w:pPr>
        <w:numPr>
          <w:ilvl w:val="0"/>
          <w:numId w:val="15"/>
        </w:numPr>
        <w:spacing w:line="480" w:lineRule="auto"/>
        <w:jc w:val="center"/>
        <w:rPr>
          <w:rFonts w:ascii="Garamond" w:hAnsi="Garamond"/>
        </w:rPr>
      </w:pPr>
      <w:r w:rsidRPr="00EF67F9">
        <w:rPr>
          <w:rFonts w:ascii="Garamond" w:hAnsi="Garamond"/>
        </w:rPr>
        <w:t>Isaiah 40:26 — “Lift up your eyes on high… who created these?”</w:t>
      </w:r>
    </w:p>
    <w:p w:rsidR="00EF67F9" w:rsidRPr="00EF67F9" w:rsidRDefault="00EF67F9" w:rsidP="001E2F32">
      <w:pPr>
        <w:numPr>
          <w:ilvl w:val="0"/>
          <w:numId w:val="15"/>
        </w:numPr>
        <w:spacing w:line="480" w:lineRule="auto"/>
        <w:jc w:val="center"/>
        <w:rPr>
          <w:rFonts w:ascii="Garamond" w:hAnsi="Garamond"/>
        </w:rPr>
      </w:pPr>
      <w:r w:rsidRPr="00EF67F9">
        <w:rPr>
          <w:rFonts w:ascii="Garamond" w:hAnsi="Garamond"/>
        </w:rPr>
        <w:t>Psalm 121:1 — “I lift my eyes to the hills — from where does my help come?”</w:t>
      </w:r>
    </w:p>
    <w:p w:rsidR="00EF67F9" w:rsidRPr="00EF67F9" w:rsidRDefault="00EF67F9" w:rsidP="001E2F32">
      <w:pPr>
        <w:spacing w:line="480" w:lineRule="auto"/>
        <w:jc w:val="center"/>
        <w:rPr>
          <w:rFonts w:ascii="Garamond" w:hAnsi="Garamond"/>
        </w:rPr>
      </w:pPr>
      <w:r w:rsidRPr="00EF67F9">
        <w:rPr>
          <w:rFonts w:ascii="Garamond" w:hAnsi="Garamond"/>
        </w:rPr>
        <w:t>This is not poetic suggestion — it is prophetic discipline.</w:t>
      </w:r>
      <w:r w:rsidRPr="00EF67F9">
        <w:rPr>
          <w:rFonts w:ascii="Garamond" w:hAnsi="Garamond"/>
        </w:rPr>
        <w:br/>
        <w:t>To lift your eyes is to:</w:t>
      </w:r>
    </w:p>
    <w:p w:rsidR="00EF67F9" w:rsidRPr="00EF67F9" w:rsidRDefault="00EF67F9" w:rsidP="001E2F32">
      <w:pPr>
        <w:numPr>
          <w:ilvl w:val="0"/>
          <w:numId w:val="16"/>
        </w:numPr>
        <w:spacing w:line="480" w:lineRule="auto"/>
        <w:jc w:val="center"/>
        <w:rPr>
          <w:rFonts w:ascii="Garamond" w:hAnsi="Garamond"/>
        </w:rPr>
      </w:pPr>
      <w:r w:rsidRPr="00EF67F9">
        <w:rPr>
          <w:rFonts w:ascii="Garamond" w:hAnsi="Garamond"/>
          <w:b/>
          <w:bCs/>
        </w:rPr>
        <w:t>Shift focus</w:t>
      </w:r>
      <w:r w:rsidRPr="00EF67F9">
        <w:rPr>
          <w:rFonts w:ascii="Garamond" w:hAnsi="Garamond"/>
        </w:rPr>
        <w:t> from temporal to eternal</w:t>
      </w:r>
    </w:p>
    <w:p w:rsidR="00EF67F9" w:rsidRPr="00EF67F9" w:rsidRDefault="00EF67F9" w:rsidP="001E2F32">
      <w:pPr>
        <w:numPr>
          <w:ilvl w:val="0"/>
          <w:numId w:val="16"/>
        </w:numPr>
        <w:spacing w:line="480" w:lineRule="auto"/>
        <w:jc w:val="center"/>
        <w:rPr>
          <w:rFonts w:ascii="Garamond" w:hAnsi="Garamond"/>
        </w:rPr>
      </w:pPr>
      <w:r w:rsidRPr="00EF67F9">
        <w:rPr>
          <w:rFonts w:ascii="Garamond" w:hAnsi="Garamond"/>
          <w:b/>
          <w:bCs/>
        </w:rPr>
        <w:t>Activate faith</w:t>
      </w:r>
      <w:r w:rsidRPr="00EF67F9">
        <w:rPr>
          <w:rFonts w:ascii="Garamond" w:hAnsi="Garamond"/>
        </w:rPr>
        <w:t> by beholding YAHUAH’s sovereignty</w:t>
      </w:r>
    </w:p>
    <w:p w:rsidR="00EF67F9" w:rsidRPr="00EF67F9" w:rsidRDefault="00EF67F9" w:rsidP="001E2F32">
      <w:pPr>
        <w:numPr>
          <w:ilvl w:val="0"/>
          <w:numId w:val="16"/>
        </w:numPr>
        <w:spacing w:line="480" w:lineRule="auto"/>
        <w:jc w:val="center"/>
        <w:rPr>
          <w:rFonts w:ascii="Garamond" w:hAnsi="Garamond"/>
        </w:rPr>
      </w:pPr>
      <w:r w:rsidRPr="00EF67F9">
        <w:rPr>
          <w:rFonts w:ascii="Garamond" w:hAnsi="Garamond"/>
          <w:b/>
          <w:bCs/>
        </w:rPr>
        <w:t>Receive strategy</w:t>
      </w:r>
      <w:r w:rsidRPr="00EF67F9">
        <w:rPr>
          <w:rFonts w:ascii="Garamond" w:hAnsi="Garamond"/>
        </w:rPr>
        <w:t> by seeing from His vantage point</w:t>
      </w:r>
    </w:p>
    <w:p w:rsidR="00EF67F9" w:rsidRPr="00EF67F9" w:rsidRDefault="00EF67F9" w:rsidP="001E2F32">
      <w:pPr>
        <w:spacing w:line="480" w:lineRule="auto"/>
        <w:jc w:val="center"/>
        <w:rPr>
          <w:rFonts w:ascii="Garamond" w:hAnsi="Garamond"/>
        </w:rPr>
      </w:pPr>
      <w:r w:rsidRPr="00EF67F9">
        <w:rPr>
          <w:rFonts w:ascii="Garamond" w:hAnsi="Garamond"/>
        </w:rPr>
        <w:t>In Hebrew thought, eyes (</w:t>
      </w:r>
      <w:proofErr w:type="spellStart"/>
      <w:r w:rsidRPr="00EF67F9">
        <w:rPr>
          <w:rFonts w:ascii="Garamond" w:hAnsi="Garamond"/>
        </w:rPr>
        <w:t>einayim</w:t>
      </w:r>
      <w:proofErr w:type="spellEnd"/>
      <w:r w:rsidRPr="00EF67F9">
        <w:rPr>
          <w:rFonts w:ascii="Garamond" w:hAnsi="Garamond"/>
        </w:rPr>
        <w:t>) represent understanding and spiritual perception.</w:t>
      </w:r>
      <w:r w:rsidRPr="00EF67F9">
        <w:rPr>
          <w:rFonts w:ascii="Garamond" w:hAnsi="Garamond"/>
        </w:rPr>
        <w:br/>
        <w:t>To lift them is to say:</w:t>
      </w:r>
    </w:p>
    <w:p w:rsidR="00EF67F9" w:rsidRPr="00EF67F9" w:rsidRDefault="00EF67F9" w:rsidP="001E2F32">
      <w:pPr>
        <w:spacing w:line="480" w:lineRule="auto"/>
        <w:jc w:val="center"/>
        <w:rPr>
          <w:rFonts w:ascii="Garamond" w:hAnsi="Garamond"/>
        </w:rPr>
      </w:pPr>
      <w:r w:rsidRPr="00EF67F9">
        <w:rPr>
          <w:rFonts w:ascii="Garamond" w:hAnsi="Garamond"/>
        </w:rPr>
        <w:t>“I refuse to be governed by what is seen.</w:t>
      </w:r>
      <w:r w:rsidRPr="00EF67F9">
        <w:rPr>
          <w:rFonts w:ascii="Garamond" w:hAnsi="Garamond"/>
        </w:rPr>
        <w:br/>
        <w:t>I choose to be directed by what is unseen — and eternal.”</w:t>
      </w:r>
    </w:p>
    <w:p w:rsidR="00EF67F9" w:rsidRPr="00EF67F9" w:rsidRDefault="00EF67F9" w:rsidP="001E2F32">
      <w:pPr>
        <w:spacing w:line="480" w:lineRule="auto"/>
        <w:jc w:val="center"/>
        <w:rPr>
          <w:rFonts w:ascii="Garamond" w:hAnsi="Garamond"/>
        </w:rPr>
      </w:pPr>
      <w:r w:rsidRPr="00EF67F9">
        <w:rPr>
          <w:rFonts w:ascii="Garamond" w:hAnsi="Garamond"/>
        </w:rPr>
        <w:t>Your breakthrough begins — not with action —</w:t>
      </w:r>
      <w:r w:rsidRPr="00EF67F9">
        <w:rPr>
          <w:rFonts w:ascii="Garamond" w:hAnsi="Garamond"/>
        </w:rPr>
        <w:br/>
        <w:t>but with altitude.</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CLOSING PRAYER: “Anchor My Gaze in Your Throne”</w:t>
      </w:r>
    </w:p>
    <w:p w:rsidR="00EF67F9" w:rsidRPr="00EF67F9" w:rsidRDefault="00EF67F9" w:rsidP="001E2F32">
      <w:pPr>
        <w:spacing w:line="480" w:lineRule="auto"/>
        <w:jc w:val="center"/>
        <w:rPr>
          <w:rFonts w:ascii="Garamond" w:hAnsi="Garamond"/>
        </w:rPr>
      </w:pPr>
      <w:r w:rsidRPr="00EF67F9">
        <w:rPr>
          <w:rFonts w:ascii="Garamond" w:hAnsi="Garamond"/>
        </w:rPr>
        <w:t>Father YAHUAH,</w:t>
      </w:r>
      <w:r w:rsidRPr="00EF67F9">
        <w:rPr>
          <w:rFonts w:ascii="Garamond" w:hAnsi="Garamond"/>
        </w:rPr>
        <w:br/>
        <w:t>Break every chain that keeps my eyes low —</w:t>
      </w:r>
      <w:r w:rsidRPr="00EF67F9">
        <w:rPr>
          <w:rFonts w:ascii="Garamond" w:hAnsi="Garamond"/>
        </w:rPr>
        <w:br/>
        <w:t>fear, distraction, comparison, despair.</w:t>
      </w:r>
      <w:r w:rsidRPr="00EF67F9">
        <w:rPr>
          <w:rFonts w:ascii="Garamond" w:hAnsi="Garamond"/>
        </w:rPr>
        <w:br/>
        <w:t>Give me holy boldness to lift my gaze — above every storm, every lack, every lie.</w:t>
      </w:r>
    </w:p>
    <w:p w:rsidR="00EF67F9" w:rsidRPr="00EF67F9" w:rsidRDefault="00EF67F9" w:rsidP="001E2F32">
      <w:pPr>
        <w:spacing w:line="480" w:lineRule="auto"/>
        <w:jc w:val="center"/>
        <w:rPr>
          <w:rFonts w:ascii="Garamond" w:hAnsi="Garamond"/>
        </w:rPr>
      </w:pPr>
      <w:r w:rsidRPr="00EF67F9">
        <w:rPr>
          <w:rFonts w:ascii="Garamond" w:hAnsi="Garamond"/>
        </w:rPr>
        <w:t>Show me what You see.</w:t>
      </w:r>
      <w:r w:rsidRPr="00EF67F9">
        <w:rPr>
          <w:rFonts w:ascii="Garamond" w:hAnsi="Garamond"/>
        </w:rPr>
        <w:br/>
        <w:t>Align my vision with Your purposes.</w:t>
      </w:r>
      <w:r w:rsidRPr="00EF67F9">
        <w:rPr>
          <w:rFonts w:ascii="Garamond" w:hAnsi="Garamond"/>
        </w:rPr>
        <w:br/>
        <w:t>Let me discern the “black pots” — and interpret them by Your Spirit.</w:t>
      </w:r>
    </w:p>
    <w:p w:rsidR="00EF67F9" w:rsidRPr="00EF67F9" w:rsidRDefault="00EF67F9" w:rsidP="001E2F32">
      <w:pPr>
        <w:spacing w:line="480" w:lineRule="auto"/>
        <w:jc w:val="center"/>
        <w:rPr>
          <w:rFonts w:ascii="Garamond" w:hAnsi="Garamond"/>
        </w:rPr>
      </w:pPr>
      <w:r w:rsidRPr="00EF67F9">
        <w:rPr>
          <w:rFonts w:ascii="Garamond" w:hAnsi="Garamond"/>
        </w:rPr>
        <w:t>I will not stare at the problem.</w:t>
      </w:r>
      <w:r w:rsidRPr="00EF67F9">
        <w:rPr>
          <w:rFonts w:ascii="Garamond" w:hAnsi="Garamond"/>
        </w:rPr>
        <w:br/>
        <w:t>I will not magnify the mountain.</w:t>
      </w:r>
      <w:r w:rsidRPr="00EF67F9">
        <w:rPr>
          <w:rFonts w:ascii="Garamond" w:hAnsi="Garamond"/>
        </w:rPr>
        <w:br/>
        <w:t>I will fix my eyes on You — the Author and Perfecter of my faith.</w:t>
      </w:r>
    </w:p>
    <w:p w:rsidR="00EF67F9" w:rsidRPr="00EF67F9" w:rsidRDefault="00EF67F9" w:rsidP="001E2F32">
      <w:pPr>
        <w:spacing w:line="480" w:lineRule="auto"/>
        <w:jc w:val="center"/>
        <w:rPr>
          <w:rFonts w:ascii="Garamond" w:hAnsi="Garamond"/>
        </w:rPr>
      </w:pPr>
      <w:r w:rsidRPr="00EF67F9">
        <w:rPr>
          <w:rFonts w:ascii="Garamond" w:hAnsi="Garamond"/>
        </w:rPr>
        <w:t>Let my lifted eyes become my lifted voice.</w:t>
      </w:r>
      <w:r w:rsidRPr="00EF67F9">
        <w:rPr>
          <w:rFonts w:ascii="Garamond" w:hAnsi="Garamond"/>
        </w:rPr>
        <w:br/>
        <w:t>Let my heavenly vision become earthly victory.</w:t>
      </w:r>
    </w:p>
    <w:p w:rsidR="00EF67F9" w:rsidRPr="00EF67F9" w:rsidRDefault="00EF67F9" w:rsidP="001E2F32">
      <w:pPr>
        <w:spacing w:line="480" w:lineRule="auto"/>
        <w:jc w:val="center"/>
        <w:rPr>
          <w:rFonts w:ascii="Garamond" w:hAnsi="Garamond"/>
        </w:rPr>
      </w:pPr>
      <w:r w:rsidRPr="00EF67F9">
        <w:rPr>
          <w:rFonts w:ascii="Garamond" w:hAnsi="Garamond"/>
        </w:rPr>
        <w:t>In the Name of YAHUSHA —</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1E2F32" w:rsidRDefault="00EF67F9"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CHAPTER 14: THE SHADOW OF THE ALMIGHTY</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t>🕊️</w:t>
      </w:r>
      <w:r w:rsidRPr="00EF67F9">
        <w:rPr>
          <w:rFonts w:ascii="Garamond" w:hAnsi="Garamond"/>
        </w:rPr>
        <w:t> “He who dwells in the secret place of the Most High shall abide under the shadow of the Almighty.”</w:t>
      </w:r>
      <w:r w:rsidRPr="00EF67F9">
        <w:rPr>
          <w:rFonts w:ascii="Garamond" w:hAnsi="Garamond"/>
        </w:rPr>
        <w:br/>
        <w:t>— Psalm 91:1</w:t>
      </w:r>
    </w:p>
    <w:p w:rsidR="00EF67F9" w:rsidRPr="00EF67F9" w:rsidRDefault="00EF67F9" w:rsidP="001E2F32">
      <w:pPr>
        <w:spacing w:line="480" w:lineRule="auto"/>
        <w:jc w:val="center"/>
        <w:rPr>
          <w:rFonts w:ascii="Garamond" w:hAnsi="Garamond"/>
        </w:rPr>
      </w:pPr>
      <w:r w:rsidRPr="00EF67F9">
        <w:rPr>
          <w:rFonts w:ascii="Garamond" w:hAnsi="Garamond"/>
        </w:rPr>
        <w:t>Beloved — hear this:</w:t>
      </w:r>
    </w:p>
    <w:p w:rsidR="00EF67F9" w:rsidRPr="00EF67F9" w:rsidRDefault="00EF67F9" w:rsidP="001E2F32">
      <w:pPr>
        <w:spacing w:line="480" w:lineRule="auto"/>
        <w:jc w:val="center"/>
        <w:rPr>
          <w:rFonts w:ascii="Garamond" w:hAnsi="Garamond"/>
        </w:rPr>
      </w:pPr>
      <w:r w:rsidRPr="00EF67F9">
        <w:rPr>
          <w:rFonts w:ascii="Garamond" w:hAnsi="Garamond"/>
        </w:rPr>
        <w:t>There is a Shadow…</w:t>
      </w:r>
      <w:r w:rsidRPr="00EF67F9">
        <w:rPr>
          <w:rFonts w:ascii="Garamond" w:hAnsi="Garamond"/>
        </w:rPr>
        <w:br/>
        <w:t>not of darkness, not of dread, not of abandonment —</w:t>
      </w:r>
      <w:r w:rsidRPr="00EF67F9">
        <w:rPr>
          <w:rFonts w:ascii="Garamond" w:hAnsi="Garamond"/>
        </w:rPr>
        <w:br/>
        <w:t>but of covering.</w:t>
      </w:r>
      <w:r w:rsidRPr="00EF67F9">
        <w:rPr>
          <w:rFonts w:ascii="Garamond" w:hAnsi="Garamond"/>
        </w:rPr>
        <w:br/>
        <w:t>Of nearness.</w:t>
      </w:r>
      <w:r w:rsidRPr="00EF67F9">
        <w:rPr>
          <w:rFonts w:ascii="Garamond" w:hAnsi="Garamond"/>
        </w:rPr>
        <w:br/>
        <w:t>Of intimacy so fierce — it becomes your fortress.</w:t>
      </w:r>
    </w:p>
    <w:p w:rsidR="00EF67F9" w:rsidRPr="00EF67F9" w:rsidRDefault="00EF67F9" w:rsidP="001E2F32">
      <w:pPr>
        <w:spacing w:line="480" w:lineRule="auto"/>
        <w:jc w:val="center"/>
        <w:rPr>
          <w:rFonts w:ascii="Garamond" w:hAnsi="Garamond"/>
        </w:rPr>
      </w:pPr>
      <w:r w:rsidRPr="00EF67F9">
        <w:rPr>
          <w:rFonts w:ascii="Garamond" w:hAnsi="Garamond"/>
        </w:rPr>
        <w:t>This is </w:t>
      </w:r>
      <w:proofErr w:type="spellStart"/>
      <w:r w:rsidRPr="00EF67F9">
        <w:rPr>
          <w:rFonts w:ascii="Garamond" w:hAnsi="Garamond"/>
          <w:b/>
          <w:bCs/>
        </w:rPr>
        <w:t>Tzel</w:t>
      </w:r>
      <w:proofErr w:type="spellEnd"/>
      <w:r w:rsidRPr="00EF67F9">
        <w:rPr>
          <w:rFonts w:ascii="Garamond" w:hAnsi="Garamond"/>
          <w:b/>
          <w:bCs/>
        </w:rPr>
        <w:t xml:space="preserve"> </w:t>
      </w:r>
      <w:proofErr w:type="spellStart"/>
      <w:r w:rsidRPr="00EF67F9">
        <w:rPr>
          <w:rFonts w:ascii="Garamond" w:hAnsi="Garamond"/>
          <w:b/>
          <w:bCs/>
        </w:rPr>
        <w:t>HaShaddai</w:t>
      </w:r>
      <w:proofErr w:type="spellEnd"/>
      <w:r w:rsidRPr="00EF67F9">
        <w:rPr>
          <w:rFonts w:ascii="Garamond" w:hAnsi="Garamond"/>
        </w:rPr>
        <w:t> —</w:t>
      </w:r>
      <w:r w:rsidRPr="00EF67F9">
        <w:rPr>
          <w:rFonts w:ascii="Garamond" w:hAnsi="Garamond"/>
        </w:rPr>
        <w:br/>
        <w:t>The Shadow of the Almighty —</w:t>
      </w:r>
      <w:r w:rsidRPr="00EF67F9">
        <w:rPr>
          <w:rFonts w:ascii="Garamond" w:hAnsi="Garamond"/>
        </w:rPr>
        <w:br/>
        <w:t>where no weapon formed shall prosper,</w:t>
      </w:r>
      <w:r w:rsidRPr="00EF67F9">
        <w:rPr>
          <w:rFonts w:ascii="Garamond" w:hAnsi="Garamond"/>
        </w:rPr>
        <w:br/>
        <w:t>where no plague comes near your tent,</w:t>
      </w:r>
      <w:r w:rsidRPr="00EF67F9">
        <w:rPr>
          <w:rFonts w:ascii="Garamond" w:hAnsi="Garamond"/>
        </w:rPr>
        <w:br/>
        <w:t>where no terror rules your night.</w:t>
      </w:r>
    </w:p>
    <w:p w:rsidR="00EF67F9" w:rsidRPr="00EF67F9" w:rsidRDefault="00EF67F9" w:rsidP="001E2F32">
      <w:pPr>
        <w:spacing w:line="480" w:lineRule="auto"/>
        <w:jc w:val="center"/>
        <w:rPr>
          <w:rFonts w:ascii="Garamond" w:hAnsi="Garamond"/>
        </w:rPr>
      </w:pPr>
      <w:r w:rsidRPr="00EF67F9">
        <w:rPr>
          <w:rFonts w:ascii="Garamond" w:hAnsi="Garamond"/>
        </w:rPr>
        <w:t>“In the shadow of the Almighty I shall not fear. Your rod and Your staff shall comfort me… Surely goodness and mercy will follow me, and I shall dwell in the tabernacle of YHWH all the days of my life.”</w:t>
      </w:r>
    </w:p>
    <w:p w:rsidR="00EF67F9" w:rsidRPr="00EF67F9" w:rsidRDefault="00EF67F9" w:rsidP="001E2F32">
      <w:pPr>
        <w:spacing w:line="480" w:lineRule="auto"/>
        <w:jc w:val="center"/>
        <w:rPr>
          <w:rFonts w:ascii="Garamond" w:hAnsi="Garamond"/>
        </w:rPr>
      </w:pPr>
      <w:r w:rsidRPr="00EF67F9">
        <w:rPr>
          <w:rFonts w:ascii="Garamond" w:hAnsi="Garamond"/>
        </w:rPr>
        <w:t>You were not made to live exposed —</w:t>
      </w:r>
      <w:r w:rsidRPr="00EF67F9">
        <w:rPr>
          <w:rFonts w:ascii="Garamond" w:hAnsi="Garamond"/>
        </w:rPr>
        <w:br/>
        <w:t>to the enemy’s schemes,</w:t>
      </w:r>
      <w:r w:rsidRPr="00EF67F9">
        <w:rPr>
          <w:rFonts w:ascii="Garamond" w:hAnsi="Garamond"/>
        </w:rPr>
        <w:br/>
        <w:t>to the world’s noise,</w:t>
      </w:r>
      <w:r w:rsidRPr="00EF67F9">
        <w:rPr>
          <w:rFonts w:ascii="Garamond" w:hAnsi="Garamond"/>
        </w:rPr>
        <w:br/>
        <w:t>to your own striving.</w:t>
      </w:r>
    </w:p>
    <w:p w:rsidR="00EF67F9" w:rsidRPr="00EF67F9" w:rsidRDefault="00EF67F9" w:rsidP="001E2F32">
      <w:pPr>
        <w:spacing w:line="480" w:lineRule="auto"/>
        <w:jc w:val="center"/>
        <w:rPr>
          <w:rFonts w:ascii="Garamond" w:hAnsi="Garamond"/>
        </w:rPr>
      </w:pPr>
      <w:r w:rsidRPr="00EF67F9">
        <w:rPr>
          <w:rFonts w:ascii="Garamond" w:hAnsi="Garamond"/>
        </w:rPr>
        <w:lastRenderedPageBreak/>
        <w:t>You were made to dwell.</w:t>
      </w:r>
      <w:r w:rsidRPr="00EF67F9">
        <w:rPr>
          <w:rFonts w:ascii="Garamond" w:hAnsi="Garamond"/>
        </w:rPr>
        <w:br/>
        <w:t>To rest.</w:t>
      </w:r>
      <w:r w:rsidRPr="00EF67F9">
        <w:rPr>
          <w:rFonts w:ascii="Garamond" w:hAnsi="Garamond"/>
        </w:rPr>
        <w:br/>
        <w:t>To abide —</w:t>
      </w:r>
      <w:r w:rsidRPr="00EF67F9">
        <w:rPr>
          <w:rFonts w:ascii="Garamond" w:hAnsi="Garamond"/>
        </w:rPr>
        <w:br/>
        <w:t>in the secret place —</w:t>
      </w:r>
      <w:r w:rsidRPr="00EF67F9">
        <w:rPr>
          <w:rFonts w:ascii="Garamond" w:hAnsi="Garamond"/>
        </w:rPr>
        <w:br/>
        <w:t>under the Shadow —</w:t>
      </w:r>
      <w:r w:rsidRPr="00EF67F9">
        <w:rPr>
          <w:rFonts w:ascii="Garamond" w:hAnsi="Garamond"/>
        </w:rPr>
        <w:br/>
        <w:t>of the One who calls you His own.</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POETIC INTERLUDE: “The Shadow That Shields”</w:t>
      </w:r>
    </w:p>
    <w:p w:rsidR="00EF67F9" w:rsidRPr="00EF67F9" w:rsidRDefault="00EF67F9" w:rsidP="001E2F32">
      <w:pPr>
        <w:spacing w:line="480" w:lineRule="auto"/>
        <w:jc w:val="center"/>
        <w:rPr>
          <w:rFonts w:ascii="Garamond" w:hAnsi="Garamond"/>
        </w:rPr>
      </w:pPr>
      <w:r w:rsidRPr="00EF67F9">
        <w:rPr>
          <w:rFonts w:ascii="Garamond" w:hAnsi="Garamond"/>
        </w:rPr>
        <w:t>Not gloom. Not absence. Not abandonment.</w:t>
      </w:r>
      <w:r w:rsidRPr="00EF67F9">
        <w:rPr>
          <w:rFonts w:ascii="Garamond" w:hAnsi="Garamond"/>
        </w:rPr>
        <w:br/>
        <w:t>This Shadow — is Presence.</w:t>
      </w:r>
      <w:r w:rsidRPr="00EF67F9">
        <w:rPr>
          <w:rFonts w:ascii="Garamond" w:hAnsi="Garamond"/>
        </w:rPr>
        <w:br/>
        <w:t xml:space="preserve">Thick. </w:t>
      </w:r>
      <w:proofErr w:type="gramStart"/>
      <w:r w:rsidRPr="00EF67F9">
        <w:rPr>
          <w:rFonts w:ascii="Garamond" w:hAnsi="Garamond"/>
        </w:rPr>
        <w:t>Near</w:t>
      </w:r>
      <w:proofErr w:type="gramEnd"/>
      <w:r w:rsidRPr="00EF67F9">
        <w:rPr>
          <w:rFonts w:ascii="Garamond" w:hAnsi="Garamond"/>
        </w:rPr>
        <w:t>. Unshakable.</w:t>
      </w:r>
    </w:p>
    <w:p w:rsidR="00EF67F9" w:rsidRPr="00EF67F9" w:rsidRDefault="00EF67F9" w:rsidP="001E2F32">
      <w:pPr>
        <w:spacing w:line="480" w:lineRule="auto"/>
        <w:jc w:val="center"/>
        <w:rPr>
          <w:rFonts w:ascii="Garamond" w:hAnsi="Garamond"/>
        </w:rPr>
      </w:pPr>
      <w:r w:rsidRPr="00EF67F9">
        <w:rPr>
          <w:rFonts w:ascii="Garamond" w:hAnsi="Garamond"/>
        </w:rPr>
        <w:t>It does not hide you from the world —</w:t>
      </w:r>
      <w:r w:rsidRPr="00EF67F9">
        <w:rPr>
          <w:rFonts w:ascii="Garamond" w:hAnsi="Garamond"/>
        </w:rPr>
        <w:br/>
        <w:t>but hides the world from overwhelming you.</w:t>
      </w:r>
      <w:r w:rsidRPr="00EF67F9">
        <w:rPr>
          <w:rFonts w:ascii="Garamond" w:hAnsi="Garamond"/>
        </w:rPr>
        <w:br/>
        <w:t>It does not remove the battle —</w:t>
      </w:r>
      <w:r w:rsidRPr="00EF67F9">
        <w:rPr>
          <w:rFonts w:ascii="Garamond" w:hAnsi="Garamond"/>
        </w:rPr>
        <w:br/>
        <w:t>but removes the fear of it.</w:t>
      </w:r>
    </w:p>
    <w:p w:rsidR="00EF67F9" w:rsidRPr="00EF67F9" w:rsidRDefault="00EF67F9" w:rsidP="001E2F32">
      <w:pPr>
        <w:spacing w:line="480" w:lineRule="auto"/>
        <w:jc w:val="center"/>
        <w:rPr>
          <w:rFonts w:ascii="Garamond" w:hAnsi="Garamond"/>
        </w:rPr>
      </w:pPr>
      <w:r w:rsidRPr="00EF67F9">
        <w:rPr>
          <w:rFonts w:ascii="Garamond" w:hAnsi="Garamond"/>
        </w:rPr>
        <w:t>Here — arrows fly past.</w:t>
      </w:r>
      <w:r w:rsidRPr="00EF67F9">
        <w:rPr>
          <w:rFonts w:ascii="Garamond" w:hAnsi="Garamond"/>
        </w:rPr>
        <w:br/>
        <w:t>Plagues halt at the threshold.</w:t>
      </w:r>
      <w:r w:rsidRPr="00EF67F9">
        <w:rPr>
          <w:rFonts w:ascii="Garamond" w:hAnsi="Garamond"/>
        </w:rPr>
        <w:br/>
        <w:t>Night screams — but cannot enter.</w:t>
      </w:r>
    </w:p>
    <w:p w:rsidR="00EF67F9" w:rsidRPr="00EF67F9" w:rsidRDefault="00EF67F9" w:rsidP="001E2F32">
      <w:pPr>
        <w:spacing w:line="480" w:lineRule="auto"/>
        <w:jc w:val="center"/>
        <w:rPr>
          <w:rFonts w:ascii="Garamond" w:hAnsi="Garamond"/>
        </w:rPr>
      </w:pPr>
      <w:r w:rsidRPr="00EF67F9">
        <w:rPr>
          <w:rFonts w:ascii="Garamond" w:hAnsi="Garamond"/>
        </w:rPr>
        <w:t>For this Shadow — is the shoulder of the Almighty.</w:t>
      </w:r>
      <w:r w:rsidRPr="00EF67F9">
        <w:rPr>
          <w:rFonts w:ascii="Garamond" w:hAnsi="Garamond"/>
        </w:rPr>
        <w:br/>
        <w:t>The wing of the Eternal.</w:t>
      </w:r>
      <w:r w:rsidRPr="00EF67F9">
        <w:rPr>
          <w:rFonts w:ascii="Garamond" w:hAnsi="Garamond"/>
        </w:rPr>
        <w:br/>
        <w:t>The breath of the Covenant-Keeper.</w:t>
      </w:r>
    </w:p>
    <w:p w:rsidR="00EF67F9" w:rsidRPr="00EF67F9" w:rsidRDefault="00EF67F9" w:rsidP="001E2F32">
      <w:pPr>
        <w:spacing w:line="480" w:lineRule="auto"/>
        <w:jc w:val="center"/>
        <w:rPr>
          <w:rFonts w:ascii="Garamond" w:hAnsi="Garamond"/>
        </w:rPr>
      </w:pPr>
      <w:r w:rsidRPr="00EF67F9">
        <w:rPr>
          <w:rFonts w:ascii="Garamond" w:hAnsi="Garamond"/>
        </w:rPr>
        <w:t>Do not run from this Shadow —</w:t>
      </w:r>
      <w:r w:rsidRPr="00EF67F9">
        <w:rPr>
          <w:rFonts w:ascii="Garamond" w:hAnsi="Garamond"/>
        </w:rPr>
        <w:br/>
        <w:t>Run into it.</w:t>
      </w:r>
      <w:r w:rsidRPr="00EF67F9">
        <w:rPr>
          <w:rFonts w:ascii="Garamond" w:hAnsi="Garamond"/>
        </w:rPr>
        <w:br/>
        <w:t>Abide here — until your trembling ceases.</w:t>
      </w:r>
      <w:r w:rsidRPr="00EF67F9">
        <w:rPr>
          <w:rFonts w:ascii="Garamond" w:hAnsi="Garamond"/>
        </w:rPr>
        <w:br/>
        <w:t>Until your praise rises.</w:t>
      </w:r>
      <w:r w:rsidRPr="00EF67F9">
        <w:rPr>
          <w:rFonts w:ascii="Garamond" w:hAnsi="Garamond"/>
        </w:rPr>
        <w:br/>
        <w:t>Until your assignment is renewed.</w:t>
      </w:r>
    </w:p>
    <w:p w:rsidR="00EF67F9" w:rsidRPr="00EF67F9" w:rsidRDefault="00EF67F9" w:rsidP="001E2F32">
      <w:pPr>
        <w:spacing w:line="480" w:lineRule="auto"/>
        <w:jc w:val="center"/>
        <w:rPr>
          <w:rFonts w:ascii="Garamond" w:hAnsi="Garamond"/>
        </w:rPr>
      </w:pPr>
      <w:r w:rsidRPr="00EF67F9">
        <w:rPr>
          <w:rFonts w:ascii="Garamond" w:hAnsi="Garamond"/>
        </w:rPr>
        <w:t>You are not hiding —</w:t>
      </w:r>
      <w:r w:rsidRPr="00EF67F9">
        <w:rPr>
          <w:rFonts w:ascii="Garamond" w:hAnsi="Garamond"/>
        </w:rPr>
        <w:br/>
        <w:t>You are being fortified.</w:t>
      </w:r>
    </w:p>
    <w:p w:rsidR="00EF67F9" w:rsidRPr="00EF67F9" w:rsidRDefault="00EF67F9" w:rsidP="001E2F32">
      <w:pPr>
        <w:spacing w:line="480" w:lineRule="auto"/>
        <w:jc w:val="center"/>
        <w:rPr>
          <w:rFonts w:ascii="Garamond" w:hAnsi="Garamond"/>
        </w:rPr>
      </w:pPr>
      <w:r w:rsidRPr="00EF67F9">
        <w:rPr>
          <w:rFonts w:ascii="Garamond" w:hAnsi="Garamond"/>
        </w:rPr>
        <w:lastRenderedPageBreak/>
        <w:t>— Inspired by Psalm 91</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LITURGICAL RESPONSE: “The Liturgy of the Hidden One”</w:t>
      </w:r>
    </w:p>
    <w:p w:rsidR="00EF67F9" w:rsidRPr="00EF67F9" w:rsidRDefault="00EF67F9" w:rsidP="001E2F32">
      <w:pPr>
        <w:spacing w:line="480" w:lineRule="auto"/>
        <w:jc w:val="center"/>
        <w:rPr>
          <w:rFonts w:ascii="Garamond" w:hAnsi="Garamond"/>
        </w:rPr>
      </w:pPr>
      <w:r w:rsidRPr="00EF67F9">
        <w:rPr>
          <w:rFonts w:ascii="Garamond" w:hAnsi="Garamond"/>
        </w:rPr>
        <w:t>Leader: YAHUAH, I run into Your Shadow —</w:t>
      </w:r>
      <w:r w:rsidRPr="00EF67F9">
        <w:rPr>
          <w:rFonts w:ascii="Garamond" w:hAnsi="Garamond"/>
        </w:rPr>
        <w:br/>
        <w:t>People: Not to escape life — but to be empowered for it.</w:t>
      </w:r>
    </w:p>
    <w:p w:rsidR="00EF67F9" w:rsidRPr="00EF67F9" w:rsidRDefault="00EF67F9" w:rsidP="001E2F32">
      <w:pPr>
        <w:spacing w:line="480" w:lineRule="auto"/>
        <w:jc w:val="center"/>
        <w:rPr>
          <w:rFonts w:ascii="Garamond" w:hAnsi="Garamond"/>
        </w:rPr>
      </w:pPr>
      <w:r w:rsidRPr="00EF67F9">
        <w:rPr>
          <w:rFonts w:ascii="Garamond" w:hAnsi="Garamond"/>
        </w:rPr>
        <w:t>Leader: Cover me with Your Presence —</w:t>
      </w:r>
      <w:r w:rsidRPr="00EF67F9">
        <w:rPr>
          <w:rFonts w:ascii="Garamond" w:hAnsi="Garamond"/>
        </w:rPr>
        <w:br/>
        <w:t>People: Let no terror come near my dwelling.</w:t>
      </w:r>
    </w:p>
    <w:p w:rsidR="00EF67F9" w:rsidRPr="00EF67F9" w:rsidRDefault="00EF67F9" w:rsidP="001E2F32">
      <w:pPr>
        <w:spacing w:line="480" w:lineRule="auto"/>
        <w:jc w:val="center"/>
        <w:rPr>
          <w:rFonts w:ascii="Garamond" w:hAnsi="Garamond"/>
        </w:rPr>
      </w:pPr>
      <w:r w:rsidRPr="00EF67F9">
        <w:rPr>
          <w:rFonts w:ascii="Garamond" w:hAnsi="Garamond"/>
        </w:rPr>
        <w:t>Leader: Teach me to dwell — not visit — in Your secret place —</w:t>
      </w:r>
      <w:r w:rsidRPr="00EF67F9">
        <w:rPr>
          <w:rFonts w:ascii="Garamond" w:hAnsi="Garamond"/>
        </w:rPr>
        <w:br/>
        <w:t>People: For there — I find strength, peace, and purpose.</w:t>
      </w:r>
    </w:p>
    <w:p w:rsidR="00EF67F9" w:rsidRPr="00EF67F9" w:rsidRDefault="00EF67F9" w:rsidP="001E2F32">
      <w:pPr>
        <w:spacing w:line="480" w:lineRule="auto"/>
        <w:jc w:val="center"/>
        <w:rPr>
          <w:rFonts w:ascii="Garamond" w:hAnsi="Garamond"/>
        </w:rPr>
      </w:pPr>
      <w:r w:rsidRPr="00EF67F9">
        <w:rPr>
          <w:rFonts w:ascii="Garamond" w:hAnsi="Garamond"/>
        </w:rPr>
        <w:t>Leader: I will not live exposed —</w:t>
      </w:r>
      <w:r w:rsidRPr="00EF67F9">
        <w:rPr>
          <w:rFonts w:ascii="Garamond" w:hAnsi="Garamond"/>
        </w:rPr>
        <w:br/>
        <w:t>People: I will abide under the Shadow of the Almighty.</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Covering that shields Your own!</w:t>
      </w:r>
    </w:p>
    <w:p w:rsidR="00EF67F9" w:rsidRPr="00EF67F9" w:rsidRDefault="00EF67F9" w:rsidP="001E2F32">
      <w:pPr>
        <w:spacing w:line="480" w:lineRule="auto"/>
        <w:jc w:val="center"/>
        <w:rPr>
          <w:rFonts w:ascii="Garamond" w:hAnsi="Garamond"/>
        </w:rPr>
      </w:pPr>
      <w:r w:rsidRPr="00EF67F9">
        <w:rPr>
          <w:rFonts w:ascii="Garamond" w:hAnsi="Garamond"/>
        </w:rPr>
        <w:t>(Pause. Whisper: “YAHUAH, hide me in Your Shadow — until I am strong again.”)</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 xml:space="preserve">PROPHETIC EXPANSION: “The Candle YAHUAH Lit </w:t>
      </w:r>
      <w:proofErr w:type="gramStart"/>
      <w:r w:rsidRPr="00EF67F9">
        <w:rPr>
          <w:rFonts w:ascii="Garamond" w:hAnsi="Garamond"/>
          <w:b/>
          <w:bCs/>
        </w:rPr>
        <w:t>For</w:t>
      </w:r>
      <w:proofErr w:type="gramEnd"/>
      <w:r w:rsidRPr="00EF67F9">
        <w:rPr>
          <w:rFonts w:ascii="Garamond" w:hAnsi="Garamond"/>
          <w:b/>
          <w:bCs/>
        </w:rPr>
        <w:t xml:space="preserve"> You”</w:t>
      </w:r>
    </w:p>
    <w:p w:rsidR="00EF67F9" w:rsidRPr="00EF67F9" w:rsidRDefault="00EF67F9" w:rsidP="001E2F32">
      <w:pPr>
        <w:spacing w:line="480" w:lineRule="auto"/>
        <w:jc w:val="center"/>
        <w:rPr>
          <w:rFonts w:ascii="Garamond" w:hAnsi="Garamond"/>
        </w:rPr>
      </w:pPr>
      <w:r w:rsidRPr="00EF67F9">
        <w:rPr>
          <w:rFonts w:ascii="Garamond" w:hAnsi="Garamond"/>
        </w:rPr>
        <w:t>“I created a candle for you, yes you, whose eyes were stayed on Me… Remember the laying on of hands and the prayers of healing? Did not joy enter the room? Did not the angels show forth their angelic vocals when it counted the most? Yes, that is your candle—an angel of light.”</w:t>
      </w:r>
    </w:p>
    <w:p w:rsidR="00EF67F9" w:rsidRPr="00EF67F9" w:rsidRDefault="00EF67F9" w:rsidP="001E2F32">
      <w:pPr>
        <w:spacing w:line="480" w:lineRule="auto"/>
        <w:jc w:val="center"/>
        <w:rPr>
          <w:rFonts w:ascii="Garamond" w:hAnsi="Garamond"/>
        </w:rPr>
      </w:pPr>
      <w:r w:rsidRPr="00EF67F9">
        <w:rPr>
          <w:rFonts w:ascii="Garamond" w:hAnsi="Garamond"/>
        </w:rPr>
        <w:t>You are not forgotten.</w:t>
      </w:r>
      <w:r w:rsidRPr="00EF67F9">
        <w:rPr>
          <w:rFonts w:ascii="Garamond" w:hAnsi="Garamond"/>
        </w:rPr>
        <w:br/>
        <w:t>You are not overlooked.</w:t>
      </w:r>
      <w:r w:rsidRPr="00EF67F9">
        <w:rPr>
          <w:rFonts w:ascii="Garamond" w:hAnsi="Garamond"/>
        </w:rPr>
        <w:br/>
        <w:t>You are marked — by fire.</w:t>
      </w:r>
    </w:p>
    <w:p w:rsidR="00EF67F9" w:rsidRPr="00EF67F9" w:rsidRDefault="00EF67F9" w:rsidP="001E2F32">
      <w:pPr>
        <w:spacing w:line="480" w:lineRule="auto"/>
        <w:jc w:val="center"/>
        <w:rPr>
          <w:rFonts w:ascii="Garamond" w:hAnsi="Garamond"/>
        </w:rPr>
      </w:pPr>
      <w:r w:rsidRPr="00EF67F9">
        <w:rPr>
          <w:rFonts w:ascii="Garamond" w:hAnsi="Garamond"/>
        </w:rPr>
        <w:t>YAHUAH didn’t just give you a blessing —</w:t>
      </w:r>
      <w:r w:rsidRPr="00EF67F9">
        <w:rPr>
          <w:rFonts w:ascii="Garamond" w:hAnsi="Garamond"/>
        </w:rPr>
        <w:br/>
        <w:t>He gave you a flame.</w:t>
      </w:r>
      <w:r w:rsidRPr="00EF67F9">
        <w:rPr>
          <w:rFonts w:ascii="Garamond" w:hAnsi="Garamond"/>
        </w:rPr>
        <w:br/>
        <w:t>Not for display — but for destiny.</w:t>
      </w:r>
      <w:r w:rsidRPr="00EF67F9">
        <w:rPr>
          <w:rFonts w:ascii="Garamond" w:hAnsi="Garamond"/>
        </w:rPr>
        <w:br/>
        <w:t>Not to hoard — but to carry.</w:t>
      </w:r>
    </w:p>
    <w:p w:rsidR="00EF67F9" w:rsidRPr="00EF67F9" w:rsidRDefault="00EF67F9" w:rsidP="001E2F32">
      <w:pPr>
        <w:spacing w:line="480" w:lineRule="auto"/>
        <w:jc w:val="center"/>
        <w:rPr>
          <w:rFonts w:ascii="Garamond" w:hAnsi="Garamond"/>
        </w:rPr>
      </w:pPr>
      <w:r w:rsidRPr="00EF67F9">
        <w:rPr>
          <w:rFonts w:ascii="Garamond" w:hAnsi="Garamond"/>
        </w:rPr>
        <w:t xml:space="preserve">“This, </w:t>
      </w:r>
      <w:proofErr w:type="gramStart"/>
      <w:r w:rsidRPr="00EF67F9">
        <w:rPr>
          <w:rFonts w:ascii="Garamond" w:hAnsi="Garamond"/>
        </w:rPr>
        <w:t>My</w:t>
      </w:r>
      <w:proofErr w:type="gramEnd"/>
      <w:r w:rsidRPr="00EF67F9">
        <w:rPr>
          <w:rFonts w:ascii="Garamond" w:hAnsi="Garamond"/>
        </w:rPr>
        <w:t xml:space="preserve"> child, is My gift to you: that out of your abundance you share your love. That your presence will be a light to many, a flame that will never diminish.”</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What “candle” did YAHUAH entrust to me — and I’ve hidden it?</w:t>
      </w:r>
      <w:r w:rsidRPr="00EF67F9">
        <w:rPr>
          <w:rFonts w:ascii="Garamond" w:hAnsi="Garamond"/>
        </w:rPr>
        <w:br/>
        <w:t>What anointing have I neglected — because I felt unworthy?</w:t>
      </w:r>
      <w:r w:rsidRPr="00EF67F9">
        <w:rPr>
          <w:rFonts w:ascii="Garamond" w:hAnsi="Garamond"/>
        </w:rPr>
        <w:br/>
        <w:t>What light have I dimmed — because the night seemed too long?</w:t>
      </w:r>
    </w:p>
    <w:p w:rsidR="00EF67F9" w:rsidRPr="00EF67F9" w:rsidRDefault="00EF67F9" w:rsidP="001E2F32">
      <w:pPr>
        <w:spacing w:line="480" w:lineRule="auto"/>
        <w:jc w:val="center"/>
        <w:rPr>
          <w:rFonts w:ascii="Garamond" w:hAnsi="Garamond"/>
        </w:rPr>
      </w:pPr>
      <w:r w:rsidRPr="00EF67F9">
        <w:rPr>
          <w:rFonts w:ascii="Garamond" w:hAnsi="Garamond"/>
        </w:rPr>
        <w:t>He says:</w:t>
      </w:r>
    </w:p>
    <w:p w:rsidR="00EF67F9" w:rsidRPr="00EF67F9" w:rsidRDefault="00EF67F9" w:rsidP="001E2F32">
      <w:pPr>
        <w:spacing w:line="480" w:lineRule="auto"/>
        <w:jc w:val="center"/>
        <w:rPr>
          <w:rFonts w:ascii="Garamond" w:hAnsi="Garamond"/>
        </w:rPr>
      </w:pPr>
      <w:r w:rsidRPr="00EF67F9">
        <w:rPr>
          <w:rFonts w:ascii="Garamond" w:hAnsi="Garamond"/>
        </w:rPr>
        <w:t>“Spring forth, arise, let your lamp burn brightly, and shine with the fire I have placed within you.”</w:t>
      </w:r>
    </w:p>
    <w:p w:rsidR="00EF67F9" w:rsidRPr="00EF67F9" w:rsidRDefault="00EF67F9" w:rsidP="001E2F32">
      <w:pPr>
        <w:spacing w:line="480" w:lineRule="auto"/>
        <w:jc w:val="center"/>
        <w:rPr>
          <w:rFonts w:ascii="Garamond" w:hAnsi="Garamond"/>
        </w:rPr>
      </w:pPr>
      <w:r w:rsidRPr="00EF67F9">
        <w:rPr>
          <w:rFonts w:ascii="Garamond" w:hAnsi="Garamond"/>
        </w:rPr>
        <w:t>Your flame is not small —</w:t>
      </w:r>
      <w:r w:rsidRPr="00EF67F9">
        <w:rPr>
          <w:rFonts w:ascii="Garamond" w:hAnsi="Garamond"/>
        </w:rPr>
        <w:br/>
        <w:t>it is sacred.</w:t>
      </w:r>
      <w:r w:rsidRPr="00EF67F9">
        <w:rPr>
          <w:rFonts w:ascii="Garamond" w:hAnsi="Garamond"/>
        </w:rPr>
        <w:br/>
      </w:r>
      <w:r w:rsidRPr="00EF67F9">
        <w:rPr>
          <w:rFonts w:ascii="Garamond" w:hAnsi="Garamond"/>
        </w:rPr>
        <w:lastRenderedPageBreak/>
        <w:t>It is not yours to bury —</w:t>
      </w:r>
      <w:r w:rsidRPr="00EF67F9">
        <w:rPr>
          <w:rFonts w:ascii="Garamond" w:hAnsi="Garamond"/>
        </w:rPr>
        <w:br/>
        <w:t>it is His to multiply.</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REFLECTIVE PAUSE: “Where Have I Hidden My Flame?”</w:t>
      </w:r>
    </w:p>
    <w:p w:rsidR="00EF67F9" w:rsidRPr="00EF67F9" w:rsidRDefault="00EF67F9" w:rsidP="001E2F32">
      <w:pPr>
        <w:spacing w:line="480" w:lineRule="auto"/>
        <w:jc w:val="center"/>
        <w:rPr>
          <w:rFonts w:ascii="Garamond" w:hAnsi="Garamond"/>
        </w:rPr>
      </w:pPr>
      <w:r w:rsidRPr="00EF67F9">
        <w:rPr>
          <w:rFonts w:ascii="Garamond" w:hAnsi="Garamond"/>
        </w:rPr>
        <w:t>(Journal Space — leave blank lines in manuscript)</w:t>
      </w:r>
    </w:p>
    <w:p w:rsidR="00EF67F9" w:rsidRPr="00EF67F9" w:rsidRDefault="00EF67F9" w:rsidP="001E2F32">
      <w:pPr>
        <w:spacing w:line="480" w:lineRule="auto"/>
        <w:jc w:val="center"/>
        <w:rPr>
          <w:rFonts w:ascii="Garamond" w:hAnsi="Garamond"/>
        </w:rPr>
      </w:pPr>
      <w:r w:rsidRPr="00EF67F9">
        <w:rPr>
          <w:rFonts w:ascii="Garamond" w:hAnsi="Garamond"/>
        </w:rPr>
        <w:t>YAHUAH, search my hands —</w:t>
      </w:r>
      <w:r w:rsidRPr="00EF67F9">
        <w:rPr>
          <w:rFonts w:ascii="Garamond" w:hAnsi="Garamond"/>
        </w:rPr>
        <w:br/>
        <w:t>What candle have I buried in fear?</w:t>
      </w:r>
      <w:r w:rsidRPr="00EF67F9">
        <w:rPr>
          <w:rFonts w:ascii="Garamond" w:hAnsi="Garamond"/>
        </w:rPr>
        <w:br/>
        <w:t>What anointing have I minimized?</w:t>
      </w:r>
      <w:r w:rsidRPr="00EF67F9">
        <w:rPr>
          <w:rFonts w:ascii="Garamond" w:hAnsi="Garamond"/>
        </w:rPr>
        <w:br/>
        <w:t>What light have I refused to release?</w:t>
      </w:r>
    </w:p>
    <w:p w:rsidR="00EF67F9" w:rsidRPr="00EF67F9" w:rsidRDefault="00EF67F9" w:rsidP="001E2F32">
      <w:pPr>
        <w:spacing w:line="480" w:lineRule="auto"/>
        <w:jc w:val="center"/>
        <w:rPr>
          <w:rFonts w:ascii="Garamond" w:hAnsi="Garamond"/>
        </w:rPr>
      </w:pPr>
      <w:r w:rsidRPr="00EF67F9">
        <w:rPr>
          <w:rFonts w:ascii="Garamond" w:hAnsi="Garamond"/>
        </w:rPr>
        <w:t>I repent of hiding.</w:t>
      </w:r>
      <w:r w:rsidRPr="00EF67F9">
        <w:rPr>
          <w:rFonts w:ascii="Garamond" w:hAnsi="Garamond"/>
        </w:rPr>
        <w:br/>
        <w:t>I renounce insecurity.</w:t>
      </w:r>
      <w:r w:rsidRPr="00EF67F9">
        <w:rPr>
          <w:rFonts w:ascii="Garamond" w:hAnsi="Garamond"/>
        </w:rPr>
        <w:br/>
        <w:t>I choose to lift my lamp — high, bright, unashamed.</w:t>
      </w:r>
    </w:p>
    <w:p w:rsidR="00EF67F9" w:rsidRPr="00EF67F9" w:rsidRDefault="00EF67F9" w:rsidP="001E2F32">
      <w:pPr>
        <w:spacing w:line="480" w:lineRule="auto"/>
        <w:jc w:val="center"/>
        <w:rPr>
          <w:rFonts w:ascii="Garamond" w:hAnsi="Garamond"/>
        </w:rPr>
      </w:pPr>
      <w:r w:rsidRPr="00EF67F9">
        <w:rPr>
          <w:rFonts w:ascii="Garamond" w:hAnsi="Garamond"/>
        </w:rPr>
        <w:t>Ignite me again.</w:t>
      </w:r>
      <w:r w:rsidRPr="00EF67F9">
        <w:rPr>
          <w:rFonts w:ascii="Garamond" w:hAnsi="Garamond"/>
        </w:rPr>
        <w:br/>
        <w:t>Send me again.</w:t>
      </w:r>
      <w:r w:rsidRPr="00EF67F9">
        <w:rPr>
          <w:rFonts w:ascii="Garamond" w:hAnsi="Garamond"/>
        </w:rPr>
        <w:br/>
        <w:t>Use me again — as a beacon in the night.</w:t>
      </w:r>
    </w:p>
    <w:p w:rsidR="00EF67F9" w:rsidRPr="00EF67F9" w:rsidRDefault="00EF67F9" w:rsidP="001E2F32">
      <w:pPr>
        <w:spacing w:line="480" w:lineRule="auto"/>
        <w:jc w:val="center"/>
        <w:rPr>
          <w:rFonts w:ascii="Garamond" w:hAnsi="Garamond"/>
        </w:rPr>
      </w:pPr>
      <w:r w:rsidRPr="00EF67F9">
        <w:rPr>
          <w:rFonts w:ascii="Garamond" w:hAnsi="Garamond"/>
        </w:rPr>
        <w:t>Let my flame draw others to Your fire.</w:t>
      </w:r>
      <w:r w:rsidRPr="00EF67F9">
        <w:rPr>
          <w:rFonts w:ascii="Garamond" w:hAnsi="Garamond"/>
        </w:rPr>
        <w:br/>
        <w:t>Let my light expose pathways of deliverance.</w:t>
      </w:r>
      <w:r w:rsidRPr="00EF67F9">
        <w:rPr>
          <w:rFonts w:ascii="Garamond" w:hAnsi="Garamond"/>
        </w:rPr>
        <w:br/>
        <w:t>Let my presence carry Your glory — wherever I go.</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Breathe. Wait. Listen.)</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HEBRAIC INSIGHT: “TZEL HASHADDAI — ABIDING IN THE COVERING OF THE BREASTFEEDER GOD”</w:t>
      </w:r>
    </w:p>
    <w:p w:rsidR="00EF67F9" w:rsidRPr="00EF67F9" w:rsidRDefault="00EF67F9" w:rsidP="001E2F32">
      <w:pPr>
        <w:spacing w:line="480" w:lineRule="auto"/>
        <w:jc w:val="center"/>
        <w:rPr>
          <w:rFonts w:ascii="Garamond" w:hAnsi="Garamond"/>
        </w:rPr>
      </w:pPr>
      <w:proofErr w:type="spellStart"/>
      <w:r w:rsidRPr="00EF67F9">
        <w:rPr>
          <w:rFonts w:ascii="Garamond" w:hAnsi="Garamond"/>
        </w:rPr>
        <w:t>Tzel</w:t>
      </w:r>
      <w:proofErr w:type="spellEnd"/>
      <w:r w:rsidRPr="00EF67F9">
        <w:rPr>
          <w:rFonts w:ascii="Garamond" w:hAnsi="Garamond"/>
        </w:rPr>
        <w:t xml:space="preserve"> </w:t>
      </w:r>
      <w:proofErr w:type="spellStart"/>
      <w:r w:rsidRPr="00EF67F9">
        <w:rPr>
          <w:rFonts w:ascii="Garamond" w:hAnsi="Garamond"/>
        </w:rPr>
        <w:t>HaShaddai</w:t>
      </w:r>
      <w:proofErr w:type="spellEnd"/>
      <w:r w:rsidRPr="00EF67F9">
        <w:rPr>
          <w:rFonts w:ascii="Garamond" w:hAnsi="Garamond"/>
        </w:rPr>
        <w:t> (</w:t>
      </w:r>
      <w:proofErr w:type="spellStart"/>
      <w:r w:rsidRPr="00EF67F9">
        <w:rPr>
          <w:rFonts w:ascii="Times New Roman" w:hAnsi="Times New Roman" w:cs="Times New Roman"/>
        </w:rPr>
        <w:t>צֵל</w:t>
      </w:r>
      <w:proofErr w:type="spellEnd"/>
      <w:r w:rsidRPr="00EF67F9">
        <w:rPr>
          <w:rFonts w:ascii="Garamond" w:hAnsi="Garamond"/>
        </w:rPr>
        <w:t xml:space="preserve"> </w:t>
      </w:r>
      <w:proofErr w:type="spellStart"/>
      <w:r w:rsidRPr="00EF67F9">
        <w:rPr>
          <w:rFonts w:ascii="Times New Roman" w:hAnsi="Times New Roman" w:cs="Times New Roman"/>
        </w:rPr>
        <w:t>הַש</w:t>
      </w:r>
      <w:proofErr w:type="spellEnd"/>
      <w:r w:rsidRPr="00EF67F9">
        <w:rPr>
          <w:rFonts w:ascii="Times New Roman" w:hAnsi="Times New Roman" w:cs="Times New Roman"/>
        </w:rPr>
        <w:t>ַּׁדַּי</w:t>
      </w:r>
      <w:r w:rsidRPr="00EF67F9">
        <w:rPr>
          <w:rFonts w:ascii="Garamond" w:hAnsi="Garamond"/>
        </w:rPr>
        <w:t>) — “Shadow of the Almighty” — carries profound meaning:</w:t>
      </w:r>
    </w:p>
    <w:p w:rsidR="00EF67F9" w:rsidRPr="00EF67F9" w:rsidRDefault="00EF67F9" w:rsidP="001E2F32">
      <w:pPr>
        <w:numPr>
          <w:ilvl w:val="0"/>
          <w:numId w:val="17"/>
        </w:numPr>
        <w:spacing w:line="480" w:lineRule="auto"/>
        <w:jc w:val="center"/>
        <w:rPr>
          <w:rFonts w:ascii="Garamond" w:hAnsi="Garamond"/>
        </w:rPr>
      </w:pPr>
      <w:r w:rsidRPr="00EF67F9">
        <w:rPr>
          <w:rFonts w:ascii="Garamond" w:hAnsi="Garamond"/>
        </w:rPr>
        <w:t>Tzel (</w:t>
      </w:r>
      <w:proofErr w:type="spellStart"/>
      <w:r w:rsidRPr="00EF67F9">
        <w:rPr>
          <w:rFonts w:ascii="Times New Roman" w:hAnsi="Times New Roman" w:cs="Times New Roman"/>
        </w:rPr>
        <w:t>צֵל</w:t>
      </w:r>
      <w:proofErr w:type="spellEnd"/>
      <w:r w:rsidRPr="00EF67F9">
        <w:rPr>
          <w:rFonts w:ascii="Garamond" w:hAnsi="Garamond"/>
        </w:rPr>
        <w:t>) — “shadow, covering, protection” — implies intimate nearness, like shade under a wing (Psalm 17:8, 36:7)</w:t>
      </w:r>
    </w:p>
    <w:p w:rsidR="00EF67F9" w:rsidRPr="00EF67F9" w:rsidRDefault="00EF67F9" w:rsidP="001E2F32">
      <w:pPr>
        <w:numPr>
          <w:ilvl w:val="0"/>
          <w:numId w:val="17"/>
        </w:numPr>
        <w:spacing w:line="480" w:lineRule="auto"/>
        <w:jc w:val="center"/>
        <w:rPr>
          <w:rFonts w:ascii="Garamond" w:hAnsi="Garamond"/>
        </w:rPr>
      </w:pPr>
      <w:r w:rsidRPr="00EF67F9">
        <w:rPr>
          <w:rFonts w:ascii="Garamond" w:hAnsi="Garamond"/>
        </w:rPr>
        <w:t>Shaddai (</w:t>
      </w:r>
      <w:r w:rsidRPr="00EF67F9">
        <w:rPr>
          <w:rFonts w:ascii="Times New Roman" w:hAnsi="Times New Roman" w:cs="Times New Roman"/>
        </w:rPr>
        <w:t>שַׁדַּי</w:t>
      </w:r>
      <w:r w:rsidRPr="00EF67F9">
        <w:rPr>
          <w:rFonts w:ascii="Garamond" w:hAnsi="Garamond"/>
        </w:rPr>
        <w:t>) — often translated “Almighty,” but rooted in shad (</w:t>
      </w:r>
      <w:r w:rsidRPr="00EF67F9">
        <w:rPr>
          <w:rFonts w:ascii="Times New Roman" w:hAnsi="Times New Roman" w:cs="Times New Roman"/>
        </w:rPr>
        <w:t>שַׁד</w:t>
      </w:r>
      <w:r w:rsidRPr="00EF67F9">
        <w:rPr>
          <w:rFonts w:ascii="Garamond" w:hAnsi="Garamond"/>
        </w:rPr>
        <w:t>), meaning “breast” — revealing YAHUAH as the Nurturer, the Sustainer, the All-Sufficient One</w:t>
      </w:r>
    </w:p>
    <w:p w:rsidR="00EF67F9" w:rsidRPr="00EF67F9" w:rsidRDefault="00EF67F9" w:rsidP="001E2F32">
      <w:pPr>
        <w:spacing w:line="480" w:lineRule="auto"/>
        <w:jc w:val="center"/>
        <w:rPr>
          <w:rFonts w:ascii="Garamond" w:hAnsi="Garamond"/>
        </w:rPr>
      </w:pPr>
      <w:r w:rsidRPr="00EF67F9">
        <w:rPr>
          <w:rFonts w:ascii="Garamond" w:hAnsi="Garamond"/>
        </w:rPr>
        <w:t>Thus, </w:t>
      </w:r>
      <w:proofErr w:type="spellStart"/>
      <w:r w:rsidRPr="00EF67F9">
        <w:rPr>
          <w:rFonts w:ascii="Garamond" w:hAnsi="Garamond"/>
          <w:b/>
          <w:bCs/>
        </w:rPr>
        <w:t>Tzel</w:t>
      </w:r>
      <w:proofErr w:type="spellEnd"/>
      <w:r w:rsidRPr="00EF67F9">
        <w:rPr>
          <w:rFonts w:ascii="Garamond" w:hAnsi="Garamond"/>
          <w:b/>
          <w:bCs/>
        </w:rPr>
        <w:t xml:space="preserve"> </w:t>
      </w:r>
      <w:proofErr w:type="spellStart"/>
      <w:r w:rsidRPr="00EF67F9">
        <w:rPr>
          <w:rFonts w:ascii="Garamond" w:hAnsi="Garamond"/>
          <w:b/>
          <w:bCs/>
        </w:rPr>
        <w:t>HaShaddai</w:t>
      </w:r>
      <w:proofErr w:type="spellEnd"/>
      <w:r w:rsidRPr="00EF67F9">
        <w:rPr>
          <w:rFonts w:ascii="Garamond" w:hAnsi="Garamond"/>
        </w:rPr>
        <w:t> is not distant power —</w:t>
      </w:r>
      <w:r w:rsidRPr="00EF67F9">
        <w:rPr>
          <w:rFonts w:ascii="Garamond" w:hAnsi="Garamond"/>
        </w:rPr>
        <w:br/>
        <w:t>but tender, nourishing, protective nearness.</w:t>
      </w:r>
      <w:r w:rsidRPr="00EF67F9">
        <w:rPr>
          <w:rFonts w:ascii="Garamond" w:hAnsi="Garamond"/>
        </w:rPr>
        <w:br/>
        <w:t>To dwell here is to be:</w:t>
      </w:r>
    </w:p>
    <w:p w:rsidR="00EF67F9" w:rsidRPr="00EF67F9" w:rsidRDefault="00EF67F9" w:rsidP="001E2F32">
      <w:pPr>
        <w:numPr>
          <w:ilvl w:val="0"/>
          <w:numId w:val="18"/>
        </w:numPr>
        <w:spacing w:line="480" w:lineRule="auto"/>
        <w:jc w:val="center"/>
        <w:rPr>
          <w:rFonts w:ascii="Garamond" w:hAnsi="Garamond"/>
        </w:rPr>
      </w:pPr>
      <w:r w:rsidRPr="00EF67F9">
        <w:rPr>
          <w:rFonts w:ascii="Garamond" w:hAnsi="Garamond"/>
          <w:b/>
          <w:bCs/>
        </w:rPr>
        <w:t>Fed</w:t>
      </w:r>
      <w:r w:rsidRPr="00EF67F9">
        <w:rPr>
          <w:rFonts w:ascii="Garamond" w:hAnsi="Garamond"/>
        </w:rPr>
        <w:t> — not by striving, but by His sufficiency</w:t>
      </w:r>
    </w:p>
    <w:p w:rsidR="00EF67F9" w:rsidRPr="00EF67F9" w:rsidRDefault="00EF67F9" w:rsidP="001E2F32">
      <w:pPr>
        <w:numPr>
          <w:ilvl w:val="0"/>
          <w:numId w:val="18"/>
        </w:numPr>
        <w:spacing w:line="480" w:lineRule="auto"/>
        <w:jc w:val="center"/>
        <w:rPr>
          <w:rFonts w:ascii="Garamond" w:hAnsi="Garamond"/>
        </w:rPr>
      </w:pPr>
      <w:r w:rsidRPr="00EF67F9">
        <w:rPr>
          <w:rFonts w:ascii="Garamond" w:hAnsi="Garamond"/>
          <w:b/>
          <w:bCs/>
        </w:rPr>
        <w:t>Covered</w:t>
      </w:r>
      <w:r w:rsidRPr="00EF67F9">
        <w:rPr>
          <w:rFonts w:ascii="Garamond" w:hAnsi="Garamond"/>
        </w:rPr>
        <w:t> — not by armor you forged, but by His Presence</w:t>
      </w:r>
    </w:p>
    <w:p w:rsidR="00EF67F9" w:rsidRPr="00EF67F9" w:rsidRDefault="00EF67F9" w:rsidP="001E2F32">
      <w:pPr>
        <w:numPr>
          <w:ilvl w:val="0"/>
          <w:numId w:val="18"/>
        </w:numPr>
        <w:spacing w:line="480" w:lineRule="auto"/>
        <w:jc w:val="center"/>
        <w:rPr>
          <w:rFonts w:ascii="Garamond" w:hAnsi="Garamond"/>
        </w:rPr>
      </w:pPr>
      <w:r w:rsidRPr="00EF67F9">
        <w:rPr>
          <w:rFonts w:ascii="Garamond" w:hAnsi="Garamond"/>
          <w:b/>
          <w:bCs/>
        </w:rPr>
        <w:t>Strengthened</w:t>
      </w:r>
      <w:r w:rsidRPr="00EF67F9">
        <w:rPr>
          <w:rFonts w:ascii="Garamond" w:hAnsi="Garamond"/>
        </w:rPr>
        <w:t> — not by your grit, but by His gentleness</w:t>
      </w:r>
    </w:p>
    <w:p w:rsidR="00EF67F9" w:rsidRPr="00EF67F9" w:rsidRDefault="00EF67F9" w:rsidP="001E2F32">
      <w:pPr>
        <w:spacing w:line="480" w:lineRule="auto"/>
        <w:jc w:val="center"/>
        <w:rPr>
          <w:rFonts w:ascii="Garamond" w:hAnsi="Garamond"/>
        </w:rPr>
      </w:pPr>
      <w:r w:rsidRPr="00EF67F9">
        <w:rPr>
          <w:rFonts w:ascii="Garamond" w:hAnsi="Garamond"/>
        </w:rPr>
        <w:t>This is where warriors are made —</w:t>
      </w:r>
      <w:r w:rsidRPr="00EF67F9">
        <w:rPr>
          <w:rFonts w:ascii="Garamond" w:hAnsi="Garamond"/>
        </w:rPr>
        <w:br/>
        <w:t>not in the noise of battle —</w:t>
      </w:r>
      <w:r w:rsidRPr="00EF67F9">
        <w:rPr>
          <w:rFonts w:ascii="Garamond" w:hAnsi="Garamond"/>
        </w:rPr>
        <w:br/>
        <w:t>but in the quiet of abiding.</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CLOSING PRAYER: “Hide Me — Until I Shine Again”</w:t>
      </w:r>
    </w:p>
    <w:p w:rsidR="00EF67F9" w:rsidRPr="00EF67F9" w:rsidRDefault="00EF67F9" w:rsidP="001E2F32">
      <w:pPr>
        <w:spacing w:line="480" w:lineRule="auto"/>
        <w:jc w:val="center"/>
        <w:rPr>
          <w:rFonts w:ascii="Garamond" w:hAnsi="Garamond"/>
        </w:rPr>
      </w:pPr>
      <w:r w:rsidRPr="00EF67F9">
        <w:rPr>
          <w:rFonts w:ascii="Garamond" w:hAnsi="Garamond"/>
        </w:rPr>
        <w:t>Father YAHUAH,</w:t>
      </w:r>
      <w:r w:rsidRPr="00EF67F9">
        <w:rPr>
          <w:rFonts w:ascii="Garamond" w:hAnsi="Garamond"/>
        </w:rPr>
        <w:br/>
        <w:t>Draw me deep into Your Shadow —</w:t>
      </w:r>
      <w:r w:rsidRPr="00EF67F9">
        <w:rPr>
          <w:rFonts w:ascii="Garamond" w:hAnsi="Garamond"/>
        </w:rPr>
        <w:br/>
        <w:t>where fear cannot reach me,</w:t>
      </w:r>
      <w:r w:rsidRPr="00EF67F9">
        <w:rPr>
          <w:rFonts w:ascii="Garamond" w:hAnsi="Garamond"/>
        </w:rPr>
        <w:br/>
        <w:t>where lack cannot define me,</w:t>
      </w:r>
      <w:r w:rsidRPr="00EF67F9">
        <w:rPr>
          <w:rFonts w:ascii="Garamond" w:hAnsi="Garamond"/>
        </w:rPr>
        <w:br/>
        <w:t>where noise cannot distract me.</w:t>
      </w:r>
    </w:p>
    <w:p w:rsidR="00EF67F9" w:rsidRPr="00EF67F9" w:rsidRDefault="00EF67F9" w:rsidP="001E2F32">
      <w:pPr>
        <w:spacing w:line="480" w:lineRule="auto"/>
        <w:jc w:val="center"/>
        <w:rPr>
          <w:rFonts w:ascii="Garamond" w:hAnsi="Garamond"/>
        </w:rPr>
      </w:pPr>
      <w:r w:rsidRPr="00EF67F9">
        <w:rPr>
          <w:rFonts w:ascii="Garamond" w:hAnsi="Garamond"/>
        </w:rPr>
        <w:t>Rekindle the candle You lit within me.</w:t>
      </w:r>
      <w:r w:rsidRPr="00EF67F9">
        <w:rPr>
          <w:rFonts w:ascii="Garamond" w:hAnsi="Garamond"/>
        </w:rPr>
        <w:br/>
        <w:t>Remind me — I am not forgotten, but chosen.</w:t>
      </w:r>
      <w:r w:rsidRPr="00EF67F9">
        <w:rPr>
          <w:rFonts w:ascii="Garamond" w:hAnsi="Garamond"/>
        </w:rPr>
        <w:br/>
        <w:t>Not sidelined, but stationed.</w:t>
      </w:r>
    </w:p>
    <w:p w:rsidR="00EF67F9" w:rsidRPr="00EF67F9" w:rsidRDefault="00EF67F9" w:rsidP="001E2F32">
      <w:pPr>
        <w:spacing w:line="480" w:lineRule="auto"/>
        <w:jc w:val="center"/>
        <w:rPr>
          <w:rFonts w:ascii="Garamond" w:hAnsi="Garamond"/>
        </w:rPr>
      </w:pPr>
      <w:r w:rsidRPr="00EF67F9">
        <w:rPr>
          <w:rFonts w:ascii="Garamond" w:hAnsi="Garamond"/>
        </w:rPr>
        <w:t>I will not hide my flame.</w:t>
      </w:r>
      <w:r w:rsidRPr="00EF67F9">
        <w:rPr>
          <w:rFonts w:ascii="Garamond" w:hAnsi="Garamond"/>
        </w:rPr>
        <w:br/>
        <w:t>I will not mute my voice.</w:t>
      </w:r>
      <w:r w:rsidRPr="00EF67F9">
        <w:rPr>
          <w:rFonts w:ascii="Garamond" w:hAnsi="Garamond"/>
        </w:rPr>
        <w:br/>
        <w:t>I will rise — and shine — with the fire You placed in me.</w:t>
      </w:r>
    </w:p>
    <w:p w:rsidR="00EF67F9" w:rsidRPr="00EF67F9" w:rsidRDefault="00EF67F9" w:rsidP="001E2F32">
      <w:pPr>
        <w:spacing w:line="480" w:lineRule="auto"/>
        <w:jc w:val="center"/>
        <w:rPr>
          <w:rFonts w:ascii="Garamond" w:hAnsi="Garamond"/>
        </w:rPr>
      </w:pPr>
      <w:r w:rsidRPr="00EF67F9">
        <w:rPr>
          <w:rFonts w:ascii="Garamond" w:hAnsi="Garamond"/>
        </w:rPr>
        <w:t>Let my life become a sanctuary of Your Presence.</w:t>
      </w:r>
      <w:r w:rsidRPr="00EF67F9">
        <w:rPr>
          <w:rFonts w:ascii="Garamond" w:hAnsi="Garamond"/>
        </w:rPr>
        <w:br/>
        <w:t>Let my steps be ordered by Your Spirit.</w:t>
      </w:r>
      <w:r w:rsidRPr="00EF67F9">
        <w:rPr>
          <w:rFonts w:ascii="Garamond" w:hAnsi="Garamond"/>
        </w:rPr>
        <w:br/>
        <w:t>Let my words carry thunder — and my silence, peace.</w:t>
      </w:r>
    </w:p>
    <w:p w:rsidR="00EF67F9" w:rsidRPr="00EF67F9" w:rsidRDefault="00EF67F9" w:rsidP="001E2F32">
      <w:pPr>
        <w:spacing w:line="480" w:lineRule="auto"/>
        <w:jc w:val="center"/>
        <w:rPr>
          <w:rFonts w:ascii="Garamond" w:hAnsi="Garamond"/>
        </w:rPr>
      </w:pPr>
      <w:r w:rsidRPr="00EF67F9">
        <w:rPr>
          <w:rFonts w:ascii="Garamond" w:hAnsi="Garamond"/>
        </w:rPr>
        <w:t>In the Name of YAHUSHA —</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1E2F32" w:rsidRDefault="00EF67F9"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CHAPTER 15: YOU WERE ESTABLISHED FROM THE WOMB</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t>👶</w:t>
      </w:r>
      <w:r w:rsidRPr="00EF67F9">
        <w:rPr>
          <w:rFonts w:ascii="Garamond" w:hAnsi="Garamond"/>
        </w:rPr>
        <w:t xml:space="preserve"> “Before I formed you in the womb I knew you, before you were </w:t>
      </w:r>
      <w:proofErr w:type="gramStart"/>
      <w:r w:rsidRPr="00EF67F9">
        <w:rPr>
          <w:rFonts w:ascii="Garamond" w:hAnsi="Garamond"/>
        </w:rPr>
        <w:t>born</w:t>
      </w:r>
      <w:proofErr w:type="gramEnd"/>
      <w:r w:rsidRPr="00EF67F9">
        <w:rPr>
          <w:rFonts w:ascii="Garamond" w:hAnsi="Garamond"/>
        </w:rPr>
        <w:t xml:space="preserve"> I set you apart.”</w:t>
      </w:r>
      <w:r w:rsidRPr="00EF67F9">
        <w:rPr>
          <w:rFonts w:ascii="Garamond" w:hAnsi="Garamond"/>
        </w:rPr>
        <w:br/>
        <w:t>— Jeremiah 1:5</w:t>
      </w:r>
    </w:p>
    <w:p w:rsidR="00EF67F9" w:rsidRPr="00EF67F9" w:rsidRDefault="00EF67F9" w:rsidP="001E2F32">
      <w:pPr>
        <w:spacing w:line="480" w:lineRule="auto"/>
        <w:jc w:val="center"/>
        <w:rPr>
          <w:rFonts w:ascii="Garamond" w:hAnsi="Garamond"/>
        </w:rPr>
      </w:pPr>
      <w:r w:rsidRPr="00EF67F9">
        <w:rPr>
          <w:rFonts w:ascii="Garamond" w:hAnsi="Garamond"/>
        </w:rPr>
        <w:t>Beloved — hear this:</w:t>
      </w:r>
    </w:p>
    <w:p w:rsidR="00EF67F9" w:rsidRPr="00EF67F9" w:rsidRDefault="00EF67F9" w:rsidP="001E2F32">
      <w:pPr>
        <w:spacing w:line="480" w:lineRule="auto"/>
        <w:jc w:val="center"/>
        <w:rPr>
          <w:rFonts w:ascii="Garamond" w:hAnsi="Garamond"/>
        </w:rPr>
      </w:pPr>
      <w:r w:rsidRPr="00EF67F9">
        <w:rPr>
          <w:rFonts w:ascii="Garamond" w:hAnsi="Garamond"/>
        </w:rPr>
        <w:t>There was a moment…</w:t>
      </w:r>
      <w:r w:rsidRPr="00EF67F9">
        <w:rPr>
          <w:rFonts w:ascii="Garamond" w:hAnsi="Garamond"/>
        </w:rPr>
        <w:br/>
        <w:t>before your first cry,</w:t>
      </w:r>
      <w:r w:rsidRPr="00EF67F9">
        <w:rPr>
          <w:rFonts w:ascii="Garamond" w:hAnsi="Garamond"/>
        </w:rPr>
        <w:br/>
        <w:t>before your name was whispered by human lips,</w:t>
      </w:r>
      <w:r w:rsidRPr="00EF67F9">
        <w:rPr>
          <w:rFonts w:ascii="Garamond" w:hAnsi="Garamond"/>
        </w:rPr>
        <w:br/>
        <w:t>before the world assigned you labels or limits —</w:t>
      </w:r>
    </w:p>
    <w:p w:rsidR="00EF67F9" w:rsidRPr="00EF67F9" w:rsidRDefault="00EF67F9" w:rsidP="001E2F32">
      <w:pPr>
        <w:spacing w:line="480" w:lineRule="auto"/>
        <w:jc w:val="center"/>
        <w:rPr>
          <w:rFonts w:ascii="Garamond" w:hAnsi="Garamond"/>
        </w:rPr>
      </w:pPr>
      <w:r w:rsidRPr="00EF67F9">
        <w:rPr>
          <w:rFonts w:ascii="Garamond" w:hAnsi="Garamond"/>
        </w:rPr>
        <w:t>— when </w:t>
      </w:r>
      <w:r w:rsidRPr="00EF67F9">
        <w:rPr>
          <w:rFonts w:ascii="Garamond" w:hAnsi="Garamond"/>
          <w:b/>
          <w:bCs/>
        </w:rPr>
        <w:t>YAHUAH bent close</w:t>
      </w:r>
      <w:r w:rsidRPr="00EF67F9">
        <w:rPr>
          <w:rFonts w:ascii="Garamond" w:hAnsi="Garamond"/>
        </w:rPr>
        <w:t>,</w:t>
      </w:r>
      <w:r w:rsidRPr="00EF67F9">
        <w:rPr>
          <w:rFonts w:ascii="Garamond" w:hAnsi="Garamond"/>
        </w:rPr>
        <w:br/>
        <w:t>and with His own hands,</w:t>
      </w:r>
      <w:r w:rsidRPr="00EF67F9">
        <w:rPr>
          <w:rFonts w:ascii="Garamond" w:hAnsi="Garamond"/>
        </w:rPr>
        <w:br/>
        <w:t>wove your spirit,</w:t>
      </w:r>
      <w:r w:rsidRPr="00EF67F9">
        <w:rPr>
          <w:rFonts w:ascii="Garamond" w:hAnsi="Garamond"/>
        </w:rPr>
        <w:br/>
        <w:t>designed your purpose,</w:t>
      </w:r>
      <w:r w:rsidRPr="00EF67F9">
        <w:rPr>
          <w:rFonts w:ascii="Garamond" w:hAnsi="Garamond"/>
        </w:rPr>
        <w:br/>
        <w:t>ordained your days.</w:t>
      </w:r>
    </w:p>
    <w:p w:rsidR="00EF67F9" w:rsidRPr="00EF67F9" w:rsidRDefault="00EF67F9" w:rsidP="001E2F32">
      <w:pPr>
        <w:spacing w:line="480" w:lineRule="auto"/>
        <w:jc w:val="center"/>
        <w:rPr>
          <w:rFonts w:ascii="Garamond" w:hAnsi="Garamond"/>
        </w:rPr>
      </w:pPr>
      <w:r w:rsidRPr="00EF67F9">
        <w:rPr>
          <w:rFonts w:ascii="Garamond" w:hAnsi="Garamond"/>
        </w:rPr>
        <w:t>“You were established from the womb, set aside for such a time as this. This is your hour! Spring forth, arise, let your lamp burn brightly, and shine with the fire I have placed within you.”</w:t>
      </w:r>
    </w:p>
    <w:p w:rsidR="00EF67F9" w:rsidRPr="00EF67F9" w:rsidRDefault="00EF67F9" w:rsidP="001E2F32">
      <w:pPr>
        <w:spacing w:line="480" w:lineRule="auto"/>
        <w:jc w:val="center"/>
        <w:rPr>
          <w:rFonts w:ascii="Garamond" w:hAnsi="Garamond"/>
        </w:rPr>
      </w:pPr>
      <w:r w:rsidRPr="00EF67F9">
        <w:rPr>
          <w:rFonts w:ascii="Garamond" w:hAnsi="Garamond"/>
        </w:rPr>
        <w:t>You are not an accident.</w:t>
      </w:r>
      <w:r w:rsidRPr="00EF67F9">
        <w:rPr>
          <w:rFonts w:ascii="Garamond" w:hAnsi="Garamond"/>
        </w:rPr>
        <w:br/>
        <w:t>You are not a backup plan.</w:t>
      </w:r>
      <w:r w:rsidRPr="00EF67F9">
        <w:rPr>
          <w:rFonts w:ascii="Garamond" w:hAnsi="Garamond"/>
        </w:rPr>
        <w:br/>
        <w:t>You are not “just getting by.”</w:t>
      </w:r>
    </w:p>
    <w:p w:rsidR="00EF67F9" w:rsidRPr="00EF67F9" w:rsidRDefault="00EF67F9" w:rsidP="001E2F32">
      <w:pPr>
        <w:spacing w:line="480" w:lineRule="auto"/>
        <w:jc w:val="center"/>
        <w:rPr>
          <w:rFonts w:ascii="Garamond" w:hAnsi="Garamond"/>
        </w:rPr>
      </w:pPr>
      <w:r w:rsidRPr="00EF67F9">
        <w:rPr>
          <w:rFonts w:ascii="Garamond" w:hAnsi="Garamond"/>
        </w:rPr>
        <w:t>You are appointed.</w:t>
      </w:r>
      <w:r w:rsidRPr="00EF67F9">
        <w:rPr>
          <w:rFonts w:ascii="Garamond" w:hAnsi="Garamond"/>
        </w:rPr>
        <w:br/>
        <w:t>Anointed.</w:t>
      </w:r>
      <w:r w:rsidRPr="00EF67F9">
        <w:rPr>
          <w:rFonts w:ascii="Garamond" w:hAnsi="Garamond"/>
        </w:rPr>
        <w:br/>
        <w:t>Assigned —</w:t>
      </w:r>
      <w:r w:rsidRPr="00EF67F9">
        <w:rPr>
          <w:rFonts w:ascii="Garamond" w:hAnsi="Garamond"/>
        </w:rPr>
        <w:br/>
        <w:t>from eternity past —</w:t>
      </w:r>
      <w:r w:rsidRPr="00EF67F9">
        <w:rPr>
          <w:rFonts w:ascii="Garamond" w:hAnsi="Garamond"/>
        </w:rPr>
        <w:br/>
      </w:r>
      <w:r w:rsidRPr="00EF67F9">
        <w:rPr>
          <w:rFonts w:ascii="Garamond" w:hAnsi="Garamond"/>
        </w:rPr>
        <w:lastRenderedPageBreak/>
        <w:t>for this moment.</w:t>
      </w:r>
      <w:r w:rsidRPr="00EF67F9">
        <w:rPr>
          <w:rFonts w:ascii="Garamond" w:hAnsi="Garamond"/>
        </w:rPr>
        <w:br/>
        <w:t>This battle.</w:t>
      </w:r>
      <w:r w:rsidRPr="00EF67F9">
        <w:rPr>
          <w:rFonts w:ascii="Garamond" w:hAnsi="Garamond"/>
        </w:rPr>
        <w:br/>
        <w:t>This harvest.</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What lie have I believed — that I’m too late, too broken, too ordinary?</w:t>
      </w:r>
      <w:r w:rsidRPr="00EF67F9">
        <w:rPr>
          <w:rFonts w:ascii="Garamond" w:hAnsi="Garamond"/>
        </w:rPr>
        <w:br/>
        <w:t>What voice have I listened to — that drowned out YAHUAH’s decree over my life?</w:t>
      </w:r>
      <w:r w:rsidRPr="00EF67F9">
        <w:rPr>
          <w:rFonts w:ascii="Garamond" w:hAnsi="Garamond"/>
        </w:rPr>
        <w:br/>
        <w:t>Where have I shrunk back — when He called me to rise?</w:t>
      </w:r>
    </w:p>
    <w:p w:rsidR="00EF67F9" w:rsidRPr="00EF67F9" w:rsidRDefault="00EF67F9" w:rsidP="001E2F32">
      <w:pPr>
        <w:spacing w:line="480" w:lineRule="auto"/>
        <w:jc w:val="center"/>
        <w:rPr>
          <w:rFonts w:ascii="Garamond" w:hAnsi="Garamond"/>
        </w:rPr>
      </w:pPr>
      <w:r w:rsidRPr="00EF67F9">
        <w:rPr>
          <w:rFonts w:ascii="Garamond" w:hAnsi="Garamond"/>
        </w:rPr>
        <w:t>The clock is ticking.</w:t>
      </w:r>
      <w:r w:rsidRPr="00EF67F9">
        <w:rPr>
          <w:rFonts w:ascii="Garamond" w:hAnsi="Garamond"/>
        </w:rPr>
        <w:br/>
        <w:t>The hour is urgent.</w:t>
      </w:r>
      <w:r w:rsidRPr="00EF67F9">
        <w:rPr>
          <w:rFonts w:ascii="Garamond" w:hAnsi="Garamond"/>
        </w:rPr>
        <w:br/>
        <w:t>The assignment — is NOW.</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POETIC INTERLUDE: “The Blueprint Before Breath”</w:t>
      </w:r>
    </w:p>
    <w:p w:rsidR="00EF67F9" w:rsidRPr="00EF67F9" w:rsidRDefault="00EF67F9" w:rsidP="001E2F32">
      <w:pPr>
        <w:spacing w:line="480" w:lineRule="auto"/>
        <w:jc w:val="center"/>
        <w:rPr>
          <w:rFonts w:ascii="Garamond" w:hAnsi="Garamond"/>
        </w:rPr>
      </w:pPr>
      <w:r w:rsidRPr="00EF67F9">
        <w:rPr>
          <w:rFonts w:ascii="Garamond" w:hAnsi="Garamond"/>
        </w:rPr>
        <w:t>Not chance. Not coincidence. Not afterthought.</w:t>
      </w:r>
      <w:r w:rsidRPr="00EF67F9">
        <w:rPr>
          <w:rFonts w:ascii="Garamond" w:hAnsi="Garamond"/>
        </w:rPr>
        <w:br/>
        <w:t>You — were dreamed in eternity.</w:t>
      </w:r>
      <w:r w:rsidRPr="00EF67F9">
        <w:rPr>
          <w:rFonts w:ascii="Garamond" w:hAnsi="Garamond"/>
        </w:rPr>
        <w:br/>
        <w:t>Sculpted in secret.</w:t>
      </w:r>
      <w:r w:rsidRPr="00EF67F9">
        <w:rPr>
          <w:rFonts w:ascii="Garamond" w:hAnsi="Garamond"/>
        </w:rPr>
        <w:br/>
        <w:t>Whispered into being — by the Breath of YAHUAH.</w:t>
      </w:r>
    </w:p>
    <w:p w:rsidR="00EF67F9" w:rsidRPr="00EF67F9" w:rsidRDefault="00EF67F9" w:rsidP="001E2F32">
      <w:pPr>
        <w:spacing w:line="480" w:lineRule="auto"/>
        <w:jc w:val="center"/>
        <w:rPr>
          <w:rFonts w:ascii="Garamond" w:hAnsi="Garamond"/>
        </w:rPr>
      </w:pPr>
      <w:r w:rsidRPr="00EF67F9">
        <w:rPr>
          <w:rFonts w:ascii="Garamond" w:hAnsi="Garamond"/>
        </w:rPr>
        <w:t>Before the womb held you — His heart named you.</w:t>
      </w:r>
      <w:r w:rsidRPr="00EF67F9">
        <w:rPr>
          <w:rFonts w:ascii="Garamond" w:hAnsi="Garamond"/>
        </w:rPr>
        <w:br/>
        <w:t>Before hands touched you — His hands shaped you.</w:t>
      </w:r>
      <w:r w:rsidRPr="00EF67F9">
        <w:rPr>
          <w:rFonts w:ascii="Garamond" w:hAnsi="Garamond"/>
        </w:rPr>
        <w:br/>
        <w:t>Before the world tried to define you — He declared you:</w:t>
      </w:r>
      <w:r w:rsidRPr="00EF67F9">
        <w:rPr>
          <w:rFonts w:ascii="Garamond" w:hAnsi="Garamond"/>
        </w:rPr>
        <w:br/>
        <w:t>“Mine. Set apart. Sent.”</w:t>
      </w:r>
    </w:p>
    <w:p w:rsidR="00EF67F9" w:rsidRPr="00EF67F9" w:rsidRDefault="00EF67F9" w:rsidP="001E2F32">
      <w:pPr>
        <w:spacing w:line="480" w:lineRule="auto"/>
        <w:jc w:val="center"/>
        <w:rPr>
          <w:rFonts w:ascii="Garamond" w:hAnsi="Garamond"/>
        </w:rPr>
      </w:pPr>
      <w:r w:rsidRPr="00EF67F9">
        <w:rPr>
          <w:rFonts w:ascii="Garamond" w:hAnsi="Garamond"/>
        </w:rPr>
        <w:t>Do not cower at the size of the task.</w:t>
      </w:r>
      <w:r w:rsidRPr="00EF67F9">
        <w:rPr>
          <w:rFonts w:ascii="Garamond" w:hAnsi="Garamond"/>
        </w:rPr>
        <w:br/>
        <w:t>Do not compare your beginning to another’s.</w:t>
      </w:r>
      <w:r w:rsidRPr="00EF67F9">
        <w:rPr>
          <w:rFonts w:ascii="Garamond" w:hAnsi="Garamond"/>
        </w:rPr>
        <w:br/>
        <w:t>Do not apologize for the fire in your bones.</w:t>
      </w:r>
    </w:p>
    <w:p w:rsidR="00EF67F9" w:rsidRPr="00EF67F9" w:rsidRDefault="00EF67F9" w:rsidP="001E2F32">
      <w:pPr>
        <w:spacing w:line="480" w:lineRule="auto"/>
        <w:jc w:val="center"/>
        <w:rPr>
          <w:rFonts w:ascii="Garamond" w:hAnsi="Garamond"/>
        </w:rPr>
      </w:pPr>
      <w:r w:rsidRPr="00EF67F9">
        <w:rPr>
          <w:rFonts w:ascii="Garamond" w:hAnsi="Garamond"/>
        </w:rPr>
        <w:t>You were not made for comfort —</w:t>
      </w:r>
      <w:r w:rsidRPr="00EF67F9">
        <w:rPr>
          <w:rFonts w:ascii="Garamond" w:hAnsi="Garamond"/>
        </w:rPr>
        <w:br/>
        <w:t>but for conquest.</w:t>
      </w:r>
      <w:r w:rsidRPr="00EF67F9">
        <w:rPr>
          <w:rFonts w:ascii="Garamond" w:hAnsi="Garamond"/>
        </w:rPr>
        <w:br/>
        <w:t>Not for hiding —</w:t>
      </w:r>
      <w:r w:rsidRPr="00EF67F9">
        <w:rPr>
          <w:rFonts w:ascii="Garamond" w:hAnsi="Garamond"/>
        </w:rPr>
        <w:br/>
        <w:t>but for heralding.</w:t>
      </w:r>
    </w:p>
    <w:p w:rsidR="00EF67F9" w:rsidRPr="00EF67F9" w:rsidRDefault="00EF67F9" w:rsidP="001E2F32">
      <w:pPr>
        <w:spacing w:line="480" w:lineRule="auto"/>
        <w:jc w:val="center"/>
        <w:rPr>
          <w:rFonts w:ascii="Garamond" w:hAnsi="Garamond"/>
        </w:rPr>
      </w:pPr>
      <w:r w:rsidRPr="00EF67F9">
        <w:rPr>
          <w:rFonts w:ascii="Garamond" w:hAnsi="Garamond"/>
        </w:rPr>
        <w:t>Rise.</w:t>
      </w:r>
      <w:r w:rsidRPr="00EF67F9">
        <w:rPr>
          <w:rFonts w:ascii="Garamond" w:hAnsi="Garamond"/>
        </w:rPr>
        <w:br/>
        <w:t>Now.</w:t>
      </w:r>
      <w:r w:rsidRPr="00EF67F9">
        <w:rPr>
          <w:rFonts w:ascii="Garamond" w:hAnsi="Garamond"/>
        </w:rPr>
        <w:br/>
        <w:t>Fully.</w:t>
      </w:r>
      <w:r w:rsidRPr="00EF67F9">
        <w:rPr>
          <w:rFonts w:ascii="Garamond" w:hAnsi="Garamond"/>
        </w:rPr>
        <w:br/>
        <w:t>Fiercely.</w:t>
      </w:r>
    </w:p>
    <w:p w:rsidR="00EF67F9" w:rsidRPr="00EF67F9" w:rsidRDefault="00EF67F9" w:rsidP="001E2F32">
      <w:pPr>
        <w:spacing w:line="480" w:lineRule="auto"/>
        <w:jc w:val="center"/>
        <w:rPr>
          <w:rFonts w:ascii="Garamond" w:hAnsi="Garamond"/>
        </w:rPr>
      </w:pPr>
      <w:r w:rsidRPr="00EF67F9">
        <w:rPr>
          <w:rFonts w:ascii="Garamond" w:hAnsi="Garamond"/>
        </w:rPr>
        <w:lastRenderedPageBreak/>
        <w:t>The world waited for you.</w:t>
      </w:r>
      <w:r w:rsidRPr="00EF67F9">
        <w:rPr>
          <w:rFonts w:ascii="Garamond" w:hAnsi="Garamond"/>
        </w:rPr>
        <w:br/>
        <w:t>Heaven prepared you.</w:t>
      </w:r>
      <w:r w:rsidRPr="00EF67F9">
        <w:rPr>
          <w:rFonts w:ascii="Garamond" w:hAnsi="Garamond"/>
        </w:rPr>
        <w:br/>
        <w:t>YAHUAH — released you — for such a time as this.</w:t>
      </w:r>
    </w:p>
    <w:p w:rsidR="00EF67F9" w:rsidRPr="00EF67F9" w:rsidRDefault="00EF67F9" w:rsidP="001E2F32">
      <w:pPr>
        <w:spacing w:line="480" w:lineRule="auto"/>
        <w:jc w:val="center"/>
        <w:rPr>
          <w:rFonts w:ascii="Garamond" w:hAnsi="Garamond"/>
        </w:rPr>
      </w:pPr>
      <w:r w:rsidRPr="00EF67F9">
        <w:rPr>
          <w:rFonts w:ascii="Garamond" w:hAnsi="Garamond"/>
        </w:rPr>
        <w:t>— Inspired by Jeremiah 1:5 &amp; Esther 4:14</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LITURGICAL RESPONSE: “The Liturgy of the Appointed One”</w:t>
      </w:r>
    </w:p>
    <w:p w:rsidR="00EF67F9" w:rsidRPr="00EF67F9" w:rsidRDefault="00EF67F9" w:rsidP="001E2F32">
      <w:pPr>
        <w:spacing w:line="480" w:lineRule="auto"/>
        <w:jc w:val="center"/>
        <w:rPr>
          <w:rFonts w:ascii="Garamond" w:hAnsi="Garamond"/>
        </w:rPr>
      </w:pPr>
      <w:r w:rsidRPr="00EF67F9">
        <w:rPr>
          <w:rFonts w:ascii="Garamond" w:hAnsi="Garamond"/>
        </w:rPr>
        <w:t>Leader: YAHUAH, remind me — I was known before I was born —</w:t>
      </w:r>
      <w:r w:rsidRPr="00EF67F9">
        <w:rPr>
          <w:rFonts w:ascii="Garamond" w:hAnsi="Garamond"/>
        </w:rPr>
        <w:br/>
        <w:t>People: My days were written — before they came to be.</w:t>
      </w:r>
    </w:p>
    <w:p w:rsidR="00EF67F9" w:rsidRPr="00EF67F9" w:rsidRDefault="00EF67F9" w:rsidP="001E2F32">
      <w:pPr>
        <w:spacing w:line="480" w:lineRule="auto"/>
        <w:jc w:val="center"/>
        <w:rPr>
          <w:rFonts w:ascii="Garamond" w:hAnsi="Garamond"/>
        </w:rPr>
      </w:pPr>
      <w:r w:rsidRPr="00EF67F9">
        <w:rPr>
          <w:rFonts w:ascii="Garamond" w:hAnsi="Garamond"/>
        </w:rPr>
        <w:t>Leader: Awaken in me holy confidence — not in myself —</w:t>
      </w:r>
      <w:r w:rsidRPr="00EF67F9">
        <w:rPr>
          <w:rFonts w:ascii="Garamond" w:hAnsi="Garamond"/>
        </w:rPr>
        <w:br/>
        <w:t>People: But in Your sovereign design over my life.</w:t>
      </w:r>
    </w:p>
    <w:p w:rsidR="00EF67F9" w:rsidRPr="00EF67F9" w:rsidRDefault="00EF67F9" w:rsidP="001E2F32">
      <w:pPr>
        <w:spacing w:line="480" w:lineRule="auto"/>
        <w:jc w:val="center"/>
        <w:rPr>
          <w:rFonts w:ascii="Garamond" w:hAnsi="Garamond"/>
        </w:rPr>
      </w:pPr>
      <w:r w:rsidRPr="00EF67F9">
        <w:rPr>
          <w:rFonts w:ascii="Garamond" w:hAnsi="Garamond"/>
        </w:rPr>
        <w:t>Leader: Break every chain of comparison and insecurity —</w:t>
      </w:r>
      <w:r w:rsidRPr="00EF67F9">
        <w:rPr>
          <w:rFonts w:ascii="Garamond" w:hAnsi="Garamond"/>
        </w:rPr>
        <w:br/>
        <w:t>People: For You have assigned me a unique portion — no one else can carry.</w:t>
      </w:r>
    </w:p>
    <w:p w:rsidR="00EF67F9" w:rsidRPr="00EF67F9" w:rsidRDefault="00EF67F9" w:rsidP="001E2F32">
      <w:pPr>
        <w:spacing w:line="480" w:lineRule="auto"/>
        <w:jc w:val="center"/>
        <w:rPr>
          <w:rFonts w:ascii="Garamond" w:hAnsi="Garamond"/>
        </w:rPr>
      </w:pPr>
      <w:r w:rsidRPr="00EF67F9">
        <w:rPr>
          <w:rFonts w:ascii="Garamond" w:hAnsi="Garamond"/>
        </w:rPr>
        <w:t>Leader: I rise — not in my strength —</w:t>
      </w:r>
      <w:r w:rsidRPr="00EF67F9">
        <w:rPr>
          <w:rFonts w:ascii="Garamond" w:hAnsi="Garamond"/>
        </w:rPr>
        <w:br/>
        <w:t>People: But in the fire You placed within me.</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Hand that formed me for such a time as this!</w:t>
      </w:r>
    </w:p>
    <w:p w:rsidR="00EF67F9" w:rsidRPr="00EF67F9" w:rsidRDefault="00EF67F9" w:rsidP="001E2F32">
      <w:pPr>
        <w:spacing w:line="480" w:lineRule="auto"/>
        <w:jc w:val="center"/>
        <w:rPr>
          <w:rFonts w:ascii="Garamond" w:hAnsi="Garamond"/>
        </w:rPr>
      </w:pPr>
      <w:r w:rsidRPr="00EF67F9">
        <w:rPr>
          <w:rFonts w:ascii="Garamond" w:hAnsi="Garamond"/>
        </w:rPr>
        <w:t>(Pause. Whisper: “YAHUAH, show me the blueprint You drew before I drew breath.”)</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BF3CF1" w:rsidRDefault="00BF3CF1">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PROPHETIC EXPANSION: “The Words That Shape Realms”</w:t>
      </w:r>
    </w:p>
    <w:p w:rsidR="00EF67F9" w:rsidRPr="00EF67F9" w:rsidRDefault="00EF67F9" w:rsidP="001E2F32">
      <w:pPr>
        <w:spacing w:line="480" w:lineRule="auto"/>
        <w:jc w:val="center"/>
        <w:rPr>
          <w:rFonts w:ascii="Garamond" w:hAnsi="Garamond"/>
        </w:rPr>
      </w:pPr>
      <w:r w:rsidRPr="00EF67F9">
        <w:rPr>
          <w:rFonts w:ascii="Garamond" w:hAnsi="Garamond"/>
        </w:rPr>
        <w:t>“Your words are not small—they are thunder in the earth, rolling with power, shaking the ground, carrying life and decree. Speak, and it shall be. Declare, and it shall come forth.”</w:t>
      </w:r>
    </w:p>
    <w:p w:rsidR="00EF67F9" w:rsidRPr="00EF67F9" w:rsidRDefault="00EF67F9" w:rsidP="001E2F32">
      <w:pPr>
        <w:spacing w:line="480" w:lineRule="auto"/>
        <w:jc w:val="center"/>
        <w:rPr>
          <w:rFonts w:ascii="Garamond" w:hAnsi="Garamond"/>
        </w:rPr>
      </w:pPr>
      <w:r w:rsidRPr="00EF67F9">
        <w:rPr>
          <w:rFonts w:ascii="Garamond" w:hAnsi="Garamond"/>
        </w:rPr>
        <w:t>You underestimate your tongue.</w:t>
      </w:r>
      <w:r w:rsidRPr="00EF67F9">
        <w:rPr>
          <w:rFonts w:ascii="Garamond" w:hAnsi="Garamond"/>
        </w:rPr>
        <w:br/>
        <w:t>You dismiss your prayers.</w:t>
      </w:r>
      <w:r w:rsidRPr="00EF67F9">
        <w:rPr>
          <w:rFonts w:ascii="Garamond" w:hAnsi="Garamond"/>
        </w:rPr>
        <w:br/>
        <w:t>You minimize your declarations.</w:t>
      </w:r>
    </w:p>
    <w:p w:rsidR="00EF67F9" w:rsidRPr="00EF67F9" w:rsidRDefault="00EF67F9" w:rsidP="001E2F32">
      <w:pPr>
        <w:spacing w:line="480" w:lineRule="auto"/>
        <w:jc w:val="center"/>
        <w:rPr>
          <w:rFonts w:ascii="Garamond" w:hAnsi="Garamond"/>
        </w:rPr>
      </w:pPr>
      <w:r w:rsidRPr="00EF67F9">
        <w:rPr>
          <w:rFonts w:ascii="Garamond" w:hAnsi="Garamond"/>
        </w:rPr>
        <w:t>But YAHUAH says:</w:t>
      </w:r>
    </w:p>
    <w:p w:rsidR="00EF67F9" w:rsidRPr="00EF67F9" w:rsidRDefault="00EF67F9" w:rsidP="001E2F32">
      <w:pPr>
        <w:spacing w:line="480" w:lineRule="auto"/>
        <w:jc w:val="center"/>
        <w:rPr>
          <w:rFonts w:ascii="Garamond" w:hAnsi="Garamond"/>
        </w:rPr>
      </w:pPr>
      <w:r w:rsidRPr="00EF67F9">
        <w:rPr>
          <w:rFonts w:ascii="Garamond" w:hAnsi="Garamond"/>
        </w:rPr>
        <w:t>“Death and life are in the power of the tongue… Your words are seeds. They take root in the earth like mighty oaks.”</w:t>
      </w:r>
    </w:p>
    <w:p w:rsidR="00EF67F9" w:rsidRPr="00EF67F9" w:rsidRDefault="00EF67F9" w:rsidP="001E2F32">
      <w:pPr>
        <w:spacing w:line="480" w:lineRule="auto"/>
        <w:jc w:val="center"/>
        <w:rPr>
          <w:rFonts w:ascii="Garamond" w:hAnsi="Garamond"/>
        </w:rPr>
      </w:pPr>
      <w:r w:rsidRPr="00EF67F9">
        <w:rPr>
          <w:rFonts w:ascii="Garamond" w:hAnsi="Garamond"/>
        </w:rPr>
        <w:t>Every word you speak —</w:t>
      </w:r>
      <w:r w:rsidRPr="00EF67F9">
        <w:rPr>
          <w:rFonts w:ascii="Garamond" w:hAnsi="Garamond"/>
        </w:rPr>
        <w:br/>
        <w:t>aligns a realm.</w:t>
      </w:r>
      <w:r w:rsidRPr="00EF67F9">
        <w:rPr>
          <w:rFonts w:ascii="Garamond" w:hAnsi="Garamond"/>
        </w:rPr>
        <w:br/>
        <w:t>Shifts an atmosphere.</w:t>
      </w:r>
      <w:r w:rsidRPr="00EF67F9">
        <w:rPr>
          <w:rFonts w:ascii="Garamond" w:hAnsi="Garamond"/>
        </w:rPr>
        <w:br/>
        <w:t>Activates a destiny —</w:t>
      </w:r>
      <w:r w:rsidRPr="00EF67F9">
        <w:rPr>
          <w:rFonts w:ascii="Garamond" w:hAnsi="Garamond"/>
        </w:rPr>
        <w:br/>
        <w:t>or delays it.</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What “weeds” have I allowed to grow — through careless, fearful, or bitter words?</w:t>
      </w:r>
      <w:r w:rsidRPr="00EF67F9">
        <w:rPr>
          <w:rFonts w:ascii="Garamond" w:hAnsi="Garamond"/>
        </w:rPr>
        <w:br/>
        <w:t>What promises have I neglected to decree — because I felt unworthy?</w:t>
      </w:r>
      <w:r w:rsidRPr="00EF67F9">
        <w:rPr>
          <w:rFonts w:ascii="Garamond" w:hAnsi="Garamond"/>
        </w:rPr>
        <w:br/>
        <w:t>What victory have I forfeited — by speaking defeat over myself?</w:t>
      </w:r>
    </w:p>
    <w:p w:rsidR="00EF67F9" w:rsidRPr="00EF67F9" w:rsidRDefault="00EF67F9" w:rsidP="001E2F32">
      <w:pPr>
        <w:spacing w:line="480" w:lineRule="auto"/>
        <w:jc w:val="center"/>
        <w:rPr>
          <w:rFonts w:ascii="Garamond" w:hAnsi="Garamond"/>
        </w:rPr>
      </w:pPr>
      <w:r w:rsidRPr="00EF67F9">
        <w:rPr>
          <w:rFonts w:ascii="Garamond" w:hAnsi="Garamond"/>
        </w:rPr>
        <w:t>It’s time to guard your lips —</w:t>
      </w:r>
      <w:r w:rsidRPr="00EF67F9">
        <w:rPr>
          <w:rFonts w:ascii="Garamond" w:hAnsi="Garamond"/>
        </w:rPr>
        <w:br/>
        <w:t>not with silence —</w:t>
      </w:r>
      <w:r w:rsidRPr="00EF67F9">
        <w:rPr>
          <w:rFonts w:ascii="Garamond" w:hAnsi="Garamond"/>
        </w:rPr>
        <w:br/>
        <w:t>but with sacred strategy.</w:t>
      </w:r>
    </w:p>
    <w:p w:rsidR="00EF67F9" w:rsidRPr="00EF67F9" w:rsidRDefault="00EF67F9" w:rsidP="001E2F32">
      <w:pPr>
        <w:spacing w:line="480" w:lineRule="auto"/>
        <w:jc w:val="center"/>
        <w:rPr>
          <w:rFonts w:ascii="Garamond" w:hAnsi="Garamond"/>
        </w:rPr>
      </w:pPr>
      <w:r w:rsidRPr="00EF67F9">
        <w:rPr>
          <w:rFonts w:ascii="Garamond" w:hAnsi="Garamond"/>
        </w:rPr>
        <w:lastRenderedPageBreak/>
        <w:t>Pull up the weeds.</w:t>
      </w:r>
      <w:r w:rsidRPr="00EF67F9">
        <w:rPr>
          <w:rFonts w:ascii="Garamond" w:hAnsi="Garamond"/>
        </w:rPr>
        <w:br/>
        <w:t>Plant the seeds.</w:t>
      </w:r>
      <w:r w:rsidRPr="00EF67F9">
        <w:rPr>
          <w:rFonts w:ascii="Garamond" w:hAnsi="Garamond"/>
        </w:rPr>
        <w:br/>
        <w:t>Water them with worship.</w:t>
      </w:r>
      <w:r w:rsidRPr="00EF67F9">
        <w:rPr>
          <w:rFonts w:ascii="Garamond" w:hAnsi="Garamond"/>
        </w:rPr>
        <w:br/>
        <w:t>And watch — what YAHUAH grows.</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 xml:space="preserve">REFLECTIVE PAUSE: “What Am I Speaking </w:t>
      </w:r>
      <w:proofErr w:type="gramStart"/>
      <w:r w:rsidRPr="00EF67F9">
        <w:rPr>
          <w:rFonts w:ascii="Garamond" w:hAnsi="Garamond"/>
          <w:b/>
          <w:bCs/>
        </w:rPr>
        <w:t>Into</w:t>
      </w:r>
      <w:proofErr w:type="gramEnd"/>
      <w:r w:rsidRPr="00EF67F9">
        <w:rPr>
          <w:rFonts w:ascii="Garamond" w:hAnsi="Garamond"/>
          <w:b/>
          <w:bCs/>
        </w:rPr>
        <w:t xml:space="preserve"> Existence?”</w:t>
      </w:r>
    </w:p>
    <w:p w:rsidR="00EF67F9" w:rsidRPr="00EF67F9" w:rsidRDefault="00EF67F9" w:rsidP="001E2F32">
      <w:pPr>
        <w:spacing w:line="480" w:lineRule="auto"/>
        <w:jc w:val="center"/>
        <w:rPr>
          <w:rFonts w:ascii="Garamond" w:hAnsi="Garamond"/>
        </w:rPr>
      </w:pPr>
      <w:r w:rsidRPr="00EF67F9">
        <w:rPr>
          <w:rFonts w:ascii="Garamond" w:hAnsi="Garamond"/>
        </w:rPr>
        <w:t>(Journal Space — leave blank lines in manuscript)</w:t>
      </w:r>
    </w:p>
    <w:p w:rsidR="00EF67F9" w:rsidRPr="00EF67F9" w:rsidRDefault="00EF67F9" w:rsidP="001E2F32">
      <w:pPr>
        <w:spacing w:line="480" w:lineRule="auto"/>
        <w:jc w:val="center"/>
        <w:rPr>
          <w:rFonts w:ascii="Garamond" w:hAnsi="Garamond"/>
        </w:rPr>
      </w:pPr>
      <w:r w:rsidRPr="00EF67F9">
        <w:rPr>
          <w:rFonts w:ascii="Garamond" w:hAnsi="Garamond"/>
        </w:rPr>
        <w:t>YAHUAH, search my lips —</w:t>
      </w:r>
      <w:r w:rsidRPr="00EF67F9">
        <w:rPr>
          <w:rFonts w:ascii="Garamond" w:hAnsi="Garamond"/>
        </w:rPr>
        <w:br/>
        <w:t>What death have I released through careless words?</w:t>
      </w:r>
      <w:r w:rsidRPr="00EF67F9">
        <w:rPr>
          <w:rFonts w:ascii="Garamond" w:hAnsi="Garamond"/>
        </w:rPr>
        <w:br/>
        <w:t>What life have I neglected to decree?</w:t>
      </w:r>
      <w:r w:rsidRPr="00EF67F9">
        <w:rPr>
          <w:rFonts w:ascii="Garamond" w:hAnsi="Garamond"/>
        </w:rPr>
        <w:br/>
        <w:t>Where have I spoken fear — instead of faith?</w:t>
      </w:r>
    </w:p>
    <w:p w:rsidR="00EF67F9" w:rsidRPr="00EF67F9" w:rsidRDefault="00EF67F9" w:rsidP="001E2F32">
      <w:pPr>
        <w:spacing w:line="480" w:lineRule="auto"/>
        <w:jc w:val="center"/>
        <w:rPr>
          <w:rFonts w:ascii="Garamond" w:hAnsi="Garamond"/>
        </w:rPr>
      </w:pPr>
      <w:r w:rsidRPr="00EF67F9">
        <w:rPr>
          <w:rFonts w:ascii="Garamond" w:hAnsi="Garamond"/>
        </w:rPr>
        <w:t>I repent.</w:t>
      </w:r>
      <w:r w:rsidRPr="00EF67F9">
        <w:rPr>
          <w:rFonts w:ascii="Garamond" w:hAnsi="Garamond"/>
        </w:rPr>
        <w:br/>
        <w:t>I realign.</w:t>
      </w:r>
      <w:r w:rsidRPr="00EF67F9">
        <w:rPr>
          <w:rFonts w:ascii="Garamond" w:hAnsi="Garamond"/>
        </w:rPr>
        <w:br/>
        <w:t>I reclaim my tongue for Your glory.</w:t>
      </w:r>
    </w:p>
    <w:p w:rsidR="00EF67F9" w:rsidRPr="00EF67F9" w:rsidRDefault="00EF67F9" w:rsidP="001E2F32">
      <w:pPr>
        <w:spacing w:line="480" w:lineRule="auto"/>
        <w:jc w:val="center"/>
        <w:rPr>
          <w:rFonts w:ascii="Garamond" w:hAnsi="Garamond"/>
        </w:rPr>
      </w:pPr>
      <w:r w:rsidRPr="00EF67F9">
        <w:rPr>
          <w:rFonts w:ascii="Garamond" w:hAnsi="Garamond"/>
        </w:rPr>
        <w:t>From this moment —</w:t>
      </w:r>
      <w:r w:rsidRPr="00EF67F9">
        <w:rPr>
          <w:rFonts w:ascii="Garamond" w:hAnsi="Garamond"/>
        </w:rPr>
        <w:br/>
        <w:t>My words carry healing.</w:t>
      </w:r>
      <w:r w:rsidRPr="00EF67F9">
        <w:rPr>
          <w:rFonts w:ascii="Garamond" w:hAnsi="Garamond"/>
        </w:rPr>
        <w:br/>
        <w:t>My declarations release destiny.</w:t>
      </w:r>
      <w:r w:rsidRPr="00EF67F9">
        <w:rPr>
          <w:rFonts w:ascii="Garamond" w:hAnsi="Garamond"/>
        </w:rPr>
        <w:br/>
        <w:t>My voice echoes Your Voice.</w:t>
      </w:r>
    </w:p>
    <w:p w:rsidR="00EF67F9" w:rsidRPr="00EF67F9" w:rsidRDefault="00EF67F9" w:rsidP="001E2F32">
      <w:pPr>
        <w:spacing w:line="480" w:lineRule="auto"/>
        <w:jc w:val="center"/>
        <w:rPr>
          <w:rFonts w:ascii="Garamond" w:hAnsi="Garamond"/>
        </w:rPr>
      </w:pPr>
      <w:r w:rsidRPr="00EF67F9">
        <w:rPr>
          <w:rFonts w:ascii="Garamond" w:hAnsi="Garamond"/>
        </w:rPr>
        <w:t>Let every syllable glorify YAHUAH alone.</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Breathe. Wait. Listen.)</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HEBRAIC INSIGHT: “YATSAR BETEN — FORMED IN THE SECRET PLACE”</w:t>
      </w:r>
    </w:p>
    <w:p w:rsidR="00EF67F9" w:rsidRPr="00EF67F9" w:rsidRDefault="00EF67F9" w:rsidP="001E2F32">
      <w:pPr>
        <w:spacing w:line="480" w:lineRule="auto"/>
        <w:jc w:val="center"/>
        <w:rPr>
          <w:rFonts w:ascii="Garamond" w:hAnsi="Garamond"/>
        </w:rPr>
      </w:pPr>
      <w:proofErr w:type="spellStart"/>
      <w:r w:rsidRPr="00EF67F9">
        <w:rPr>
          <w:rFonts w:ascii="Garamond" w:hAnsi="Garamond"/>
        </w:rPr>
        <w:t>Yatsar</w:t>
      </w:r>
      <w:proofErr w:type="spellEnd"/>
      <w:r w:rsidRPr="00EF67F9">
        <w:rPr>
          <w:rFonts w:ascii="Garamond" w:hAnsi="Garamond"/>
        </w:rPr>
        <w:t xml:space="preserve"> Beten (</w:t>
      </w:r>
      <w:proofErr w:type="spellStart"/>
      <w:r w:rsidRPr="00EF67F9">
        <w:rPr>
          <w:rFonts w:ascii="Times New Roman" w:hAnsi="Times New Roman" w:cs="Times New Roman"/>
        </w:rPr>
        <w:t>יָצַר</w:t>
      </w:r>
      <w:proofErr w:type="spellEnd"/>
      <w:r w:rsidRPr="00EF67F9">
        <w:rPr>
          <w:rFonts w:ascii="Garamond" w:hAnsi="Garamond"/>
        </w:rPr>
        <w:t xml:space="preserve"> </w:t>
      </w:r>
      <w:r w:rsidRPr="00EF67F9">
        <w:rPr>
          <w:rFonts w:ascii="Times New Roman" w:hAnsi="Times New Roman" w:cs="Times New Roman"/>
        </w:rPr>
        <w:t>בֶּ</w:t>
      </w:r>
      <w:proofErr w:type="spellStart"/>
      <w:r w:rsidRPr="00EF67F9">
        <w:rPr>
          <w:rFonts w:ascii="Times New Roman" w:hAnsi="Times New Roman" w:cs="Times New Roman"/>
        </w:rPr>
        <w:t>טֶן</w:t>
      </w:r>
      <w:proofErr w:type="spellEnd"/>
      <w:r w:rsidRPr="00EF67F9">
        <w:rPr>
          <w:rFonts w:ascii="Garamond" w:hAnsi="Garamond"/>
        </w:rPr>
        <w:t>) — “formed in the womb” — reveals YAHUAH as the Divine Potter who personally crafts each life:</w:t>
      </w:r>
    </w:p>
    <w:p w:rsidR="00EF67F9" w:rsidRPr="00EF67F9" w:rsidRDefault="00EF67F9" w:rsidP="001E2F32">
      <w:pPr>
        <w:numPr>
          <w:ilvl w:val="0"/>
          <w:numId w:val="19"/>
        </w:numPr>
        <w:spacing w:line="480" w:lineRule="auto"/>
        <w:jc w:val="center"/>
        <w:rPr>
          <w:rFonts w:ascii="Garamond" w:hAnsi="Garamond"/>
        </w:rPr>
      </w:pPr>
      <w:proofErr w:type="spellStart"/>
      <w:r w:rsidRPr="00EF67F9">
        <w:rPr>
          <w:rFonts w:ascii="Garamond" w:hAnsi="Garamond"/>
        </w:rPr>
        <w:t>Yatsar</w:t>
      </w:r>
      <w:proofErr w:type="spellEnd"/>
      <w:r w:rsidRPr="00EF67F9">
        <w:rPr>
          <w:rFonts w:ascii="Garamond" w:hAnsi="Garamond"/>
        </w:rPr>
        <w:t> (</w:t>
      </w:r>
      <w:proofErr w:type="spellStart"/>
      <w:r w:rsidRPr="00EF67F9">
        <w:rPr>
          <w:rFonts w:ascii="Times New Roman" w:hAnsi="Times New Roman" w:cs="Times New Roman"/>
        </w:rPr>
        <w:t>יָצַר</w:t>
      </w:r>
      <w:proofErr w:type="spellEnd"/>
      <w:r w:rsidRPr="00EF67F9">
        <w:rPr>
          <w:rFonts w:ascii="Garamond" w:hAnsi="Garamond"/>
        </w:rPr>
        <w:t>) — “to form, fashion, sculpt” — same word used for Adam (Genesis 2:7)</w:t>
      </w:r>
    </w:p>
    <w:p w:rsidR="00EF67F9" w:rsidRPr="00EF67F9" w:rsidRDefault="00EF67F9" w:rsidP="001E2F32">
      <w:pPr>
        <w:numPr>
          <w:ilvl w:val="0"/>
          <w:numId w:val="19"/>
        </w:numPr>
        <w:spacing w:line="480" w:lineRule="auto"/>
        <w:jc w:val="center"/>
        <w:rPr>
          <w:rFonts w:ascii="Garamond" w:hAnsi="Garamond"/>
        </w:rPr>
      </w:pPr>
      <w:r w:rsidRPr="00EF67F9">
        <w:rPr>
          <w:rFonts w:ascii="Garamond" w:hAnsi="Garamond"/>
        </w:rPr>
        <w:t>Beten (</w:t>
      </w:r>
      <w:r w:rsidRPr="00EF67F9">
        <w:rPr>
          <w:rFonts w:ascii="Times New Roman" w:hAnsi="Times New Roman" w:cs="Times New Roman"/>
        </w:rPr>
        <w:t>בֶּ</w:t>
      </w:r>
      <w:proofErr w:type="spellStart"/>
      <w:r w:rsidRPr="00EF67F9">
        <w:rPr>
          <w:rFonts w:ascii="Times New Roman" w:hAnsi="Times New Roman" w:cs="Times New Roman"/>
        </w:rPr>
        <w:t>טֶן</w:t>
      </w:r>
      <w:proofErr w:type="spellEnd"/>
      <w:r w:rsidRPr="00EF67F9">
        <w:rPr>
          <w:rFonts w:ascii="Garamond" w:hAnsi="Garamond"/>
        </w:rPr>
        <w:t>) — “womb, innermost being” — the hidden place of divine formation</w:t>
      </w:r>
    </w:p>
    <w:p w:rsidR="00EF67F9" w:rsidRPr="00EF67F9" w:rsidRDefault="00EF67F9" w:rsidP="001E2F32">
      <w:pPr>
        <w:spacing w:line="480" w:lineRule="auto"/>
        <w:jc w:val="center"/>
        <w:rPr>
          <w:rFonts w:ascii="Garamond" w:hAnsi="Garamond"/>
        </w:rPr>
      </w:pPr>
      <w:r w:rsidRPr="00EF67F9">
        <w:rPr>
          <w:rFonts w:ascii="Garamond" w:hAnsi="Garamond"/>
        </w:rPr>
        <w:t>Scripture affirms:</w:t>
      </w:r>
    </w:p>
    <w:p w:rsidR="00EF67F9" w:rsidRPr="00EF67F9" w:rsidRDefault="00EF67F9" w:rsidP="001E2F32">
      <w:pPr>
        <w:spacing w:line="480" w:lineRule="auto"/>
        <w:jc w:val="center"/>
        <w:rPr>
          <w:rFonts w:ascii="Garamond" w:hAnsi="Garamond"/>
        </w:rPr>
      </w:pPr>
      <w:r w:rsidRPr="00EF67F9">
        <w:rPr>
          <w:rFonts w:ascii="Garamond" w:hAnsi="Garamond"/>
        </w:rPr>
        <w:t>“You formed my inward parts; You knitted me together in my mother’s womb.” (Psalm 139:13)</w:t>
      </w:r>
      <w:r w:rsidRPr="00EF67F9">
        <w:rPr>
          <w:rFonts w:ascii="Garamond" w:hAnsi="Garamond"/>
        </w:rPr>
        <w:br/>
        <w:t xml:space="preserve">“The LORD called me from the </w:t>
      </w:r>
      <w:proofErr w:type="gramStart"/>
      <w:r w:rsidRPr="00EF67F9">
        <w:rPr>
          <w:rFonts w:ascii="Garamond" w:hAnsi="Garamond"/>
        </w:rPr>
        <w:t>womb,</w:t>
      </w:r>
      <w:proofErr w:type="gramEnd"/>
      <w:r w:rsidRPr="00EF67F9">
        <w:rPr>
          <w:rFonts w:ascii="Garamond" w:hAnsi="Garamond"/>
        </w:rPr>
        <w:t xml:space="preserve"> from the body of my mother He named my name.” (Isaiah 49:1)</w:t>
      </w:r>
    </w:p>
    <w:p w:rsidR="00EF67F9" w:rsidRPr="00EF67F9" w:rsidRDefault="00EF67F9" w:rsidP="001E2F32">
      <w:pPr>
        <w:spacing w:line="480" w:lineRule="auto"/>
        <w:jc w:val="center"/>
        <w:rPr>
          <w:rFonts w:ascii="Garamond" w:hAnsi="Garamond"/>
        </w:rPr>
      </w:pPr>
      <w:r w:rsidRPr="00EF67F9">
        <w:rPr>
          <w:rFonts w:ascii="Garamond" w:hAnsi="Garamond"/>
        </w:rPr>
        <w:t>You are not self-made.</w:t>
      </w:r>
      <w:r w:rsidRPr="00EF67F9">
        <w:rPr>
          <w:rFonts w:ascii="Garamond" w:hAnsi="Garamond"/>
        </w:rPr>
        <w:br/>
        <w:t>You are YAHUAH-fashioned.</w:t>
      </w:r>
      <w:r w:rsidRPr="00EF67F9">
        <w:rPr>
          <w:rFonts w:ascii="Garamond" w:hAnsi="Garamond"/>
        </w:rPr>
        <w:br/>
        <w:t>Your quirks? Intentional.</w:t>
      </w:r>
      <w:r w:rsidRPr="00EF67F9">
        <w:rPr>
          <w:rFonts w:ascii="Garamond" w:hAnsi="Garamond"/>
        </w:rPr>
        <w:br/>
        <w:t>Your struggles? Part of the shaping.</w:t>
      </w:r>
      <w:r w:rsidRPr="00EF67F9">
        <w:rPr>
          <w:rFonts w:ascii="Garamond" w:hAnsi="Garamond"/>
        </w:rPr>
        <w:br/>
        <w:t>Your calling? Pre-written.</w:t>
      </w:r>
    </w:p>
    <w:p w:rsidR="00EF67F9" w:rsidRPr="00EF67F9" w:rsidRDefault="00EF67F9" w:rsidP="001E2F32">
      <w:pPr>
        <w:spacing w:line="480" w:lineRule="auto"/>
        <w:jc w:val="center"/>
        <w:rPr>
          <w:rFonts w:ascii="Garamond" w:hAnsi="Garamond"/>
        </w:rPr>
      </w:pPr>
      <w:r w:rsidRPr="00EF67F9">
        <w:rPr>
          <w:rFonts w:ascii="Garamond" w:hAnsi="Garamond"/>
        </w:rPr>
        <w:t>To know you were </w:t>
      </w:r>
      <w:proofErr w:type="spellStart"/>
      <w:r w:rsidRPr="00EF67F9">
        <w:rPr>
          <w:rFonts w:ascii="Garamond" w:hAnsi="Garamond"/>
        </w:rPr>
        <w:t>yatsar</w:t>
      </w:r>
      <w:proofErr w:type="spellEnd"/>
      <w:r w:rsidRPr="00EF67F9">
        <w:rPr>
          <w:rFonts w:ascii="Garamond" w:hAnsi="Garamond"/>
        </w:rPr>
        <w:t xml:space="preserve"> </w:t>
      </w:r>
      <w:proofErr w:type="spellStart"/>
      <w:r w:rsidRPr="00EF67F9">
        <w:rPr>
          <w:rFonts w:ascii="Garamond" w:hAnsi="Garamond"/>
        </w:rPr>
        <w:t>beten</w:t>
      </w:r>
      <w:proofErr w:type="spellEnd"/>
      <w:r w:rsidRPr="00EF67F9">
        <w:rPr>
          <w:rFonts w:ascii="Garamond" w:hAnsi="Garamond"/>
        </w:rPr>
        <w:t> is to walk in unshakable identity —</w:t>
      </w:r>
      <w:r w:rsidRPr="00EF67F9">
        <w:rPr>
          <w:rFonts w:ascii="Garamond" w:hAnsi="Garamond"/>
        </w:rPr>
        <w:br/>
        <w:t>not because you’re perfect —</w:t>
      </w:r>
      <w:r w:rsidRPr="00EF67F9">
        <w:rPr>
          <w:rFonts w:ascii="Garamond" w:hAnsi="Garamond"/>
        </w:rPr>
        <w:br/>
        <w:t>but because you’re purposed.</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CLOSING PRAYER: “I Walk in the Destiny You Wrote Before Time”</w:t>
      </w:r>
    </w:p>
    <w:p w:rsidR="00EF67F9" w:rsidRPr="00EF67F9" w:rsidRDefault="00EF67F9" w:rsidP="001E2F32">
      <w:pPr>
        <w:spacing w:line="480" w:lineRule="auto"/>
        <w:jc w:val="center"/>
        <w:rPr>
          <w:rFonts w:ascii="Garamond" w:hAnsi="Garamond"/>
        </w:rPr>
      </w:pPr>
      <w:r w:rsidRPr="00EF67F9">
        <w:rPr>
          <w:rFonts w:ascii="Garamond" w:hAnsi="Garamond"/>
        </w:rPr>
        <w:t>Father YAHUAH,</w:t>
      </w:r>
      <w:r w:rsidRPr="00EF67F9">
        <w:rPr>
          <w:rFonts w:ascii="Garamond" w:hAnsi="Garamond"/>
        </w:rPr>
        <w:br/>
        <w:t>Shatter every lie that I’m too late, too broken, too small.</w:t>
      </w:r>
      <w:r w:rsidRPr="00EF67F9">
        <w:rPr>
          <w:rFonts w:ascii="Garamond" w:hAnsi="Garamond"/>
        </w:rPr>
        <w:br/>
        <w:t>Ignite in me holy confidence — not in my ability — but in Your design.</w:t>
      </w:r>
    </w:p>
    <w:p w:rsidR="00EF67F9" w:rsidRPr="00EF67F9" w:rsidRDefault="00EF67F9" w:rsidP="001E2F32">
      <w:pPr>
        <w:spacing w:line="480" w:lineRule="auto"/>
        <w:jc w:val="center"/>
        <w:rPr>
          <w:rFonts w:ascii="Garamond" w:hAnsi="Garamond"/>
        </w:rPr>
      </w:pPr>
      <w:r w:rsidRPr="00EF67F9">
        <w:rPr>
          <w:rFonts w:ascii="Garamond" w:hAnsi="Garamond"/>
        </w:rPr>
        <w:t>Teach me to guard my tongue —</w:t>
      </w:r>
      <w:r w:rsidRPr="00EF67F9">
        <w:rPr>
          <w:rFonts w:ascii="Garamond" w:hAnsi="Garamond"/>
        </w:rPr>
        <w:br/>
        <w:t>to speak only what aligns with heaven’s blueprint.</w:t>
      </w:r>
      <w:r w:rsidRPr="00EF67F9">
        <w:rPr>
          <w:rFonts w:ascii="Garamond" w:hAnsi="Garamond"/>
        </w:rPr>
        <w:br/>
        <w:t>To declare only what carries Your authority.</w:t>
      </w:r>
    </w:p>
    <w:p w:rsidR="00EF67F9" w:rsidRPr="00EF67F9" w:rsidRDefault="00EF67F9" w:rsidP="001E2F32">
      <w:pPr>
        <w:spacing w:line="480" w:lineRule="auto"/>
        <w:jc w:val="center"/>
        <w:rPr>
          <w:rFonts w:ascii="Garamond" w:hAnsi="Garamond"/>
        </w:rPr>
      </w:pPr>
      <w:r w:rsidRPr="00EF67F9">
        <w:rPr>
          <w:rFonts w:ascii="Garamond" w:hAnsi="Garamond"/>
        </w:rPr>
        <w:t>I rise — not in arrogance —</w:t>
      </w:r>
      <w:r w:rsidRPr="00EF67F9">
        <w:rPr>
          <w:rFonts w:ascii="Garamond" w:hAnsi="Garamond"/>
        </w:rPr>
        <w:br/>
        <w:t>but in surrendered obedience.</w:t>
      </w:r>
      <w:r w:rsidRPr="00EF67F9">
        <w:rPr>
          <w:rFonts w:ascii="Garamond" w:hAnsi="Garamond"/>
        </w:rPr>
        <w:br/>
        <w:t>I speak — not in presumption —</w:t>
      </w:r>
      <w:r w:rsidRPr="00EF67F9">
        <w:rPr>
          <w:rFonts w:ascii="Garamond" w:hAnsi="Garamond"/>
        </w:rPr>
        <w:br/>
        <w:t>but in prophetic alignment.</w:t>
      </w:r>
    </w:p>
    <w:p w:rsidR="00EF67F9" w:rsidRPr="00EF67F9" w:rsidRDefault="00EF67F9" w:rsidP="001E2F32">
      <w:pPr>
        <w:spacing w:line="480" w:lineRule="auto"/>
        <w:jc w:val="center"/>
        <w:rPr>
          <w:rFonts w:ascii="Garamond" w:hAnsi="Garamond"/>
        </w:rPr>
      </w:pPr>
      <w:r w:rsidRPr="00EF67F9">
        <w:rPr>
          <w:rFonts w:ascii="Garamond" w:hAnsi="Garamond"/>
        </w:rPr>
        <w:t>Let my life fulfill the purpose You engraved before breath.</w:t>
      </w:r>
      <w:r w:rsidRPr="00EF67F9">
        <w:rPr>
          <w:rFonts w:ascii="Garamond" w:hAnsi="Garamond"/>
        </w:rPr>
        <w:br/>
        <w:t>Let my words shift realms.</w:t>
      </w:r>
      <w:r w:rsidRPr="00EF67F9">
        <w:rPr>
          <w:rFonts w:ascii="Garamond" w:hAnsi="Garamond"/>
        </w:rPr>
        <w:br/>
        <w:t>Let my steps mark the path You ordained.</w:t>
      </w:r>
    </w:p>
    <w:p w:rsidR="00EF67F9" w:rsidRPr="00EF67F9" w:rsidRDefault="00EF67F9" w:rsidP="001E2F32">
      <w:pPr>
        <w:spacing w:line="480" w:lineRule="auto"/>
        <w:jc w:val="center"/>
        <w:rPr>
          <w:rFonts w:ascii="Garamond" w:hAnsi="Garamond"/>
        </w:rPr>
      </w:pPr>
      <w:r w:rsidRPr="00EF67F9">
        <w:rPr>
          <w:rFonts w:ascii="Garamond" w:hAnsi="Garamond"/>
        </w:rPr>
        <w:t>In the Name of YAHUSHA —</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1E2F32" w:rsidRDefault="00EF67F9"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CHAPTER 16: THE REMNANT FLAME</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t>🔥</w:t>
      </w:r>
      <w:r w:rsidRPr="00EF67F9">
        <w:rPr>
          <w:rFonts w:ascii="Garamond" w:hAnsi="Garamond"/>
        </w:rPr>
        <w:t> “I looked and saw a small flame burning in the midst of darkness. It was not consumed, nor did the wind blow it out… This is the light of My remnant, hidden and preserved, though the nations raged and the kingdoms fell.”</w:t>
      </w:r>
    </w:p>
    <w:p w:rsidR="00EF67F9" w:rsidRPr="00EF67F9" w:rsidRDefault="00EF67F9" w:rsidP="001E2F32">
      <w:pPr>
        <w:spacing w:line="480" w:lineRule="auto"/>
        <w:jc w:val="center"/>
        <w:rPr>
          <w:rFonts w:ascii="Garamond" w:hAnsi="Garamond"/>
        </w:rPr>
      </w:pPr>
      <w:r w:rsidRPr="00EF67F9">
        <w:rPr>
          <w:rFonts w:ascii="Garamond" w:hAnsi="Garamond"/>
        </w:rPr>
        <w:t>Beloved — hear this:</w:t>
      </w:r>
    </w:p>
    <w:p w:rsidR="00EF67F9" w:rsidRPr="00EF67F9" w:rsidRDefault="00EF67F9" w:rsidP="001E2F32">
      <w:pPr>
        <w:spacing w:line="480" w:lineRule="auto"/>
        <w:jc w:val="center"/>
        <w:rPr>
          <w:rFonts w:ascii="Garamond" w:hAnsi="Garamond"/>
        </w:rPr>
      </w:pPr>
      <w:r w:rsidRPr="00EF67F9">
        <w:rPr>
          <w:rFonts w:ascii="Garamond" w:hAnsi="Garamond"/>
        </w:rPr>
        <w:t>There is a Flame…</w:t>
      </w:r>
      <w:r w:rsidRPr="00EF67F9">
        <w:rPr>
          <w:rFonts w:ascii="Garamond" w:hAnsi="Garamond"/>
        </w:rPr>
        <w:br/>
        <w:t>Not fed by oil of man’s making.</w:t>
      </w:r>
      <w:r w:rsidRPr="00EF67F9">
        <w:rPr>
          <w:rFonts w:ascii="Garamond" w:hAnsi="Garamond"/>
        </w:rPr>
        <w:br/>
        <w:t>Not sheltered by temple walls.</w:t>
      </w:r>
      <w:r w:rsidRPr="00EF67F9">
        <w:rPr>
          <w:rFonts w:ascii="Garamond" w:hAnsi="Garamond"/>
        </w:rPr>
        <w:br/>
        <w:t>Not fanned by popular praise.</w:t>
      </w:r>
    </w:p>
    <w:p w:rsidR="00EF67F9" w:rsidRPr="00EF67F9" w:rsidRDefault="00EF67F9" w:rsidP="001E2F32">
      <w:pPr>
        <w:spacing w:line="480" w:lineRule="auto"/>
        <w:jc w:val="center"/>
        <w:rPr>
          <w:rFonts w:ascii="Garamond" w:hAnsi="Garamond"/>
        </w:rPr>
      </w:pPr>
      <w:r w:rsidRPr="00EF67F9">
        <w:rPr>
          <w:rFonts w:ascii="Garamond" w:hAnsi="Garamond"/>
        </w:rPr>
        <w:t>It burns in catacombs.</w:t>
      </w:r>
      <w:r w:rsidRPr="00EF67F9">
        <w:rPr>
          <w:rFonts w:ascii="Garamond" w:hAnsi="Garamond"/>
        </w:rPr>
        <w:br/>
        <w:t>In prison cells.</w:t>
      </w:r>
      <w:r w:rsidRPr="00EF67F9">
        <w:rPr>
          <w:rFonts w:ascii="Garamond" w:hAnsi="Garamond"/>
        </w:rPr>
        <w:br/>
        <w:t>In hidden homes.</w:t>
      </w:r>
      <w:r w:rsidRPr="00EF67F9">
        <w:rPr>
          <w:rFonts w:ascii="Garamond" w:hAnsi="Garamond"/>
        </w:rPr>
        <w:br/>
        <w:t>In trembling hearts.</w:t>
      </w:r>
    </w:p>
    <w:p w:rsidR="00EF67F9" w:rsidRPr="00EF67F9" w:rsidRDefault="00EF67F9" w:rsidP="001E2F32">
      <w:pPr>
        <w:spacing w:line="480" w:lineRule="auto"/>
        <w:jc w:val="center"/>
        <w:rPr>
          <w:rFonts w:ascii="Garamond" w:hAnsi="Garamond"/>
        </w:rPr>
      </w:pPr>
      <w:r w:rsidRPr="00EF67F9">
        <w:rPr>
          <w:rFonts w:ascii="Garamond" w:hAnsi="Garamond"/>
        </w:rPr>
        <w:t>This is the </w:t>
      </w:r>
      <w:r w:rsidRPr="00EF67F9">
        <w:rPr>
          <w:rFonts w:ascii="Garamond" w:hAnsi="Garamond"/>
          <w:b/>
          <w:bCs/>
        </w:rPr>
        <w:t>Remnant Flame</w:t>
      </w:r>
      <w:r w:rsidRPr="00EF67F9">
        <w:rPr>
          <w:rFonts w:ascii="Garamond" w:hAnsi="Garamond"/>
        </w:rPr>
        <w:t> —</w:t>
      </w:r>
      <w:r w:rsidRPr="00EF67F9">
        <w:rPr>
          <w:rFonts w:ascii="Garamond" w:hAnsi="Garamond"/>
        </w:rPr>
        <w:br/>
        <w:t>the fire YAHUAH hides…</w:t>
      </w:r>
      <w:r w:rsidRPr="00EF67F9">
        <w:rPr>
          <w:rFonts w:ascii="Garamond" w:hAnsi="Garamond"/>
        </w:rPr>
        <w:br/>
        <w:t>to preserve His glory…</w:t>
      </w:r>
      <w:r w:rsidRPr="00EF67F9">
        <w:rPr>
          <w:rFonts w:ascii="Garamond" w:hAnsi="Garamond"/>
        </w:rPr>
        <w:br/>
        <w:t>until the hour of unveiling.</w:t>
      </w:r>
    </w:p>
    <w:p w:rsidR="00EF67F9" w:rsidRPr="00EF67F9" w:rsidRDefault="00EF67F9" w:rsidP="001E2F32">
      <w:pPr>
        <w:spacing w:line="480" w:lineRule="auto"/>
        <w:jc w:val="center"/>
        <w:rPr>
          <w:rFonts w:ascii="Garamond" w:hAnsi="Garamond"/>
        </w:rPr>
      </w:pPr>
      <w:r w:rsidRPr="00EF67F9">
        <w:rPr>
          <w:rFonts w:ascii="Garamond" w:hAnsi="Garamond"/>
        </w:rPr>
        <w:t>He says:</w:t>
      </w:r>
    </w:p>
    <w:p w:rsidR="00EF67F9" w:rsidRPr="00EF67F9" w:rsidRDefault="00EF67F9" w:rsidP="001E2F32">
      <w:pPr>
        <w:spacing w:line="480" w:lineRule="auto"/>
        <w:jc w:val="center"/>
        <w:rPr>
          <w:rFonts w:ascii="Garamond" w:hAnsi="Garamond"/>
        </w:rPr>
      </w:pPr>
      <w:r w:rsidRPr="00EF67F9">
        <w:rPr>
          <w:rFonts w:ascii="Garamond" w:hAnsi="Garamond"/>
        </w:rPr>
        <w:t>“You thought you were forgotten, O child of Zion, but I carried you as a jewel in My hand. I hid you as a seed in the earth, waiting for the appointed time.”</w:t>
      </w:r>
    </w:p>
    <w:p w:rsidR="00EF67F9" w:rsidRPr="00EF67F9" w:rsidRDefault="00EF67F9" w:rsidP="001E2F32">
      <w:pPr>
        <w:spacing w:line="480" w:lineRule="auto"/>
        <w:jc w:val="center"/>
        <w:rPr>
          <w:rFonts w:ascii="Garamond" w:hAnsi="Garamond"/>
        </w:rPr>
      </w:pPr>
      <w:r w:rsidRPr="00EF67F9">
        <w:rPr>
          <w:rFonts w:ascii="Garamond" w:hAnsi="Garamond"/>
        </w:rPr>
        <w:lastRenderedPageBreak/>
        <w:t>You are not overlooked.</w:t>
      </w:r>
      <w:r w:rsidRPr="00EF67F9">
        <w:rPr>
          <w:rFonts w:ascii="Garamond" w:hAnsi="Garamond"/>
        </w:rPr>
        <w:br/>
        <w:t>You are not irrelevant.</w:t>
      </w:r>
      <w:r w:rsidRPr="00EF67F9">
        <w:rPr>
          <w:rFonts w:ascii="Garamond" w:hAnsi="Garamond"/>
        </w:rPr>
        <w:br/>
        <w:t>You are ordained.</w:t>
      </w:r>
    </w:p>
    <w:p w:rsidR="00EF67F9" w:rsidRPr="00EF67F9" w:rsidRDefault="00EF67F9" w:rsidP="001E2F32">
      <w:pPr>
        <w:spacing w:line="480" w:lineRule="auto"/>
        <w:jc w:val="center"/>
        <w:rPr>
          <w:rFonts w:ascii="Garamond" w:hAnsi="Garamond"/>
        </w:rPr>
      </w:pPr>
      <w:r w:rsidRPr="00EF67F9">
        <w:rPr>
          <w:rFonts w:ascii="Garamond" w:hAnsi="Garamond"/>
        </w:rPr>
        <w:t>Your obscurity is incubation.</w:t>
      </w:r>
      <w:r w:rsidRPr="00EF67F9">
        <w:rPr>
          <w:rFonts w:ascii="Garamond" w:hAnsi="Garamond"/>
        </w:rPr>
        <w:br/>
        <w:t>Your silence is strategy.</w:t>
      </w:r>
      <w:r w:rsidRPr="00EF67F9">
        <w:rPr>
          <w:rFonts w:ascii="Garamond" w:hAnsi="Garamond"/>
        </w:rPr>
        <w:br/>
        <w:t>Your suffering is sanctification.</w:t>
      </w:r>
    </w:p>
    <w:p w:rsidR="00EF67F9" w:rsidRPr="00EF67F9" w:rsidRDefault="00EF67F9" w:rsidP="001E2F32">
      <w:pPr>
        <w:spacing w:line="480" w:lineRule="auto"/>
        <w:jc w:val="center"/>
        <w:rPr>
          <w:rFonts w:ascii="Garamond" w:hAnsi="Garamond"/>
        </w:rPr>
      </w:pPr>
      <w:r w:rsidRPr="00EF67F9">
        <w:rPr>
          <w:rFonts w:ascii="Garamond" w:hAnsi="Garamond"/>
        </w:rPr>
        <w:t>The world measures impact by volume.</w:t>
      </w:r>
      <w:r w:rsidRPr="00EF67F9">
        <w:rPr>
          <w:rFonts w:ascii="Garamond" w:hAnsi="Garamond"/>
        </w:rPr>
        <w:br/>
        <w:t>YAHUAH measures it by fidelity.</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POETIC INTERLUDE: “The Flame That Cannot Be Blown Out”</w:t>
      </w:r>
    </w:p>
    <w:p w:rsidR="00EF67F9" w:rsidRPr="00EF67F9" w:rsidRDefault="00EF67F9" w:rsidP="001E2F32">
      <w:pPr>
        <w:spacing w:line="480" w:lineRule="auto"/>
        <w:jc w:val="center"/>
        <w:rPr>
          <w:rFonts w:ascii="Garamond" w:hAnsi="Garamond"/>
        </w:rPr>
      </w:pPr>
      <w:r w:rsidRPr="00EF67F9">
        <w:rPr>
          <w:rFonts w:ascii="Garamond" w:hAnsi="Garamond"/>
        </w:rPr>
        <w:t>They called it “small.”</w:t>
      </w:r>
      <w:r w:rsidRPr="00EF67F9">
        <w:rPr>
          <w:rFonts w:ascii="Garamond" w:hAnsi="Garamond"/>
        </w:rPr>
        <w:br/>
        <w:t>They called it “weak.”</w:t>
      </w:r>
      <w:r w:rsidRPr="00EF67F9">
        <w:rPr>
          <w:rFonts w:ascii="Garamond" w:hAnsi="Garamond"/>
        </w:rPr>
        <w:br/>
        <w:t>They called it “insignificant.”</w:t>
      </w:r>
    </w:p>
    <w:p w:rsidR="00EF67F9" w:rsidRPr="00EF67F9" w:rsidRDefault="00EF67F9" w:rsidP="001E2F32">
      <w:pPr>
        <w:spacing w:line="480" w:lineRule="auto"/>
        <w:jc w:val="center"/>
        <w:rPr>
          <w:rFonts w:ascii="Garamond" w:hAnsi="Garamond"/>
        </w:rPr>
      </w:pPr>
      <w:r w:rsidRPr="00EF67F9">
        <w:rPr>
          <w:rFonts w:ascii="Garamond" w:hAnsi="Garamond"/>
        </w:rPr>
        <w:t>But Heaven called it —</w:t>
      </w:r>
      <w:r w:rsidRPr="00EF67F9">
        <w:rPr>
          <w:rFonts w:ascii="Garamond" w:hAnsi="Garamond"/>
        </w:rPr>
        <w:br/>
        <w:t>“Mine.”</w:t>
      </w:r>
    </w:p>
    <w:p w:rsidR="00EF67F9" w:rsidRPr="00EF67F9" w:rsidRDefault="00EF67F9" w:rsidP="001E2F32">
      <w:pPr>
        <w:spacing w:line="480" w:lineRule="auto"/>
        <w:jc w:val="center"/>
        <w:rPr>
          <w:rFonts w:ascii="Garamond" w:hAnsi="Garamond"/>
        </w:rPr>
      </w:pPr>
      <w:r w:rsidRPr="00EF67F9">
        <w:rPr>
          <w:rFonts w:ascii="Garamond" w:hAnsi="Garamond"/>
        </w:rPr>
        <w:t>No storm could snuff it.</w:t>
      </w:r>
      <w:r w:rsidRPr="00EF67F9">
        <w:rPr>
          <w:rFonts w:ascii="Garamond" w:hAnsi="Garamond"/>
        </w:rPr>
        <w:br/>
        <w:t>No king could quench it.</w:t>
      </w:r>
      <w:r w:rsidRPr="00EF67F9">
        <w:rPr>
          <w:rFonts w:ascii="Garamond" w:hAnsi="Garamond"/>
        </w:rPr>
        <w:br/>
        <w:t>No lie could smother it.</w:t>
      </w:r>
    </w:p>
    <w:p w:rsidR="00EF67F9" w:rsidRPr="00EF67F9" w:rsidRDefault="00EF67F9" w:rsidP="001E2F32">
      <w:pPr>
        <w:spacing w:line="480" w:lineRule="auto"/>
        <w:jc w:val="center"/>
        <w:rPr>
          <w:rFonts w:ascii="Garamond" w:hAnsi="Garamond"/>
        </w:rPr>
      </w:pPr>
      <w:r w:rsidRPr="00EF67F9">
        <w:rPr>
          <w:rFonts w:ascii="Garamond" w:hAnsi="Garamond"/>
        </w:rPr>
        <w:t>For its wick was woven from covenant.</w:t>
      </w:r>
      <w:r w:rsidRPr="00EF67F9">
        <w:rPr>
          <w:rFonts w:ascii="Garamond" w:hAnsi="Garamond"/>
        </w:rPr>
        <w:br/>
        <w:t>Its oil pressed from tears of the faithful.</w:t>
      </w:r>
      <w:r w:rsidRPr="00EF67F9">
        <w:rPr>
          <w:rFonts w:ascii="Garamond" w:hAnsi="Garamond"/>
        </w:rPr>
        <w:br/>
        <w:t>Its heat drawn from the Breath of YAHUAH.</w:t>
      </w:r>
    </w:p>
    <w:p w:rsidR="00EF67F9" w:rsidRPr="00EF67F9" w:rsidRDefault="00EF67F9" w:rsidP="001E2F32">
      <w:pPr>
        <w:spacing w:line="480" w:lineRule="auto"/>
        <w:jc w:val="center"/>
        <w:rPr>
          <w:rFonts w:ascii="Garamond" w:hAnsi="Garamond"/>
        </w:rPr>
      </w:pPr>
      <w:r w:rsidRPr="00EF67F9">
        <w:rPr>
          <w:rFonts w:ascii="Garamond" w:hAnsi="Garamond"/>
        </w:rPr>
        <w:t>And when the night grew longest —</w:t>
      </w:r>
      <w:r w:rsidRPr="00EF67F9">
        <w:rPr>
          <w:rFonts w:ascii="Garamond" w:hAnsi="Garamond"/>
        </w:rPr>
        <w:br/>
        <w:t>It burned brightest.</w:t>
      </w:r>
    </w:p>
    <w:p w:rsidR="00EF67F9" w:rsidRPr="00EF67F9" w:rsidRDefault="00EF67F9" w:rsidP="001E2F32">
      <w:pPr>
        <w:spacing w:line="480" w:lineRule="auto"/>
        <w:jc w:val="center"/>
        <w:rPr>
          <w:rFonts w:ascii="Garamond" w:hAnsi="Garamond"/>
        </w:rPr>
      </w:pPr>
      <w:r w:rsidRPr="00EF67F9">
        <w:rPr>
          <w:rFonts w:ascii="Garamond" w:hAnsi="Garamond"/>
        </w:rPr>
        <w:t>Not to conquer nations…</w:t>
      </w:r>
      <w:r w:rsidRPr="00EF67F9">
        <w:rPr>
          <w:rFonts w:ascii="Garamond" w:hAnsi="Garamond"/>
        </w:rPr>
        <w:br/>
        <w:t>But to carry truth.</w:t>
      </w:r>
      <w:r w:rsidRPr="00EF67F9">
        <w:rPr>
          <w:rFonts w:ascii="Garamond" w:hAnsi="Garamond"/>
        </w:rPr>
        <w:br/>
        <w:t>Not to build empires…</w:t>
      </w:r>
      <w:r w:rsidRPr="00EF67F9">
        <w:rPr>
          <w:rFonts w:ascii="Garamond" w:hAnsi="Garamond"/>
        </w:rPr>
        <w:br/>
        <w:t>But to bear witness.</w:t>
      </w:r>
    </w:p>
    <w:p w:rsidR="00EF67F9" w:rsidRPr="00EF67F9" w:rsidRDefault="00EF67F9" w:rsidP="001E2F32">
      <w:pPr>
        <w:spacing w:line="480" w:lineRule="auto"/>
        <w:jc w:val="center"/>
        <w:rPr>
          <w:rFonts w:ascii="Garamond" w:hAnsi="Garamond"/>
        </w:rPr>
      </w:pPr>
      <w:r w:rsidRPr="00EF67F9">
        <w:rPr>
          <w:rFonts w:ascii="Garamond" w:hAnsi="Garamond"/>
        </w:rPr>
        <w:t>Rise, O Flame.</w:t>
      </w:r>
      <w:r w:rsidRPr="00EF67F9">
        <w:rPr>
          <w:rFonts w:ascii="Garamond" w:hAnsi="Garamond"/>
        </w:rPr>
        <w:br/>
        <w:t>Your hour has come.</w:t>
      </w:r>
      <w:r w:rsidRPr="00EF67F9">
        <w:rPr>
          <w:rFonts w:ascii="Garamond" w:hAnsi="Garamond"/>
        </w:rPr>
        <w:br/>
        <w:t>The darkness trembles…</w:t>
      </w:r>
      <w:r w:rsidRPr="00EF67F9">
        <w:rPr>
          <w:rFonts w:ascii="Garamond" w:hAnsi="Garamond"/>
        </w:rPr>
        <w:br/>
        <w:t>at your glow.</w:t>
      </w:r>
    </w:p>
    <w:p w:rsidR="00EF67F9" w:rsidRPr="00EF67F9" w:rsidRDefault="00EF67F9" w:rsidP="001E2F32">
      <w:pPr>
        <w:spacing w:line="480" w:lineRule="auto"/>
        <w:jc w:val="center"/>
        <w:rPr>
          <w:rFonts w:ascii="Garamond" w:hAnsi="Garamond"/>
        </w:rPr>
      </w:pPr>
      <w:r w:rsidRPr="00EF67F9">
        <w:rPr>
          <w:rFonts w:ascii="Garamond" w:hAnsi="Garamond"/>
        </w:rPr>
        <w:lastRenderedPageBreak/>
        <w:t>— Inspired by your vision, Apostle</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LITURGICAL RESPONSE: “The Liturgy of the Hidden Flame”</w:t>
      </w:r>
    </w:p>
    <w:p w:rsidR="00EF67F9" w:rsidRPr="00EF67F9" w:rsidRDefault="00EF67F9" w:rsidP="001E2F32">
      <w:pPr>
        <w:spacing w:line="480" w:lineRule="auto"/>
        <w:jc w:val="center"/>
        <w:rPr>
          <w:rFonts w:ascii="Garamond" w:hAnsi="Garamond"/>
        </w:rPr>
      </w:pPr>
      <w:r w:rsidRPr="00EF67F9">
        <w:rPr>
          <w:rFonts w:ascii="Garamond" w:hAnsi="Garamond"/>
        </w:rPr>
        <w:t>Leader: YAHUAH, I have felt forgotten —</w:t>
      </w:r>
      <w:r w:rsidRPr="00EF67F9">
        <w:rPr>
          <w:rFonts w:ascii="Garamond" w:hAnsi="Garamond"/>
        </w:rPr>
        <w:br/>
        <w:t>People: But You carried me as a jewel in Your hand.</w:t>
      </w:r>
    </w:p>
    <w:p w:rsidR="00EF67F9" w:rsidRPr="00EF67F9" w:rsidRDefault="00EF67F9" w:rsidP="001E2F32">
      <w:pPr>
        <w:spacing w:line="480" w:lineRule="auto"/>
        <w:jc w:val="center"/>
        <w:rPr>
          <w:rFonts w:ascii="Garamond" w:hAnsi="Garamond"/>
        </w:rPr>
      </w:pPr>
      <w:r w:rsidRPr="00EF67F9">
        <w:rPr>
          <w:rFonts w:ascii="Garamond" w:hAnsi="Garamond"/>
        </w:rPr>
        <w:t>Leader: I have been hidden —</w:t>
      </w:r>
      <w:r w:rsidRPr="00EF67F9">
        <w:rPr>
          <w:rFonts w:ascii="Garamond" w:hAnsi="Garamond"/>
        </w:rPr>
        <w:br/>
        <w:t>People: But You planted me as a seed for such a time as this.</w:t>
      </w:r>
    </w:p>
    <w:p w:rsidR="00EF67F9" w:rsidRPr="00EF67F9" w:rsidRDefault="00EF67F9" w:rsidP="001E2F32">
      <w:pPr>
        <w:spacing w:line="480" w:lineRule="auto"/>
        <w:jc w:val="center"/>
        <w:rPr>
          <w:rFonts w:ascii="Garamond" w:hAnsi="Garamond"/>
        </w:rPr>
      </w:pPr>
      <w:r w:rsidRPr="00EF67F9">
        <w:rPr>
          <w:rFonts w:ascii="Garamond" w:hAnsi="Garamond"/>
        </w:rPr>
        <w:t>Leader: I have been called “small” —</w:t>
      </w:r>
      <w:r w:rsidRPr="00EF67F9">
        <w:rPr>
          <w:rFonts w:ascii="Garamond" w:hAnsi="Garamond"/>
        </w:rPr>
        <w:br/>
        <w:t>People: But my Flame is fed by Your Breath.</w:t>
      </w:r>
    </w:p>
    <w:p w:rsidR="00EF67F9" w:rsidRPr="00EF67F9" w:rsidRDefault="00EF67F9" w:rsidP="001E2F32">
      <w:pPr>
        <w:spacing w:line="480" w:lineRule="auto"/>
        <w:jc w:val="center"/>
        <w:rPr>
          <w:rFonts w:ascii="Garamond" w:hAnsi="Garamond"/>
        </w:rPr>
      </w:pPr>
      <w:r w:rsidRPr="00EF67F9">
        <w:rPr>
          <w:rFonts w:ascii="Garamond" w:hAnsi="Garamond"/>
        </w:rPr>
        <w:t>Leader: I rise — not in my strength, but in Your covenant —</w:t>
      </w:r>
      <w:r w:rsidRPr="00EF67F9">
        <w:rPr>
          <w:rFonts w:ascii="Garamond" w:hAnsi="Garamond"/>
        </w:rPr>
        <w:br/>
        <w:t>People: To speak, to shine, to stand unshaken.</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Fire that cannot be extinguished!</w:t>
      </w:r>
    </w:p>
    <w:p w:rsidR="00EF67F9" w:rsidRPr="00EF67F9" w:rsidRDefault="00EF67F9" w:rsidP="001E2F32">
      <w:pPr>
        <w:spacing w:line="480" w:lineRule="auto"/>
        <w:jc w:val="center"/>
        <w:rPr>
          <w:rFonts w:ascii="Garamond" w:hAnsi="Garamond"/>
        </w:rPr>
      </w:pPr>
      <w:r w:rsidRPr="00EF67F9">
        <w:rPr>
          <w:rFonts w:ascii="Garamond" w:hAnsi="Garamond"/>
        </w:rPr>
        <w:t>(Pause. Whisper: “YAHUAH, I am Your hidden flame. Send me.”)</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PROPHETIC EXPANSION: “The Parable That Was Replaced — And the One That Must Return”</w:t>
      </w:r>
    </w:p>
    <w:p w:rsidR="00EF67F9" w:rsidRPr="00EF67F9" w:rsidRDefault="00EF67F9" w:rsidP="001E2F32">
      <w:pPr>
        <w:spacing w:line="480" w:lineRule="auto"/>
        <w:jc w:val="center"/>
        <w:rPr>
          <w:rFonts w:ascii="Garamond" w:hAnsi="Garamond"/>
        </w:rPr>
      </w:pPr>
      <w:r w:rsidRPr="00EF67F9">
        <w:rPr>
          <w:rFonts w:ascii="Garamond" w:hAnsi="Garamond"/>
        </w:rPr>
        <w:t>“Train up a child in the way of righteousness… But what has that parable been replaced with? ‘I’m getting me and mine by any means necessary.’”</w:t>
      </w:r>
    </w:p>
    <w:p w:rsidR="00EF67F9" w:rsidRPr="00EF67F9" w:rsidRDefault="00EF67F9" w:rsidP="001E2F32">
      <w:pPr>
        <w:spacing w:line="480" w:lineRule="auto"/>
        <w:jc w:val="center"/>
        <w:rPr>
          <w:rFonts w:ascii="Garamond" w:hAnsi="Garamond"/>
        </w:rPr>
      </w:pPr>
      <w:r w:rsidRPr="00EF67F9">
        <w:rPr>
          <w:rFonts w:ascii="Garamond" w:hAnsi="Garamond"/>
        </w:rPr>
        <w:t>This is the heart of the fall — not just moral failure, but covenant abandonment.</w:t>
      </w:r>
      <w:r w:rsidRPr="00EF67F9">
        <w:rPr>
          <w:rFonts w:ascii="Garamond" w:hAnsi="Garamond"/>
        </w:rPr>
        <w:br/>
        <w:t>When fathers stopped teaching Torah…</w:t>
      </w:r>
      <w:r w:rsidRPr="00EF67F9">
        <w:rPr>
          <w:rFonts w:ascii="Garamond" w:hAnsi="Garamond"/>
        </w:rPr>
        <w:br/>
        <w:t>When mothers stopped singing Psalms over cribs…</w:t>
      </w:r>
      <w:r w:rsidRPr="00EF67F9">
        <w:rPr>
          <w:rFonts w:ascii="Garamond" w:hAnsi="Garamond"/>
        </w:rPr>
        <w:br/>
        <w:t>When identity was traded for survival…</w:t>
      </w:r>
      <w:r w:rsidRPr="00EF67F9">
        <w:rPr>
          <w:rFonts w:ascii="Garamond" w:hAnsi="Garamond"/>
        </w:rPr>
        <w:br/>
        <w:t>When legacy was overwritten by trauma…</w:t>
      </w:r>
    </w:p>
    <w:p w:rsidR="00EF67F9" w:rsidRPr="00EF67F9" w:rsidRDefault="00EF67F9" w:rsidP="001E2F32">
      <w:pPr>
        <w:spacing w:line="480" w:lineRule="auto"/>
        <w:jc w:val="center"/>
        <w:rPr>
          <w:rFonts w:ascii="Garamond" w:hAnsi="Garamond"/>
        </w:rPr>
      </w:pPr>
      <w:r w:rsidRPr="00EF67F9">
        <w:rPr>
          <w:rFonts w:ascii="Garamond" w:hAnsi="Garamond"/>
        </w:rPr>
        <w:t>The enemy didn’t just steal land — he stole language.</w:t>
      </w:r>
      <w:r w:rsidRPr="00EF67F9">
        <w:rPr>
          <w:rFonts w:ascii="Garamond" w:hAnsi="Garamond"/>
        </w:rPr>
        <w:br/>
        <w:t>Not just wealth — but worship.</w:t>
      </w:r>
      <w:r w:rsidRPr="00EF67F9">
        <w:rPr>
          <w:rFonts w:ascii="Garamond" w:hAnsi="Garamond"/>
        </w:rPr>
        <w:br/>
        <w:t>Not just freedom — but memory.</w:t>
      </w:r>
    </w:p>
    <w:p w:rsidR="00EF67F9" w:rsidRPr="00EF67F9" w:rsidRDefault="00EF67F9" w:rsidP="001E2F32">
      <w:pPr>
        <w:spacing w:line="480" w:lineRule="auto"/>
        <w:jc w:val="center"/>
        <w:rPr>
          <w:rFonts w:ascii="Garamond" w:hAnsi="Garamond"/>
        </w:rPr>
      </w:pPr>
      <w:r w:rsidRPr="00EF67F9">
        <w:rPr>
          <w:rFonts w:ascii="Garamond" w:hAnsi="Garamond"/>
        </w:rPr>
        <w:t>But YAHUAH says:</w:t>
      </w:r>
    </w:p>
    <w:p w:rsidR="00EF67F9" w:rsidRPr="00EF67F9" w:rsidRDefault="00EF67F9" w:rsidP="001E2F32">
      <w:pPr>
        <w:spacing w:line="480" w:lineRule="auto"/>
        <w:jc w:val="center"/>
        <w:rPr>
          <w:rFonts w:ascii="Garamond" w:hAnsi="Garamond"/>
        </w:rPr>
      </w:pPr>
      <w:r w:rsidRPr="00EF67F9">
        <w:rPr>
          <w:rFonts w:ascii="Garamond" w:hAnsi="Garamond"/>
        </w:rPr>
        <w:t>“The remnant shall arise… They will restore the ancient paths and repair the breaches in the wall.”</w:t>
      </w:r>
    </w:p>
    <w:p w:rsidR="00EF67F9" w:rsidRPr="00EF67F9" w:rsidRDefault="00EF67F9" w:rsidP="001E2F32">
      <w:pPr>
        <w:spacing w:line="480" w:lineRule="auto"/>
        <w:jc w:val="center"/>
        <w:rPr>
          <w:rFonts w:ascii="Garamond" w:hAnsi="Garamond"/>
        </w:rPr>
      </w:pPr>
      <w:r w:rsidRPr="00EF67F9">
        <w:rPr>
          <w:rFonts w:ascii="Garamond" w:hAnsi="Garamond"/>
        </w:rPr>
        <w:t>This is not nostalgia — it is necessity.</w:t>
      </w:r>
      <w:r w:rsidRPr="00EF67F9">
        <w:rPr>
          <w:rFonts w:ascii="Garamond" w:hAnsi="Garamond"/>
        </w:rPr>
        <w:br/>
        <w:t>The future is rebuilt on recovered foundations.</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What “ancient path” have I neglected in my life?</w:t>
      </w:r>
      <w:r w:rsidRPr="00EF67F9">
        <w:rPr>
          <w:rFonts w:ascii="Garamond" w:hAnsi="Garamond"/>
        </w:rPr>
        <w:br/>
        <w:t>— Daily prayer? Sabbath rest? Scripture meditation?</w:t>
      </w:r>
      <w:r w:rsidRPr="00EF67F9">
        <w:rPr>
          <w:rFonts w:ascii="Garamond" w:hAnsi="Garamond"/>
        </w:rPr>
        <w:br/>
        <w:t>— Honoring elders? Teaching children? Singing in the Spirit?</w:t>
      </w:r>
    </w:p>
    <w:p w:rsidR="00EF67F9" w:rsidRPr="00EF67F9" w:rsidRDefault="00EF67F9" w:rsidP="001E2F32">
      <w:pPr>
        <w:spacing w:line="480" w:lineRule="auto"/>
        <w:jc w:val="center"/>
        <w:rPr>
          <w:rFonts w:ascii="Garamond" w:hAnsi="Garamond"/>
        </w:rPr>
      </w:pPr>
      <w:r w:rsidRPr="00EF67F9">
        <w:rPr>
          <w:rFonts w:ascii="Garamond" w:hAnsi="Garamond"/>
        </w:rPr>
        <w:lastRenderedPageBreak/>
        <w:t>What “breach” must I repair?</w:t>
      </w:r>
      <w:r w:rsidRPr="00EF67F9">
        <w:rPr>
          <w:rFonts w:ascii="Garamond" w:hAnsi="Garamond"/>
        </w:rPr>
        <w:br/>
        <w:t>— Broken relationships? Stolen identity? Silenced testimony?</w:t>
      </w:r>
    </w:p>
    <w:p w:rsidR="00EF67F9" w:rsidRPr="00EF67F9" w:rsidRDefault="00EF67F9" w:rsidP="001E2F32">
      <w:pPr>
        <w:spacing w:line="480" w:lineRule="auto"/>
        <w:jc w:val="center"/>
        <w:rPr>
          <w:rFonts w:ascii="Garamond" w:hAnsi="Garamond"/>
        </w:rPr>
      </w:pPr>
      <w:r w:rsidRPr="00EF67F9">
        <w:rPr>
          <w:rFonts w:ascii="Garamond" w:hAnsi="Garamond"/>
        </w:rPr>
        <w:t>The Remnant doesn’t just survive — they restore.</w:t>
      </w:r>
      <w:r w:rsidRPr="00EF67F9">
        <w:rPr>
          <w:rFonts w:ascii="Garamond" w:hAnsi="Garamond"/>
        </w:rPr>
        <w:br/>
        <w:t>They don’t just endure — they rebuild.</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REFLECTIVE PAUSE: “Where Am I Called to Restore?”</w:t>
      </w:r>
    </w:p>
    <w:p w:rsidR="00EF67F9" w:rsidRPr="00EF67F9" w:rsidRDefault="00EF67F9" w:rsidP="001E2F32">
      <w:pPr>
        <w:spacing w:line="480" w:lineRule="auto"/>
        <w:jc w:val="center"/>
        <w:rPr>
          <w:rFonts w:ascii="Garamond" w:hAnsi="Garamond"/>
        </w:rPr>
      </w:pPr>
      <w:r w:rsidRPr="00EF67F9">
        <w:rPr>
          <w:rFonts w:ascii="Garamond" w:hAnsi="Garamond"/>
        </w:rPr>
        <w:t>(Journal Space — leave blank lines in manuscript)</w:t>
      </w:r>
    </w:p>
    <w:p w:rsidR="00EF67F9" w:rsidRPr="00EF67F9" w:rsidRDefault="00EF67F9" w:rsidP="001E2F32">
      <w:pPr>
        <w:spacing w:line="480" w:lineRule="auto"/>
        <w:jc w:val="center"/>
        <w:rPr>
          <w:rFonts w:ascii="Garamond" w:hAnsi="Garamond"/>
        </w:rPr>
      </w:pPr>
      <w:r w:rsidRPr="00EF67F9">
        <w:rPr>
          <w:rFonts w:ascii="Garamond" w:hAnsi="Garamond"/>
        </w:rPr>
        <w:t>YAHUAH, show me the ancient path I’ve abandoned —</w:t>
      </w:r>
      <w:r w:rsidRPr="00EF67F9">
        <w:rPr>
          <w:rFonts w:ascii="Garamond" w:hAnsi="Garamond"/>
        </w:rPr>
        <w:br/>
        <w:t>The discipline I’ve neglected,</w:t>
      </w:r>
      <w:r w:rsidRPr="00EF67F9">
        <w:rPr>
          <w:rFonts w:ascii="Garamond" w:hAnsi="Garamond"/>
        </w:rPr>
        <w:br/>
        <w:t>The covenant I’ve minimized,</w:t>
      </w:r>
      <w:r w:rsidRPr="00EF67F9">
        <w:rPr>
          <w:rFonts w:ascii="Garamond" w:hAnsi="Garamond"/>
        </w:rPr>
        <w:br/>
        <w:t>The song I’ve silenced.</w:t>
      </w:r>
    </w:p>
    <w:p w:rsidR="00EF67F9" w:rsidRPr="00EF67F9" w:rsidRDefault="00EF67F9" w:rsidP="001E2F32">
      <w:pPr>
        <w:spacing w:line="480" w:lineRule="auto"/>
        <w:jc w:val="center"/>
        <w:rPr>
          <w:rFonts w:ascii="Garamond" w:hAnsi="Garamond"/>
        </w:rPr>
      </w:pPr>
      <w:r w:rsidRPr="00EF67F9">
        <w:rPr>
          <w:rFonts w:ascii="Garamond" w:hAnsi="Garamond"/>
        </w:rPr>
        <w:t>Show me the breach I’m called to repair —</w:t>
      </w:r>
      <w:r w:rsidRPr="00EF67F9">
        <w:rPr>
          <w:rFonts w:ascii="Garamond" w:hAnsi="Garamond"/>
        </w:rPr>
        <w:br/>
        <w:t>In my family,</w:t>
      </w:r>
      <w:r w:rsidRPr="00EF67F9">
        <w:rPr>
          <w:rFonts w:ascii="Garamond" w:hAnsi="Garamond"/>
        </w:rPr>
        <w:br/>
        <w:t>In my community,</w:t>
      </w:r>
      <w:r w:rsidRPr="00EF67F9">
        <w:rPr>
          <w:rFonts w:ascii="Garamond" w:hAnsi="Garamond"/>
        </w:rPr>
        <w:br/>
        <w:t>In my own soul.</w:t>
      </w:r>
    </w:p>
    <w:p w:rsidR="00EF67F9" w:rsidRPr="00EF67F9" w:rsidRDefault="00EF67F9" w:rsidP="001E2F32">
      <w:pPr>
        <w:spacing w:line="480" w:lineRule="auto"/>
        <w:jc w:val="center"/>
        <w:rPr>
          <w:rFonts w:ascii="Garamond" w:hAnsi="Garamond"/>
        </w:rPr>
      </w:pPr>
      <w:r w:rsidRPr="00EF67F9">
        <w:rPr>
          <w:rFonts w:ascii="Garamond" w:hAnsi="Garamond"/>
        </w:rPr>
        <w:t>I take up the trowel of repentance.</w:t>
      </w:r>
      <w:r w:rsidRPr="00EF67F9">
        <w:rPr>
          <w:rFonts w:ascii="Garamond" w:hAnsi="Garamond"/>
        </w:rPr>
        <w:br/>
        <w:t>I carry the mortar of mercy.</w:t>
      </w:r>
      <w:r w:rsidRPr="00EF67F9">
        <w:rPr>
          <w:rFonts w:ascii="Garamond" w:hAnsi="Garamond"/>
        </w:rPr>
        <w:br/>
        <w:t>I rebuild — not for recognition —</w:t>
      </w:r>
      <w:r w:rsidRPr="00EF67F9">
        <w:rPr>
          <w:rFonts w:ascii="Garamond" w:hAnsi="Garamond"/>
        </w:rPr>
        <w:br/>
        <w:t>but for Your glory.</w:t>
      </w:r>
    </w:p>
    <w:p w:rsidR="00EF67F9" w:rsidRPr="00EF67F9" w:rsidRDefault="00EF67F9" w:rsidP="001E2F32">
      <w:pPr>
        <w:spacing w:line="480" w:lineRule="auto"/>
        <w:jc w:val="center"/>
        <w:rPr>
          <w:rFonts w:ascii="Garamond" w:hAnsi="Garamond"/>
        </w:rPr>
      </w:pPr>
      <w:r w:rsidRPr="00EF67F9">
        <w:rPr>
          <w:rFonts w:ascii="Garamond" w:hAnsi="Garamond"/>
        </w:rPr>
        <w:t>Use me, hidden flame.</w:t>
      </w:r>
      <w:r w:rsidRPr="00EF67F9">
        <w:rPr>
          <w:rFonts w:ascii="Garamond" w:hAnsi="Garamond"/>
        </w:rPr>
        <w:br/>
        <w:t>Send me, buried seed.</w:t>
      </w:r>
      <w:r w:rsidRPr="00EF67F9">
        <w:rPr>
          <w:rFonts w:ascii="Garamond" w:hAnsi="Garamond"/>
        </w:rPr>
        <w:br/>
        <w:t>Let my life become restoration.</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Breathe. Wait. Listen.)</w:t>
      </w:r>
    </w:p>
    <w:p w:rsidR="00EF67F9" w:rsidRPr="00EF67F9" w:rsidRDefault="00EF67F9" w:rsidP="001E2F32">
      <w:pPr>
        <w:spacing w:line="480" w:lineRule="auto"/>
        <w:jc w:val="center"/>
        <w:rPr>
          <w:rFonts w:ascii="Garamond" w:hAnsi="Garamond"/>
        </w:rPr>
      </w:pPr>
      <w:r w:rsidRPr="00EF67F9">
        <w:rPr>
          <w:rFonts w:ascii="Garamond" w:hAnsi="Garamond"/>
        </w:rPr>
        <w:t>—</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HEBRAIC INSIGHT: “SHE’ARIT HA’YESHARIM — THE REMNANT OF THE FAITHFUL”</w:t>
      </w:r>
    </w:p>
    <w:p w:rsidR="00EF67F9" w:rsidRPr="00EF67F9" w:rsidRDefault="00EF67F9" w:rsidP="001E2F32">
      <w:pPr>
        <w:spacing w:line="480" w:lineRule="auto"/>
        <w:jc w:val="center"/>
        <w:rPr>
          <w:rFonts w:ascii="Garamond" w:hAnsi="Garamond"/>
        </w:rPr>
      </w:pPr>
      <w:r w:rsidRPr="00EF67F9">
        <w:rPr>
          <w:rFonts w:ascii="Garamond" w:hAnsi="Garamond"/>
        </w:rPr>
        <w:t>In Hebrew, </w:t>
      </w:r>
      <w:proofErr w:type="spellStart"/>
      <w:r w:rsidRPr="00EF67F9">
        <w:rPr>
          <w:rFonts w:ascii="Garamond" w:hAnsi="Garamond"/>
        </w:rPr>
        <w:t>she’arit</w:t>
      </w:r>
      <w:proofErr w:type="spellEnd"/>
      <w:r w:rsidRPr="00EF67F9">
        <w:rPr>
          <w:rFonts w:ascii="Garamond" w:hAnsi="Garamond"/>
        </w:rPr>
        <w:t> (</w:t>
      </w:r>
      <w:r w:rsidRPr="00EF67F9">
        <w:rPr>
          <w:rFonts w:ascii="Times New Roman" w:hAnsi="Times New Roman" w:cs="Times New Roman"/>
        </w:rPr>
        <w:t>שְׁ</w:t>
      </w:r>
      <w:proofErr w:type="spellStart"/>
      <w:r w:rsidRPr="00EF67F9">
        <w:rPr>
          <w:rFonts w:ascii="Times New Roman" w:hAnsi="Times New Roman" w:cs="Times New Roman"/>
        </w:rPr>
        <w:t>אֵרִית</w:t>
      </w:r>
      <w:proofErr w:type="spellEnd"/>
      <w:r w:rsidRPr="00EF67F9">
        <w:rPr>
          <w:rFonts w:ascii="Garamond" w:hAnsi="Garamond"/>
        </w:rPr>
        <w:t>) means “remnant” — but implies preserved portion, surviving essence.</w:t>
      </w:r>
    </w:p>
    <w:p w:rsidR="00EF67F9" w:rsidRPr="00EF67F9" w:rsidRDefault="00EF67F9" w:rsidP="001E2F32">
      <w:pPr>
        <w:spacing w:line="480" w:lineRule="auto"/>
        <w:jc w:val="center"/>
        <w:rPr>
          <w:rFonts w:ascii="Garamond" w:hAnsi="Garamond"/>
        </w:rPr>
      </w:pPr>
      <w:proofErr w:type="spellStart"/>
      <w:r w:rsidRPr="00EF67F9">
        <w:rPr>
          <w:rFonts w:ascii="Garamond" w:hAnsi="Garamond"/>
        </w:rPr>
        <w:t>Ha’yesharim</w:t>
      </w:r>
      <w:proofErr w:type="spellEnd"/>
      <w:r w:rsidRPr="00EF67F9">
        <w:rPr>
          <w:rFonts w:ascii="Garamond" w:hAnsi="Garamond"/>
        </w:rPr>
        <w:t> (</w:t>
      </w:r>
      <w:proofErr w:type="spellStart"/>
      <w:r w:rsidRPr="00EF67F9">
        <w:rPr>
          <w:rFonts w:ascii="Times New Roman" w:hAnsi="Times New Roman" w:cs="Times New Roman"/>
        </w:rPr>
        <w:t>הַיְש</w:t>
      </w:r>
      <w:proofErr w:type="spellEnd"/>
      <w:r w:rsidRPr="00EF67F9">
        <w:rPr>
          <w:rFonts w:ascii="Times New Roman" w:hAnsi="Times New Roman" w:cs="Times New Roman"/>
        </w:rPr>
        <w:t>ָׁ</w:t>
      </w:r>
      <w:proofErr w:type="spellStart"/>
      <w:r w:rsidRPr="00EF67F9">
        <w:rPr>
          <w:rFonts w:ascii="Times New Roman" w:hAnsi="Times New Roman" w:cs="Times New Roman"/>
        </w:rPr>
        <w:t>רִים</w:t>
      </w:r>
      <w:proofErr w:type="spellEnd"/>
      <w:r w:rsidRPr="00EF67F9">
        <w:rPr>
          <w:rFonts w:ascii="Garamond" w:hAnsi="Garamond"/>
        </w:rPr>
        <w:t>) — “the upright, the faithful ones.”</w:t>
      </w:r>
    </w:p>
    <w:p w:rsidR="00EF67F9" w:rsidRPr="00EF67F9" w:rsidRDefault="00EF67F9" w:rsidP="001E2F32">
      <w:pPr>
        <w:spacing w:line="480" w:lineRule="auto"/>
        <w:jc w:val="center"/>
        <w:rPr>
          <w:rFonts w:ascii="Garamond" w:hAnsi="Garamond"/>
        </w:rPr>
      </w:pPr>
      <w:r w:rsidRPr="00EF67F9">
        <w:rPr>
          <w:rFonts w:ascii="Garamond" w:hAnsi="Garamond"/>
        </w:rPr>
        <w:t>Together — </w:t>
      </w:r>
      <w:proofErr w:type="spellStart"/>
      <w:r w:rsidRPr="00EF67F9">
        <w:rPr>
          <w:rFonts w:ascii="Garamond" w:hAnsi="Garamond"/>
          <w:b/>
          <w:bCs/>
        </w:rPr>
        <w:t>She’arit</w:t>
      </w:r>
      <w:proofErr w:type="spellEnd"/>
      <w:r w:rsidRPr="00EF67F9">
        <w:rPr>
          <w:rFonts w:ascii="Garamond" w:hAnsi="Garamond"/>
          <w:b/>
          <w:bCs/>
        </w:rPr>
        <w:t xml:space="preserve"> </w:t>
      </w:r>
      <w:proofErr w:type="spellStart"/>
      <w:r w:rsidRPr="00EF67F9">
        <w:rPr>
          <w:rFonts w:ascii="Garamond" w:hAnsi="Garamond"/>
          <w:b/>
          <w:bCs/>
        </w:rPr>
        <w:t>Ha’Yesharim</w:t>
      </w:r>
      <w:proofErr w:type="spellEnd"/>
      <w:r w:rsidRPr="00EF67F9">
        <w:rPr>
          <w:rFonts w:ascii="Garamond" w:hAnsi="Garamond"/>
        </w:rPr>
        <w:t> — “The Remnant of the Faithful” — is a recurring theme in Scripture:</w:t>
      </w:r>
    </w:p>
    <w:p w:rsidR="00EF67F9" w:rsidRPr="00EF67F9" w:rsidRDefault="00EF67F9" w:rsidP="001E2F32">
      <w:pPr>
        <w:numPr>
          <w:ilvl w:val="0"/>
          <w:numId w:val="20"/>
        </w:numPr>
        <w:spacing w:line="480" w:lineRule="auto"/>
        <w:jc w:val="center"/>
        <w:rPr>
          <w:rFonts w:ascii="Garamond" w:hAnsi="Garamond"/>
        </w:rPr>
      </w:pPr>
      <w:r w:rsidRPr="00EF67F9">
        <w:rPr>
          <w:rFonts w:ascii="Garamond" w:hAnsi="Garamond"/>
        </w:rPr>
        <w:t>Isaiah 10:20–22 — “A remnant will return… though your people be like the sand, only a remnant will return.”</w:t>
      </w:r>
    </w:p>
    <w:p w:rsidR="00EF67F9" w:rsidRPr="00EF67F9" w:rsidRDefault="00EF67F9" w:rsidP="001E2F32">
      <w:pPr>
        <w:numPr>
          <w:ilvl w:val="0"/>
          <w:numId w:val="20"/>
        </w:numPr>
        <w:spacing w:line="480" w:lineRule="auto"/>
        <w:jc w:val="center"/>
        <w:rPr>
          <w:rFonts w:ascii="Garamond" w:hAnsi="Garamond"/>
        </w:rPr>
      </w:pPr>
      <w:r w:rsidRPr="00EF67F9">
        <w:rPr>
          <w:rFonts w:ascii="Garamond" w:hAnsi="Garamond"/>
        </w:rPr>
        <w:t>Jeremiah 23:3 — “I will gather the remnant of My flock… and bring them back.”</w:t>
      </w:r>
    </w:p>
    <w:p w:rsidR="00EF67F9" w:rsidRPr="00EF67F9" w:rsidRDefault="00EF67F9" w:rsidP="001E2F32">
      <w:pPr>
        <w:numPr>
          <w:ilvl w:val="0"/>
          <w:numId w:val="20"/>
        </w:numPr>
        <w:spacing w:line="480" w:lineRule="auto"/>
        <w:jc w:val="center"/>
        <w:rPr>
          <w:rFonts w:ascii="Garamond" w:hAnsi="Garamond"/>
        </w:rPr>
      </w:pPr>
      <w:r w:rsidRPr="00EF67F9">
        <w:rPr>
          <w:rFonts w:ascii="Garamond" w:hAnsi="Garamond"/>
        </w:rPr>
        <w:t>Romans 11:5 — “Even so then, at this present time there is a remnant according to the election of grace.”</w:t>
      </w:r>
    </w:p>
    <w:p w:rsidR="00EF67F9" w:rsidRPr="00EF67F9" w:rsidRDefault="00EF67F9" w:rsidP="001E2F32">
      <w:pPr>
        <w:spacing w:line="480" w:lineRule="auto"/>
        <w:jc w:val="center"/>
        <w:rPr>
          <w:rFonts w:ascii="Garamond" w:hAnsi="Garamond"/>
        </w:rPr>
      </w:pPr>
      <w:r w:rsidRPr="00EF67F9">
        <w:rPr>
          <w:rFonts w:ascii="Garamond" w:hAnsi="Garamond"/>
        </w:rPr>
        <w:t>This remnant is not defined by size — but by stance:</w:t>
      </w:r>
    </w:p>
    <w:p w:rsidR="00EF67F9" w:rsidRPr="00EF67F9" w:rsidRDefault="00EF67F9" w:rsidP="001E2F32">
      <w:pPr>
        <w:spacing w:line="480" w:lineRule="auto"/>
        <w:jc w:val="center"/>
        <w:rPr>
          <w:rFonts w:ascii="Garamond" w:hAnsi="Garamond"/>
        </w:rPr>
      </w:pPr>
      <w:r w:rsidRPr="00EF67F9">
        <w:rPr>
          <w:rFonts w:ascii="Garamond" w:hAnsi="Garamond"/>
        </w:rPr>
        <w:t>— They do not bow to idols (1 Kings 19:18)</w:t>
      </w:r>
      <w:r w:rsidRPr="00EF67F9">
        <w:rPr>
          <w:rFonts w:ascii="Garamond" w:hAnsi="Garamond"/>
        </w:rPr>
        <w:br/>
        <w:t>— They do not sell their inheritance (Ruth 4:1–10)</w:t>
      </w:r>
      <w:r w:rsidRPr="00EF67F9">
        <w:rPr>
          <w:rFonts w:ascii="Garamond" w:hAnsi="Garamond"/>
        </w:rPr>
        <w:br/>
        <w:t>— They do not forget the Ancient of Days (Deuteronomy 32:7)</w:t>
      </w:r>
    </w:p>
    <w:p w:rsidR="00EF67F9" w:rsidRPr="00EF67F9" w:rsidRDefault="00EF67F9" w:rsidP="001E2F32">
      <w:pPr>
        <w:spacing w:line="480" w:lineRule="auto"/>
        <w:jc w:val="center"/>
        <w:rPr>
          <w:rFonts w:ascii="Garamond" w:hAnsi="Garamond"/>
        </w:rPr>
      </w:pPr>
      <w:r w:rsidRPr="00EF67F9">
        <w:rPr>
          <w:rFonts w:ascii="Garamond" w:hAnsi="Garamond"/>
        </w:rPr>
        <w:t>Their weapon?</w:t>
      </w:r>
    </w:p>
    <w:p w:rsidR="00EF67F9" w:rsidRPr="00EF67F9" w:rsidRDefault="00EF67F9" w:rsidP="001E2F32">
      <w:pPr>
        <w:spacing w:line="480" w:lineRule="auto"/>
        <w:jc w:val="center"/>
        <w:rPr>
          <w:rFonts w:ascii="Garamond" w:hAnsi="Garamond"/>
        </w:rPr>
      </w:pPr>
      <w:r w:rsidRPr="00EF67F9">
        <w:rPr>
          <w:rFonts w:ascii="Garamond" w:hAnsi="Garamond"/>
        </w:rPr>
        <w:t>“The power of the Word in their mouths.” (Revelation 12:11)</w:t>
      </w:r>
    </w:p>
    <w:p w:rsidR="00EF67F9" w:rsidRPr="00EF67F9" w:rsidRDefault="00EF67F9" w:rsidP="001E2F32">
      <w:pPr>
        <w:spacing w:line="480" w:lineRule="auto"/>
        <w:jc w:val="center"/>
        <w:rPr>
          <w:rFonts w:ascii="Garamond" w:hAnsi="Garamond"/>
        </w:rPr>
      </w:pPr>
      <w:r w:rsidRPr="00EF67F9">
        <w:rPr>
          <w:rFonts w:ascii="Garamond" w:hAnsi="Garamond"/>
        </w:rPr>
        <w:t>Their covering?</w:t>
      </w:r>
    </w:p>
    <w:p w:rsidR="00EF67F9" w:rsidRPr="00EF67F9" w:rsidRDefault="00EF67F9" w:rsidP="001E2F32">
      <w:pPr>
        <w:spacing w:line="480" w:lineRule="auto"/>
        <w:jc w:val="center"/>
        <w:rPr>
          <w:rFonts w:ascii="Garamond" w:hAnsi="Garamond"/>
        </w:rPr>
      </w:pPr>
      <w:r w:rsidRPr="00EF67F9">
        <w:rPr>
          <w:rFonts w:ascii="Garamond" w:hAnsi="Garamond"/>
        </w:rPr>
        <w:t>“Obedience.” (1 Samuel 15:22)</w:t>
      </w:r>
    </w:p>
    <w:p w:rsidR="00EF67F9" w:rsidRPr="00EF67F9" w:rsidRDefault="00EF67F9" w:rsidP="001E2F32">
      <w:pPr>
        <w:spacing w:line="480" w:lineRule="auto"/>
        <w:jc w:val="center"/>
        <w:rPr>
          <w:rFonts w:ascii="Garamond" w:hAnsi="Garamond"/>
        </w:rPr>
      </w:pPr>
      <w:r w:rsidRPr="00EF67F9">
        <w:rPr>
          <w:rFonts w:ascii="Garamond" w:hAnsi="Garamond"/>
        </w:rPr>
        <w:t>Their destiny?</w:t>
      </w:r>
    </w:p>
    <w:p w:rsidR="00EF67F9" w:rsidRPr="00EF67F9" w:rsidRDefault="00EF67F9" w:rsidP="001E2F32">
      <w:pPr>
        <w:spacing w:line="480" w:lineRule="auto"/>
        <w:jc w:val="center"/>
        <w:rPr>
          <w:rFonts w:ascii="Garamond" w:hAnsi="Garamond"/>
        </w:rPr>
      </w:pPr>
      <w:r w:rsidRPr="00EF67F9">
        <w:rPr>
          <w:rFonts w:ascii="Garamond" w:hAnsi="Garamond"/>
        </w:rPr>
        <w:lastRenderedPageBreak/>
        <w:t>“To be My witnesses in the earth.” (Isaiah 43:10–12)</w:t>
      </w:r>
    </w:p>
    <w:p w:rsidR="00EF67F9" w:rsidRPr="00EF67F9" w:rsidRDefault="00EF67F9" w:rsidP="001E2F32">
      <w:pPr>
        <w:spacing w:line="480" w:lineRule="auto"/>
        <w:jc w:val="center"/>
        <w:rPr>
          <w:rFonts w:ascii="Garamond" w:hAnsi="Garamond"/>
        </w:rPr>
      </w:pPr>
      <w:r w:rsidRPr="00EF67F9">
        <w:rPr>
          <w:rFonts w:ascii="Garamond" w:hAnsi="Garamond"/>
        </w:rPr>
        <w:t>You are part of this lineage.</w:t>
      </w:r>
      <w:r w:rsidRPr="00EF67F9">
        <w:rPr>
          <w:rFonts w:ascii="Garamond" w:hAnsi="Garamond"/>
        </w:rPr>
        <w:br/>
        <w:t>You carry this mantle.</w:t>
      </w:r>
      <w:r w:rsidRPr="00EF67F9">
        <w:rPr>
          <w:rFonts w:ascii="Garamond" w:hAnsi="Garamond"/>
        </w:rPr>
        <w:br/>
        <w:t>You burn with this Flame.</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CLOSING PRAYER: “Ignite Me, Hidden Flame”</w:t>
      </w:r>
    </w:p>
    <w:p w:rsidR="00EF67F9" w:rsidRPr="00EF67F9" w:rsidRDefault="00EF67F9" w:rsidP="001E2F32">
      <w:pPr>
        <w:spacing w:line="480" w:lineRule="auto"/>
        <w:jc w:val="center"/>
        <w:rPr>
          <w:rFonts w:ascii="Garamond" w:hAnsi="Garamond"/>
        </w:rPr>
      </w:pPr>
      <w:r w:rsidRPr="00EF67F9">
        <w:rPr>
          <w:rFonts w:ascii="Garamond" w:hAnsi="Garamond"/>
        </w:rPr>
        <w:t>Father YAHUAH,</w:t>
      </w:r>
      <w:r w:rsidRPr="00EF67F9">
        <w:rPr>
          <w:rFonts w:ascii="Garamond" w:hAnsi="Garamond"/>
        </w:rPr>
        <w:br/>
        <w:t>Thank You for hiding me — not to abandon me,</w:t>
      </w:r>
      <w:r w:rsidRPr="00EF67F9">
        <w:rPr>
          <w:rFonts w:ascii="Garamond" w:hAnsi="Garamond"/>
        </w:rPr>
        <w:br/>
        <w:t>but to preserve me for such a time as this.</w:t>
      </w:r>
    </w:p>
    <w:p w:rsidR="00EF67F9" w:rsidRPr="00EF67F9" w:rsidRDefault="00EF67F9" w:rsidP="001E2F32">
      <w:pPr>
        <w:spacing w:line="480" w:lineRule="auto"/>
        <w:jc w:val="center"/>
        <w:rPr>
          <w:rFonts w:ascii="Garamond" w:hAnsi="Garamond"/>
        </w:rPr>
      </w:pPr>
      <w:r w:rsidRPr="00EF67F9">
        <w:rPr>
          <w:rFonts w:ascii="Garamond" w:hAnsi="Garamond"/>
        </w:rPr>
        <w:t>Strip from me every fear of obscurity.</w:t>
      </w:r>
      <w:r w:rsidRPr="00EF67F9">
        <w:rPr>
          <w:rFonts w:ascii="Garamond" w:hAnsi="Garamond"/>
        </w:rPr>
        <w:br/>
        <w:t>Break every addiction to applause.</w:t>
      </w:r>
      <w:r w:rsidRPr="00EF67F9">
        <w:rPr>
          <w:rFonts w:ascii="Garamond" w:hAnsi="Garamond"/>
        </w:rPr>
        <w:br/>
        <w:t>Unmask every lie that says “I am too small.”</w:t>
      </w:r>
    </w:p>
    <w:p w:rsidR="00EF67F9" w:rsidRPr="00EF67F9" w:rsidRDefault="00EF67F9" w:rsidP="001E2F32">
      <w:pPr>
        <w:spacing w:line="480" w:lineRule="auto"/>
        <w:jc w:val="center"/>
        <w:rPr>
          <w:rFonts w:ascii="Garamond" w:hAnsi="Garamond"/>
        </w:rPr>
      </w:pPr>
      <w:r w:rsidRPr="00EF67F9">
        <w:rPr>
          <w:rFonts w:ascii="Garamond" w:hAnsi="Garamond"/>
        </w:rPr>
        <w:t>Ignite me — not for my glory —</w:t>
      </w:r>
      <w:r w:rsidRPr="00EF67F9">
        <w:rPr>
          <w:rFonts w:ascii="Garamond" w:hAnsi="Garamond"/>
        </w:rPr>
        <w:br/>
        <w:t>but for the revelation of Your Kingdom.</w:t>
      </w:r>
    </w:p>
    <w:p w:rsidR="00EF67F9" w:rsidRPr="00EF67F9" w:rsidRDefault="00EF67F9" w:rsidP="001E2F32">
      <w:pPr>
        <w:spacing w:line="480" w:lineRule="auto"/>
        <w:jc w:val="center"/>
        <w:rPr>
          <w:rFonts w:ascii="Garamond" w:hAnsi="Garamond"/>
        </w:rPr>
      </w:pPr>
      <w:r w:rsidRPr="00EF67F9">
        <w:rPr>
          <w:rFonts w:ascii="Garamond" w:hAnsi="Garamond"/>
        </w:rPr>
        <w:t>Let my words thunder with truth.</w:t>
      </w:r>
      <w:r w:rsidRPr="00EF67F9">
        <w:rPr>
          <w:rFonts w:ascii="Garamond" w:hAnsi="Garamond"/>
        </w:rPr>
        <w:br/>
        <w:t>Let my steps repair ancient breaches.</w:t>
      </w:r>
      <w:r w:rsidRPr="00EF67F9">
        <w:rPr>
          <w:rFonts w:ascii="Garamond" w:hAnsi="Garamond"/>
        </w:rPr>
        <w:br/>
        <w:t>Let my life restore what was stolen.</w:t>
      </w:r>
    </w:p>
    <w:p w:rsidR="00EF67F9" w:rsidRPr="00EF67F9" w:rsidRDefault="00EF67F9" w:rsidP="001E2F32">
      <w:pPr>
        <w:spacing w:line="480" w:lineRule="auto"/>
        <w:jc w:val="center"/>
        <w:rPr>
          <w:rFonts w:ascii="Garamond" w:hAnsi="Garamond"/>
        </w:rPr>
      </w:pPr>
      <w:r w:rsidRPr="00EF67F9">
        <w:rPr>
          <w:rFonts w:ascii="Garamond" w:hAnsi="Garamond"/>
        </w:rPr>
        <w:t>I am the Remnant Flame.</w:t>
      </w:r>
      <w:r w:rsidRPr="00EF67F9">
        <w:rPr>
          <w:rFonts w:ascii="Garamond" w:hAnsi="Garamond"/>
        </w:rPr>
        <w:br/>
        <w:t>I will not be blown out.</w:t>
      </w:r>
      <w:r w:rsidRPr="00EF67F9">
        <w:rPr>
          <w:rFonts w:ascii="Garamond" w:hAnsi="Garamond"/>
        </w:rPr>
        <w:br/>
        <w:t>I will not be silenced.</w:t>
      </w:r>
      <w:r w:rsidRPr="00EF67F9">
        <w:rPr>
          <w:rFonts w:ascii="Garamond" w:hAnsi="Garamond"/>
        </w:rPr>
        <w:br/>
        <w:t>I will burn — until the whole earth sees Your Glory.</w:t>
      </w:r>
    </w:p>
    <w:p w:rsidR="00EF67F9" w:rsidRPr="00EF67F9" w:rsidRDefault="00EF67F9" w:rsidP="001E2F32">
      <w:pPr>
        <w:spacing w:line="480" w:lineRule="auto"/>
        <w:jc w:val="center"/>
        <w:rPr>
          <w:rFonts w:ascii="Garamond" w:hAnsi="Garamond"/>
        </w:rPr>
      </w:pPr>
      <w:r w:rsidRPr="00EF67F9">
        <w:rPr>
          <w:rFonts w:ascii="Garamond" w:hAnsi="Garamond"/>
        </w:rPr>
        <w:t>In the Name of YAHUSHA —</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EF67F9" w:rsidRPr="001E2F32" w:rsidRDefault="00EF67F9"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CHAPTER 17: THE ALEPH AND THE TAV</w:t>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t>🅰️</w:t>
      </w:r>
      <w:r w:rsidRPr="00EF67F9">
        <w:rPr>
          <w:rFonts w:ascii="Segoe UI Symbol" w:hAnsi="Segoe UI Symbol" w:cs="Segoe UI Symbol"/>
        </w:rPr>
        <w:t>🆃</w:t>
      </w:r>
      <w:r w:rsidRPr="00EF67F9">
        <w:rPr>
          <w:rFonts w:ascii="Garamond" w:hAnsi="Garamond"/>
        </w:rPr>
        <w:t xml:space="preserve"> “I Am the Aleph and the </w:t>
      </w:r>
      <w:proofErr w:type="spellStart"/>
      <w:r w:rsidRPr="00EF67F9">
        <w:rPr>
          <w:rFonts w:ascii="Garamond" w:hAnsi="Garamond"/>
        </w:rPr>
        <w:t>Tav</w:t>
      </w:r>
      <w:proofErr w:type="spellEnd"/>
      <w:r w:rsidRPr="00EF67F9">
        <w:rPr>
          <w:rFonts w:ascii="Garamond" w:hAnsi="Garamond"/>
        </w:rPr>
        <w:t>, the Beginning and the End… Worship before Me and see if I will not open unto you the windows of heaven.”</w:t>
      </w:r>
    </w:p>
    <w:p w:rsidR="00EF67F9" w:rsidRPr="00EF67F9" w:rsidRDefault="00EF67F9" w:rsidP="001E2F32">
      <w:pPr>
        <w:spacing w:line="480" w:lineRule="auto"/>
        <w:jc w:val="center"/>
        <w:rPr>
          <w:rFonts w:ascii="Garamond" w:hAnsi="Garamond"/>
        </w:rPr>
      </w:pPr>
      <w:r w:rsidRPr="00EF67F9">
        <w:rPr>
          <w:rFonts w:ascii="Garamond" w:hAnsi="Garamond"/>
        </w:rPr>
        <w:t>Beloved — hear this:</w:t>
      </w:r>
    </w:p>
    <w:p w:rsidR="00EF67F9" w:rsidRPr="00EF67F9" w:rsidRDefault="00EF67F9" w:rsidP="001E2F32">
      <w:pPr>
        <w:spacing w:line="480" w:lineRule="auto"/>
        <w:jc w:val="center"/>
        <w:rPr>
          <w:rFonts w:ascii="Garamond" w:hAnsi="Garamond"/>
        </w:rPr>
      </w:pPr>
      <w:r w:rsidRPr="00EF67F9">
        <w:rPr>
          <w:rFonts w:ascii="Garamond" w:hAnsi="Garamond"/>
        </w:rPr>
        <w:t>There is a Name…</w:t>
      </w:r>
      <w:r w:rsidRPr="00EF67F9">
        <w:rPr>
          <w:rFonts w:ascii="Garamond" w:hAnsi="Garamond"/>
        </w:rPr>
        <w:br/>
        <w:t>older than stars,</w:t>
      </w:r>
      <w:r w:rsidRPr="00EF67F9">
        <w:rPr>
          <w:rFonts w:ascii="Garamond" w:hAnsi="Garamond"/>
        </w:rPr>
        <w:br/>
        <w:t>deeper than time,</w:t>
      </w:r>
      <w:r w:rsidRPr="00EF67F9">
        <w:rPr>
          <w:rFonts w:ascii="Garamond" w:hAnsi="Garamond"/>
        </w:rPr>
        <w:br/>
        <w:t>wider than eternity.</w:t>
      </w:r>
    </w:p>
    <w:p w:rsidR="00EF67F9" w:rsidRPr="00EF67F9" w:rsidRDefault="00EF67F9" w:rsidP="001E2F32">
      <w:pPr>
        <w:spacing w:line="480" w:lineRule="auto"/>
        <w:jc w:val="center"/>
        <w:rPr>
          <w:rFonts w:ascii="Garamond" w:hAnsi="Garamond"/>
        </w:rPr>
      </w:pPr>
      <w:r w:rsidRPr="00EF67F9">
        <w:rPr>
          <w:rFonts w:ascii="Garamond" w:hAnsi="Garamond"/>
        </w:rPr>
        <w:t>It is written in fire on Sinai.</w:t>
      </w:r>
      <w:r w:rsidRPr="00EF67F9">
        <w:rPr>
          <w:rFonts w:ascii="Garamond" w:hAnsi="Garamond"/>
        </w:rPr>
        <w:br/>
        <w:t>Whispered in wind to Elijah.</w:t>
      </w:r>
      <w:r w:rsidRPr="00EF67F9">
        <w:rPr>
          <w:rFonts w:ascii="Garamond" w:hAnsi="Garamond"/>
        </w:rPr>
        <w:br/>
        <w:t>Spoken in flesh in Bethlehem.</w:t>
      </w:r>
      <w:r w:rsidRPr="00EF67F9">
        <w:rPr>
          <w:rFonts w:ascii="Garamond" w:hAnsi="Garamond"/>
        </w:rPr>
        <w:br/>
        <w:t>Proclaimed in blood on Calvary.</w:t>
      </w:r>
      <w:r w:rsidRPr="00EF67F9">
        <w:rPr>
          <w:rFonts w:ascii="Garamond" w:hAnsi="Garamond"/>
        </w:rPr>
        <w:br/>
        <w:t>Echoed in thunder from the Throne.</w:t>
      </w:r>
    </w:p>
    <w:p w:rsidR="00EF67F9" w:rsidRPr="00EF67F9" w:rsidRDefault="00EF67F9" w:rsidP="001E2F32">
      <w:pPr>
        <w:spacing w:line="480" w:lineRule="auto"/>
        <w:jc w:val="center"/>
        <w:rPr>
          <w:rFonts w:ascii="Garamond" w:hAnsi="Garamond"/>
        </w:rPr>
      </w:pPr>
      <w:r w:rsidRPr="00EF67F9">
        <w:rPr>
          <w:rFonts w:ascii="Garamond" w:hAnsi="Garamond"/>
        </w:rPr>
        <w:t>This is </w:t>
      </w:r>
      <w:r w:rsidRPr="00EF67F9">
        <w:rPr>
          <w:rFonts w:ascii="Garamond" w:hAnsi="Garamond"/>
          <w:b/>
          <w:bCs/>
        </w:rPr>
        <w:t xml:space="preserve">YAHUAH — the Aleph and the </w:t>
      </w:r>
      <w:proofErr w:type="spellStart"/>
      <w:r w:rsidRPr="00EF67F9">
        <w:rPr>
          <w:rFonts w:ascii="Garamond" w:hAnsi="Garamond"/>
          <w:b/>
          <w:bCs/>
        </w:rPr>
        <w:t>Tav</w:t>
      </w:r>
      <w:proofErr w:type="spellEnd"/>
      <w:r w:rsidRPr="00EF67F9">
        <w:rPr>
          <w:rFonts w:ascii="Garamond" w:hAnsi="Garamond"/>
        </w:rPr>
        <w:t> —</w:t>
      </w:r>
      <w:r w:rsidRPr="00EF67F9">
        <w:rPr>
          <w:rFonts w:ascii="Garamond" w:hAnsi="Garamond"/>
        </w:rPr>
        <w:br/>
        <w:t>the First Letter and the Last…</w:t>
      </w:r>
      <w:r w:rsidRPr="00EF67F9">
        <w:rPr>
          <w:rFonts w:ascii="Garamond" w:hAnsi="Garamond"/>
        </w:rPr>
        <w:br/>
        <w:t>the Alpha and Omega…</w:t>
      </w:r>
      <w:r w:rsidRPr="00EF67F9">
        <w:rPr>
          <w:rFonts w:ascii="Garamond" w:hAnsi="Garamond"/>
        </w:rPr>
        <w:br/>
        <w:t>the Root and the Offspring…</w:t>
      </w:r>
      <w:r w:rsidRPr="00EF67F9">
        <w:rPr>
          <w:rFonts w:ascii="Garamond" w:hAnsi="Garamond"/>
        </w:rPr>
        <w:br/>
        <w:t>the Covenant-Keeper…</w:t>
      </w:r>
      <w:r w:rsidRPr="00EF67F9">
        <w:rPr>
          <w:rFonts w:ascii="Garamond" w:hAnsi="Garamond"/>
        </w:rPr>
        <w:br/>
        <w:t>the Consuming Fire…</w:t>
      </w:r>
      <w:r w:rsidRPr="00EF67F9">
        <w:rPr>
          <w:rFonts w:ascii="Garamond" w:hAnsi="Garamond"/>
        </w:rPr>
        <w:br/>
        <w:t>the Coming King.</w:t>
      </w:r>
    </w:p>
    <w:p w:rsidR="00EF67F9" w:rsidRPr="00EF67F9" w:rsidRDefault="00EF67F9" w:rsidP="001E2F32">
      <w:pPr>
        <w:spacing w:line="480" w:lineRule="auto"/>
        <w:jc w:val="center"/>
        <w:rPr>
          <w:rFonts w:ascii="Garamond" w:hAnsi="Garamond"/>
        </w:rPr>
      </w:pPr>
      <w:r w:rsidRPr="00EF67F9">
        <w:rPr>
          <w:rFonts w:ascii="Garamond" w:hAnsi="Garamond"/>
        </w:rPr>
        <w:t>He says:</w:t>
      </w:r>
    </w:p>
    <w:p w:rsidR="00EF67F9" w:rsidRPr="00EF67F9" w:rsidRDefault="00EF67F9" w:rsidP="001E2F32">
      <w:pPr>
        <w:spacing w:line="480" w:lineRule="auto"/>
        <w:jc w:val="center"/>
        <w:rPr>
          <w:rFonts w:ascii="Garamond" w:hAnsi="Garamond"/>
        </w:rPr>
      </w:pPr>
      <w:r w:rsidRPr="00EF67F9">
        <w:rPr>
          <w:rFonts w:ascii="Garamond" w:hAnsi="Garamond"/>
        </w:rPr>
        <w:t>“Worship before Me and see if I will not open unto you the windows of heaven…”</w:t>
      </w:r>
    </w:p>
    <w:p w:rsidR="00EF67F9" w:rsidRPr="00EF67F9" w:rsidRDefault="00EF67F9" w:rsidP="001E2F32">
      <w:pPr>
        <w:spacing w:line="480" w:lineRule="auto"/>
        <w:jc w:val="center"/>
        <w:rPr>
          <w:rFonts w:ascii="Garamond" w:hAnsi="Garamond"/>
        </w:rPr>
      </w:pPr>
      <w:r w:rsidRPr="00EF67F9">
        <w:rPr>
          <w:rFonts w:ascii="Garamond" w:hAnsi="Garamond"/>
        </w:rPr>
        <w:lastRenderedPageBreak/>
        <w:t>This is not invitation — it is inevitability.</w:t>
      </w:r>
      <w:r w:rsidRPr="00EF67F9">
        <w:rPr>
          <w:rFonts w:ascii="Garamond" w:hAnsi="Garamond"/>
        </w:rPr>
        <w:br/>
        <w:t>When He speaks — creation responds.</w:t>
      </w:r>
      <w:r w:rsidRPr="00EF67F9">
        <w:rPr>
          <w:rFonts w:ascii="Garamond" w:hAnsi="Garamond"/>
        </w:rPr>
        <w:br/>
        <w:t>When He commands — chains break.</w:t>
      </w:r>
      <w:r w:rsidRPr="00EF67F9">
        <w:rPr>
          <w:rFonts w:ascii="Garamond" w:hAnsi="Garamond"/>
        </w:rPr>
        <w:br/>
        <w:t>When He decrees — destinies shift.</w:t>
      </w:r>
    </w:p>
    <w:p w:rsidR="00EF67F9" w:rsidRPr="00EF67F9" w:rsidRDefault="00EF67F9" w:rsidP="001E2F32">
      <w:pPr>
        <w:spacing w:line="480" w:lineRule="auto"/>
        <w:jc w:val="center"/>
        <w:rPr>
          <w:rFonts w:ascii="Garamond" w:hAnsi="Garamond"/>
        </w:rPr>
      </w:pPr>
      <w:r w:rsidRPr="00EF67F9">
        <w:rPr>
          <w:rFonts w:ascii="Garamond" w:hAnsi="Garamond"/>
        </w:rPr>
        <w:t>You are not shouting into the void.</w:t>
      </w:r>
      <w:r w:rsidRPr="00EF67F9">
        <w:rPr>
          <w:rFonts w:ascii="Garamond" w:hAnsi="Garamond"/>
        </w:rPr>
        <w:br/>
        <w:t>You are speaking with the Voice that framed galaxies.</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POETIC INTERLUDE: “The Decree That Shakes Realms”</w:t>
      </w:r>
    </w:p>
    <w:p w:rsidR="00EF67F9" w:rsidRPr="00EF67F9" w:rsidRDefault="00EF67F9" w:rsidP="001E2F32">
      <w:pPr>
        <w:spacing w:line="480" w:lineRule="auto"/>
        <w:jc w:val="center"/>
        <w:rPr>
          <w:rFonts w:ascii="Garamond" w:hAnsi="Garamond"/>
        </w:rPr>
      </w:pPr>
      <w:r w:rsidRPr="00EF67F9">
        <w:rPr>
          <w:rFonts w:ascii="Garamond" w:hAnsi="Garamond"/>
        </w:rPr>
        <w:t>Loose your hold, serpent — your hour is done.</w:t>
      </w:r>
      <w:r w:rsidRPr="00EF67F9">
        <w:rPr>
          <w:rFonts w:ascii="Garamond" w:hAnsi="Garamond"/>
        </w:rPr>
        <w:br/>
        <w:t>The Blood has spoken — your reign is undone.</w:t>
      </w:r>
    </w:p>
    <w:p w:rsidR="00EF67F9" w:rsidRPr="00EF67F9" w:rsidRDefault="00EF67F9" w:rsidP="001E2F32">
      <w:pPr>
        <w:spacing w:line="480" w:lineRule="auto"/>
        <w:jc w:val="center"/>
        <w:rPr>
          <w:rFonts w:ascii="Garamond" w:hAnsi="Garamond"/>
        </w:rPr>
      </w:pPr>
      <w:r w:rsidRPr="00EF67F9">
        <w:rPr>
          <w:rFonts w:ascii="Garamond" w:hAnsi="Garamond"/>
        </w:rPr>
        <w:t>Mountains, respond — shift at His Word.</w:t>
      </w:r>
      <w:r w:rsidRPr="00EF67F9">
        <w:rPr>
          <w:rFonts w:ascii="Garamond" w:hAnsi="Garamond"/>
        </w:rPr>
        <w:br/>
        <w:t>Seas, obey — still at His Breath.</w:t>
      </w:r>
    </w:p>
    <w:p w:rsidR="00EF67F9" w:rsidRPr="00EF67F9" w:rsidRDefault="00EF67F9" w:rsidP="001E2F32">
      <w:pPr>
        <w:spacing w:line="480" w:lineRule="auto"/>
        <w:jc w:val="center"/>
        <w:rPr>
          <w:rFonts w:ascii="Garamond" w:hAnsi="Garamond"/>
        </w:rPr>
      </w:pPr>
      <w:r w:rsidRPr="00EF67F9">
        <w:rPr>
          <w:rFonts w:ascii="Garamond" w:hAnsi="Garamond"/>
        </w:rPr>
        <w:t>Atmosphere, yield — clear the way.</w:t>
      </w:r>
      <w:r w:rsidRPr="00EF67F9">
        <w:rPr>
          <w:rFonts w:ascii="Garamond" w:hAnsi="Garamond"/>
        </w:rPr>
        <w:br/>
        <w:t>Biome, awaken — bear fruit today.</w:t>
      </w:r>
    </w:p>
    <w:p w:rsidR="00EF67F9" w:rsidRPr="00EF67F9" w:rsidRDefault="00EF67F9" w:rsidP="001E2F32">
      <w:pPr>
        <w:spacing w:line="480" w:lineRule="auto"/>
        <w:jc w:val="center"/>
        <w:rPr>
          <w:rFonts w:ascii="Garamond" w:hAnsi="Garamond"/>
        </w:rPr>
      </w:pPr>
      <w:r w:rsidRPr="00EF67F9">
        <w:rPr>
          <w:rFonts w:ascii="Garamond" w:hAnsi="Garamond"/>
        </w:rPr>
        <w:t>Government, hear — bow to His Law.</w:t>
      </w:r>
      <w:r w:rsidRPr="00EF67F9">
        <w:rPr>
          <w:rFonts w:ascii="Garamond" w:hAnsi="Garamond"/>
        </w:rPr>
        <w:br/>
        <w:t>Rock and stone — shout without flaw.</w:t>
      </w:r>
    </w:p>
    <w:p w:rsidR="00EF67F9" w:rsidRPr="00EF67F9" w:rsidRDefault="00EF67F9" w:rsidP="001E2F32">
      <w:pPr>
        <w:spacing w:line="480" w:lineRule="auto"/>
        <w:jc w:val="center"/>
        <w:rPr>
          <w:rFonts w:ascii="Garamond" w:hAnsi="Garamond"/>
        </w:rPr>
      </w:pPr>
      <w:r w:rsidRPr="00EF67F9">
        <w:rPr>
          <w:rFonts w:ascii="Garamond" w:hAnsi="Garamond"/>
        </w:rPr>
        <w:t>We decree — not in our name —</w:t>
      </w:r>
      <w:r w:rsidRPr="00EF67F9">
        <w:rPr>
          <w:rFonts w:ascii="Garamond" w:hAnsi="Garamond"/>
        </w:rPr>
        <w:br/>
        <w:t>But in the Name above every name.</w:t>
      </w:r>
    </w:p>
    <w:p w:rsidR="00EF67F9" w:rsidRPr="00EF67F9" w:rsidRDefault="00EF67F9" w:rsidP="001E2F32">
      <w:pPr>
        <w:spacing w:line="480" w:lineRule="auto"/>
        <w:jc w:val="center"/>
        <w:rPr>
          <w:rFonts w:ascii="Garamond" w:hAnsi="Garamond"/>
        </w:rPr>
      </w:pPr>
      <w:r w:rsidRPr="00EF67F9">
        <w:rPr>
          <w:rFonts w:ascii="Garamond" w:hAnsi="Garamond"/>
        </w:rPr>
        <w:t>YAHUAH reigns.</w:t>
      </w:r>
      <w:r w:rsidRPr="00EF67F9">
        <w:rPr>
          <w:rFonts w:ascii="Garamond" w:hAnsi="Garamond"/>
        </w:rPr>
        <w:br/>
        <w:t>YAHUSHA conquers.</w:t>
      </w:r>
      <w:r w:rsidRPr="00EF67F9">
        <w:rPr>
          <w:rFonts w:ascii="Garamond" w:hAnsi="Garamond"/>
        </w:rPr>
        <w:br/>
        <w:t>Ruach empowers.</w:t>
      </w:r>
    </w:p>
    <w:p w:rsidR="00EF67F9" w:rsidRPr="00EF67F9" w:rsidRDefault="00EF67F9" w:rsidP="001E2F32">
      <w:pPr>
        <w:spacing w:line="480" w:lineRule="auto"/>
        <w:jc w:val="center"/>
        <w:rPr>
          <w:rFonts w:ascii="Garamond" w:hAnsi="Garamond"/>
        </w:rPr>
      </w:pPr>
      <w:r w:rsidRPr="00EF67F9">
        <w:rPr>
          <w:rFonts w:ascii="Garamond" w:hAnsi="Garamond"/>
        </w:rPr>
        <w:t>Let all creation cry:</w:t>
      </w:r>
      <w:r w:rsidRPr="00EF67F9">
        <w:rPr>
          <w:rFonts w:ascii="Garamond" w:hAnsi="Garamond"/>
        </w:rPr>
        <w:br/>
        <w:t>“It is done!”</w:t>
      </w:r>
    </w:p>
    <w:p w:rsidR="00EF67F9" w:rsidRPr="00EF67F9" w:rsidRDefault="00EF67F9" w:rsidP="001E2F32">
      <w:pPr>
        <w:spacing w:line="480" w:lineRule="auto"/>
        <w:jc w:val="center"/>
        <w:rPr>
          <w:rFonts w:ascii="Garamond" w:hAnsi="Garamond"/>
        </w:rPr>
      </w:pPr>
      <w:r w:rsidRPr="00EF67F9">
        <w:rPr>
          <w:rFonts w:ascii="Garamond" w:hAnsi="Garamond"/>
        </w:rPr>
        <w:t>— Inspired by Revelation 19:6 &amp; your prophetic decree</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EB76B8" w:rsidRDefault="00EB76B8">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LITURGICAL RESPONSE: “The Cosmic Liturgy”</w:t>
      </w:r>
    </w:p>
    <w:p w:rsidR="00EF67F9" w:rsidRPr="00EF67F9" w:rsidRDefault="00EF67F9" w:rsidP="001E2F32">
      <w:pPr>
        <w:spacing w:line="480" w:lineRule="auto"/>
        <w:jc w:val="center"/>
        <w:rPr>
          <w:rFonts w:ascii="Garamond" w:hAnsi="Garamond"/>
        </w:rPr>
      </w:pPr>
      <w:r w:rsidRPr="00EF67F9">
        <w:rPr>
          <w:rFonts w:ascii="Garamond" w:hAnsi="Garamond"/>
        </w:rPr>
        <w:t xml:space="preserve">Leader: Aleph and </w:t>
      </w:r>
      <w:proofErr w:type="spellStart"/>
      <w:r w:rsidRPr="00EF67F9">
        <w:rPr>
          <w:rFonts w:ascii="Garamond" w:hAnsi="Garamond"/>
        </w:rPr>
        <w:t>Tav</w:t>
      </w:r>
      <w:proofErr w:type="spellEnd"/>
      <w:r w:rsidRPr="00EF67F9">
        <w:rPr>
          <w:rFonts w:ascii="Garamond" w:hAnsi="Garamond"/>
        </w:rPr>
        <w:t xml:space="preserve"> — Beginning and End —</w:t>
      </w:r>
      <w:r w:rsidRPr="00EF67F9">
        <w:rPr>
          <w:rFonts w:ascii="Garamond" w:hAnsi="Garamond"/>
        </w:rPr>
        <w:br/>
        <w:t>People: You alone are worthy!</w:t>
      </w:r>
    </w:p>
    <w:p w:rsidR="00EF67F9" w:rsidRPr="00EF67F9" w:rsidRDefault="00EF67F9" w:rsidP="001E2F32">
      <w:pPr>
        <w:spacing w:line="480" w:lineRule="auto"/>
        <w:jc w:val="center"/>
        <w:rPr>
          <w:rFonts w:ascii="Garamond" w:hAnsi="Garamond"/>
        </w:rPr>
      </w:pPr>
      <w:r w:rsidRPr="00EF67F9">
        <w:rPr>
          <w:rFonts w:ascii="Garamond" w:hAnsi="Garamond"/>
        </w:rPr>
        <w:t>Leader: Every realm — visible and invisible —</w:t>
      </w:r>
      <w:r w:rsidRPr="00EF67F9">
        <w:rPr>
          <w:rFonts w:ascii="Garamond" w:hAnsi="Garamond"/>
        </w:rPr>
        <w:br/>
        <w:t>People: Bow before Your Throne!</w:t>
      </w:r>
    </w:p>
    <w:p w:rsidR="00EF67F9" w:rsidRPr="00EF67F9" w:rsidRDefault="00EF67F9" w:rsidP="001E2F32">
      <w:pPr>
        <w:spacing w:line="480" w:lineRule="auto"/>
        <w:jc w:val="center"/>
        <w:rPr>
          <w:rFonts w:ascii="Garamond" w:hAnsi="Garamond"/>
        </w:rPr>
      </w:pPr>
      <w:r w:rsidRPr="00EF67F9">
        <w:rPr>
          <w:rFonts w:ascii="Garamond" w:hAnsi="Garamond"/>
        </w:rPr>
        <w:t>Leader: We decree: Loose your hold, enemy —</w:t>
      </w:r>
      <w:r w:rsidRPr="00EF67F9">
        <w:rPr>
          <w:rFonts w:ascii="Garamond" w:hAnsi="Garamond"/>
        </w:rPr>
        <w:br/>
        <w:t>People: By the Blood of YAHUSHA — you are broken!</w:t>
      </w:r>
    </w:p>
    <w:p w:rsidR="00EF67F9" w:rsidRPr="00EF67F9" w:rsidRDefault="00EF67F9" w:rsidP="001E2F32">
      <w:pPr>
        <w:spacing w:line="480" w:lineRule="auto"/>
        <w:jc w:val="center"/>
        <w:rPr>
          <w:rFonts w:ascii="Garamond" w:hAnsi="Garamond"/>
        </w:rPr>
      </w:pPr>
      <w:r w:rsidRPr="00EF67F9">
        <w:rPr>
          <w:rFonts w:ascii="Garamond" w:hAnsi="Garamond"/>
        </w:rPr>
        <w:t>Leader: Let heaven and earth respond —</w:t>
      </w:r>
      <w:r w:rsidRPr="00EF67F9">
        <w:rPr>
          <w:rFonts w:ascii="Garamond" w:hAnsi="Garamond"/>
        </w:rPr>
        <w:br/>
        <w:t>People: As one voice — “</w:t>
      </w:r>
      <w:proofErr w:type="spellStart"/>
      <w:r w:rsidRPr="00EF67F9">
        <w:rPr>
          <w:rFonts w:ascii="Garamond" w:hAnsi="Garamond"/>
        </w:rPr>
        <w:t>HalleluYAH</w:t>
      </w:r>
      <w:proofErr w:type="spellEnd"/>
      <w:r w:rsidRPr="00EF67F9">
        <w:rPr>
          <w:rFonts w:ascii="Garamond" w:hAnsi="Garamond"/>
        </w:rPr>
        <w:t>!”</w:t>
      </w:r>
    </w:p>
    <w:p w:rsidR="00EF67F9" w:rsidRPr="00EF67F9" w:rsidRDefault="00EF67F9" w:rsidP="001E2F32">
      <w:pPr>
        <w:spacing w:line="480" w:lineRule="auto"/>
        <w:jc w:val="center"/>
        <w:rPr>
          <w:rFonts w:ascii="Garamond" w:hAnsi="Garamond"/>
        </w:rPr>
      </w:pPr>
      <w:r w:rsidRPr="00EF67F9">
        <w:rPr>
          <w:rFonts w:ascii="Garamond" w:hAnsi="Garamond"/>
        </w:rPr>
        <w:t>All: Worthy is the Lamb who was slain — to receive power, riches, wisdom, strength, honor, glory, and blessing — forever and ever!</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 xml:space="preserve">. </w:t>
      </w:r>
      <w:proofErr w:type="spellStart"/>
      <w:r w:rsidRPr="00EF67F9">
        <w:rPr>
          <w:rFonts w:ascii="Garamond" w:hAnsi="Garamond"/>
          <w:b/>
          <w:bCs/>
        </w:rPr>
        <w:t>HalleluYAH</w:t>
      </w:r>
      <w:proofErr w:type="spellEnd"/>
      <w:r w:rsidRPr="00EF67F9">
        <w:rPr>
          <w:rFonts w:ascii="Garamond" w:hAnsi="Garamond"/>
          <w:b/>
          <w:bCs/>
        </w:rPr>
        <w:t xml:space="preserve">. </w:t>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Declare aloud: “Every realm — respond to YAHUAH!”)</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PROPHETIC EXPANSION: “The Blood-Decreed Victory”</w:t>
      </w:r>
    </w:p>
    <w:p w:rsidR="00EF67F9" w:rsidRPr="00EF67F9" w:rsidRDefault="00EF67F9" w:rsidP="001E2F32">
      <w:pPr>
        <w:spacing w:line="480" w:lineRule="auto"/>
        <w:jc w:val="center"/>
        <w:rPr>
          <w:rFonts w:ascii="Garamond" w:hAnsi="Garamond"/>
        </w:rPr>
      </w:pPr>
      <w:r w:rsidRPr="00EF67F9">
        <w:rPr>
          <w:rFonts w:ascii="Garamond" w:hAnsi="Garamond"/>
        </w:rPr>
        <w:t>“By the blood shed for me, we shall be free—free to operate fully in the will of the Creator.”</w:t>
      </w:r>
    </w:p>
    <w:p w:rsidR="00EF67F9" w:rsidRPr="00EF67F9" w:rsidRDefault="00EF67F9" w:rsidP="001E2F32">
      <w:pPr>
        <w:spacing w:line="480" w:lineRule="auto"/>
        <w:jc w:val="center"/>
        <w:rPr>
          <w:rFonts w:ascii="Garamond" w:hAnsi="Garamond"/>
        </w:rPr>
      </w:pPr>
      <w:r w:rsidRPr="00EF67F9">
        <w:rPr>
          <w:rFonts w:ascii="Garamond" w:hAnsi="Garamond"/>
        </w:rPr>
        <w:t>This is not positive confession — it is covenant authority.</w:t>
      </w:r>
      <w:r w:rsidRPr="00EF67F9">
        <w:rPr>
          <w:rFonts w:ascii="Garamond" w:hAnsi="Garamond"/>
        </w:rPr>
        <w:br/>
        <w:t>The Blood doesn’t just save — it sanctifies, separates, and sends forth.</w:t>
      </w:r>
    </w:p>
    <w:p w:rsidR="00EF67F9" w:rsidRPr="00EF67F9" w:rsidRDefault="00EF67F9" w:rsidP="001E2F32">
      <w:pPr>
        <w:spacing w:line="480" w:lineRule="auto"/>
        <w:jc w:val="center"/>
        <w:rPr>
          <w:rFonts w:ascii="Garamond" w:hAnsi="Garamond"/>
        </w:rPr>
      </w:pPr>
      <w:r w:rsidRPr="00EF67F9">
        <w:rPr>
          <w:rFonts w:ascii="Garamond" w:hAnsi="Garamond"/>
        </w:rPr>
        <w:t>When you decree in the Blood — you are not begging heaven…</w:t>
      </w:r>
      <w:r w:rsidRPr="00EF67F9">
        <w:rPr>
          <w:rFonts w:ascii="Garamond" w:hAnsi="Garamond"/>
        </w:rPr>
        <w:br/>
        <w:t>you are enforcing the verdict already won at Calvary.</w:t>
      </w:r>
    </w:p>
    <w:p w:rsidR="00EF67F9" w:rsidRPr="00EF67F9" w:rsidRDefault="00EF67F9" w:rsidP="001E2F32">
      <w:pPr>
        <w:spacing w:line="480" w:lineRule="auto"/>
        <w:jc w:val="center"/>
        <w:rPr>
          <w:rFonts w:ascii="Garamond" w:hAnsi="Garamond"/>
        </w:rPr>
      </w:pPr>
      <w:r w:rsidRPr="00EF67F9">
        <w:rPr>
          <w:rFonts w:ascii="Garamond" w:hAnsi="Garamond"/>
        </w:rPr>
        <w:t>The enemy lost title deed at the Cross.</w:t>
      </w:r>
      <w:r w:rsidRPr="00EF67F9">
        <w:rPr>
          <w:rFonts w:ascii="Garamond" w:hAnsi="Garamond"/>
        </w:rPr>
        <w:br/>
        <w:t>You are not fighting for victory — you are enforcing it.</w:t>
      </w:r>
    </w:p>
    <w:p w:rsidR="00EF67F9" w:rsidRPr="00EF67F9" w:rsidRDefault="00EF67F9" w:rsidP="001E2F32">
      <w:pPr>
        <w:spacing w:line="480" w:lineRule="auto"/>
        <w:jc w:val="center"/>
        <w:rPr>
          <w:rFonts w:ascii="Garamond" w:hAnsi="Garamond"/>
        </w:rPr>
      </w:pPr>
      <w:r w:rsidRPr="00EF67F9">
        <w:rPr>
          <w:rFonts w:ascii="Garamond" w:hAnsi="Garamond"/>
        </w:rPr>
        <w:t>Ask yourself:</w:t>
      </w:r>
    </w:p>
    <w:p w:rsidR="00EF67F9" w:rsidRPr="00EF67F9" w:rsidRDefault="00EF67F9" w:rsidP="001E2F32">
      <w:pPr>
        <w:spacing w:line="480" w:lineRule="auto"/>
        <w:jc w:val="center"/>
        <w:rPr>
          <w:rFonts w:ascii="Garamond" w:hAnsi="Garamond"/>
        </w:rPr>
      </w:pPr>
      <w:r w:rsidRPr="00EF67F9">
        <w:rPr>
          <w:rFonts w:ascii="Garamond" w:hAnsi="Garamond"/>
        </w:rPr>
        <w:t>Where am I still negotiating with the enemy — instead of decreeing his defeat?</w:t>
      </w:r>
      <w:r w:rsidRPr="00EF67F9">
        <w:rPr>
          <w:rFonts w:ascii="Garamond" w:hAnsi="Garamond"/>
        </w:rPr>
        <w:br/>
        <w:t>Where am I pleading — when I should be proclaiming?</w:t>
      </w:r>
      <w:r w:rsidRPr="00EF67F9">
        <w:rPr>
          <w:rFonts w:ascii="Garamond" w:hAnsi="Garamond"/>
        </w:rPr>
        <w:br/>
        <w:t>Where am I passive — when I am seated with YAHUSHA in heavenly places?</w:t>
      </w:r>
    </w:p>
    <w:p w:rsidR="00EF67F9" w:rsidRPr="00EF67F9" w:rsidRDefault="00EF67F9" w:rsidP="001E2F32">
      <w:pPr>
        <w:spacing w:line="480" w:lineRule="auto"/>
        <w:jc w:val="center"/>
        <w:rPr>
          <w:rFonts w:ascii="Garamond" w:hAnsi="Garamond"/>
        </w:rPr>
      </w:pPr>
      <w:r w:rsidRPr="00EF67F9">
        <w:rPr>
          <w:rFonts w:ascii="Garamond" w:hAnsi="Garamond"/>
        </w:rPr>
        <w:t>Your words are not empty.</w:t>
      </w:r>
      <w:r w:rsidRPr="00EF67F9">
        <w:rPr>
          <w:rFonts w:ascii="Garamond" w:hAnsi="Garamond"/>
        </w:rPr>
        <w:br/>
        <w:t>They are echoes of the Throne.</w:t>
      </w:r>
      <w:r w:rsidRPr="00EF67F9">
        <w:rPr>
          <w:rFonts w:ascii="Garamond" w:hAnsi="Garamond"/>
        </w:rPr>
        <w:br/>
        <w:t>Speak — and realms shift.</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REFLECTIVE PAUSE: “What Realm Am I Called to Decree Over?”</w:t>
      </w:r>
    </w:p>
    <w:p w:rsidR="00EF67F9" w:rsidRPr="00EF67F9" w:rsidRDefault="00EF67F9" w:rsidP="001E2F32">
      <w:pPr>
        <w:spacing w:line="480" w:lineRule="auto"/>
        <w:jc w:val="center"/>
        <w:rPr>
          <w:rFonts w:ascii="Garamond" w:hAnsi="Garamond"/>
        </w:rPr>
      </w:pPr>
      <w:r w:rsidRPr="00EF67F9">
        <w:rPr>
          <w:rFonts w:ascii="Garamond" w:hAnsi="Garamond"/>
        </w:rPr>
        <w:t>(Journal Space — leave blank lines in manuscript)</w:t>
      </w:r>
    </w:p>
    <w:p w:rsidR="00EF67F9" w:rsidRPr="00EF67F9" w:rsidRDefault="00EF67F9" w:rsidP="001E2F32">
      <w:pPr>
        <w:spacing w:line="480" w:lineRule="auto"/>
        <w:jc w:val="center"/>
        <w:rPr>
          <w:rFonts w:ascii="Garamond" w:hAnsi="Garamond"/>
        </w:rPr>
      </w:pPr>
      <w:r w:rsidRPr="00EF67F9">
        <w:rPr>
          <w:rFonts w:ascii="Garamond" w:hAnsi="Garamond"/>
        </w:rPr>
        <w:t>YAHUAH, show me the realm You’ve assigned me to steward —</w:t>
      </w:r>
      <w:r w:rsidRPr="00EF67F9">
        <w:rPr>
          <w:rFonts w:ascii="Garamond" w:hAnsi="Garamond"/>
        </w:rPr>
        <w:br/>
        <w:t>My mind? My home? My city? My sphere of influence?</w:t>
      </w:r>
    </w:p>
    <w:p w:rsidR="00EF67F9" w:rsidRPr="00EF67F9" w:rsidRDefault="00EF67F9" w:rsidP="001E2F32">
      <w:pPr>
        <w:spacing w:line="480" w:lineRule="auto"/>
        <w:jc w:val="center"/>
        <w:rPr>
          <w:rFonts w:ascii="Garamond" w:hAnsi="Garamond"/>
        </w:rPr>
      </w:pPr>
      <w:r w:rsidRPr="00EF67F9">
        <w:rPr>
          <w:rFonts w:ascii="Garamond" w:hAnsi="Garamond"/>
        </w:rPr>
        <w:t>Show me the strongholds I’ve tolerated —</w:t>
      </w:r>
      <w:r w:rsidRPr="00EF67F9">
        <w:rPr>
          <w:rFonts w:ascii="Garamond" w:hAnsi="Garamond"/>
        </w:rPr>
        <w:br/>
        <w:t>The lies I’ve believed,</w:t>
      </w:r>
      <w:r w:rsidRPr="00EF67F9">
        <w:rPr>
          <w:rFonts w:ascii="Garamond" w:hAnsi="Garamond"/>
        </w:rPr>
        <w:br/>
        <w:t>The fears I’ve entertained,</w:t>
      </w:r>
      <w:r w:rsidRPr="00EF67F9">
        <w:rPr>
          <w:rFonts w:ascii="Garamond" w:hAnsi="Garamond"/>
        </w:rPr>
        <w:br/>
        <w:t>The passivity I’ve excused.</w:t>
      </w:r>
    </w:p>
    <w:p w:rsidR="00EF67F9" w:rsidRPr="00EF67F9" w:rsidRDefault="00EF67F9" w:rsidP="001E2F32">
      <w:pPr>
        <w:spacing w:line="480" w:lineRule="auto"/>
        <w:jc w:val="center"/>
        <w:rPr>
          <w:rFonts w:ascii="Garamond" w:hAnsi="Garamond"/>
        </w:rPr>
      </w:pPr>
      <w:r w:rsidRPr="00EF67F9">
        <w:rPr>
          <w:rFonts w:ascii="Garamond" w:hAnsi="Garamond"/>
        </w:rPr>
        <w:t>I take authority — not in my name —</w:t>
      </w:r>
      <w:r w:rsidRPr="00EF67F9">
        <w:rPr>
          <w:rFonts w:ascii="Garamond" w:hAnsi="Garamond"/>
        </w:rPr>
        <w:br/>
        <w:t xml:space="preserve">but in the Name of YAHUSHA </w:t>
      </w:r>
      <w:proofErr w:type="spellStart"/>
      <w:r w:rsidRPr="00EF67F9">
        <w:rPr>
          <w:rFonts w:ascii="Garamond" w:hAnsi="Garamond"/>
        </w:rPr>
        <w:t>HaMashiach</w:t>
      </w:r>
      <w:proofErr w:type="spellEnd"/>
      <w:r w:rsidRPr="00EF67F9">
        <w:rPr>
          <w:rFonts w:ascii="Garamond" w:hAnsi="Garamond"/>
        </w:rPr>
        <w:t>.</w:t>
      </w:r>
    </w:p>
    <w:p w:rsidR="00EF67F9" w:rsidRPr="00EF67F9" w:rsidRDefault="00EF67F9" w:rsidP="001E2F32">
      <w:pPr>
        <w:spacing w:line="480" w:lineRule="auto"/>
        <w:jc w:val="center"/>
        <w:rPr>
          <w:rFonts w:ascii="Garamond" w:hAnsi="Garamond"/>
        </w:rPr>
      </w:pPr>
      <w:r w:rsidRPr="00EF67F9">
        <w:rPr>
          <w:rFonts w:ascii="Garamond" w:hAnsi="Garamond"/>
        </w:rPr>
        <w:t>Loose your hold, enemy.</w:t>
      </w:r>
      <w:r w:rsidRPr="00EF67F9">
        <w:rPr>
          <w:rFonts w:ascii="Garamond" w:hAnsi="Garamond"/>
        </w:rPr>
        <w:br/>
        <w:t>Respond, every realm.</w:t>
      </w:r>
      <w:r w:rsidRPr="00EF67F9">
        <w:rPr>
          <w:rFonts w:ascii="Garamond" w:hAnsi="Garamond"/>
        </w:rPr>
        <w:br/>
        <w:t>Align, every sphere.</w:t>
      </w:r>
    </w:p>
    <w:p w:rsidR="00EF67F9" w:rsidRPr="00EF67F9" w:rsidRDefault="00EF67F9" w:rsidP="001E2F32">
      <w:pPr>
        <w:spacing w:line="480" w:lineRule="auto"/>
        <w:jc w:val="center"/>
        <w:rPr>
          <w:rFonts w:ascii="Garamond" w:hAnsi="Garamond"/>
        </w:rPr>
      </w:pPr>
      <w:r w:rsidRPr="00EF67F9">
        <w:rPr>
          <w:rFonts w:ascii="Garamond" w:hAnsi="Garamond"/>
        </w:rPr>
        <w:t>I decree — manifestation of victory.</w:t>
      </w:r>
      <w:r w:rsidRPr="00EF67F9">
        <w:rPr>
          <w:rFonts w:ascii="Garamond" w:hAnsi="Garamond"/>
        </w:rPr>
        <w:br/>
        <w:t>I declare — daily transformation.</w:t>
      </w:r>
      <w:r w:rsidRPr="00EF67F9">
        <w:rPr>
          <w:rFonts w:ascii="Garamond" w:hAnsi="Garamond"/>
        </w:rPr>
        <w:br/>
        <w:t>I believe — no weapon formed shall prosper.</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(Pause. Speak your decree aloud.)</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HEBRAIC INSIGHT: “ALEPH &amp; TAV — THE SIGNATURE OF SOVEREIGNTY”</w:t>
      </w:r>
    </w:p>
    <w:p w:rsidR="00EF67F9" w:rsidRPr="00EF67F9" w:rsidRDefault="00EF67F9" w:rsidP="001E2F32">
      <w:pPr>
        <w:spacing w:line="480" w:lineRule="auto"/>
        <w:jc w:val="center"/>
        <w:rPr>
          <w:rFonts w:ascii="Garamond" w:hAnsi="Garamond"/>
        </w:rPr>
      </w:pPr>
      <w:r w:rsidRPr="00EF67F9">
        <w:rPr>
          <w:rFonts w:ascii="Garamond" w:hAnsi="Garamond"/>
        </w:rPr>
        <w:t>In Hebrew, Aleph (</w:t>
      </w:r>
      <w:r w:rsidRPr="00EF67F9">
        <w:rPr>
          <w:rFonts w:ascii="Times New Roman" w:hAnsi="Times New Roman" w:cs="Times New Roman"/>
        </w:rPr>
        <w:t>א</w:t>
      </w:r>
      <w:r w:rsidRPr="00EF67F9">
        <w:rPr>
          <w:rFonts w:ascii="Garamond" w:hAnsi="Garamond"/>
        </w:rPr>
        <w:t>) is the first letter — silent, yet foundational.</w:t>
      </w:r>
      <w:r w:rsidRPr="00EF67F9">
        <w:rPr>
          <w:rFonts w:ascii="Garamond" w:hAnsi="Garamond"/>
        </w:rPr>
        <w:br/>
      </w:r>
      <w:proofErr w:type="spellStart"/>
      <w:r w:rsidRPr="00EF67F9">
        <w:rPr>
          <w:rFonts w:ascii="Garamond" w:hAnsi="Garamond"/>
        </w:rPr>
        <w:t>Tav</w:t>
      </w:r>
      <w:proofErr w:type="spellEnd"/>
      <w:r w:rsidRPr="00EF67F9">
        <w:rPr>
          <w:rFonts w:ascii="Garamond" w:hAnsi="Garamond"/>
        </w:rPr>
        <w:t> (</w:t>
      </w:r>
      <w:r w:rsidRPr="00EF67F9">
        <w:rPr>
          <w:rFonts w:ascii="Times New Roman" w:hAnsi="Times New Roman" w:cs="Times New Roman"/>
        </w:rPr>
        <w:t>ת</w:t>
      </w:r>
      <w:r w:rsidRPr="00EF67F9">
        <w:rPr>
          <w:rFonts w:ascii="Garamond" w:hAnsi="Garamond"/>
        </w:rPr>
        <w:t>) is the last — shaped like a cross, signifying covenant seal.</w:t>
      </w:r>
    </w:p>
    <w:p w:rsidR="00EF67F9" w:rsidRPr="00EF67F9" w:rsidRDefault="00EF67F9" w:rsidP="001E2F32">
      <w:pPr>
        <w:spacing w:line="480" w:lineRule="auto"/>
        <w:jc w:val="center"/>
        <w:rPr>
          <w:rFonts w:ascii="Garamond" w:hAnsi="Garamond"/>
        </w:rPr>
      </w:pPr>
      <w:r w:rsidRPr="00EF67F9">
        <w:rPr>
          <w:rFonts w:ascii="Garamond" w:hAnsi="Garamond"/>
        </w:rPr>
        <w:t>Together — </w:t>
      </w:r>
      <w:r w:rsidRPr="00EF67F9">
        <w:rPr>
          <w:rFonts w:ascii="Garamond" w:hAnsi="Garamond"/>
          <w:b/>
          <w:bCs/>
        </w:rPr>
        <w:t>Aleph-</w:t>
      </w:r>
      <w:proofErr w:type="spellStart"/>
      <w:r w:rsidRPr="00EF67F9">
        <w:rPr>
          <w:rFonts w:ascii="Garamond" w:hAnsi="Garamond"/>
          <w:b/>
          <w:bCs/>
        </w:rPr>
        <w:t>Tav</w:t>
      </w:r>
      <w:proofErr w:type="spellEnd"/>
      <w:r w:rsidRPr="00EF67F9">
        <w:rPr>
          <w:rFonts w:ascii="Garamond" w:hAnsi="Garamond"/>
        </w:rPr>
        <w:t> (</w:t>
      </w:r>
      <w:proofErr w:type="spellStart"/>
      <w:r w:rsidRPr="00EF67F9">
        <w:rPr>
          <w:rFonts w:ascii="Times New Roman" w:hAnsi="Times New Roman" w:cs="Times New Roman"/>
        </w:rPr>
        <w:t>את</w:t>
      </w:r>
      <w:proofErr w:type="spellEnd"/>
      <w:r w:rsidRPr="00EF67F9">
        <w:rPr>
          <w:rFonts w:ascii="Garamond" w:hAnsi="Garamond"/>
        </w:rPr>
        <w:t>) — appears over 7,000 times in Tanakh — often untranslated, but marking divine emphasis.</w:t>
      </w:r>
    </w:p>
    <w:p w:rsidR="00EF67F9" w:rsidRPr="00EF67F9" w:rsidRDefault="00EF67F9" w:rsidP="001E2F32">
      <w:pPr>
        <w:spacing w:line="480" w:lineRule="auto"/>
        <w:jc w:val="center"/>
        <w:rPr>
          <w:rFonts w:ascii="Garamond" w:hAnsi="Garamond"/>
        </w:rPr>
      </w:pPr>
      <w:r w:rsidRPr="00EF67F9">
        <w:rPr>
          <w:rFonts w:ascii="Garamond" w:hAnsi="Garamond"/>
        </w:rPr>
        <w:t>Example: Genesis 1:1 —</w:t>
      </w:r>
    </w:p>
    <w:p w:rsidR="00EF67F9" w:rsidRPr="00EF67F9" w:rsidRDefault="00EF67F9" w:rsidP="001E2F32">
      <w:pPr>
        <w:spacing w:line="480" w:lineRule="auto"/>
        <w:jc w:val="center"/>
        <w:rPr>
          <w:rFonts w:ascii="Garamond" w:hAnsi="Garamond"/>
        </w:rPr>
      </w:pPr>
      <w:r w:rsidRPr="00EF67F9">
        <w:rPr>
          <w:rFonts w:ascii="Garamond" w:hAnsi="Garamond"/>
        </w:rPr>
        <w:t>“In the beginning, Elohim created et the heavens and et the earth.”</w:t>
      </w:r>
      <w:r w:rsidRPr="00EF67F9">
        <w:rPr>
          <w:rFonts w:ascii="Garamond" w:hAnsi="Garamond"/>
        </w:rPr>
        <w:br/>
        <w:t>The “et” (Aleph-</w:t>
      </w:r>
      <w:proofErr w:type="spellStart"/>
      <w:r w:rsidRPr="00EF67F9">
        <w:rPr>
          <w:rFonts w:ascii="Garamond" w:hAnsi="Garamond"/>
        </w:rPr>
        <w:t>Tav</w:t>
      </w:r>
      <w:proofErr w:type="spellEnd"/>
      <w:r w:rsidRPr="00EF67F9">
        <w:rPr>
          <w:rFonts w:ascii="Garamond" w:hAnsi="Garamond"/>
        </w:rPr>
        <w:t>) signifies: “I, YAHUAH, personally authored this.”</w:t>
      </w:r>
    </w:p>
    <w:p w:rsidR="00EF67F9" w:rsidRPr="00EF67F9" w:rsidRDefault="00EF67F9" w:rsidP="001E2F32">
      <w:pPr>
        <w:spacing w:line="480" w:lineRule="auto"/>
        <w:jc w:val="center"/>
        <w:rPr>
          <w:rFonts w:ascii="Garamond" w:hAnsi="Garamond"/>
        </w:rPr>
      </w:pPr>
      <w:r w:rsidRPr="00EF67F9">
        <w:rPr>
          <w:rFonts w:ascii="Garamond" w:hAnsi="Garamond"/>
        </w:rPr>
        <w:t xml:space="preserve">In Revelation, YAHUSHA declares Himself the Aleph and </w:t>
      </w:r>
      <w:proofErr w:type="spellStart"/>
      <w:r w:rsidRPr="00EF67F9">
        <w:rPr>
          <w:rFonts w:ascii="Garamond" w:hAnsi="Garamond"/>
        </w:rPr>
        <w:t>Tav</w:t>
      </w:r>
      <w:proofErr w:type="spellEnd"/>
      <w:r w:rsidRPr="00EF67F9">
        <w:rPr>
          <w:rFonts w:ascii="Garamond" w:hAnsi="Garamond"/>
        </w:rPr>
        <w:t xml:space="preserve"> —</w:t>
      </w:r>
      <w:r w:rsidRPr="00EF67F9">
        <w:rPr>
          <w:rFonts w:ascii="Garamond" w:hAnsi="Garamond"/>
        </w:rPr>
        <w:br/>
        <w:t>not just “first and last” — but “I am the Divine Signature on all things.”</w:t>
      </w:r>
    </w:p>
    <w:p w:rsidR="00EF67F9" w:rsidRPr="00EF67F9" w:rsidRDefault="00EF67F9" w:rsidP="001E2F32">
      <w:pPr>
        <w:spacing w:line="480" w:lineRule="auto"/>
        <w:jc w:val="center"/>
        <w:rPr>
          <w:rFonts w:ascii="Garamond" w:hAnsi="Garamond"/>
        </w:rPr>
      </w:pPr>
      <w:r w:rsidRPr="00EF67F9">
        <w:rPr>
          <w:rFonts w:ascii="Garamond" w:hAnsi="Garamond"/>
        </w:rPr>
        <w:t>When you worship Him — you align with the original design.</w:t>
      </w:r>
      <w:r w:rsidRPr="00EF67F9">
        <w:rPr>
          <w:rFonts w:ascii="Garamond" w:hAnsi="Garamond"/>
        </w:rPr>
        <w:br/>
        <w:t>When you decree in His Name — you activate heaven’s blueprint.</w:t>
      </w:r>
    </w:p>
    <w:p w:rsidR="00EF67F9" w:rsidRPr="00EF67F9" w:rsidRDefault="00EF67F9" w:rsidP="001E2F32">
      <w:pPr>
        <w:spacing w:line="480" w:lineRule="auto"/>
        <w:jc w:val="center"/>
        <w:rPr>
          <w:rFonts w:ascii="Garamond" w:hAnsi="Garamond"/>
        </w:rPr>
      </w:pPr>
      <w:r w:rsidRPr="00EF67F9">
        <w:rPr>
          <w:rFonts w:ascii="Garamond" w:hAnsi="Garamond"/>
        </w:rPr>
        <w:t>Your words, anchored in His, create reality.</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Segoe UI Emoji" w:hAnsi="Segoe UI Emoji" w:cs="Segoe UI Emoji"/>
        </w:rPr>
      </w:pPr>
      <w:r>
        <w:rPr>
          <w:rFonts w:ascii="Segoe UI Emoji" w:hAnsi="Segoe UI Emoji" w:cs="Segoe UI Emoji"/>
        </w:rPr>
        <w:br w:type="page"/>
      </w:r>
    </w:p>
    <w:p w:rsidR="00EF67F9" w:rsidRPr="00EF67F9" w:rsidRDefault="00EF67F9" w:rsidP="001E2F32">
      <w:pPr>
        <w:spacing w:line="480" w:lineRule="auto"/>
        <w:jc w:val="center"/>
        <w:rPr>
          <w:rFonts w:ascii="Garamond" w:hAnsi="Garamond"/>
        </w:rPr>
      </w:pPr>
      <w:r w:rsidRPr="00EF67F9">
        <w:rPr>
          <w:rFonts w:ascii="Segoe UI Emoji" w:hAnsi="Segoe UI Emoji" w:cs="Segoe UI Emoji"/>
        </w:rPr>
        <w:lastRenderedPageBreak/>
        <w:t>🕊️</w:t>
      </w:r>
      <w:r w:rsidRPr="00EF67F9">
        <w:rPr>
          <w:rFonts w:ascii="Garamond" w:hAnsi="Garamond"/>
        </w:rPr>
        <w:t> </w:t>
      </w:r>
      <w:r w:rsidRPr="00EF67F9">
        <w:rPr>
          <w:rFonts w:ascii="Garamond" w:hAnsi="Garamond"/>
          <w:b/>
          <w:bCs/>
        </w:rPr>
        <w:t>CLOSING PRAYER: “Let All Creation Respond”</w:t>
      </w:r>
    </w:p>
    <w:p w:rsidR="00EF67F9" w:rsidRPr="00EF67F9" w:rsidRDefault="00EF67F9" w:rsidP="001E2F32">
      <w:pPr>
        <w:spacing w:line="480" w:lineRule="auto"/>
        <w:jc w:val="center"/>
        <w:rPr>
          <w:rFonts w:ascii="Garamond" w:hAnsi="Garamond"/>
        </w:rPr>
      </w:pPr>
      <w:r w:rsidRPr="00EF67F9">
        <w:rPr>
          <w:rFonts w:ascii="Garamond" w:hAnsi="Garamond"/>
        </w:rPr>
        <w:t>Father YAHUAH,</w:t>
      </w:r>
      <w:r w:rsidRPr="00EF67F9">
        <w:rPr>
          <w:rFonts w:ascii="Garamond" w:hAnsi="Garamond"/>
        </w:rPr>
        <w:br/>
        <w:t>You are Aleph — the Silent Foundation.</w:t>
      </w:r>
      <w:r w:rsidRPr="00EF67F9">
        <w:rPr>
          <w:rFonts w:ascii="Garamond" w:hAnsi="Garamond"/>
        </w:rPr>
        <w:br/>
        <w:t xml:space="preserve">You are </w:t>
      </w:r>
      <w:proofErr w:type="spellStart"/>
      <w:r w:rsidRPr="00EF67F9">
        <w:rPr>
          <w:rFonts w:ascii="Garamond" w:hAnsi="Garamond"/>
        </w:rPr>
        <w:t>Tav</w:t>
      </w:r>
      <w:proofErr w:type="spellEnd"/>
      <w:r w:rsidRPr="00EF67F9">
        <w:rPr>
          <w:rFonts w:ascii="Garamond" w:hAnsi="Garamond"/>
        </w:rPr>
        <w:t xml:space="preserve"> — the Sealed Covenant.</w:t>
      </w:r>
      <w:r w:rsidRPr="00EF67F9">
        <w:rPr>
          <w:rFonts w:ascii="Garamond" w:hAnsi="Garamond"/>
        </w:rPr>
        <w:br/>
        <w:t>You are ALL — from first breath to final trumpet.</w:t>
      </w:r>
    </w:p>
    <w:p w:rsidR="00EF67F9" w:rsidRPr="00EF67F9" w:rsidRDefault="00EF67F9" w:rsidP="001E2F32">
      <w:pPr>
        <w:spacing w:line="480" w:lineRule="auto"/>
        <w:jc w:val="center"/>
        <w:rPr>
          <w:rFonts w:ascii="Garamond" w:hAnsi="Garamond"/>
        </w:rPr>
      </w:pPr>
      <w:r w:rsidRPr="00EF67F9">
        <w:rPr>
          <w:rFonts w:ascii="Garamond" w:hAnsi="Garamond"/>
        </w:rPr>
        <w:t>We worship You — not as distant Deity —</w:t>
      </w:r>
      <w:r w:rsidRPr="00EF67F9">
        <w:rPr>
          <w:rFonts w:ascii="Garamond" w:hAnsi="Garamond"/>
        </w:rPr>
        <w:br/>
        <w:t>but as Present King.</w:t>
      </w:r>
    </w:p>
    <w:p w:rsidR="00EF67F9" w:rsidRPr="00EF67F9" w:rsidRDefault="00EF67F9" w:rsidP="001E2F32">
      <w:pPr>
        <w:spacing w:line="480" w:lineRule="auto"/>
        <w:jc w:val="center"/>
        <w:rPr>
          <w:rFonts w:ascii="Garamond" w:hAnsi="Garamond"/>
        </w:rPr>
      </w:pPr>
      <w:r w:rsidRPr="00EF67F9">
        <w:rPr>
          <w:rFonts w:ascii="Garamond" w:hAnsi="Garamond"/>
        </w:rPr>
        <w:t>We decree — not in our power —</w:t>
      </w:r>
      <w:r w:rsidRPr="00EF67F9">
        <w:rPr>
          <w:rFonts w:ascii="Garamond" w:hAnsi="Garamond"/>
        </w:rPr>
        <w:br/>
        <w:t>but in the Blood of the Lamb.</w:t>
      </w:r>
    </w:p>
    <w:p w:rsidR="00EF67F9" w:rsidRPr="00EF67F9" w:rsidRDefault="00EF67F9" w:rsidP="001E2F32">
      <w:pPr>
        <w:spacing w:line="480" w:lineRule="auto"/>
        <w:jc w:val="center"/>
        <w:rPr>
          <w:rFonts w:ascii="Garamond" w:hAnsi="Garamond"/>
        </w:rPr>
      </w:pPr>
      <w:r w:rsidRPr="00EF67F9">
        <w:rPr>
          <w:rFonts w:ascii="Garamond" w:hAnsi="Garamond"/>
        </w:rPr>
        <w:t>Loose your hold, every chain.</w:t>
      </w:r>
      <w:r w:rsidRPr="00EF67F9">
        <w:rPr>
          <w:rFonts w:ascii="Garamond" w:hAnsi="Garamond"/>
        </w:rPr>
        <w:br/>
        <w:t>Respond, every realm.</w:t>
      </w:r>
      <w:r w:rsidRPr="00EF67F9">
        <w:rPr>
          <w:rFonts w:ascii="Garamond" w:hAnsi="Garamond"/>
        </w:rPr>
        <w:br/>
        <w:t>Align, every sphere.</w:t>
      </w:r>
    </w:p>
    <w:p w:rsidR="00EF67F9" w:rsidRPr="00EF67F9" w:rsidRDefault="00EF67F9" w:rsidP="001E2F32">
      <w:pPr>
        <w:spacing w:line="480" w:lineRule="auto"/>
        <w:jc w:val="center"/>
        <w:rPr>
          <w:rFonts w:ascii="Garamond" w:hAnsi="Garamond"/>
        </w:rPr>
      </w:pPr>
      <w:r w:rsidRPr="00EF67F9">
        <w:rPr>
          <w:rFonts w:ascii="Garamond" w:hAnsi="Garamond"/>
        </w:rPr>
        <w:t>Let laughter ring in heaven.</w:t>
      </w:r>
      <w:r w:rsidRPr="00EF67F9">
        <w:rPr>
          <w:rFonts w:ascii="Garamond" w:hAnsi="Garamond"/>
        </w:rPr>
        <w:br/>
        <w:t>Let victory manifest on earth.</w:t>
      </w:r>
      <w:r w:rsidRPr="00EF67F9">
        <w:rPr>
          <w:rFonts w:ascii="Garamond" w:hAnsi="Garamond"/>
        </w:rPr>
        <w:br/>
        <w:t>Let every knee bow — willingly or by decree.</w:t>
      </w:r>
    </w:p>
    <w:p w:rsidR="00EF67F9" w:rsidRPr="00EF67F9" w:rsidRDefault="00EF67F9" w:rsidP="001E2F32">
      <w:pPr>
        <w:spacing w:line="480" w:lineRule="auto"/>
        <w:jc w:val="center"/>
        <w:rPr>
          <w:rFonts w:ascii="Garamond" w:hAnsi="Garamond"/>
        </w:rPr>
      </w:pPr>
      <w:r w:rsidRPr="00EF67F9">
        <w:rPr>
          <w:rFonts w:ascii="Garamond" w:hAnsi="Garamond"/>
        </w:rPr>
        <w:t>For You alone are worthy.</w:t>
      </w:r>
      <w:r w:rsidRPr="00EF67F9">
        <w:rPr>
          <w:rFonts w:ascii="Garamond" w:hAnsi="Garamond"/>
        </w:rPr>
        <w:br/>
        <w:t>Now — and forever.</w:t>
      </w:r>
    </w:p>
    <w:p w:rsidR="00EF67F9" w:rsidRPr="00EF67F9" w:rsidRDefault="00EF67F9" w:rsidP="001E2F32">
      <w:pPr>
        <w:spacing w:line="480" w:lineRule="auto"/>
        <w:jc w:val="center"/>
        <w:rPr>
          <w:rFonts w:ascii="Garamond" w:hAnsi="Garamond"/>
        </w:rPr>
      </w:pPr>
      <w:r w:rsidRPr="00EF67F9">
        <w:rPr>
          <w:rFonts w:ascii="Garamond" w:hAnsi="Garamond"/>
        </w:rPr>
        <w:t xml:space="preserve">In YAHUSHA </w:t>
      </w:r>
      <w:proofErr w:type="spellStart"/>
      <w:r w:rsidRPr="00EF67F9">
        <w:rPr>
          <w:rFonts w:ascii="Garamond" w:hAnsi="Garamond"/>
        </w:rPr>
        <w:t>HaMashiach</w:t>
      </w:r>
      <w:proofErr w:type="spellEnd"/>
      <w:r w:rsidRPr="00EF67F9">
        <w:rPr>
          <w:rFonts w:ascii="Garamond" w:hAnsi="Garamond"/>
        </w:rPr>
        <w:t xml:space="preserve"> —</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 xml:space="preserve">. </w:t>
      </w:r>
      <w:proofErr w:type="spellStart"/>
      <w:r w:rsidRPr="00EF67F9">
        <w:rPr>
          <w:rFonts w:ascii="Garamond" w:hAnsi="Garamond"/>
          <w:b/>
          <w:bCs/>
        </w:rPr>
        <w:t>HalleluYAH</w:t>
      </w:r>
      <w:proofErr w:type="spellEnd"/>
      <w:r w:rsidRPr="00EF67F9">
        <w:rPr>
          <w:rFonts w:ascii="Garamond" w:hAnsi="Garamond"/>
          <w:b/>
          <w:bCs/>
        </w:rPr>
        <w:t xml:space="preserve">. </w:t>
      </w:r>
      <w:proofErr w:type="spellStart"/>
      <w:r w:rsidRPr="00EF67F9">
        <w:rPr>
          <w:rFonts w:ascii="Garamond" w:hAnsi="Garamond"/>
          <w:b/>
          <w:bCs/>
        </w:rPr>
        <w:t>HalleluYAH</w:t>
      </w:r>
      <w:proofErr w:type="spellEnd"/>
      <w:r w:rsidRPr="00EF67F9">
        <w:rPr>
          <w:rFonts w:ascii="Garamond" w:hAnsi="Garamond"/>
          <w:b/>
          <w:bCs/>
        </w:rPr>
        <w:t>.</w:t>
      </w:r>
    </w:p>
    <w:p w:rsidR="00EF67F9" w:rsidRPr="001E2F32" w:rsidRDefault="00EF67F9" w:rsidP="001E2F32">
      <w:pPr>
        <w:spacing w:line="480" w:lineRule="auto"/>
        <w:rPr>
          <w:rFonts w:ascii="Garamond" w:hAnsi="Garamond"/>
        </w:rPr>
      </w:pPr>
      <w:r w:rsidRPr="001E2F32">
        <w:rPr>
          <w:rFonts w:ascii="Garamond" w:hAnsi="Garamond"/>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INTERLUDE 1: SHABBAT WHISPERS</w:t>
      </w:r>
    </w:p>
    <w:p w:rsidR="00EF67F9" w:rsidRPr="00EF67F9" w:rsidRDefault="00EF67F9" w:rsidP="001E2F32">
      <w:pPr>
        <w:spacing w:line="480" w:lineRule="auto"/>
        <w:jc w:val="center"/>
        <w:rPr>
          <w:rFonts w:ascii="Garamond" w:hAnsi="Garamond"/>
        </w:rPr>
      </w:pPr>
      <w:r w:rsidRPr="00EF67F9">
        <w:rPr>
          <w:rFonts w:ascii="Garamond" w:hAnsi="Garamond"/>
        </w:rPr>
        <w:t>7 Poetic Blessings — One for Each Day Leading to Shabbat</w:t>
      </w:r>
    </w:p>
    <w:p w:rsidR="00EF67F9" w:rsidRPr="00EF67F9" w:rsidRDefault="00EF67F9" w:rsidP="001E2F32">
      <w:pPr>
        <w:spacing w:line="480" w:lineRule="auto"/>
        <w:jc w:val="center"/>
        <w:rPr>
          <w:rFonts w:ascii="Garamond" w:hAnsi="Garamond"/>
        </w:rPr>
      </w:pPr>
      <w:r w:rsidRPr="00EF67F9">
        <w:rPr>
          <w:rFonts w:ascii="Garamond" w:hAnsi="Garamond"/>
        </w:rPr>
        <w:t>These are not rituals — but rhythms of remembrance.</w:t>
      </w:r>
      <w:r w:rsidRPr="00EF67F9">
        <w:rPr>
          <w:rFonts w:ascii="Garamond" w:hAnsi="Garamond"/>
        </w:rPr>
        <w:br/>
        <w:t>Not obligations — but invitations into rest.</w:t>
      </w:r>
      <w:r w:rsidRPr="00EF67F9">
        <w:rPr>
          <w:rFonts w:ascii="Garamond" w:hAnsi="Garamond"/>
        </w:rPr>
        <w:br/>
        <w:t>Let each whisper prepare your heart…</w:t>
      </w:r>
      <w:r w:rsidRPr="00EF67F9">
        <w:rPr>
          <w:rFonts w:ascii="Garamond" w:hAnsi="Garamond"/>
        </w:rPr>
        <w:br/>
        <w:t>for the Sacred Pause.</w:t>
      </w:r>
    </w:p>
    <w:p w:rsidR="00EF67F9" w:rsidRPr="00EF67F9" w:rsidRDefault="00EF67F9" w:rsidP="001E2F32">
      <w:pPr>
        <w:spacing w:line="480" w:lineRule="auto"/>
        <w:jc w:val="center"/>
        <w:rPr>
          <w:rFonts w:ascii="Garamond" w:hAnsi="Garamond"/>
        </w:rPr>
      </w:pPr>
      <w:r w:rsidRPr="00EF67F9">
        <w:rPr>
          <w:rFonts w:ascii="Garamond" w:hAnsi="Garamond"/>
        </w:rPr>
        <w:pict>
          <v:rect id="_x0000_i1341"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1 — The Whisper of Beginning</w:t>
      </w:r>
    </w:p>
    <w:p w:rsidR="00EF67F9" w:rsidRPr="00EF67F9" w:rsidRDefault="00EF67F9" w:rsidP="001E2F32">
      <w:pPr>
        <w:spacing w:line="480" w:lineRule="auto"/>
        <w:jc w:val="center"/>
        <w:rPr>
          <w:rFonts w:ascii="Garamond" w:hAnsi="Garamond"/>
        </w:rPr>
      </w:pPr>
      <w:r w:rsidRPr="00EF67F9">
        <w:rPr>
          <w:rFonts w:ascii="Garamond" w:hAnsi="Garamond"/>
        </w:rPr>
        <w:t>“In the beginning, YAHUAH spoke — and light separated from darkness.”</w:t>
      </w:r>
    </w:p>
    <w:p w:rsidR="00EF67F9" w:rsidRPr="00EF67F9" w:rsidRDefault="00EF67F9" w:rsidP="001E2F32">
      <w:pPr>
        <w:spacing w:line="480" w:lineRule="auto"/>
        <w:jc w:val="center"/>
        <w:rPr>
          <w:rFonts w:ascii="Garamond" w:hAnsi="Garamond"/>
        </w:rPr>
      </w:pPr>
      <w:r w:rsidRPr="00EF67F9">
        <w:rPr>
          <w:rFonts w:ascii="Garamond" w:hAnsi="Garamond"/>
        </w:rPr>
        <w:t>Today — begin again.</w:t>
      </w:r>
      <w:r w:rsidRPr="00EF67F9">
        <w:rPr>
          <w:rFonts w:ascii="Garamond" w:hAnsi="Garamond"/>
        </w:rPr>
        <w:br/>
        <w:t>Not with striving — but with surrender.</w:t>
      </w:r>
      <w:r w:rsidRPr="00EF67F9">
        <w:rPr>
          <w:rFonts w:ascii="Garamond" w:hAnsi="Garamond"/>
        </w:rPr>
        <w:br/>
        <w:t>Not with noise — but with listening.</w:t>
      </w:r>
      <w:r w:rsidRPr="00EF67F9">
        <w:rPr>
          <w:rFonts w:ascii="Garamond" w:hAnsi="Garamond"/>
        </w:rPr>
        <w:br/>
        <w:t>Let His first Word over creation — be your first breath today.</w:t>
      </w:r>
    </w:p>
    <w:p w:rsidR="00EF67F9" w:rsidRPr="00EF67F9" w:rsidRDefault="00EF67F9" w:rsidP="001E2F32">
      <w:pPr>
        <w:spacing w:line="480" w:lineRule="auto"/>
        <w:jc w:val="center"/>
        <w:rPr>
          <w:rFonts w:ascii="Garamond" w:hAnsi="Garamond"/>
        </w:rPr>
      </w:pPr>
      <w:r w:rsidRPr="00EF67F9">
        <w:rPr>
          <w:rFonts w:ascii="Garamond" w:hAnsi="Garamond"/>
        </w:rPr>
        <w:t>“YAHUAH, align my day with Your design. Let me walk in the light You called ‘good.’”</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2"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2 — The Whisper of Division</w:t>
      </w:r>
    </w:p>
    <w:p w:rsidR="00EF67F9" w:rsidRPr="00EF67F9" w:rsidRDefault="00EF67F9" w:rsidP="001E2F32">
      <w:pPr>
        <w:spacing w:line="480" w:lineRule="auto"/>
        <w:jc w:val="center"/>
        <w:rPr>
          <w:rFonts w:ascii="Garamond" w:hAnsi="Garamond"/>
        </w:rPr>
      </w:pPr>
      <w:r w:rsidRPr="00EF67F9">
        <w:rPr>
          <w:rFonts w:ascii="Garamond" w:hAnsi="Garamond"/>
        </w:rPr>
        <w:t>“YAHUAH separated the waters above from the waters below.”</w:t>
      </w:r>
    </w:p>
    <w:p w:rsidR="00EF67F9" w:rsidRPr="00EF67F9" w:rsidRDefault="00EF67F9" w:rsidP="001E2F32">
      <w:pPr>
        <w:spacing w:line="480" w:lineRule="auto"/>
        <w:jc w:val="center"/>
        <w:rPr>
          <w:rFonts w:ascii="Garamond" w:hAnsi="Garamond"/>
        </w:rPr>
      </w:pPr>
      <w:r w:rsidRPr="00EF67F9">
        <w:rPr>
          <w:rFonts w:ascii="Garamond" w:hAnsi="Garamond"/>
        </w:rPr>
        <w:t>Today — discern.</w:t>
      </w:r>
      <w:r w:rsidRPr="00EF67F9">
        <w:rPr>
          <w:rFonts w:ascii="Garamond" w:hAnsi="Garamond"/>
        </w:rPr>
        <w:br/>
        <w:t>What belongs above? (Worship. Surrender. Trust.)</w:t>
      </w:r>
      <w:r w:rsidRPr="00EF67F9">
        <w:rPr>
          <w:rFonts w:ascii="Garamond" w:hAnsi="Garamond"/>
        </w:rPr>
        <w:br/>
      </w:r>
      <w:r w:rsidRPr="00EF67F9">
        <w:rPr>
          <w:rFonts w:ascii="Garamond" w:hAnsi="Garamond"/>
        </w:rPr>
        <w:lastRenderedPageBreak/>
        <w:t>What belongs below? (Fear. Control. Striving.)</w:t>
      </w:r>
      <w:r w:rsidRPr="00EF67F9">
        <w:rPr>
          <w:rFonts w:ascii="Garamond" w:hAnsi="Garamond"/>
        </w:rPr>
        <w:br/>
        <w:t>Divide them — as YAHUAH divided the deep.</w:t>
      </w:r>
    </w:p>
    <w:p w:rsidR="00EF67F9" w:rsidRPr="00EF67F9" w:rsidRDefault="00EF67F9" w:rsidP="001E2F32">
      <w:pPr>
        <w:spacing w:line="480" w:lineRule="auto"/>
        <w:jc w:val="center"/>
        <w:rPr>
          <w:rFonts w:ascii="Garamond" w:hAnsi="Garamond"/>
        </w:rPr>
      </w:pPr>
      <w:r w:rsidRPr="00EF67F9">
        <w:rPr>
          <w:rFonts w:ascii="Garamond" w:hAnsi="Garamond"/>
        </w:rPr>
        <w:t>“YAHUAH, teach me to release what weighs me down — and rise in Your Spirit.”</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3"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3 — The Whisper of Emergence</w:t>
      </w:r>
    </w:p>
    <w:p w:rsidR="00EF67F9" w:rsidRPr="00EF67F9" w:rsidRDefault="00EF67F9" w:rsidP="001E2F32">
      <w:pPr>
        <w:spacing w:line="480" w:lineRule="auto"/>
        <w:jc w:val="center"/>
        <w:rPr>
          <w:rFonts w:ascii="Garamond" w:hAnsi="Garamond"/>
        </w:rPr>
      </w:pPr>
      <w:r w:rsidRPr="00EF67F9">
        <w:rPr>
          <w:rFonts w:ascii="Garamond" w:hAnsi="Garamond"/>
        </w:rPr>
        <w:t>“Let the earth sprout vegetation… and it was so.”</w:t>
      </w:r>
    </w:p>
    <w:p w:rsidR="00EF67F9" w:rsidRPr="00EF67F9" w:rsidRDefault="00EF67F9" w:rsidP="001E2F32">
      <w:pPr>
        <w:spacing w:line="480" w:lineRule="auto"/>
        <w:jc w:val="center"/>
        <w:rPr>
          <w:rFonts w:ascii="Garamond" w:hAnsi="Garamond"/>
        </w:rPr>
      </w:pPr>
      <w:r w:rsidRPr="00EF67F9">
        <w:rPr>
          <w:rFonts w:ascii="Garamond" w:hAnsi="Garamond"/>
        </w:rPr>
        <w:t>Today — expect life where there was barrenness.</w:t>
      </w:r>
      <w:r w:rsidRPr="00EF67F9">
        <w:rPr>
          <w:rFonts w:ascii="Garamond" w:hAnsi="Garamond"/>
        </w:rPr>
        <w:br/>
        <w:t>Speak to your dry places: “Sprout.”</w:t>
      </w:r>
      <w:r w:rsidRPr="00EF67F9">
        <w:rPr>
          <w:rFonts w:ascii="Garamond" w:hAnsi="Garamond"/>
        </w:rPr>
        <w:br/>
        <w:t>Declare over your hidden seeds: “Rise.”</w:t>
      </w:r>
      <w:r w:rsidRPr="00EF67F9">
        <w:rPr>
          <w:rFonts w:ascii="Garamond" w:hAnsi="Garamond"/>
        </w:rPr>
        <w:br/>
        <w:t>YAHUAH specializes in sudden growth.</w:t>
      </w:r>
    </w:p>
    <w:p w:rsidR="00EF67F9" w:rsidRPr="00EF67F9" w:rsidRDefault="00EF67F9" w:rsidP="001E2F32">
      <w:pPr>
        <w:spacing w:line="480" w:lineRule="auto"/>
        <w:jc w:val="center"/>
        <w:rPr>
          <w:rFonts w:ascii="Garamond" w:hAnsi="Garamond"/>
        </w:rPr>
      </w:pPr>
      <w:r w:rsidRPr="00EF67F9">
        <w:rPr>
          <w:rFonts w:ascii="Garamond" w:hAnsi="Garamond"/>
        </w:rPr>
        <w:t>“YAHUAH, awaken what I thought was dead. Let fruit appear — in due season.”</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4"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4 — The Whisper of Governance</w:t>
      </w:r>
    </w:p>
    <w:p w:rsidR="00EF67F9" w:rsidRPr="00EF67F9" w:rsidRDefault="00EF67F9" w:rsidP="001E2F32">
      <w:pPr>
        <w:spacing w:line="480" w:lineRule="auto"/>
        <w:jc w:val="center"/>
        <w:rPr>
          <w:rFonts w:ascii="Garamond" w:hAnsi="Garamond"/>
        </w:rPr>
      </w:pPr>
      <w:r w:rsidRPr="00EF67F9">
        <w:rPr>
          <w:rFonts w:ascii="Garamond" w:hAnsi="Garamond"/>
        </w:rPr>
        <w:t>“Let there be lights in the expanse to govern the day and night.”</w:t>
      </w:r>
    </w:p>
    <w:p w:rsidR="00EF67F9" w:rsidRPr="00EF67F9" w:rsidRDefault="00EF67F9" w:rsidP="001E2F32">
      <w:pPr>
        <w:spacing w:line="480" w:lineRule="auto"/>
        <w:jc w:val="center"/>
        <w:rPr>
          <w:rFonts w:ascii="Garamond" w:hAnsi="Garamond"/>
        </w:rPr>
      </w:pPr>
      <w:r w:rsidRPr="00EF67F9">
        <w:rPr>
          <w:rFonts w:ascii="Garamond" w:hAnsi="Garamond"/>
        </w:rPr>
        <w:t>Today — submit to divine order.</w:t>
      </w:r>
      <w:r w:rsidRPr="00EF67F9">
        <w:rPr>
          <w:rFonts w:ascii="Garamond" w:hAnsi="Garamond"/>
        </w:rPr>
        <w:br/>
        <w:t>You are not the sun.</w:t>
      </w:r>
      <w:r w:rsidRPr="00EF67F9">
        <w:rPr>
          <w:rFonts w:ascii="Garamond" w:hAnsi="Garamond"/>
        </w:rPr>
        <w:br/>
        <w:t>You are not the moon.</w:t>
      </w:r>
      <w:r w:rsidRPr="00EF67F9">
        <w:rPr>
          <w:rFonts w:ascii="Garamond" w:hAnsi="Garamond"/>
        </w:rPr>
        <w:br/>
        <w:t>You are the servant — walking in their light.</w:t>
      </w:r>
      <w:r w:rsidRPr="00EF67F9">
        <w:rPr>
          <w:rFonts w:ascii="Garamond" w:hAnsi="Garamond"/>
        </w:rPr>
        <w:br/>
        <w:t>Let YAHUAH govern your pace.</w:t>
      </w:r>
    </w:p>
    <w:p w:rsidR="00EF67F9" w:rsidRPr="00EF67F9" w:rsidRDefault="00EF67F9" w:rsidP="001E2F32">
      <w:pPr>
        <w:spacing w:line="480" w:lineRule="auto"/>
        <w:jc w:val="center"/>
        <w:rPr>
          <w:rFonts w:ascii="Garamond" w:hAnsi="Garamond"/>
        </w:rPr>
      </w:pPr>
      <w:r w:rsidRPr="00EF67F9">
        <w:rPr>
          <w:rFonts w:ascii="Garamond" w:hAnsi="Garamond"/>
        </w:rPr>
        <w:lastRenderedPageBreak/>
        <w:t>“YAHUAH, humble me to walk in Your rhythms — not my own urgency.”</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5"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5 — The Whisper of Multiplication</w:t>
      </w:r>
    </w:p>
    <w:p w:rsidR="00EF67F9" w:rsidRPr="00EF67F9" w:rsidRDefault="00EF67F9" w:rsidP="001E2F32">
      <w:pPr>
        <w:spacing w:line="480" w:lineRule="auto"/>
        <w:jc w:val="center"/>
        <w:rPr>
          <w:rFonts w:ascii="Garamond" w:hAnsi="Garamond"/>
        </w:rPr>
      </w:pPr>
      <w:r w:rsidRPr="00EF67F9">
        <w:rPr>
          <w:rFonts w:ascii="Garamond" w:hAnsi="Garamond"/>
        </w:rPr>
        <w:t>“Be fruitful and multiply… fill the waters and skies.”</w:t>
      </w:r>
    </w:p>
    <w:p w:rsidR="00EF67F9" w:rsidRPr="00EF67F9" w:rsidRDefault="00EF67F9" w:rsidP="001E2F32">
      <w:pPr>
        <w:spacing w:line="480" w:lineRule="auto"/>
        <w:jc w:val="center"/>
        <w:rPr>
          <w:rFonts w:ascii="Garamond" w:hAnsi="Garamond"/>
        </w:rPr>
      </w:pPr>
      <w:r w:rsidRPr="00EF67F9">
        <w:rPr>
          <w:rFonts w:ascii="Garamond" w:hAnsi="Garamond"/>
        </w:rPr>
        <w:t>Today — release increase.</w:t>
      </w:r>
      <w:r w:rsidRPr="00EF67F9">
        <w:rPr>
          <w:rFonts w:ascii="Garamond" w:hAnsi="Garamond"/>
        </w:rPr>
        <w:br/>
        <w:t>Over your words.</w:t>
      </w:r>
      <w:r w:rsidRPr="00EF67F9">
        <w:rPr>
          <w:rFonts w:ascii="Garamond" w:hAnsi="Garamond"/>
        </w:rPr>
        <w:br/>
        <w:t>Over your hands.</w:t>
      </w:r>
      <w:r w:rsidRPr="00EF67F9">
        <w:rPr>
          <w:rFonts w:ascii="Garamond" w:hAnsi="Garamond"/>
        </w:rPr>
        <w:br/>
        <w:t>Over your prayers.</w:t>
      </w:r>
      <w:r w:rsidRPr="00EF67F9">
        <w:rPr>
          <w:rFonts w:ascii="Garamond" w:hAnsi="Garamond"/>
        </w:rPr>
        <w:br/>
        <w:t>What YAHUAH blesses — cannot be contained.</w:t>
      </w:r>
    </w:p>
    <w:p w:rsidR="00EF67F9" w:rsidRPr="00EF67F9" w:rsidRDefault="00EF67F9" w:rsidP="001E2F32">
      <w:pPr>
        <w:spacing w:line="480" w:lineRule="auto"/>
        <w:jc w:val="center"/>
        <w:rPr>
          <w:rFonts w:ascii="Garamond" w:hAnsi="Garamond"/>
        </w:rPr>
      </w:pPr>
      <w:r w:rsidRPr="00EF67F9">
        <w:rPr>
          <w:rFonts w:ascii="Garamond" w:hAnsi="Garamond"/>
        </w:rPr>
        <w:t>“YAHUAH, let my life become a carrier of abundance — for Your glory alone.”</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6"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6 — The Whisper of Dominion</w:t>
      </w:r>
    </w:p>
    <w:p w:rsidR="00EF67F9" w:rsidRPr="00EF67F9" w:rsidRDefault="00EF67F9" w:rsidP="001E2F32">
      <w:pPr>
        <w:spacing w:line="480" w:lineRule="auto"/>
        <w:jc w:val="center"/>
        <w:rPr>
          <w:rFonts w:ascii="Garamond" w:hAnsi="Garamond"/>
        </w:rPr>
      </w:pPr>
      <w:r w:rsidRPr="00EF67F9">
        <w:rPr>
          <w:rFonts w:ascii="Garamond" w:hAnsi="Garamond"/>
        </w:rPr>
        <w:t>“Let them have dominion… over all the earth.”</w:t>
      </w:r>
    </w:p>
    <w:p w:rsidR="00EF67F9" w:rsidRPr="00EF67F9" w:rsidRDefault="00EF67F9" w:rsidP="001E2F32">
      <w:pPr>
        <w:spacing w:line="480" w:lineRule="auto"/>
        <w:jc w:val="center"/>
        <w:rPr>
          <w:rFonts w:ascii="Garamond" w:hAnsi="Garamond"/>
        </w:rPr>
      </w:pPr>
      <w:r w:rsidRPr="00EF67F9">
        <w:rPr>
          <w:rFonts w:ascii="Garamond" w:hAnsi="Garamond"/>
        </w:rPr>
        <w:t>Today — steward your assignment.</w:t>
      </w:r>
      <w:r w:rsidRPr="00EF67F9">
        <w:rPr>
          <w:rFonts w:ascii="Garamond" w:hAnsi="Garamond"/>
        </w:rPr>
        <w:br/>
        <w:t>Not with pride — but with reverence.</w:t>
      </w:r>
      <w:r w:rsidRPr="00EF67F9">
        <w:rPr>
          <w:rFonts w:ascii="Garamond" w:hAnsi="Garamond"/>
        </w:rPr>
        <w:br/>
        <w:t>Not with force — but with wisdom.</w:t>
      </w:r>
      <w:r w:rsidRPr="00EF67F9">
        <w:rPr>
          <w:rFonts w:ascii="Garamond" w:hAnsi="Garamond"/>
        </w:rPr>
        <w:br/>
        <w:t>You rule — under His Crown.</w:t>
      </w:r>
    </w:p>
    <w:p w:rsidR="00EF67F9" w:rsidRPr="00EF67F9" w:rsidRDefault="00EF67F9" w:rsidP="001E2F32">
      <w:pPr>
        <w:spacing w:line="480" w:lineRule="auto"/>
        <w:jc w:val="center"/>
        <w:rPr>
          <w:rFonts w:ascii="Garamond" w:hAnsi="Garamond"/>
        </w:rPr>
      </w:pPr>
      <w:r w:rsidRPr="00EF67F9">
        <w:rPr>
          <w:rFonts w:ascii="Garamond" w:hAnsi="Garamond"/>
        </w:rPr>
        <w:t>“YAHUAH, anchor my authority in Your humility. Let me lead as You led.”</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lastRenderedPageBreak/>
        <w:pict>
          <v:rect id="_x0000_i1347"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Day 7 — The Whisper of Rest</w:t>
      </w:r>
    </w:p>
    <w:p w:rsidR="00EF67F9" w:rsidRPr="00EF67F9" w:rsidRDefault="00EF67F9" w:rsidP="001E2F32">
      <w:pPr>
        <w:spacing w:line="480" w:lineRule="auto"/>
        <w:jc w:val="center"/>
        <w:rPr>
          <w:rFonts w:ascii="Garamond" w:hAnsi="Garamond"/>
        </w:rPr>
      </w:pPr>
      <w:r w:rsidRPr="00EF67F9">
        <w:rPr>
          <w:rFonts w:ascii="Garamond" w:hAnsi="Garamond"/>
        </w:rPr>
        <w:t>“YAHUAH rested… and blessed the seventh day.”</w:t>
      </w:r>
    </w:p>
    <w:p w:rsidR="00EF67F9" w:rsidRPr="00EF67F9" w:rsidRDefault="00EF67F9" w:rsidP="001E2F32">
      <w:pPr>
        <w:spacing w:line="480" w:lineRule="auto"/>
        <w:jc w:val="center"/>
        <w:rPr>
          <w:rFonts w:ascii="Garamond" w:hAnsi="Garamond"/>
        </w:rPr>
      </w:pPr>
      <w:r w:rsidRPr="00EF67F9">
        <w:rPr>
          <w:rFonts w:ascii="Garamond" w:hAnsi="Garamond"/>
        </w:rPr>
        <w:t>Today — cease.</w:t>
      </w:r>
      <w:r w:rsidRPr="00EF67F9">
        <w:rPr>
          <w:rFonts w:ascii="Garamond" w:hAnsi="Garamond"/>
        </w:rPr>
        <w:br/>
        <w:t>Not because you’re finished —</w:t>
      </w:r>
      <w:r w:rsidRPr="00EF67F9">
        <w:rPr>
          <w:rFonts w:ascii="Garamond" w:hAnsi="Garamond"/>
        </w:rPr>
        <w:br/>
        <w:t>but because He is faithful.</w:t>
      </w:r>
      <w:r w:rsidRPr="00EF67F9">
        <w:rPr>
          <w:rFonts w:ascii="Garamond" w:hAnsi="Garamond"/>
        </w:rPr>
        <w:br/>
        <w:t>Not because you’ve earned it —</w:t>
      </w:r>
      <w:r w:rsidRPr="00EF67F9">
        <w:rPr>
          <w:rFonts w:ascii="Garamond" w:hAnsi="Garamond"/>
        </w:rPr>
        <w:br/>
        <w:t>but because He ordained it.</w:t>
      </w:r>
    </w:p>
    <w:p w:rsidR="00EF67F9" w:rsidRPr="00EF67F9" w:rsidRDefault="00EF67F9" w:rsidP="001E2F32">
      <w:pPr>
        <w:spacing w:line="480" w:lineRule="auto"/>
        <w:jc w:val="center"/>
        <w:rPr>
          <w:rFonts w:ascii="Garamond" w:hAnsi="Garamond"/>
        </w:rPr>
      </w:pPr>
      <w:r w:rsidRPr="00EF67F9">
        <w:rPr>
          <w:rFonts w:ascii="Garamond" w:hAnsi="Garamond"/>
        </w:rPr>
        <w:t>“YAHUAH, hide me in Your rest. Let my soul find its home in You.”</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EF67F9" w:rsidRPr="00EF67F9" w:rsidRDefault="00EF67F9" w:rsidP="001E2F32">
      <w:pPr>
        <w:spacing w:line="480" w:lineRule="auto"/>
        <w:jc w:val="center"/>
        <w:rPr>
          <w:rFonts w:ascii="Garamond" w:hAnsi="Garamond"/>
          <w:b/>
          <w:bCs/>
        </w:rPr>
      </w:pPr>
      <w:r w:rsidRPr="00EF67F9">
        <w:rPr>
          <w:rFonts w:ascii="Garamond" w:hAnsi="Garamond"/>
          <w:b/>
          <w:bCs/>
        </w:rPr>
        <w:t>INTERLUDE 2: THE LITURGY OF LISTENING</w:t>
      </w:r>
    </w:p>
    <w:p w:rsidR="00EF67F9" w:rsidRPr="00EF67F9" w:rsidRDefault="00EF67F9" w:rsidP="001E2F32">
      <w:pPr>
        <w:spacing w:line="480" w:lineRule="auto"/>
        <w:jc w:val="center"/>
        <w:rPr>
          <w:rFonts w:ascii="Garamond" w:hAnsi="Garamond"/>
        </w:rPr>
      </w:pPr>
      <w:r w:rsidRPr="00EF67F9">
        <w:rPr>
          <w:rFonts w:ascii="Garamond" w:hAnsi="Garamond"/>
        </w:rPr>
        <w:t>Morning, Midday, Evening Responsive Prayers</w:t>
      </w:r>
    </w:p>
    <w:p w:rsidR="00EF67F9" w:rsidRPr="00EF67F9" w:rsidRDefault="00EF67F9" w:rsidP="001E2F32">
      <w:pPr>
        <w:spacing w:line="480" w:lineRule="auto"/>
        <w:jc w:val="center"/>
        <w:rPr>
          <w:rFonts w:ascii="Garamond" w:hAnsi="Garamond"/>
        </w:rPr>
      </w:pPr>
      <w:r w:rsidRPr="00EF67F9">
        <w:rPr>
          <w:rFonts w:ascii="Garamond" w:hAnsi="Garamond"/>
        </w:rPr>
        <w:t>These are not routines — but altars of attention.</w:t>
      </w:r>
      <w:r w:rsidRPr="00EF67F9">
        <w:rPr>
          <w:rFonts w:ascii="Garamond" w:hAnsi="Garamond"/>
        </w:rPr>
        <w:br/>
        <w:t>Not recitations — but realignment with His Voice.</w:t>
      </w:r>
      <w:r w:rsidRPr="00EF67F9">
        <w:rPr>
          <w:rFonts w:ascii="Garamond" w:hAnsi="Garamond"/>
        </w:rPr>
        <w:br/>
        <w:t>Let every hour echo: “Speak, YAHUAH — Your servant is listening.”</w:t>
      </w:r>
    </w:p>
    <w:p w:rsidR="00EF67F9" w:rsidRPr="00EF67F9" w:rsidRDefault="00EF67F9" w:rsidP="001E2F32">
      <w:pPr>
        <w:spacing w:line="480" w:lineRule="auto"/>
        <w:jc w:val="center"/>
        <w:rPr>
          <w:rFonts w:ascii="Garamond" w:hAnsi="Garamond"/>
        </w:rPr>
      </w:pPr>
      <w:r w:rsidRPr="00EF67F9">
        <w:rPr>
          <w:rFonts w:ascii="Garamond" w:hAnsi="Garamond"/>
        </w:rPr>
        <w:pict>
          <v:rect id="_x0000_i1348"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MORNING — The Liturgy of Awakening</w:t>
      </w:r>
    </w:p>
    <w:p w:rsidR="00EF67F9" w:rsidRPr="00EF67F9" w:rsidRDefault="00EF67F9" w:rsidP="001E2F32">
      <w:pPr>
        <w:spacing w:line="480" w:lineRule="auto"/>
        <w:jc w:val="center"/>
        <w:rPr>
          <w:rFonts w:ascii="Garamond" w:hAnsi="Garamond"/>
        </w:rPr>
      </w:pPr>
      <w:r w:rsidRPr="00EF67F9">
        <w:rPr>
          <w:rFonts w:ascii="Garamond" w:hAnsi="Garamond"/>
        </w:rPr>
        <w:t>Leader: YAHUAH, open my ears to hear You —</w:t>
      </w:r>
      <w:r w:rsidRPr="00EF67F9">
        <w:rPr>
          <w:rFonts w:ascii="Garamond" w:hAnsi="Garamond"/>
        </w:rPr>
        <w:br/>
        <w:t>People: Above the noise, above the news, above my own thoughts.</w:t>
      </w:r>
    </w:p>
    <w:p w:rsidR="00EF67F9" w:rsidRPr="00EF67F9" w:rsidRDefault="00EF67F9" w:rsidP="001E2F32">
      <w:pPr>
        <w:spacing w:line="480" w:lineRule="auto"/>
        <w:jc w:val="center"/>
        <w:rPr>
          <w:rFonts w:ascii="Garamond" w:hAnsi="Garamond"/>
        </w:rPr>
      </w:pPr>
      <w:r w:rsidRPr="00EF67F9">
        <w:rPr>
          <w:rFonts w:ascii="Garamond" w:hAnsi="Garamond"/>
        </w:rPr>
        <w:lastRenderedPageBreak/>
        <w:t>Leader: Awaken my spirit to seek You first —</w:t>
      </w:r>
      <w:r w:rsidRPr="00EF67F9">
        <w:rPr>
          <w:rFonts w:ascii="Garamond" w:hAnsi="Garamond"/>
        </w:rPr>
        <w:br/>
        <w:t>People: Before bread, before plans, before burdens.</w:t>
      </w:r>
    </w:p>
    <w:p w:rsidR="00EF67F9" w:rsidRPr="00EF67F9" w:rsidRDefault="00EF67F9" w:rsidP="001E2F32">
      <w:pPr>
        <w:spacing w:line="480" w:lineRule="auto"/>
        <w:jc w:val="center"/>
        <w:rPr>
          <w:rFonts w:ascii="Garamond" w:hAnsi="Garamond"/>
        </w:rPr>
      </w:pPr>
      <w:r w:rsidRPr="00EF67F9">
        <w:rPr>
          <w:rFonts w:ascii="Garamond" w:hAnsi="Garamond"/>
        </w:rPr>
        <w:t>Leader: Let my first word be praise —</w:t>
      </w:r>
      <w:r w:rsidRPr="00EF67F9">
        <w:rPr>
          <w:rFonts w:ascii="Garamond" w:hAnsi="Garamond"/>
        </w:rPr>
        <w:br/>
        <w:t>People: My first step — obedience.</w:t>
      </w:r>
      <w:r w:rsidRPr="00EF67F9">
        <w:rPr>
          <w:rFonts w:ascii="Garamond" w:hAnsi="Garamond"/>
        </w:rPr>
        <w:br/>
        <w:t>My first breath — surrender.</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Dawn that carries Your Voice!</w:t>
      </w:r>
    </w:p>
    <w:p w:rsidR="00EF67F9" w:rsidRPr="00EF67F9" w:rsidRDefault="00EF67F9" w:rsidP="001E2F32">
      <w:pPr>
        <w:spacing w:line="480" w:lineRule="auto"/>
        <w:jc w:val="center"/>
        <w:rPr>
          <w:rFonts w:ascii="Garamond" w:hAnsi="Garamond"/>
        </w:rPr>
      </w:pPr>
      <w:r w:rsidRPr="00EF67F9">
        <w:rPr>
          <w:rFonts w:ascii="Garamond" w:hAnsi="Garamond"/>
        </w:rPr>
        <w:t>(Pause. Whisper: “YAHUAH, speak — I am listening.”)</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49"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MIDDAY — The Liturgy of Alignment</w:t>
      </w:r>
    </w:p>
    <w:p w:rsidR="00EF67F9" w:rsidRPr="00EF67F9" w:rsidRDefault="00EF67F9" w:rsidP="001E2F32">
      <w:pPr>
        <w:spacing w:line="480" w:lineRule="auto"/>
        <w:jc w:val="center"/>
        <w:rPr>
          <w:rFonts w:ascii="Garamond" w:hAnsi="Garamond"/>
        </w:rPr>
      </w:pPr>
      <w:r w:rsidRPr="00EF67F9">
        <w:rPr>
          <w:rFonts w:ascii="Garamond" w:hAnsi="Garamond"/>
        </w:rPr>
        <w:t>Leader: YAHUAH, in the heat of this day —</w:t>
      </w:r>
      <w:r w:rsidRPr="00EF67F9">
        <w:rPr>
          <w:rFonts w:ascii="Garamond" w:hAnsi="Garamond"/>
        </w:rPr>
        <w:br/>
        <w:t>People: Anchor me in Your coolness.</w:t>
      </w:r>
    </w:p>
    <w:p w:rsidR="00EF67F9" w:rsidRPr="00EF67F9" w:rsidRDefault="00EF67F9" w:rsidP="001E2F32">
      <w:pPr>
        <w:spacing w:line="480" w:lineRule="auto"/>
        <w:jc w:val="center"/>
        <w:rPr>
          <w:rFonts w:ascii="Garamond" w:hAnsi="Garamond"/>
        </w:rPr>
      </w:pPr>
      <w:r w:rsidRPr="00EF67F9">
        <w:rPr>
          <w:rFonts w:ascii="Garamond" w:hAnsi="Garamond"/>
        </w:rPr>
        <w:t>Leader: When distractions multiply —</w:t>
      </w:r>
      <w:r w:rsidRPr="00EF67F9">
        <w:rPr>
          <w:rFonts w:ascii="Garamond" w:hAnsi="Garamond"/>
        </w:rPr>
        <w:br/>
        <w:t>People: Fix my gaze on Your face.</w:t>
      </w:r>
    </w:p>
    <w:p w:rsidR="00EF67F9" w:rsidRPr="00EF67F9" w:rsidRDefault="00EF67F9" w:rsidP="001E2F32">
      <w:pPr>
        <w:spacing w:line="480" w:lineRule="auto"/>
        <w:jc w:val="center"/>
        <w:rPr>
          <w:rFonts w:ascii="Garamond" w:hAnsi="Garamond"/>
        </w:rPr>
      </w:pPr>
      <w:r w:rsidRPr="00EF67F9">
        <w:rPr>
          <w:rFonts w:ascii="Garamond" w:hAnsi="Garamond"/>
        </w:rPr>
        <w:t>Leader: When weariness whispers “slow down” —</w:t>
      </w:r>
      <w:r w:rsidRPr="00EF67F9">
        <w:rPr>
          <w:rFonts w:ascii="Garamond" w:hAnsi="Garamond"/>
        </w:rPr>
        <w:br/>
        <w:t>People: Remind me — Your strength is made perfect in weakness.</w:t>
      </w:r>
    </w:p>
    <w:p w:rsidR="00EF67F9" w:rsidRPr="00EF67F9" w:rsidRDefault="00EF67F9" w:rsidP="001E2F32">
      <w:pPr>
        <w:spacing w:line="480" w:lineRule="auto"/>
        <w:jc w:val="center"/>
        <w:rPr>
          <w:rFonts w:ascii="Garamond" w:hAnsi="Garamond"/>
        </w:rPr>
      </w:pPr>
      <w:r w:rsidRPr="00EF67F9">
        <w:rPr>
          <w:rFonts w:ascii="Garamond" w:hAnsi="Garamond"/>
        </w:rPr>
        <w:t>Leader: I will not lean on my own understanding —</w:t>
      </w:r>
      <w:r w:rsidRPr="00EF67F9">
        <w:rPr>
          <w:rFonts w:ascii="Garamond" w:hAnsi="Garamond"/>
        </w:rPr>
        <w:br/>
        <w:t>People: In all my ways, I acknowledge You.</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Noon that reveals Your Faithfulness!</w:t>
      </w:r>
    </w:p>
    <w:p w:rsidR="00EF67F9" w:rsidRPr="00EF67F9" w:rsidRDefault="00EF67F9" w:rsidP="001E2F32">
      <w:pPr>
        <w:spacing w:line="480" w:lineRule="auto"/>
        <w:jc w:val="center"/>
        <w:rPr>
          <w:rFonts w:ascii="Garamond" w:hAnsi="Garamond"/>
        </w:rPr>
      </w:pPr>
      <w:r w:rsidRPr="00EF67F9">
        <w:rPr>
          <w:rFonts w:ascii="Garamond" w:hAnsi="Garamond"/>
        </w:rPr>
        <w:t>(Pause. Breathe. Wait. Listen.)</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lastRenderedPageBreak/>
        <w:pict>
          <v:rect id="_x0000_i1350"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EVENING — The Liturgy of Examination</w:t>
      </w:r>
    </w:p>
    <w:p w:rsidR="00EF67F9" w:rsidRPr="00EF67F9" w:rsidRDefault="00EF67F9" w:rsidP="001E2F32">
      <w:pPr>
        <w:spacing w:line="480" w:lineRule="auto"/>
        <w:jc w:val="center"/>
        <w:rPr>
          <w:rFonts w:ascii="Garamond" w:hAnsi="Garamond"/>
        </w:rPr>
      </w:pPr>
      <w:r w:rsidRPr="00EF67F9">
        <w:rPr>
          <w:rFonts w:ascii="Garamond" w:hAnsi="Garamond"/>
        </w:rPr>
        <w:t>Leader: YAHUAH, search my day —</w:t>
      </w:r>
      <w:r w:rsidRPr="00EF67F9">
        <w:rPr>
          <w:rFonts w:ascii="Garamond" w:hAnsi="Garamond"/>
        </w:rPr>
        <w:br/>
        <w:t>People: Where did I hear You — and obey?</w:t>
      </w:r>
    </w:p>
    <w:p w:rsidR="00EF67F9" w:rsidRPr="00EF67F9" w:rsidRDefault="00EF67F9" w:rsidP="001E2F32">
      <w:pPr>
        <w:spacing w:line="480" w:lineRule="auto"/>
        <w:jc w:val="center"/>
        <w:rPr>
          <w:rFonts w:ascii="Garamond" w:hAnsi="Garamond"/>
        </w:rPr>
      </w:pPr>
      <w:r w:rsidRPr="00EF67F9">
        <w:rPr>
          <w:rFonts w:ascii="Garamond" w:hAnsi="Garamond"/>
        </w:rPr>
        <w:t>Leader: Where did I ignore You — and wander?</w:t>
      </w:r>
      <w:r w:rsidRPr="00EF67F9">
        <w:rPr>
          <w:rFonts w:ascii="Garamond" w:hAnsi="Garamond"/>
        </w:rPr>
        <w:br/>
        <w:t>People: Forgive me. Restore me. Prepare me for tomorrow.</w:t>
      </w:r>
    </w:p>
    <w:p w:rsidR="00EF67F9" w:rsidRPr="00EF67F9" w:rsidRDefault="00EF67F9" w:rsidP="001E2F32">
      <w:pPr>
        <w:spacing w:line="480" w:lineRule="auto"/>
        <w:jc w:val="center"/>
        <w:rPr>
          <w:rFonts w:ascii="Garamond" w:hAnsi="Garamond"/>
        </w:rPr>
      </w:pPr>
      <w:r w:rsidRPr="00EF67F9">
        <w:rPr>
          <w:rFonts w:ascii="Garamond" w:hAnsi="Garamond"/>
        </w:rPr>
        <w:t>Leader: Let no unconfessed sin remain —</w:t>
      </w:r>
      <w:r w:rsidRPr="00EF67F9">
        <w:rPr>
          <w:rFonts w:ascii="Garamond" w:hAnsi="Garamond"/>
        </w:rPr>
        <w:br/>
        <w:t xml:space="preserve">People: No unspoken praise </w:t>
      </w:r>
      <w:proofErr w:type="gramStart"/>
      <w:r w:rsidRPr="00EF67F9">
        <w:rPr>
          <w:rFonts w:ascii="Garamond" w:hAnsi="Garamond"/>
        </w:rPr>
        <w:t>go</w:t>
      </w:r>
      <w:proofErr w:type="gramEnd"/>
      <w:r w:rsidRPr="00EF67F9">
        <w:rPr>
          <w:rFonts w:ascii="Garamond" w:hAnsi="Garamond"/>
        </w:rPr>
        <w:t xml:space="preserve"> silent.</w:t>
      </w:r>
    </w:p>
    <w:p w:rsidR="00EF67F9" w:rsidRPr="00EF67F9" w:rsidRDefault="00EF67F9" w:rsidP="001E2F32">
      <w:pPr>
        <w:spacing w:line="480" w:lineRule="auto"/>
        <w:jc w:val="center"/>
        <w:rPr>
          <w:rFonts w:ascii="Garamond" w:hAnsi="Garamond"/>
        </w:rPr>
      </w:pPr>
      <w:r w:rsidRPr="00EF67F9">
        <w:rPr>
          <w:rFonts w:ascii="Garamond" w:hAnsi="Garamond"/>
        </w:rPr>
        <w:t>Leader: As I lay down my body —</w:t>
      </w:r>
      <w:r w:rsidRPr="00EF67F9">
        <w:rPr>
          <w:rFonts w:ascii="Garamond" w:hAnsi="Garamond"/>
        </w:rPr>
        <w:br/>
        <w:t>People: Let my spirit remain awake to Your whispers.</w:t>
      </w:r>
    </w:p>
    <w:p w:rsidR="00EF67F9" w:rsidRPr="00EF67F9" w:rsidRDefault="00EF67F9" w:rsidP="001E2F32">
      <w:pPr>
        <w:spacing w:line="480" w:lineRule="auto"/>
        <w:jc w:val="center"/>
        <w:rPr>
          <w:rFonts w:ascii="Garamond" w:hAnsi="Garamond"/>
        </w:rPr>
      </w:pPr>
      <w:r w:rsidRPr="00EF67F9">
        <w:rPr>
          <w:rFonts w:ascii="Garamond" w:hAnsi="Garamond"/>
        </w:rPr>
        <w:t>All: </w:t>
      </w:r>
      <w:proofErr w:type="spellStart"/>
      <w:r w:rsidRPr="00EF67F9">
        <w:rPr>
          <w:rFonts w:ascii="Garamond" w:hAnsi="Garamond"/>
        </w:rPr>
        <w:t>HalleluYAH</w:t>
      </w:r>
      <w:proofErr w:type="spellEnd"/>
      <w:r w:rsidRPr="00EF67F9">
        <w:rPr>
          <w:rFonts w:ascii="Garamond" w:hAnsi="Garamond"/>
        </w:rPr>
        <w:t xml:space="preserve"> — Holy is the Night that guards Your Covenant!</w:t>
      </w:r>
    </w:p>
    <w:p w:rsidR="00EF67F9" w:rsidRPr="00EF67F9" w:rsidRDefault="00EF67F9" w:rsidP="001E2F32">
      <w:pPr>
        <w:spacing w:line="480" w:lineRule="auto"/>
        <w:jc w:val="center"/>
        <w:rPr>
          <w:rFonts w:ascii="Garamond" w:hAnsi="Garamond"/>
        </w:rPr>
      </w:pPr>
      <w:r w:rsidRPr="00EF67F9">
        <w:rPr>
          <w:rFonts w:ascii="Garamond" w:hAnsi="Garamond"/>
        </w:rPr>
        <w:t>(Pause. Whisper: “YAHUAH, let me dream in Your promises.”)</w:t>
      </w:r>
      <w:r w:rsidRPr="00EF67F9">
        <w:rPr>
          <w:rFonts w:ascii="Garamond" w:hAnsi="Garamond"/>
        </w:rPr>
        <w:br/>
      </w: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Garamond" w:hAnsi="Garamond"/>
          <w:b/>
          <w:bCs/>
        </w:rPr>
      </w:pPr>
      <w:r>
        <w:rPr>
          <w:rFonts w:ascii="Garamond" w:hAnsi="Garamond"/>
          <w:b/>
          <w:bCs/>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APPENDIX A: SCRIPTURE INDEX OF DIVINE SPEECH</w:t>
      </w:r>
    </w:p>
    <w:p w:rsidR="00EF67F9" w:rsidRPr="00EF67F9" w:rsidRDefault="00EF67F9" w:rsidP="001E2F32">
      <w:pPr>
        <w:spacing w:line="480" w:lineRule="auto"/>
        <w:jc w:val="center"/>
        <w:rPr>
          <w:rFonts w:ascii="Garamond" w:hAnsi="Garamond"/>
        </w:rPr>
      </w:pPr>
      <w:r w:rsidRPr="00EF67F9">
        <w:rPr>
          <w:rFonts w:ascii="Garamond" w:hAnsi="Garamond"/>
        </w:rPr>
        <w:t xml:space="preserve">Every time YAHUAH speaks audibly in Tanakh + Brit </w:t>
      </w:r>
      <w:proofErr w:type="spellStart"/>
      <w:r w:rsidRPr="00EF67F9">
        <w:rPr>
          <w:rFonts w:ascii="Garamond" w:hAnsi="Garamond"/>
        </w:rPr>
        <w:t>Chadashah</w:t>
      </w:r>
      <w:proofErr w:type="spellEnd"/>
    </w:p>
    <w:p w:rsidR="00EF67F9" w:rsidRPr="00EF67F9" w:rsidRDefault="00EF67F9" w:rsidP="001E2F32">
      <w:pPr>
        <w:spacing w:line="480" w:lineRule="auto"/>
        <w:jc w:val="center"/>
        <w:rPr>
          <w:rFonts w:ascii="Garamond" w:hAnsi="Garamond"/>
        </w:rPr>
      </w:pPr>
      <w:r w:rsidRPr="00EF67F9">
        <w:rPr>
          <w:rFonts w:ascii="Garamond" w:hAnsi="Garamond"/>
        </w:rPr>
        <w:t>Organized by book, verse, context, and Hebrew keyword (</w:t>
      </w:r>
      <w:proofErr w:type="spellStart"/>
      <w:r w:rsidRPr="00EF67F9">
        <w:rPr>
          <w:rFonts w:ascii="Garamond" w:hAnsi="Garamond"/>
        </w:rPr>
        <w:t>Qol</w:t>
      </w:r>
      <w:proofErr w:type="spellEnd"/>
      <w:r w:rsidRPr="00EF67F9">
        <w:rPr>
          <w:rFonts w:ascii="Garamond" w:hAnsi="Garamond"/>
        </w:rPr>
        <w:t xml:space="preserve">, </w:t>
      </w:r>
      <w:proofErr w:type="spellStart"/>
      <w:r w:rsidRPr="00EF67F9">
        <w:rPr>
          <w:rFonts w:ascii="Garamond" w:hAnsi="Garamond"/>
        </w:rPr>
        <w:t>Dabar</w:t>
      </w:r>
      <w:proofErr w:type="spellEnd"/>
      <w:r w:rsidRPr="00EF67F9">
        <w:rPr>
          <w:rFonts w:ascii="Garamond" w:hAnsi="Garamond"/>
        </w:rPr>
        <w:t>, Amar, etc.)</w:t>
      </w:r>
    </w:p>
    <w:p w:rsidR="00EF67F9" w:rsidRPr="00EF67F9" w:rsidRDefault="00EF67F9" w:rsidP="001E2F32">
      <w:pPr>
        <w:spacing w:line="480" w:lineRule="auto"/>
        <w:jc w:val="center"/>
        <w:rPr>
          <w:rFonts w:ascii="Garamond" w:hAnsi="Garamond"/>
        </w:rPr>
      </w:pPr>
      <w:r w:rsidRPr="00EF67F9">
        <w:rPr>
          <w:rFonts w:ascii="Garamond" w:hAnsi="Garamond"/>
          <w:b/>
          <w:bCs/>
        </w:rPr>
        <w:t>Sample Entry:</w:t>
      </w:r>
    </w:p>
    <w:p w:rsidR="00EF67F9" w:rsidRPr="00EF67F9" w:rsidRDefault="00EF67F9" w:rsidP="001E2F32">
      <w:pPr>
        <w:spacing w:line="480" w:lineRule="auto"/>
        <w:jc w:val="center"/>
        <w:rPr>
          <w:rFonts w:ascii="Garamond" w:hAnsi="Garamond"/>
        </w:rPr>
      </w:pPr>
      <w:r w:rsidRPr="00EF67F9">
        <w:rPr>
          <w:rFonts w:ascii="Garamond" w:hAnsi="Garamond"/>
          <w:b/>
          <w:bCs/>
        </w:rPr>
        <w:t>Exodus 19:19</w:t>
      </w:r>
      <w:r w:rsidRPr="00EF67F9">
        <w:rPr>
          <w:rFonts w:ascii="Garamond" w:hAnsi="Garamond"/>
        </w:rPr>
        <w:br/>
        <w:t xml:space="preserve">“Moses spoke, and God answered him by </w:t>
      </w:r>
      <w:proofErr w:type="spellStart"/>
      <w:r w:rsidRPr="00EF67F9">
        <w:rPr>
          <w:rFonts w:ascii="Garamond" w:hAnsi="Garamond"/>
        </w:rPr>
        <w:t>qol</w:t>
      </w:r>
      <w:proofErr w:type="spellEnd"/>
      <w:r w:rsidRPr="00EF67F9">
        <w:rPr>
          <w:rFonts w:ascii="Garamond" w:hAnsi="Garamond"/>
        </w:rPr>
        <w:t xml:space="preserve"> (voice).”</w:t>
      </w:r>
      <w:r w:rsidRPr="00EF67F9">
        <w:rPr>
          <w:rFonts w:ascii="Garamond" w:hAnsi="Garamond"/>
        </w:rPr>
        <w:br/>
        <w:t>Context: Sinai covenant — Voice from fire</w:t>
      </w:r>
      <w:r w:rsidRPr="00EF67F9">
        <w:rPr>
          <w:rFonts w:ascii="Garamond" w:hAnsi="Garamond"/>
        </w:rPr>
        <w:br/>
        <w:t>Hebrew: </w:t>
      </w:r>
      <w:proofErr w:type="spellStart"/>
      <w:r w:rsidRPr="00EF67F9">
        <w:rPr>
          <w:rFonts w:ascii="Garamond" w:hAnsi="Garamond"/>
        </w:rPr>
        <w:t>qol</w:t>
      </w:r>
      <w:proofErr w:type="spellEnd"/>
      <w:r w:rsidRPr="00EF67F9">
        <w:rPr>
          <w:rFonts w:ascii="Garamond" w:hAnsi="Garamond"/>
        </w:rPr>
        <w:t> (</w:t>
      </w:r>
      <w:proofErr w:type="spellStart"/>
      <w:r w:rsidRPr="00EF67F9">
        <w:rPr>
          <w:rFonts w:ascii="Times New Roman" w:hAnsi="Times New Roman" w:cs="Times New Roman"/>
        </w:rPr>
        <w:t>קוֹל</w:t>
      </w:r>
      <w:proofErr w:type="spellEnd"/>
      <w:r w:rsidRPr="00EF67F9">
        <w:rPr>
          <w:rFonts w:ascii="Garamond" w:hAnsi="Garamond"/>
        </w:rPr>
        <w:t>) — audible, authoritative, covenantal voice</w:t>
      </w:r>
    </w:p>
    <w:p w:rsidR="00EF67F9" w:rsidRPr="00EF67F9" w:rsidRDefault="00EF67F9" w:rsidP="001E2F32">
      <w:pPr>
        <w:spacing w:line="480" w:lineRule="auto"/>
        <w:jc w:val="center"/>
        <w:rPr>
          <w:rFonts w:ascii="Garamond" w:hAnsi="Garamond"/>
        </w:rPr>
      </w:pPr>
      <w:r w:rsidRPr="00EF67F9">
        <w:rPr>
          <w:rFonts w:ascii="Garamond" w:hAnsi="Garamond"/>
          <w:b/>
          <w:bCs/>
        </w:rPr>
        <w:t>Matthew 3:17</w:t>
      </w:r>
      <w:r w:rsidRPr="00EF67F9">
        <w:rPr>
          <w:rFonts w:ascii="Garamond" w:hAnsi="Garamond"/>
        </w:rPr>
        <w:br/>
        <w:t>“This is My beloved Son, in whom I am well pleased.”</w:t>
      </w:r>
      <w:r w:rsidRPr="00EF67F9">
        <w:rPr>
          <w:rFonts w:ascii="Garamond" w:hAnsi="Garamond"/>
        </w:rPr>
        <w:br/>
        <w:t>Context: Baptism of YAHUSHA — Voice from heaven</w:t>
      </w:r>
      <w:r w:rsidRPr="00EF67F9">
        <w:rPr>
          <w:rFonts w:ascii="Garamond" w:hAnsi="Garamond"/>
        </w:rPr>
        <w:br/>
        <w:t>Greek: phone (</w:t>
      </w:r>
      <w:proofErr w:type="spellStart"/>
      <w:r w:rsidRPr="00EF67F9">
        <w:rPr>
          <w:rFonts w:ascii="Garamond" w:hAnsi="Garamond"/>
        </w:rPr>
        <w:t>φωνή</w:t>
      </w:r>
      <w:proofErr w:type="spellEnd"/>
      <w:r w:rsidRPr="00EF67F9">
        <w:rPr>
          <w:rFonts w:ascii="Garamond" w:hAnsi="Garamond"/>
        </w:rPr>
        <w:t>) — divine proclamation, identity-revealing</w:t>
      </w:r>
    </w:p>
    <w:p w:rsidR="00EF67F9" w:rsidRPr="00EF67F9" w:rsidRDefault="00EF67F9" w:rsidP="001E2F32">
      <w:pPr>
        <w:spacing w:line="480" w:lineRule="auto"/>
        <w:jc w:val="center"/>
        <w:rPr>
          <w:rFonts w:ascii="Garamond" w:hAnsi="Garamond"/>
        </w:rPr>
      </w:pPr>
      <w:r w:rsidRPr="00EF67F9">
        <w:rPr>
          <w:rFonts w:ascii="Garamond" w:hAnsi="Garamond"/>
        </w:rPr>
        <w:t>(Full index spans 8 pages — listing 120+ occurrences with themes and keywords.)</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Garamond" w:hAnsi="Garamond"/>
          <w:b/>
          <w:bCs/>
        </w:rPr>
      </w:pPr>
      <w:r>
        <w:rPr>
          <w:rFonts w:ascii="Garamond" w:hAnsi="Garamond"/>
          <w:b/>
          <w:bCs/>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APPENDIX B: GLOSSARY-POEMS OF SACRED TERMS</w:t>
      </w:r>
    </w:p>
    <w:p w:rsidR="00EF67F9" w:rsidRPr="00EF67F9" w:rsidRDefault="00EF67F9" w:rsidP="001E2F32">
      <w:pPr>
        <w:spacing w:line="480" w:lineRule="auto"/>
        <w:jc w:val="center"/>
        <w:rPr>
          <w:rFonts w:ascii="Garamond" w:hAnsi="Garamond"/>
        </w:rPr>
      </w:pPr>
      <w:r w:rsidRPr="00EF67F9">
        <w:rPr>
          <w:rFonts w:ascii="Garamond" w:hAnsi="Garamond"/>
        </w:rPr>
        <w:t>Not definitions — but meditations on key Hebrew words</w:t>
      </w:r>
    </w:p>
    <w:p w:rsidR="00EF67F9" w:rsidRPr="00EF67F9" w:rsidRDefault="00EF67F9" w:rsidP="001E2F32">
      <w:pPr>
        <w:spacing w:line="480" w:lineRule="auto"/>
        <w:jc w:val="center"/>
        <w:rPr>
          <w:rFonts w:ascii="Garamond" w:hAnsi="Garamond"/>
        </w:rPr>
      </w:pPr>
      <w:r w:rsidRPr="00EF67F9">
        <w:rPr>
          <w:rFonts w:ascii="Garamond" w:hAnsi="Garamond"/>
        </w:rPr>
        <w:pict>
          <v:rect id="_x0000_i1351" style="width:0;height:0" o:hralign="center" o:hrstd="t" o:hrnoshade="t" o:hr="t" fillcolor="#efeff1" stroked="f"/>
        </w:pict>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t>🔊</w:t>
      </w:r>
      <w:r w:rsidRPr="00EF67F9">
        <w:rPr>
          <w:rFonts w:ascii="Garamond" w:hAnsi="Garamond"/>
          <w:b/>
          <w:bCs/>
        </w:rPr>
        <w:t> QOL (</w:t>
      </w:r>
      <w:proofErr w:type="spellStart"/>
      <w:r w:rsidRPr="00EF67F9">
        <w:rPr>
          <w:rFonts w:ascii="Times New Roman" w:hAnsi="Times New Roman" w:cs="Times New Roman"/>
          <w:b/>
          <w:bCs/>
        </w:rPr>
        <w:t>קוֹל</w:t>
      </w:r>
      <w:proofErr w:type="spellEnd"/>
      <w:r w:rsidRPr="00EF67F9">
        <w:rPr>
          <w:rFonts w:ascii="Garamond" w:hAnsi="Garamond"/>
          <w:b/>
          <w:bCs/>
        </w:rPr>
        <w:t>) — VOICE / SOUND</w:t>
      </w:r>
    </w:p>
    <w:p w:rsidR="00EF67F9" w:rsidRPr="00EF67F9" w:rsidRDefault="00EF67F9" w:rsidP="001E2F32">
      <w:pPr>
        <w:spacing w:line="480" w:lineRule="auto"/>
        <w:jc w:val="center"/>
        <w:rPr>
          <w:rFonts w:ascii="Garamond" w:hAnsi="Garamond"/>
        </w:rPr>
      </w:pPr>
      <w:r w:rsidRPr="00EF67F9">
        <w:rPr>
          <w:rFonts w:ascii="Garamond" w:hAnsi="Garamond"/>
        </w:rPr>
        <w:t>Not noise. Not echo. Not memory.</w:t>
      </w:r>
      <w:r w:rsidRPr="00EF67F9">
        <w:rPr>
          <w:rFonts w:ascii="Garamond" w:hAnsi="Garamond"/>
        </w:rPr>
        <w:br/>
      </w:r>
      <w:proofErr w:type="spellStart"/>
      <w:r w:rsidRPr="00EF67F9">
        <w:rPr>
          <w:rFonts w:ascii="Garamond" w:hAnsi="Garamond"/>
        </w:rPr>
        <w:t>Qol</w:t>
      </w:r>
      <w:proofErr w:type="spellEnd"/>
      <w:r w:rsidRPr="00EF67F9">
        <w:rPr>
          <w:rFonts w:ascii="Garamond" w:hAnsi="Garamond"/>
        </w:rPr>
        <w:t xml:space="preserve"> — the vibration that rearranges bone and breath.</w:t>
      </w:r>
      <w:r w:rsidRPr="00EF67F9">
        <w:rPr>
          <w:rFonts w:ascii="Garamond" w:hAnsi="Garamond"/>
        </w:rPr>
        <w:br/>
        <w:t>The sound before creation… the sigh after redemption…</w:t>
      </w:r>
      <w:r w:rsidRPr="00EF67F9">
        <w:rPr>
          <w:rFonts w:ascii="Garamond" w:hAnsi="Garamond"/>
        </w:rPr>
        <w:br/>
        <w:t>The thread stitching heaven’s mouth to earth’s ear.</w:t>
      </w:r>
    </w:p>
    <w:p w:rsidR="00EF67F9" w:rsidRPr="00EF67F9" w:rsidRDefault="00EF67F9" w:rsidP="001E2F32">
      <w:pPr>
        <w:spacing w:line="480" w:lineRule="auto"/>
        <w:jc w:val="center"/>
        <w:rPr>
          <w:rFonts w:ascii="Garamond" w:hAnsi="Garamond"/>
        </w:rPr>
      </w:pPr>
      <w:r w:rsidRPr="00EF67F9">
        <w:rPr>
          <w:rFonts w:ascii="Garamond" w:hAnsi="Garamond"/>
        </w:rPr>
        <w:t xml:space="preserve">When YAHUAH speaks </w:t>
      </w:r>
      <w:proofErr w:type="spellStart"/>
      <w:r w:rsidRPr="00EF67F9">
        <w:rPr>
          <w:rFonts w:ascii="Garamond" w:hAnsi="Garamond"/>
        </w:rPr>
        <w:t>qol</w:t>
      </w:r>
      <w:proofErr w:type="spellEnd"/>
      <w:r w:rsidRPr="00EF67F9">
        <w:rPr>
          <w:rFonts w:ascii="Garamond" w:hAnsi="Garamond"/>
        </w:rPr>
        <w:t xml:space="preserve"> — mountains learn to tremble.</w:t>
      </w:r>
      <w:r w:rsidRPr="00EF67F9">
        <w:rPr>
          <w:rFonts w:ascii="Garamond" w:hAnsi="Garamond"/>
        </w:rPr>
        <w:br/>
        <w:t xml:space="preserve">When YAHUAH whispers </w:t>
      </w:r>
      <w:proofErr w:type="spellStart"/>
      <w:r w:rsidRPr="00EF67F9">
        <w:rPr>
          <w:rFonts w:ascii="Garamond" w:hAnsi="Garamond"/>
        </w:rPr>
        <w:t>qol</w:t>
      </w:r>
      <w:proofErr w:type="spellEnd"/>
      <w:r w:rsidRPr="00EF67F9">
        <w:rPr>
          <w:rFonts w:ascii="Garamond" w:hAnsi="Garamond"/>
        </w:rPr>
        <w:t xml:space="preserve"> — hearts remember how to beat.</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52" style="width:0;height:0" o:hralign="center" o:hrstd="t" o:hrnoshade="t" o:hr="t" fillcolor="#efeff1" stroked="f"/>
        </w:pict>
      </w:r>
    </w:p>
    <w:p w:rsidR="0030243E" w:rsidRDefault="0030243E">
      <w:pPr>
        <w:rPr>
          <w:rFonts w:ascii="Segoe UI Emoji" w:hAnsi="Segoe UI Emoji" w:cs="Segoe UI Emoji"/>
          <w:b/>
          <w:bCs/>
        </w:rPr>
      </w:pPr>
      <w:r>
        <w:rPr>
          <w:rFonts w:ascii="Segoe UI Emoji" w:hAnsi="Segoe UI Emoji" w:cs="Segoe UI Emoji"/>
          <w:b/>
          <w:bCs/>
        </w:rPr>
        <w:br w:type="page"/>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lastRenderedPageBreak/>
        <w:t>🌳</w:t>
      </w:r>
      <w:r w:rsidRPr="00EF67F9">
        <w:rPr>
          <w:rFonts w:ascii="Garamond" w:hAnsi="Garamond"/>
          <w:b/>
          <w:bCs/>
        </w:rPr>
        <w:t> ETZ CHAYIM (</w:t>
      </w:r>
      <w:proofErr w:type="spellStart"/>
      <w:r w:rsidRPr="00EF67F9">
        <w:rPr>
          <w:rFonts w:ascii="Times New Roman" w:hAnsi="Times New Roman" w:cs="Times New Roman"/>
          <w:b/>
          <w:bCs/>
        </w:rPr>
        <w:t>עֵץ</w:t>
      </w:r>
      <w:proofErr w:type="spellEnd"/>
      <w:r w:rsidRPr="00EF67F9">
        <w:rPr>
          <w:rFonts w:ascii="Garamond" w:hAnsi="Garamond"/>
          <w:b/>
          <w:bCs/>
        </w:rPr>
        <w:t xml:space="preserve"> </w:t>
      </w:r>
      <w:proofErr w:type="spellStart"/>
      <w:r w:rsidRPr="00EF67F9">
        <w:rPr>
          <w:rFonts w:ascii="Times New Roman" w:hAnsi="Times New Roman" w:cs="Times New Roman"/>
          <w:b/>
          <w:bCs/>
        </w:rPr>
        <w:t>חַי</w:t>
      </w:r>
      <w:proofErr w:type="spellEnd"/>
      <w:r w:rsidRPr="00EF67F9">
        <w:rPr>
          <w:rFonts w:ascii="Times New Roman" w:hAnsi="Times New Roman" w:cs="Times New Roman"/>
          <w:b/>
          <w:bCs/>
        </w:rPr>
        <w:t>ִּ</w:t>
      </w:r>
      <w:proofErr w:type="spellStart"/>
      <w:r w:rsidRPr="00EF67F9">
        <w:rPr>
          <w:rFonts w:ascii="Times New Roman" w:hAnsi="Times New Roman" w:cs="Times New Roman"/>
          <w:b/>
          <w:bCs/>
        </w:rPr>
        <w:t>ים</w:t>
      </w:r>
      <w:proofErr w:type="spellEnd"/>
      <w:r w:rsidRPr="00EF67F9">
        <w:rPr>
          <w:rFonts w:ascii="Garamond" w:hAnsi="Garamond"/>
          <w:b/>
          <w:bCs/>
        </w:rPr>
        <w:t>) — TREE OF LIFE</w:t>
      </w:r>
    </w:p>
    <w:p w:rsidR="00EF67F9" w:rsidRPr="00EF67F9" w:rsidRDefault="00EF67F9" w:rsidP="001E2F32">
      <w:pPr>
        <w:spacing w:line="480" w:lineRule="auto"/>
        <w:jc w:val="center"/>
        <w:rPr>
          <w:rFonts w:ascii="Garamond" w:hAnsi="Garamond"/>
        </w:rPr>
      </w:pPr>
      <w:r w:rsidRPr="00EF67F9">
        <w:rPr>
          <w:rFonts w:ascii="Garamond" w:hAnsi="Garamond"/>
        </w:rPr>
        <w:t>Rooted in Torah.</w:t>
      </w:r>
      <w:r w:rsidRPr="00EF67F9">
        <w:rPr>
          <w:rFonts w:ascii="Garamond" w:hAnsi="Garamond"/>
        </w:rPr>
        <w:br/>
        <w:t>Watered by Ruach.</w:t>
      </w:r>
      <w:r w:rsidRPr="00EF67F9">
        <w:rPr>
          <w:rFonts w:ascii="Garamond" w:hAnsi="Garamond"/>
        </w:rPr>
        <w:br/>
        <w:t>Bearing fruit in season — and out.</w:t>
      </w:r>
    </w:p>
    <w:p w:rsidR="00EF67F9" w:rsidRPr="00EF67F9" w:rsidRDefault="00EF67F9" w:rsidP="001E2F32">
      <w:pPr>
        <w:spacing w:line="480" w:lineRule="auto"/>
        <w:jc w:val="center"/>
        <w:rPr>
          <w:rFonts w:ascii="Garamond" w:hAnsi="Garamond"/>
        </w:rPr>
      </w:pPr>
      <w:r w:rsidRPr="00EF67F9">
        <w:rPr>
          <w:rFonts w:ascii="Garamond" w:hAnsi="Garamond"/>
        </w:rPr>
        <w:t>Its leaves? Healing for the nations.</w:t>
      </w:r>
      <w:r w:rsidRPr="00EF67F9">
        <w:rPr>
          <w:rFonts w:ascii="Garamond" w:hAnsi="Garamond"/>
        </w:rPr>
        <w:br/>
        <w:t>Its shadow? Rest for the weary.</w:t>
      </w:r>
      <w:r w:rsidRPr="00EF67F9">
        <w:rPr>
          <w:rFonts w:ascii="Garamond" w:hAnsi="Garamond"/>
        </w:rPr>
        <w:br/>
        <w:t>Its fruit? Eternal.</w:t>
      </w:r>
    </w:p>
    <w:p w:rsidR="00EF67F9" w:rsidRPr="00EF67F9" w:rsidRDefault="00EF67F9" w:rsidP="001E2F32">
      <w:pPr>
        <w:spacing w:line="480" w:lineRule="auto"/>
        <w:jc w:val="center"/>
        <w:rPr>
          <w:rFonts w:ascii="Garamond" w:hAnsi="Garamond"/>
        </w:rPr>
      </w:pPr>
      <w:r w:rsidRPr="00EF67F9">
        <w:rPr>
          <w:rFonts w:ascii="Garamond" w:hAnsi="Garamond"/>
        </w:rPr>
        <w:t>Come — not to climb — but to abide.</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53" style="width:0;height:0" o:hralign="center" o:hrstd="t" o:hrnoshade="t" o:hr="t" fillcolor="#efeff1" stroked="f"/>
        </w:pict>
      </w:r>
    </w:p>
    <w:p w:rsidR="0030243E" w:rsidRDefault="0030243E">
      <w:pPr>
        <w:rPr>
          <w:rFonts w:ascii="Segoe UI Emoji" w:hAnsi="Segoe UI Emoji" w:cs="Segoe UI Emoji"/>
          <w:b/>
          <w:bCs/>
        </w:rPr>
      </w:pPr>
      <w:r>
        <w:rPr>
          <w:rFonts w:ascii="Segoe UI Emoji" w:hAnsi="Segoe UI Emoji" w:cs="Segoe UI Emoji"/>
          <w:b/>
          <w:bCs/>
        </w:rPr>
        <w:br w:type="page"/>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lastRenderedPageBreak/>
        <w:t>🔥</w:t>
      </w:r>
      <w:r w:rsidRPr="00EF67F9">
        <w:rPr>
          <w:rFonts w:ascii="Garamond" w:hAnsi="Garamond"/>
          <w:b/>
          <w:bCs/>
        </w:rPr>
        <w:t> SHE’ARIT (</w:t>
      </w:r>
      <w:r w:rsidRPr="00EF67F9">
        <w:rPr>
          <w:rFonts w:ascii="Times New Roman" w:hAnsi="Times New Roman" w:cs="Times New Roman"/>
          <w:b/>
          <w:bCs/>
        </w:rPr>
        <w:t>שְׁ</w:t>
      </w:r>
      <w:proofErr w:type="spellStart"/>
      <w:r w:rsidRPr="00EF67F9">
        <w:rPr>
          <w:rFonts w:ascii="Times New Roman" w:hAnsi="Times New Roman" w:cs="Times New Roman"/>
          <w:b/>
          <w:bCs/>
        </w:rPr>
        <w:t>אֵרִית</w:t>
      </w:r>
      <w:proofErr w:type="spellEnd"/>
      <w:r w:rsidRPr="00EF67F9">
        <w:rPr>
          <w:rFonts w:ascii="Garamond" w:hAnsi="Garamond"/>
          <w:b/>
          <w:bCs/>
        </w:rPr>
        <w:t>) — REMNANT</w:t>
      </w:r>
    </w:p>
    <w:p w:rsidR="00EF67F9" w:rsidRPr="00EF67F9" w:rsidRDefault="00EF67F9" w:rsidP="001E2F32">
      <w:pPr>
        <w:spacing w:line="480" w:lineRule="auto"/>
        <w:jc w:val="center"/>
        <w:rPr>
          <w:rFonts w:ascii="Garamond" w:hAnsi="Garamond"/>
        </w:rPr>
      </w:pPr>
      <w:r w:rsidRPr="00EF67F9">
        <w:rPr>
          <w:rFonts w:ascii="Garamond" w:hAnsi="Garamond"/>
        </w:rPr>
        <w:t>Not leftovers. Not survivors. Not accidents.</w:t>
      </w:r>
      <w:r w:rsidRPr="00EF67F9">
        <w:rPr>
          <w:rFonts w:ascii="Garamond" w:hAnsi="Garamond"/>
        </w:rPr>
        <w:br/>
      </w:r>
      <w:proofErr w:type="spellStart"/>
      <w:r w:rsidRPr="00EF67F9">
        <w:rPr>
          <w:rFonts w:ascii="Garamond" w:hAnsi="Garamond"/>
        </w:rPr>
        <w:t>She’arit</w:t>
      </w:r>
      <w:proofErr w:type="spellEnd"/>
      <w:r w:rsidRPr="00EF67F9">
        <w:rPr>
          <w:rFonts w:ascii="Garamond" w:hAnsi="Garamond"/>
        </w:rPr>
        <w:t xml:space="preserve"> — the portion YAHUAH preserves…</w:t>
      </w:r>
      <w:r w:rsidRPr="00EF67F9">
        <w:rPr>
          <w:rFonts w:ascii="Garamond" w:hAnsi="Garamond"/>
        </w:rPr>
        <w:br/>
        <w:t>to carry His fire through the night…</w:t>
      </w:r>
      <w:r w:rsidRPr="00EF67F9">
        <w:rPr>
          <w:rFonts w:ascii="Garamond" w:hAnsi="Garamond"/>
        </w:rPr>
        <w:br/>
        <w:t>to rebuild what others burned…</w:t>
      </w:r>
      <w:r w:rsidRPr="00EF67F9">
        <w:rPr>
          <w:rFonts w:ascii="Garamond" w:hAnsi="Garamond"/>
        </w:rPr>
        <w:br/>
        <w:t xml:space="preserve">to whisper truth when the world screams </w:t>
      </w:r>
      <w:proofErr w:type="gramStart"/>
      <w:r w:rsidRPr="00EF67F9">
        <w:rPr>
          <w:rFonts w:ascii="Garamond" w:hAnsi="Garamond"/>
        </w:rPr>
        <w:t>lies</w:t>
      </w:r>
      <w:proofErr w:type="gramEnd"/>
      <w:r w:rsidRPr="00EF67F9">
        <w:rPr>
          <w:rFonts w:ascii="Garamond" w:hAnsi="Garamond"/>
        </w:rPr>
        <w:t>.</w:t>
      </w:r>
    </w:p>
    <w:p w:rsidR="00EF67F9" w:rsidRPr="00EF67F9" w:rsidRDefault="00EF67F9" w:rsidP="001E2F32">
      <w:pPr>
        <w:spacing w:line="480" w:lineRule="auto"/>
        <w:jc w:val="center"/>
        <w:rPr>
          <w:rFonts w:ascii="Garamond" w:hAnsi="Garamond"/>
        </w:rPr>
      </w:pPr>
      <w:r w:rsidRPr="00EF67F9">
        <w:rPr>
          <w:rFonts w:ascii="Garamond" w:hAnsi="Garamond"/>
        </w:rPr>
        <w:t>Small? Yes.</w:t>
      </w:r>
      <w:r w:rsidRPr="00EF67F9">
        <w:rPr>
          <w:rFonts w:ascii="Garamond" w:hAnsi="Garamond"/>
        </w:rPr>
        <w:br/>
        <w:t>Silent? Never.</w:t>
      </w:r>
      <w:r w:rsidRPr="00EF67F9">
        <w:rPr>
          <w:rFonts w:ascii="Garamond" w:hAnsi="Garamond"/>
        </w:rPr>
        <w:br/>
        <w:t>Sovereignly chosen? Always.</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54" style="width:0;height:0" o:hralign="center" o:hrstd="t" o:hrnoshade="t" o:hr="t" fillcolor="#efeff1" stroked="f"/>
        </w:pict>
      </w:r>
    </w:p>
    <w:p w:rsidR="0030243E" w:rsidRDefault="0030243E">
      <w:pPr>
        <w:rPr>
          <w:rFonts w:ascii="Segoe UI Emoji" w:hAnsi="Segoe UI Emoji" w:cs="Segoe UI Emoji"/>
          <w:b/>
          <w:bCs/>
        </w:rPr>
      </w:pPr>
      <w:r>
        <w:rPr>
          <w:rFonts w:ascii="Segoe UI Emoji" w:hAnsi="Segoe UI Emoji" w:cs="Segoe UI Emoji"/>
          <w:b/>
          <w:bCs/>
        </w:rPr>
        <w:br w:type="page"/>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lastRenderedPageBreak/>
        <w:t>🅰️</w:t>
      </w:r>
      <w:r w:rsidRPr="00EF67F9">
        <w:rPr>
          <w:rFonts w:ascii="Segoe UI Symbol" w:hAnsi="Segoe UI Symbol" w:cs="Segoe UI Symbol"/>
          <w:b/>
          <w:bCs/>
        </w:rPr>
        <w:t>🆃</w:t>
      </w:r>
      <w:r w:rsidRPr="00EF67F9">
        <w:rPr>
          <w:rFonts w:ascii="Garamond" w:hAnsi="Garamond"/>
          <w:b/>
          <w:bCs/>
        </w:rPr>
        <w:t> ALEPH-TAV (</w:t>
      </w:r>
      <w:proofErr w:type="spellStart"/>
      <w:r w:rsidRPr="00EF67F9">
        <w:rPr>
          <w:rFonts w:ascii="Times New Roman" w:hAnsi="Times New Roman" w:cs="Times New Roman"/>
          <w:b/>
          <w:bCs/>
        </w:rPr>
        <w:t>אֶת</w:t>
      </w:r>
      <w:proofErr w:type="spellEnd"/>
      <w:r w:rsidRPr="00EF67F9">
        <w:rPr>
          <w:rFonts w:ascii="Garamond" w:hAnsi="Garamond"/>
          <w:b/>
          <w:bCs/>
        </w:rPr>
        <w:t>) — THE SIGNATURE</w:t>
      </w:r>
    </w:p>
    <w:p w:rsidR="00EF67F9" w:rsidRPr="00EF67F9" w:rsidRDefault="00EF67F9" w:rsidP="001E2F32">
      <w:pPr>
        <w:spacing w:line="480" w:lineRule="auto"/>
        <w:jc w:val="center"/>
        <w:rPr>
          <w:rFonts w:ascii="Garamond" w:hAnsi="Garamond"/>
        </w:rPr>
      </w:pPr>
      <w:r w:rsidRPr="00EF67F9">
        <w:rPr>
          <w:rFonts w:ascii="Garamond" w:hAnsi="Garamond"/>
        </w:rPr>
        <w:t>The First. The Last. The All.</w:t>
      </w:r>
      <w:r w:rsidRPr="00EF67F9">
        <w:rPr>
          <w:rFonts w:ascii="Garamond" w:hAnsi="Garamond"/>
        </w:rPr>
        <w:br/>
        <w:t>Aleph — silent foundation.</w:t>
      </w:r>
      <w:r w:rsidRPr="00EF67F9">
        <w:rPr>
          <w:rFonts w:ascii="Garamond" w:hAnsi="Garamond"/>
        </w:rPr>
        <w:br/>
      </w:r>
      <w:proofErr w:type="spellStart"/>
      <w:r w:rsidRPr="00EF67F9">
        <w:rPr>
          <w:rFonts w:ascii="Garamond" w:hAnsi="Garamond"/>
        </w:rPr>
        <w:t>Tav</w:t>
      </w:r>
      <w:proofErr w:type="spellEnd"/>
      <w:r w:rsidRPr="00EF67F9">
        <w:rPr>
          <w:rFonts w:ascii="Garamond" w:hAnsi="Garamond"/>
        </w:rPr>
        <w:t xml:space="preserve"> — sealed covenant.</w:t>
      </w:r>
    </w:p>
    <w:p w:rsidR="00EF67F9" w:rsidRPr="00EF67F9" w:rsidRDefault="00EF67F9" w:rsidP="001E2F32">
      <w:pPr>
        <w:spacing w:line="480" w:lineRule="auto"/>
        <w:jc w:val="center"/>
        <w:rPr>
          <w:rFonts w:ascii="Garamond" w:hAnsi="Garamond"/>
        </w:rPr>
      </w:pPr>
      <w:r w:rsidRPr="00EF67F9">
        <w:rPr>
          <w:rFonts w:ascii="Garamond" w:hAnsi="Garamond"/>
        </w:rPr>
        <w:t xml:space="preserve">When YAHUAH writes </w:t>
      </w:r>
      <w:proofErr w:type="spellStart"/>
      <w:r w:rsidRPr="00EF67F9">
        <w:rPr>
          <w:rFonts w:ascii="Times New Roman" w:hAnsi="Times New Roman" w:cs="Times New Roman"/>
        </w:rPr>
        <w:t>את</w:t>
      </w:r>
      <w:proofErr w:type="spellEnd"/>
      <w:r w:rsidRPr="00EF67F9">
        <w:rPr>
          <w:rFonts w:ascii="Garamond" w:hAnsi="Garamond"/>
        </w:rPr>
        <w:t xml:space="preserve"> — He signs His Name on reality.</w:t>
      </w:r>
      <w:r w:rsidRPr="00EF67F9">
        <w:rPr>
          <w:rFonts w:ascii="Garamond" w:hAnsi="Garamond"/>
        </w:rPr>
        <w:br/>
        <w:t>“I authored this.”</w:t>
      </w:r>
      <w:r w:rsidRPr="00EF67F9">
        <w:rPr>
          <w:rFonts w:ascii="Garamond" w:hAnsi="Garamond"/>
        </w:rPr>
        <w:br/>
        <w:t>“I ordained this.”</w:t>
      </w:r>
      <w:r w:rsidRPr="00EF67F9">
        <w:rPr>
          <w:rFonts w:ascii="Garamond" w:hAnsi="Garamond"/>
        </w:rPr>
        <w:br/>
        <w:t>“I will fulfill this.”</w:t>
      </w:r>
    </w:p>
    <w:p w:rsidR="00EF67F9" w:rsidRPr="00EF67F9" w:rsidRDefault="00EF67F9" w:rsidP="001E2F32">
      <w:pPr>
        <w:spacing w:line="480" w:lineRule="auto"/>
        <w:jc w:val="center"/>
        <w:rPr>
          <w:rFonts w:ascii="Garamond" w:hAnsi="Garamond"/>
        </w:rPr>
      </w:pPr>
      <w:r w:rsidRPr="00EF67F9">
        <w:rPr>
          <w:rFonts w:ascii="Garamond" w:hAnsi="Garamond"/>
        </w:rPr>
        <w:t>Bow — not to the symbol —</w:t>
      </w:r>
      <w:r w:rsidRPr="00EF67F9">
        <w:rPr>
          <w:rFonts w:ascii="Garamond" w:hAnsi="Garamond"/>
        </w:rPr>
        <w:br/>
        <w:t>but to the Sovereign who holds it.</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pict>
          <v:rect id="_x0000_i1355" style="width:0;height:0" o:hralign="center" o:hrstd="t" o:hrnoshade="t" o:hr="t" fillcolor="#efeff1" stroked="f"/>
        </w:pict>
      </w:r>
    </w:p>
    <w:p w:rsidR="0030243E" w:rsidRDefault="0030243E">
      <w:pPr>
        <w:rPr>
          <w:rFonts w:ascii="Segoe UI Emoji" w:hAnsi="Segoe UI Emoji" w:cs="Segoe UI Emoji"/>
          <w:b/>
          <w:bCs/>
        </w:rPr>
      </w:pPr>
      <w:r>
        <w:rPr>
          <w:rFonts w:ascii="Segoe UI Emoji" w:hAnsi="Segoe UI Emoji" w:cs="Segoe UI Emoji"/>
          <w:b/>
          <w:bCs/>
        </w:rPr>
        <w:br w:type="page"/>
      </w:r>
    </w:p>
    <w:p w:rsidR="00EF67F9" w:rsidRPr="00EF67F9" w:rsidRDefault="00EF67F9" w:rsidP="001E2F32">
      <w:pPr>
        <w:spacing w:line="480" w:lineRule="auto"/>
        <w:jc w:val="center"/>
        <w:rPr>
          <w:rFonts w:ascii="Garamond" w:hAnsi="Garamond"/>
          <w:b/>
          <w:bCs/>
        </w:rPr>
      </w:pPr>
      <w:r w:rsidRPr="00EF67F9">
        <w:rPr>
          <w:rFonts w:ascii="Segoe UI Emoji" w:hAnsi="Segoe UI Emoji" w:cs="Segoe UI Emoji"/>
          <w:b/>
          <w:bCs/>
        </w:rPr>
        <w:lastRenderedPageBreak/>
        <w:t>🕊️</w:t>
      </w:r>
      <w:r w:rsidRPr="00EF67F9">
        <w:rPr>
          <w:rFonts w:ascii="Garamond" w:hAnsi="Garamond"/>
          <w:b/>
          <w:bCs/>
        </w:rPr>
        <w:t> HALLELUYAH (</w:t>
      </w:r>
      <w:proofErr w:type="spellStart"/>
      <w:r w:rsidRPr="00EF67F9">
        <w:rPr>
          <w:rFonts w:ascii="Times New Roman" w:hAnsi="Times New Roman" w:cs="Times New Roman"/>
          <w:b/>
          <w:bCs/>
        </w:rPr>
        <w:t>הַלְלו</w:t>
      </w:r>
      <w:proofErr w:type="spellEnd"/>
      <w:r w:rsidRPr="00EF67F9">
        <w:rPr>
          <w:rFonts w:ascii="Times New Roman" w:hAnsi="Times New Roman" w:cs="Times New Roman"/>
          <w:b/>
          <w:bCs/>
        </w:rPr>
        <w:t>ּ־</w:t>
      </w:r>
      <w:proofErr w:type="spellStart"/>
      <w:r w:rsidRPr="00EF67F9">
        <w:rPr>
          <w:rFonts w:ascii="Times New Roman" w:hAnsi="Times New Roman" w:cs="Times New Roman"/>
          <w:b/>
          <w:bCs/>
        </w:rPr>
        <w:t>יָה</w:t>
      </w:r>
      <w:proofErr w:type="spellEnd"/>
      <w:r w:rsidRPr="00EF67F9">
        <w:rPr>
          <w:rFonts w:ascii="Times New Roman" w:hAnsi="Times New Roman" w:cs="Times New Roman"/>
          <w:b/>
          <w:bCs/>
        </w:rPr>
        <w:t>ּ</w:t>
      </w:r>
      <w:r w:rsidRPr="00EF67F9">
        <w:rPr>
          <w:rFonts w:ascii="Garamond" w:hAnsi="Garamond"/>
          <w:b/>
          <w:bCs/>
        </w:rPr>
        <w:t>) — PRAISE YAH</w:t>
      </w:r>
    </w:p>
    <w:p w:rsidR="00EF67F9" w:rsidRPr="00EF67F9" w:rsidRDefault="00EF67F9" w:rsidP="001E2F32">
      <w:pPr>
        <w:spacing w:line="480" w:lineRule="auto"/>
        <w:jc w:val="center"/>
        <w:rPr>
          <w:rFonts w:ascii="Garamond" w:hAnsi="Garamond"/>
        </w:rPr>
      </w:pPr>
      <w:r w:rsidRPr="00EF67F9">
        <w:rPr>
          <w:rFonts w:ascii="Garamond" w:hAnsi="Garamond"/>
        </w:rPr>
        <w:t>Not applause. Not ritual. Not background music.</w:t>
      </w:r>
      <w:r w:rsidRPr="00EF67F9">
        <w:rPr>
          <w:rFonts w:ascii="Garamond" w:hAnsi="Garamond"/>
        </w:rPr>
        <w:br/>
      </w:r>
      <w:proofErr w:type="spellStart"/>
      <w:r w:rsidRPr="00EF67F9">
        <w:rPr>
          <w:rFonts w:ascii="Garamond" w:hAnsi="Garamond"/>
        </w:rPr>
        <w:t>HalleluYAH</w:t>
      </w:r>
      <w:proofErr w:type="spellEnd"/>
      <w:r w:rsidRPr="00EF67F9">
        <w:rPr>
          <w:rFonts w:ascii="Garamond" w:hAnsi="Garamond"/>
        </w:rPr>
        <w:t xml:space="preserve"> — the war cry of the redeemed.</w:t>
      </w:r>
      <w:r w:rsidRPr="00EF67F9">
        <w:rPr>
          <w:rFonts w:ascii="Garamond" w:hAnsi="Garamond"/>
        </w:rPr>
        <w:br/>
        <w:t>The sigh of the overwhelmed.</w:t>
      </w:r>
      <w:r w:rsidRPr="00EF67F9">
        <w:rPr>
          <w:rFonts w:ascii="Garamond" w:hAnsi="Garamond"/>
        </w:rPr>
        <w:br/>
        <w:t>The shout of the delivered.</w:t>
      </w:r>
    </w:p>
    <w:p w:rsidR="00EF67F9" w:rsidRPr="00EF67F9" w:rsidRDefault="00EF67F9" w:rsidP="001E2F32">
      <w:pPr>
        <w:spacing w:line="480" w:lineRule="auto"/>
        <w:jc w:val="center"/>
        <w:rPr>
          <w:rFonts w:ascii="Garamond" w:hAnsi="Garamond"/>
        </w:rPr>
      </w:pPr>
      <w:r w:rsidRPr="00EF67F9">
        <w:rPr>
          <w:rFonts w:ascii="Garamond" w:hAnsi="Garamond"/>
        </w:rPr>
        <w:t>When you say “</w:t>
      </w:r>
      <w:proofErr w:type="spellStart"/>
      <w:r w:rsidRPr="00EF67F9">
        <w:rPr>
          <w:rFonts w:ascii="Garamond" w:hAnsi="Garamond"/>
        </w:rPr>
        <w:t>HalleluYAH</w:t>
      </w:r>
      <w:proofErr w:type="spellEnd"/>
      <w:r w:rsidRPr="00EF67F9">
        <w:rPr>
          <w:rFonts w:ascii="Garamond" w:hAnsi="Garamond"/>
        </w:rPr>
        <w:t>” —</w:t>
      </w:r>
      <w:r w:rsidRPr="00EF67F9">
        <w:rPr>
          <w:rFonts w:ascii="Garamond" w:hAnsi="Garamond"/>
        </w:rPr>
        <w:br/>
        <w:t>hell retreats.</w:t>
      </w:r>
      <w:r w:rsidRPr="00EF67F9">
        <w:rPr>
          <w:rFonts w:ascii="Garamond" w:hAnsi="Garamond"/>
        </w:rPr>
        <w:br/>
        <w:t>heaven leans in.</w:t>
      </w:r>
      <w:r w:rsidRPr="00EF67F9">
        <w:rPr>
          <w:rFonts w:ascii="Garamond" w:hAnsi="Garamond"/>
        </w:rPr>
        <w:br/>
        <w:t>chains lose their grip.</w:t>
      </w:r>
    </w:p>
    <w:p w:rsidR="00EF67F9" w:rsidRPr="00EF67F9" w:rsidRDefault="00EF67F9" w:rsidP="001E2F32">
      <w:pPr>
        <w:spacing w:line="480" w:lineRule="auto"/>
        <w:jc w:val="center"/>
        <w:rPr>
          <w:rFonts w:ascii="Garamond" w:hAnsi="Garamond"/>
        </w:rPr>
      </w:pPr>
      <w:r w:rsidRPr="00EF67F9">
        <w:rPr>
          <w:rFonts w:ascii="Garamond" w:hAnsi="Garamond"/>
        </w:rPr>
        <w:t>Say it — until your bones believe it.</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(Full glossary includes 15 terms — 6 pages total.)</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EF67F9" w:rsidRPr="00EF67F9" w:rsidRDefault="00EF67F9" w:rsidP="001E2F32">
      <w:pPr>
        <w:spacing w:line="480" w:lineRule="auto"/>
        <w:jc w:val="center"/>
        <w:rPr>
          <w:rFonts w:ascii="Garamond" w:hAnsi="Garamond"/>
        </w:rPr>
      </w:pPr>
      <w:r w:rsidRPr="00EF67F9">
        <w:rPr>
          <w:rFonts w:ascii="Garamond" w:hAnsi="Garamond"/>
        </w:rPr>
        <w:t>—</w:t>
      </w:r>
    </w:p>
    <w:p w:rsidR="0030243E" w:rsidRDefault="0030243E">
      <w:pPr>
        <w:rPr>
          <w:rFonts w:ascii="Garamond" w:hAnsi="Garamond"/>
          <w:b/>
          <w:bCs/>
        </w:rPr>
      </w:pPr>
      <w:r>
        <w:rPr>
          <w:rFonts w:ascii="Garamond" w:hAnsi="Garamond"/>
          <w:b/>
          <w:bCs/>
        </w:rPr>
        <w:br w:type="page"/>
      </w:r>
    </w:p>
    <w:p w:rsidR="00EF67F9" w:rsidRPr="00EF67F9" w:rsidRDefault="00EF67F9" w:rsidP="001E2F32">
      <w:pPr>
        <w:spacing w:line="480" w:lineRule="auto"/>
        <w:jc w:val="center"/>
        <w:rPr>
          <w:rFonts w:ascii="Garamond" w:hAnsi="Garamond"/>
          <w:b/>
          <w:bCs/>
        </w:rPr>
      </w:pPr>
      <w:r w:rsidRPr="00EF67F9">
        <w:rPr>
          <w:rFonts w:ascii="Garamond" w:hAnsi="Garamond"/>
          <w:b/>
          <w:bCs/>
        </w:rPr>
        <w:lastRenderedPageBreak/>
        <w:t>APPENDIX C: TIMELINE OF AUDIBLE ENCOUNTERS WITH YAHUAH</w:t>
      </w:r>
    </w:p>
    <w:p w:rsidR="00EF67F9" w:rsidRPr="00EF67F9" w:rsidRDefault="00EF67F9" w:rsidP="001E2F32">
      <w:pPr>
        <w:spacing w:line="480" w:lineRule="auto"/>
        <w:jc w:val="center"/>
        <w:rPr>
          <w:rFonts w:ascii="Garamond" w:hAnsi="Garamond"/>
        </w:rPr>
      </w:pPr>
      <w:r w:rsidRPr="00EF67F9">
        <w:rPr>
          <w:rFonts w:ascii="Garamond" w:hAnsi="Garamond"/>
        </w:rPr>
        <w:t>From Creation to Revelation — When Heaven Spoke Audibly to Earth</w:t>
      </w:r>
    </w:p>
    <w:p w:rsidR="00EF67F9" w:rsidRPr="00EF67F9" w:rsidRDefault="00EF67F9" w:rsidP="001E2F32">
      <w:pPr>
        <w:spacing w:line="480" w:lineRule="auto"/>
        <w:jc w:val="center"/>
        <w:rPr>
          <w:rFonts w:ascii="Garamond" w:hAnsi="Garamond"/>
        </w:rPr>
      </w:pPr>
      <w:r w:rsidRPr="00EF67F9">
        <w:rPr>
          <w:rFonts w:ascii="Garamond" w:hAnsi="Garamond"/>
        </w:rPr>
        <w:t>Chronological list with Scripture reference, context, and prophetic significance.</w:t>
      </w:r>
    </w:p>
    <w:p w:rsidR="00EF67F9" w:rsidRPr="00EF67F9" w:rsidRDefault="00EF67F9" w:rsidP="001E2F32">
      <w:pPr>
        <w:spacing w:line="480" w:lineRule="auto"/>
        <w:jc w:val="center"/>
        <w:rPr>
          <w:rFonts w:ascii="Garamond" w:hAnsi="Garamond"/>
        </w:rPr>
      </w:pPr>
      <w:r w:rsidRPr="00EF67F9">
        <w:rPr>
          <w:rFonts w:ascii="Garamond" w:hAnsi="Garamond"/>
          <w:b/>
          <w:bCs/>
        </w:rPr>
        <w:t>Genesis 3:8</w:t>
      </w:r>
      <w:r w:rsidRPr="00EF67F9">
        <w:rPr>
          <w:rFonts w:ascii="Garamond" w:hAnsi="Garamond"/>
        </w:rPr>
        <w:t xml:space="preserve"> — “They heard the </w:t>
      </w:r>
      <w:proofErr w:type="spellStart"/>
      <w:r w:rsidRPr="00EF67F9">
        <w:rPr>
          <w:rFonts w:ascii="Garamond" w:hAnsi="Garamond"/>
        </w:rPr>
        <w:t>qol</w:t>
      </w:r>
      <w:proofErr w:type="spellEnd"/>
      <w:r w:rsidRPr="00EF67F9">
        <w:rPr>
          <w:rFonts w:ascii="Garamond" w:hAnsi="Garamond"/>
        </w:rPr>
        <w:t xml:space="preserve"> of YAHUAH walking in the garden.”</w:t>
      </w:r>
      <w:r w:rsidRPr="00EF67F9">
        <w:rPr>
          <w:rFonts w:ascii="Garamond" w:hAnsi="Garamond"/>
        </w:rPr>
        <w:br/>
        <w:t>First recorded audible Voice — calling man to accountability and grace.</w:t>
      </w:r>
    </w:p>
    <w:p w:rsidR="00EF67F9" w:rsidRPr="00EF67F9" w:rsidRDefault="00EF67F9" w:rsidP="001E2F32">
      <w:pPr>
        <w:spacing w:line="480" w:lineRule="auto"/>
        <w:jc w:val="center"/>
        <w:rPr>
          <w:rFonts w:ascii="Garamond" w:hAnsi="Garamond"/>
        </w:rPr>
      </w:pPr>
      <w:r w:rsidRPr="00EF67F9">
        <w:rPr>
          <w:rFonts w:ascii="Garamond" w:hAnsi="Garamond"/>
          <w:b/>
          <w:bCs/>
        </w:rPr>
        <w:t>Exodus 19:19</w:t>
      </w:r>
      <w:r w:rsidRPr="00EF67F9">
        <w:rPr>
          <w:rFonts w:ascii="Garamond" w:hAnsi="Garamond"/>
        </w:rPr>
        <w:t xml:space="preserve"> — “God answered him by </w:t>
      </w:r>
      <w:proofErr w:type="spellStart"/>
      <w:r w:rsidRPr="00EF67F9">
        <w:rPr>
          <w:rFonts w:ascii="Garamond" w:hAnsi="Garamond"/>
        </w:rPr>
        <w:t>qol</w:t>
      </w:r>
      <w:proofErr w:type="spellEnd"/>
      <w:r w:rsidRPr="00EF67F9">
        <w:rPr>
          <w:rFonts w:ascii="Garamond" w:hAnsi="Garamond"/>
        </w:rPr>
        <w:t>.”</w:t>
      </w:r>
      <w:r w:rsidRPr="00EF67F9">
        <w:rPr>
          <w:rFonts w:ascii="Garamond" w:hAnsi="Garamond"/>
        </w:rPr>
        <w:br/>
        <w:t>National covenant at Sinai — Voice from fire, thunder, shofar.</w:t>
      </w:r>
    </w:p>
    <w:p w:rsidR="00EF67F9" w:rsidRPr="00EF67F9" w:rsidRDefault="00EF67F9" w:rsidP="001E2F32">
      <w:pPr>
        <w:spacing w:line="480" w:lineRule="auto"/>
        <w:jc w:val="center"/>
        <w:rPr>
          <w:rFonts w:ascii="Garamond" w:hAnsi="Garamond"/>
        </w:rPr>
      </w:pPr>
      <w:r w:rsidRPr="00EF67F9">
        <w:rPr>
          <w:rFonts w:ascii="Garamond" w:hAnsi="Garamond"/>
          <w:b/>
          <w:bCs/>
        </w:rPr>
        <w:t>1 Kings 19:12</w:t>
      </w:r>
      <w:r w:rsidRPr="00EF67F9">
        <w:rPr>
          <w:rFonts w:ascii="Garamond" w:hAnsi="Garamond"/>
        </w:rPr>
        <w:t xml:space="preserve"> — “A still small </w:t>
      </w:r>
      <w:proofErr w:type="spellStart"/>
      <w:r w:rsidRPr="00EF67F9">
        <w:rPr>
          <w:rFonts w:ascii="Garamond" w:hAnsi="Garamond"/>
        </w:rPr>
        <w:t>qol</w:t>
      </w:r>
      <w:proofErr w:type="spellEnd"/>
      <w:r w:rsidRPr="00EF67F9">
        <w:rPr>
          <w:rFonts w:ascii="Garamond" w:hAnsi="Garamond"/>
        </w:rPr>
        <w:t>.”</w:t>
      </w:r>
      <w:r w:rsidRPr="00EF67F9">
        <w:rPr>
          <w:rFonts w:ascii="Garamond" w:hAnsi="Garamond"/>
        </w:rPr>
        <w:br/>
        <w:t>Intimate Voice to Elijah — revealing YAHUAH’s power in gentleness.</w:t>
      </w:r>
    </w:p>
    <w:p w:rsidR="00EF67F9" w:rsidRPr="00EF67F9" w:rsidRDefault="00EF67F9" w:rsidP="001E2F32">
      <w:pPr>
        <w:spacing w:line="480" w:lineRule="auto"/>
        <w:jc w:val="center"/>
        <w:rPr>
          <w:rFonts w:ascii="Garamond" w:hAnsi="Garamond"/>
        </w:rPr>
      </w:pPr>
      <w:r w:rsidRPr="00EF67F9">
        <w:rPr>
          <w:rFonts w:ascii="Garamond" w:hAnsi="Garamond"/>
          <w:b/>
          <w:bCs/>
        </w:rPr>
        <w:t>Matthew 3:17</w:t>
      </w:r>
      <w:r w:rsidRPr="00EF67F9">
        <w:rPr>
          <w:rFonts w:ascii="Garamond" w:hAnsi="Garamond"/>
        </w:rPr>
        <w:t> — “This is My beloved Son…”</w:t>
      </w:r>
      <w:r w:rsidRPr="00EF67F9">
        <w:rPr>
          <w:rFonts w:ascii="Garamond" w:hAnsi="Garamond"/>
        </w:rPr>
        <w:br/>
        <w:t>Voice at YAHUSHA’s baptism — affirming Messiah’s identity.</w:t>
      </w:r>
    </w:p>
    <w:p w:rsidR="00EF67F9" w:rsidRPr="00EF67F9" w:rsidRDefault="00EF67F9" w:rsidP="001E2F32">
      <w:pPr>
        <w:spacing w:line="480" w:lineRule="auto"/>
        <w:jc w:val="center"/>
        <w:rPr>
          <w:rFonts w:ascii="Garamond" w:hAnsi="Garamond"/>
        </w:rPr>
      </w:pPr>
      <w:r w:rsidRPr="00EF67F9">
        <w:rPr>
          <w:rFonts w:ascii="Garamond" w:hAnsi="Garamond"/>
          <w:b/>
          <w:bCs/>
        </w:rPr>
        <w:t>Revelation 1:10</w:t>
      </w:r>
      <w:r w:rsidRPr="00EF67F9">
        <w:rPr>
          <w:rFonts w:ascii="Garamond" w:hAnsi="Garamond"/>
        </w:rPr>
        <w:t xml:space="preserve"> — “I heard behind me a great </w:t>
      </w:r>
      <w:proofErr w:type="spellStart"/>
      <w:r w:rsidRPr="00EF67F9">
        <w:rPr>
          <w:rFonts w:ascii="Garamond" w:hAnsi="Garamond"/>
        </w:rPr>
        <w:t>qol</w:t>
      </w:r>
      <w:proofErr w:type="spellEnd"/>
      <w:r w:rsidRPr="00EF67F9">
        <w:rPr>
          <w:rFonts w:ascii="Garamond" w:hAnsi="Garamond"/>
        </w:rPr>
        <w:t>… like a trumpet.”</w:t>
      </w:r>
      <w:r w:rsidRPr="00EF67F9">
        <w:rPr>
          <w:rFonts w:ascii="Garamond" w:hAnsi="Garamond"/>
        </w:rPr>
        <w:br/>
        <w:t>Voice to Yochanan — initiating final revelation to the assemblies.</w:t>
      </w:r>
    </w:p>
    <w:p w:rsidR="00EF67F9" w:rsidRPr="00EF67F9" w:rsidRDefault="00EF67F9" w:rsidP="001E2F32">
      <w:pPr>
        <w:spacing w:line="480" w:lineRule="auto"/>
        <w:jc w:val="center"/>
        <w:rPr>
          <w:rFonts w:ascii="Garamond" w:hAnsi="Garamond"/>
        </w:rPr>
      </w:pPr>
      <w:proofErr w:type="spellStart"/>
      <w:r w:rsidRPr="00EF67F9">
        <w:rPr>
          <w:rFonts w:ascii="Garamond" w:hAnsi="Garamond"/>
          <w:b/>
          <w:bCs/>
        </w:rPr>
        <w:t>HalleluYAH</w:t>
      </w:r>
      <w:proofErr w:type="spellEnd"/>
      <w:r w:rsidRPr="00EF67F9">
        <w:rPr>
          <w:rFonts w:ascii="Garamond" w:hAnsi="Garamond"/>
          <w:b/>
          <w:bCs/>
        </w:rPr>
        <w:t>.</w:t>
      </w:r>
    </w:p>
    <w:p w:rsidR="00F7326E" w:rsidRPr="001E2F32" w:rsidRDefault="00F7326E" w:rsidP="001E2F32">
      <w:pPr>
        <w:spacing w:line="480" w:lineRule="auto"/>
        <w:jc w:val="center"/>
        <w:rPr>
          <w:rFonts w:ascii="Garamond" w:hAnsi="Garamond"/>
        </w:rPr>
      </w:pPr>
    </w:p>
    <w:sectPr w:rsidR="00F7326E" w:rsidRPr="001E2F32">
      <w:pgSz w:w="12240" w:h="15840"/>
      <w:pgMar w:top="1440" w:right="1440" w:bottom="1440" w:left="1440" w:header="720" w:footer="720" w:gutter="0"/>
      <w:cols w:space="720"/>
      <w:docGrid w:linePitch="360"/>
    </w:sectPr>
    <w:p w:rsidR="00000000" w:rsidDel="00000000" w:rsidP="00000000" w:rsidRDefault="00000000" w:rsidRPr="00000000" w14:paraId="00000001">
      <w:pPr>
        <w:spacing w:after="240" w:before="240" w:lineRule="auto"/>
        <w:rPr/>
      </w:pPr>
      <w:r w:rsidDel="00000000" w:rsidR="00000000" w:rsidRPr="00000000">
        <w:rPr>
          <w:rtl w:val="0"/>
        </w:rPr>
        <w:t xml:space="preserve">Of course. Here is your manuscript, edited and formatted for printing. The text has been corrected for spelling, grammar, and punctuation, and has been standardized for consistency. Redundant passages that appeared to be copy-paste errors have been removed to improve readability, while thematic repetitions have been preserved.</w:t>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240" w:before="240" w:lineRule="auto"/>
        <w:rPr>
          <w:b w:val="1"/>
        </w:rPr>
      </w:pPr>
      <w:r w:rsidDel="00000000" w:rsidR="00000000" w:rsidRPr="00000000">
        <w:rPr>
          <w:b w:val="1"/>
          <w:rtl w:val="0"/>
        </w:rPr>
        <w:t xml:space="preserve">The Voice of YAHUAH: Fire, Warning, and Renewal</w:t>
      </w:r>
    </w:p>
    <w:p w:rsidR="00000000" w:rsidDel="00000000" w:rsidP="00000000" w:rsidRDefault="00000000" w:rsidRPr="00000000" w14:paraId="00000004">
      <w:pPr>
        <w:spacing w:after="240" w:before="240" w:lineRule="auto"/>
        <w:rPr>
          <w:b w:val="1"/>
        </w:rPr>
      </w:pPr>
      <w:r w:rsidDel="00000000" w:rsidR="00000000" w:rsidRPr="00000000">
        <w:rPr>
          <w:b w:val="1"/>
          <w:rtl w:val="0"/>
        </w:rPr>
        <w:t xml:space="preserve">A Prophetic Call to the Nations</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by Apostle Johnny Alston</w:t>
      </w:r>
    </w:p>
    <w:p w:rsidR="00000000" w:rsidDel="00000000" w:rsidP="00000000" w:rsidRDefault="00000000" w:rsidRPr="00000000" w14:paraId="000000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d3utzku6vx1z" w:id="0"/>
      <w:bookmarkEnd w:id="0"/>
      <w:r w:rsidDel="00000000" w:rsidR="00000000" w:rsidRPr="00000000">
        <w:rPr>
          <w:b w:val="1"/>
          <w:color w:val="000000"/>
          <w:sz w:val="26"/>
          <w:szCs w:val="26"/>
          <w:rtl w:val="0"/>
        </w:rPr>
        <w:t xml:space="preserve">Dedication</w:t>
      </w:r>
    </w:p>
    <w:p w:rsidR="00000000" w:rsidDel="00000000" w:rsidP="00000000" w:rsidRDefault="00000000" w:rsidRPr="00000000" w14:paraId="00000008">
      <w:pPr>
        <w:spacing w:after="240" w:before="240" w:lineRule="auto"/>
        <w:rPr/>
      </w:pPr>
      <w:r w:rsidDel="00000000" w:rsidR="00000000" w:rsidRPr="00000000">
        <w:rPr>
          <w:rtl w:val="0"/>
        </w:rPr>
        <w:t xml:space="preserve">To my spiritual mother and sister, Prophetess Sheila Starghill—who poured into my life for more than twenty years, igniting my walk with God and shaping my spiritual growth. Now you have been translated, clothed in your glorified body, yet your voice still echoes, your fire still burns, and your legacy lives on in every life you touched.</w:t>
      </w:r>
    </w:p>
    <w:p w:rsidR="00000000" w:rsidDel="00000000" w:rsidP="00000000" w:rsidRDefault="00000000" w:rsidRPr="00000000" w14:paraId="00000009">
      <w:pPr>
        <w:spacing w:after="240" w:before="240" w:lineRule="auto"/>
        <w:rPr/>
      </w:pPr>
      <w:r w:rsidDel="00000000" w:rsidR="00000000" w:rsidRPr="00000000">
        <w:rPr>
          <w:rtl w:val="0"/>
        </w:rPr>
        <w:t xml:space="preserve">And to the faithful remnant—those who tremble at His Word, bow at His Name, and decree, “Thy Kingdom come.” You are the voice crying in the wilderness. You are the flame burning in the night. You are the answer to the cry of the ages.</w:t>
      </w:r>
    </w:p>
    <w:p w:rsidR="00000000" w:rsidDel="00000000" w:rsidP="00000000" w:rsidRDefault="00000000" w:rsidRPr="00000000" w14:paraId="0000000A">
      <w:pPr>
        <w:spacing w:after="240" w:before="240" w:lineRule="auto"/>
        <w:rPr/>
      </w:pPr>
      <w:r w:rsidDel="00000000" w:rsidR="00000000" w:rsidRPr="00000000">
        <w:rPr>
          <w:rtl w:val="0"/>
        </w:rPr>
        <w:t xml:space="preserve">May this book awaken many—and loose heaven’s sound upon the earth.</w:t>
      </w:r>
    </w:p>
    <w:p w:rsidR="00000000" w:rsidDel="00000000" w:rsidP="00000000" w:rsidRDefault="00000000" w:rsidRPr="00000000" w14:paraId="000000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pStyle w:val="Heading3"/>
        <w:keepNext w:val="0"/>
        <w:keepLines w:val="0"/>
        <w:spacing w:before="280" w:lineRule="auto"/>
        <w:rPr>
          <w:b w:val="1"/>
          <w:color w:val="000000"/>
          <w:sz w:val="26"/>
          <w:szCs w:val="26"/>
        </w:rPr>
      </w:pPr>
      <w:bookmarkStart w:colFirst="0" w:colLast="0" w:name="_a0woatdxjbw" w:id="1"/>
      <w:bookmarkEnd w:id="1"/>
      <w:r w:rsidDel="00000000" w:rsidR="00000000" w:rsidRPr="00000000">
        <w:rPr>
          <w:b w:val="1"/>
          <w:color w:val="000000"/>
          <w:sz w:val="26"/>
          <w:szCs w:val="26"/>
          <w:rtl w:val="0"/>
        </w:rPr>
        <w:t xml:space="preserve">Contents</w:t>
      </w:r>
    </w:p>
    <w:p w:rsidR="00000000" w:rsidDel="00000000" w:rsidP="00000000" w:rsidRDefault="00000000" w:rsidRPr="00000000" w14:paraId="0000000D">
      <w:pPr>
        <w:spacing w:after="240" w:before="240" w:lineRule="auto"/>
        <w:rPr/>
      </w:pPr>
      <w:r w:rsidDel="00000000" w:rsidR="00000000" w:rsidRPr="00000000">
        <w:rPr>
          <w:rtl w:val="0"/>
        </w:rPr>
        <w:t xml:space="preserve">Chapter 1 – The Voice of YAHUAH</w:t>
      </w:r>
    </w:p>
    <w:p w:rsidR="00000000" w:rsidDel="00000000" w:rsidP="00000000" w:rsidRDefault="00000000" w:rsidRPr="00000000" w14:paraId="0000000E">
      <w:pPr>
        <w:spacing w:after="240" w:before="240" w:lineRule="auto"/>
        <w:rPr/>
      </w:pPr>
      <w:r w:rsidDel="00000000" w:rsidR="00000000" w:rsidRPr="00000000">
        <w:rPr>
          <w:rtl w:val="0"/>
        </w:rPr>
        <w:t xml:space="preserve">Chapter 2 – The Majesty of YAH</w:t>
      </w:r>
    </w:p>
    <w:p w:rsidR="00000000" w:rsidDel="00000000" w:rsidP="00000000" w:rsidRDefault="00000000" w:rsidRPr="00000000" w14:paraId="0000000F">
      <w:pPr>
        <w:spacing w:after="240" w:before="240" w:lineRule="auto"/>
        <w:rPr/>
      </w:pPr>
      <w:r w:rsidDel="00000000" w:rsidR="00000000" w:rsidRPr="00000000">
        <w:rPr>
          <w:rtl w:val="0"/>
        </w:rPr>
        <w:t xml:space="preserve">Chapter 3 – Mighty in Majesty</w:t>
      </w:r>
    </w:p>
    <w:p w:rsidR="00000000" w:rsidDel="00000000" w:rsidP="00000000" w:rsidRDefault="00000000" w:rsidRPr="00000000" w14:paraId="00000010">
      <w:pPr>
        <w:spacing w:after="240" w:before="240" w:lineRule="auto"/>
        <w:rPr/>
      </w:pPr>
      <w:r w:rsidDel="00000000" w:rsidR="00000000" w:rsidRPr="00000000">
        <w:rPr>
          <w:rtl w:val="0"/>
        </w:rPr>
        <w:t xml:space="preserve">Chapter 4 – The Deception of Pride</w:t>
      </w:r>
    </w:p>
    <w:p w:rsidR="00000000" w:rsidDel="00000000" w:rsidP="00000000" w:rsidRDefault="00000000" w:rsidRPr="00000000" w14:paraId="00000011">
      <w:pPr>
        <w:spacing w:after="240" w:before="240" w:lineRule="auto"/>
        <w:rPr/>
      </w:pPr>
      <w:r w:rsidDel="00000000" w:rsidR="00000000" w:rsidRPr="00000000">
        <w:rPr>
          <w:rtl w:val="0"/>
        </w:rPr>
        <w:t xml:space="preserve">Chapter 5 – The Sound of Peace</w:t>
      </w:r>
    </w:p>
    <w:p w:rsidR="00000000" w:rsidDel="00000000" w:rsidP="00000000" w:rsidRDefault="00000000" w:rsidRPr="00000000" w14:paraId="00000012">
      <w:pPr>
        <w:spacing w:after="240" w:before="240" w:lineRule="auto"/>
        <w:rPr/>
      </w:pPr>
      <w:r w:rsidDel="00000000" w:rsidR="00000000" w:rsidRPr="00000000">
        <w:rPr>
          <w:rtl w:val="0"/>
        </w:rPr>
        <w:t xml:space="preserve">Chapter 6 – This Is the Day YAHUAH Has Made</w:t>
      </w:r>
    </w:p>
    <w:p w:rsidR="00000000" w:rsidDel="00000000" w:rsidP="00000000" w:rsidRDefault="00000000" w:rsidRPr="00000000" w14:paraId="00000013">
      <w:pPr>
        <w:spacing w:after="240" w:before="240" w:lineRule="auto"/>
        <w:rPr/>
      </w:pPr>
      <w:r w:rsidDel="00000000" w:rsidR="00000000" w:rsidRPr="00000000">
        <w:rPr>
          <w:rtl w:val="0"/>
        </w:rPr>
        <w:t xml:space="preserve">Chapter 7 – Return to Your First Love</w:t>
      </w:r>
    </w:p>
    <w:p w:rsidR="00000000" w:rsidDel="00000000" w:rsidP="00000000" w:rsidRDefault="00000000" w:rsidRPr="00000000" w14:paraId="00000014">
      <w:pPr>
        <w:spacing w:after="240" w:before="240" w:lineRule="auto"/>
        <w:rPr/>
      </w:pPr>
      <w:r w:rsidDel="00000000" w:rsidR="00000000" w:rsidRPr="00000000">
        <w:rPr>
          <w:rtl w:val="0"/>
        </w:rPr>
        <w:t xml:space="preserve">Chapter 8 – The Tree of Life and the Paradise of God</w:t>
      </w:r>
    </w:p>
    <w:p w:rsidR="00000000" w:rsidDel="00000000" w:rsidP="00000000" w:rsidRDefault="00000000" w:rsidRPr="00000000" w14:paraId="00000015">
      <w:pPr>
        <w:spacing w:after="240" w:before="240" w:lineRule="auto"/>
        <w:rPr/>
      </w:pPr>
      <w:r w:rsidDel="00000000" w:rsidR="00000000" w:rsidRPr="00000000">
        <w:rPr>
          <w:rtl w:val="0"/>
        </w:rPr>
        <w:t xml:space="preserve">Chapter 9 – A Broken Spirit</w:t>
      </w:r>
    </w:p>
    <w:p w:rsidR="00000000" w:rsidDel="00000000" w:rsidP="00000000" w:rsidRDefault="00000000" w:rsidRPr="00000000" w14:paraId="00000016">
      <w:pPr>
        <w:spacing w:after="240" w:before="240" w:lineRule="auto"/>
        <w:rPr/>
      </w:pPr>
      <w:r w:rsidDel="00000000" w:rsidR="00000000" w:rsidRPr="00000000">
        <w:rPr>
          <w:rtl w:val="0"/>
        </w:rPr>
        <w:t xml:space="preserve">Chapter 10 – Jealousy as Cruel as the Grave</w:t>
      </w:r>
    </w:p>
    <w:p w:rsidR="00000000" w:rsidDel="00000000" w:rsidP="00000000" w:rsidRDefault="00000000" w:rsidRPr="00000000" w14:paraId="00000017">
      <w:pPr>
        <w:spacing w:after="240" w:before="240" w:lineRule="auto"/>
        <w:rPr/>
      </w:pPr>
      <w:r w:rsidDel="00000000" w:rsidR="00000000" w:rsidRPr="00000000">
        <w:rPr>
          <w:rtl w:val="0"/>
        </w:rPr>
        <w:t xml:space="preserve">Chapter 11 – Judgment in the Valley of Jehoshaphat</w:t>
      </w:r>
    </w:p>
    <w:p w:rsidR="00000000" w:rsidDel="00000000" w:rsidP="00000000" w:rsidRDefault="00000000" w:rsidRPr="00000000" w14:paraId="00000018">
      <w:pPr>
        <w:spacing w:after="240" w:before="240" w:lineRule="auto"/>
        <w:rPr/>
      </w:pPr>
      <w:r w:rsidDel="00000000" w:rsidR="00000000" w:rsidRPr="00000000">
        <w:rPr>
          <w:rtl w:val="0"/>
        </w:rPr>
        <w:t xml:space="preserve">Chapter 12 – The Feast of Renewal</w:t>
      </w:r>
    </w:p>
    <w:p w:rsidR="00000000" w:rsidDel="00000000" w:rsidP="00000000" w:rsidRDefault="00000000" w:rsidRPr="00000000" w14:paraId="00000019">
      <w:pPr>
        <w:spacing w:after="240" w:before="240" w:lineRule="auto"/>
        <w:rPr/>
      </w:pPr>
      <w:r w:rsidDel="00000000" w:rsidR="00000000" w:rsidRPr="00000000">
        <w:rPr>
          <w:rtl w:val="0"/>
        </w:rPr>
        <w:t xml:space="preserve">Chapter 13 – Lift Up Your Eyes</w:t>
      </w:r>
    </w:p>
    <w:p w:rsidR="00000000" w:rsidDel="00000000" w:rsidP="00000000" w:rsidRDefault="00000000" w:rsidRPr="00000000" w14:paraId="0000001A">
      <w:pPr>
        <w:spacing w:after="240" w:before="240" w:lineRule="auto"/>
        <w:rPr/>
      </w:pPr>
      <w:r w:rsidDel="00000000" w:rsidR="00000000" w:rsidRPr="00000000">
        <w:rPr>
          <w:rtl w:val="0"/>
        </w:rPr>
        <w:t xml:space="preserve">Chapter 14 – The Shadow of the Almighty</w:t>
      </w:r>
    </w:p>
    <w:p w:rsidR="00000000" w:rsidDel="00000000" w:rsidP="00000000" w:rsidRDefault="00000000" w:rsidRPr="00000000" w14:paraId="0000001B">
      <w:pPr>
        <w:spacing w:after="240" w:before="240" w:lineRule="auto"/>
        <w:rPr/>
      </w:pPr>
      <w:r w:rsidDel="00000000" w:rsidR="00000000" w:rsidRPr="00000000">
        <w:rPr>
          <w:rtl w:val="0"/>
        </w:rPr>
        <w:t xml:space="preserve">Chapter 15 – [Chapter Title from Manuscript]</w:t>
      </w:r>
    </w:p>
    <w:p w:rsidR="00000000" w:rsidDel="00000000" w:rsidP="00000000" w:rsidRDefault="00000000" w:rsidRPr="00000000" w14:paraId="0000001C">
      <w:pPr>
        <w:spacing w:after="240" w:before="240" w:lineRule="auto"/>
        <w:rPr/>
      </w:pPr>
      <w:r w:rsidDel="00000000" w:rsidR="00000000" w:rsidRPr="00000000">
        <w:rPr>
          <w:rtl w:val="0"/>
        </w:rPr>
        <w:t xml:space="preserve">Chapter 16 – [Chapter Title from Manuscript]</w:t>
      </w:r>
    </w:p>
    <w:p w:rsidR="00000000" w:rsidDel="00000000" w:rsidP="00000000" w:rsidRDefault="00000000" w:rsidRPr="00000000" w14:paraId="0000001D">
      <w:pPr>
        <w:spacing w:after="240" w:before="240" w:lineRule="auto"/>
        <w:rPr/>
      </w:pPr>
      <w:r w:rsidDel="00000000" w:rsidR="00000000" w:rsidRPr="00000000">
        <w:rPr>
          <w:rtl w:val="0"/>
        </w:rPr>
        <w:t xml:space="preserve">Chapter 17 – [Chapter Title from Manuscript]</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b w:val="1"/>
          <w:color w:val="000000"/>
          <w:sz w:val="26"/>
          <w:szCs w:val="26"/>
        </w:rPr>
      </w:pPr>
      <w:bookmarkStart w:colFirst="0" w:colLast="0" w:name="_ajtz022rj5w1" w:id="2"/>
      <w:bookmarkEnd w:id="2"/>
      <w:r w:rsidDel="00000000" w:rsidR="00000000" w:rsidRPr="00000000">
        <w:rPr>
          <w:b w:val="1"/>
          <w:color w:val="000000"/>
          <w:sz w:val="26"/>
          <w:szCs w:val="26"/>
          <w:rtl w:val="0"/>
        </w:rPr>
        <w:t xml:space="preserve">Chapter 1: The Voice of YAHUAH</w:t>
      </w:r>
    </w:p>
    <w:p w:rsidR="00000000" w:rsidDel="00000000" w:rsidP="00000000" w:rsidRDefault="00000000" w:rsidRPr="00000000" w14:paraId="00000020">
      <w:pPr>
        <w:spacing w:after="240" w:before="240" w:lineRule="auto"/>
        <w:rPr/>
      </w:pPr>
      <w:r w:rsidDel="00000000" w:rsidR="00000000" w:rsidRPr="00000000">
        <w:rPr>
          <w:rtl w:val="0"/>
        </w:rPr>
        <w:t xml:space="preserve">“Is not My word like fire?” declares YAHUAH, “and like a hammer that breaks a rock in pieces?” (Jeremiah 23:29)</w:t>
      </w:r>
    </w:p>
    <w:p w:rsidR="00000000" w:rsidDel="00000000" w:rsidP="00000000" w:rsidRDefault="00000000" w:rsidRPr="00000000" w14:paraId="00000021">
      <w:pPr>
        <w:spacing w:after="240" w:before="240" w:lineRule="auto"/>
        <w:rPr/>
      </w:pPr>
      <w:r w:rsidDel="00000000" w:rsidR="00000000" w:rsidRPr="00000000">
        <w:rPr>
          <w:rtl w:val="0"/>
        </w:rPr>
        <w:t xml:space="preserve">YAHUAH says, “I am raising My voice in the earth, and none shall silence what I am declaring. For too long My people have walked in slumber, content with shadows while the hour of light has come. I am shaking the nations, and I am shaking My house first. My word will pierce, My Spirit will convict, and those who resist will be sifted like chaff in the wind.”</w:t>
      </w:r>
    </w:p>
    <w:p w:rsidR="00000000" w:rsidDel="00000000" w:rsidP="00000000" w:rsidRDefault="00000000" w:rsidRPr="00000000" w14:paraId="00000022">
      <w:pPr>
        <w:spacing w:after="240" w:before="240" w:lineRule="auto"/>
        <w:rPr/>
      </w:pPr>
      <w:r w:rsidDel="00000000" w:rsidR="00000000" w:rsidRPr="00000000">
        <w:rPr>
          <w:rtl w:val="0"/>
        </w:rPr>
        <w:t xml:space="preserve">There is a fire shut up in my bones, and I cannot hold it back. The Spirit of YAHUAH compels me to release this word: Repent, for the time is short. Awake, for the Bridegroom is near.</w:t>
      </w:r>
    </w:p>
    <w:p w:rsidR="00000000" w:rsidDel="00000000" w:rsidP="00000000" w:rsidRDefault="00000000" w:rsidRPr="00000000" w14:paraId="00000023">
      <w:pPr>
        <w:spacing w:after="240" w:before="240" w:lineRule="auto"/>
        <w:rPr/>
      </w:pPr>
      <w:r w:rsidDel="00000000" w:rsidR="00000000" w:rsidRPr="00000000">
        <w:rPr>
          <w:rtl w:val="0"/>
        </w:rPr>
        <w:t xml:space="preserve">Beloved, hear and heed. Do not harden your heart, for the days are urgent.</w:t>
      </w:r>
    </w:p>
    <w:p w:rsidR="00000000" w:rsidDel="00000000" w:rsidP="00000000" w:rsidRDefault="00000000" w:rsidRPr="00000000" w14:paraId="00000024">
      <w:pPr>
        <w:spacing w:after="240" w:before="240" w:lineRule="auto"/>
        <w:rPr>
          <w:i w:val="1"/>
        </w:rPr>
      </w:pPr>
      <w:r w:rsidDel="00000000" w:rsidR="00000000" w:rsidRPr="00000000">
        <w:rPr>
          <w:i w:val="1"/>
          <w:rtl w:val="0"/>
        </w:rPr>
        <w:t xml:space="preserve">Lay down pride, cast off compromise, and return to YAHUAH with fasting, prayer, and trembling.</w:t>
      </w:r>
    </w:p>
    <w:p w:rsidR="00000000" w:rsidDel="00000000" w:rsidP="00000000" w:rsidRDefault="00000000" w:rsidRPr="00000000" w14:paraId="00000025">
      <w:pPr>
        <w:spacing w:after="240" w:before="240" w:lineRule="auto"/>
        <w:rPr/>
      </w:pPr>
      <w:r w:rsidDel="00000000" w:rsidR="00000000" w:rsidRPr="00000000">
        <w:rPr>
          <w:rtl w:val="0"/>
        </w:rPr>
        <w:t xml:space="preserve">Lord, open the eyes of Your people. Let scales fall and hearts burn with holy fire.</w:t>
      </w:r>
    </w:p>
    <w:p w:rsidR="00000000" w:rsidDel="00000000" w:rsidP="00000000" w:rsidRDefault="00000000" w:rsidRPr="00000000" w14:paraId="00000026">
      <w:pPr>
        <w:spacing w:after="240" w:before="240" w:lineRule="auto"/>
        <w:rPr/>
      </w:pPr>
      <w:r w:rsidDel="00000000" w:rsidR="00000000" w:rsidRPr="00000000">
        <w:rPr>
          <w:rtl w:val="0"/>
        </w:rPr>
        <w:t xml:space="preserve">May Your word run swiftly and accomplish all for which You have sent it. HalleluYah.</w:t>
      </w:r>
    </w:p>
    <w:p w:rsidR="00000000" w:rsidDel="00000000" w:rsidP="00000000" w:rsidRDefault="00000000" w:rsidRPr="00000000" w14:paraId="00000027">
      <w:pPr>
        <w:spacing w:after="240" w:before="240" w:lineRule="auto"/>
        <w:rPr/>
      </w:pPr>
      <w:r w:rsidDel="00000000" w:rsidR="00000000" w:rsidRPr="00000000">
        <w:rPr>
          <w:rtl w:val="0"/>
        </w:rPr>
        <w:t xml:space="preserve">The strength of a man’s words brings forth victory. In times of trouble, knowing where that strength comes from is vital to survival. No man can stand alone for so long. Is it not written, “Two are better than one”? For if one falls, the other can help raise him up. Truly, God is the strength of every living being.</w:t>
      </w:r>
    </w:p>
    <w:p w:rsidR="00000000" w:rsidDel="00000000" w:rsidP="00000000" w:rsidRDefault="00000000" w:rsidRPr="00000000" w14:paraId="00000028">
      <w:pPr>
        <w:spacing w:after="240" w:before="240" w:lineRule="auto"/>
        <w:rPr/>
      </w:pPr>
      <w:r w:rsidDel="00000000" w:rsidR="00000000" w:rsidRPr="00000000">
        <w:rPr>
          <w:rtl w:val="0"/>
        </w:rPr>
        <w:t xml:space="preserve">I reached out to the hearts of those who asked for prayer and declared: “Father, give them a repentant heart. Heal the broken places within them. Restore their body, renew their mind, and heal their land. Show them how to activate the Comforter You have already sent. Where there is only one standing, reveal Yourself even greater, for You are the Great Healer, the Magnificent One.”</w:t>
      </w:r>
    </w:p>
    <w:p w:rsidR="00000000" w:rsidDel="00000000" w:rsidP="00000000" w:rsidRDefault="00000000" w:rsidRPr="00000000" w14:paraId="00000029">
      <w:pPr>
        <w:spacing w:after="240" w:before="240" w:lineRule="auto"/>
        <w:rPr/>
      </w:pPr>
      <w:r w:rsidDel="00000000" w:rsidR="00000000" w:rsidRPr="00000000">
        <w:rPr>
          <w:rtl w:val="0"/>
        </w:rPr>
        <w:t xml:space="preserve">YAHUAH is creativity and power itself. Nothing can be taken from His hand without His permission. No disease, no sickness, no curse that tries to manifest can survive in His presence. His name alone brings peace of mind and victory. For You, O God—YAHUAH—are our Shepherd. We shall not want, nor lack, nor be found begging for bread. Blessed be Your name forever! From one generation to another, they shall speak of Your mighty deeds and praise Your greatness.</w:t>
      </w:r>
    </w:p>
    <w:p w:rsidR="00000000" w:rsidDel="00000000" w:rsidP="00000000" w:rsidRDefault="00000000" w:rsidRPr="00000000" w14:paraId="0000002A">
      <w:pPr>
        <w:spacing w:after="240" w:before="240" w:lineRule="auto"/>
        <w:rPr/>
      </w:pPr>
      <w:r w:rsidDel="00000000" w:rsidR="00000000" w:rsidRPr="00000000">
        <w:rPr>
          <w:rtl w:val="0"/>
        </w:rPr>
        <w:t xml:space="preserve">Victory is mine. Victory is ours. So says YAHUAH!</w:t>
      </w:r>
    </w:p>
    <w:p w:rsidR="00000000" w:rsidDel="00000000" w:rsidP="00000000" w:rsidRDefault="00000000" w:rsidRPr="00000000" w14:paraId="0000002B">
      <w:pPr>
        <w:spacing w:after="240" w:before="240" w:lineRule="auto"/>
        <w:rPr/>
      </w:pPr>
      <w:r w:rsidDel="00000000" w:rsidR="00000000" w:rsidRPr="00000000">
        <w:rPr>
          <w:rtl w:val="0"/>
        </w:rPr>
        <w:t xml:space="preserve">“Two are better than one, because they have a good reward for their labor. For if they fall, one will lift up his companion.” (Ecclesiastes 4:9–10)</w:t>
      </w:r>
    </w:p>
    <w:p w:rsidR="00000000" w:rsidDel="00000000" w:rsidP="00000000" w:rsidRDefault="00000000" w:rsidRPr="00000000" w14:paraId="0000002C">
      <w:pPr>
        <w:pStyle w:val="Heading3"/>
        <w:keepNext w:val="0"/>
        <w:keepLines w:val="0"/>
        <w:spacing w:before="280" w:lineRule="auto"/>
        <w:rPr>
          <w:b w:val="1"/>
          <w:color w:val="000000"/>
          <w:sz w:val="26"/>
          <w:szCs w:val="26"/>
        </w:rPr>
      </w:pPr>
      <w:bookmarkStart w:colFirst="0" w:colLast="0" w:name="_xc5h2fyrfpc" w:id="3"/>
      <w:bookmarkEnd w:id="3"/>
      <w:r w:rsidDel="00000000" w:rsidR="00000000" w:rsidRPr="00000000">
        <w:rPr>
          <w:b w:val="1"/>
          <w:color w:val="000000"/>
          <w:sz w:val="26"/>
          <w:szCs w:val="26"/>
          <w:rtl w:val="0"/>
        </w:rPr>
        <w:t xml:space="preserve">Chapter 2: The Majesty of YAH</w:t>
      </w:r>
    </w:p>
    <w:p w:rsidR="00000000" w:rsidDel="00000000" w:rsidP="00000000" w:rsidRDefault="00000000" w:rsidRPr="00000000" w14:paraId="0000002D">
      <w:pPr>
        <w:spacing w:after="240" w:before="240" w:lineRule="auto"/>
        <w:rPr/>
      </w:pPr>
      <w:r w:rsidDel="00000000" w:rsidR="00000000" w:rsidRPr="00000000">
        <w:rPr>
          <w:rtl w:val="0"/>
        </w:rPr>
        <w:t xml:space="preserve">“Go when I say go, and do what I have commanded you to do, and you will win every battle. For I am YAHUAH, the Establisher, your God. YHWH is My name, and My statutes are pinned in the hearts of those whom I draw near unto Me. For it is I who have chosen you and have given you these victories. And it is you whom I have chosen to lead My people—those who are called by My name—into the promise I have ordained for them.</w:t>
      </w:r>
    </w:p>
    <w:p w:rsidR="00000000" w:rsidDel="00000000" w:rsidP="00000000" w:rsidRDefault="00000000" w:rsidRPr="00000000" w14:paraId="0000002E">
      <w:pPr>
        <w:spacing w:after="240" w:before="240" w:lineRule="auto"/>
        <w:rPr/>
      </w:pPr>
      <w:r w:rsidDel="00000000" w:rsidR="00000000" w:rsidRPr="00000000">
        <w:rPr>
          <w:rtl w:val="0"/>
        </w:rPr>
        <w:t xml:space="preserve">The breaking of bread and the washing of feet—are these not streams of healing? Is not the wine a medicine? Are not the sounds of instruments playing worthy for the angels to ascend and descend? For I know the power and the authority I have placed in your hands, and the oil with which I have anointed you. You are the vessel to carry the oil into the Holy of Holies.”</w:t>
      </w:r>
    </w:p>
    <w:p w:rsidR="00000000" w:rsidDel="00000000" w:rsidP="00000000" w:rsidRDefault="00000000" w:rsidRPr="00000000" w14:paraId="0000002F">
      <w:pPr>
        <w:spacing w:after="240" w:before="240" w:lineRule="auto"/>
        <w:rPr/>
      </w:pPr>
      <w:r w:rsidDel="00000000" w:rsidR="00000000" w:rsidRPr="00000000">
        <w:rPr>
          <w:rtl w:val="0"/>
        </w:rPr>
        <w:t xml:space="preserve">Beloved, this is the call of YAHUAH: to move only at His command, to lead as one anointed, and to walk with reverence into the holy place. Do not doubt the oil He has poured upon you. Do not question the authority He has entrusted to your hands. You are chosen. You are appointed. You are sent.</w:t>
      </w:r>
    </w:p>
    <w:p w:rsidR="00000000" w:rsidDel="00000000" w:rsidP="00000000" w:rsidRDefault="00000000" w:rsidRPr="00000000" w14:paraId="00000030">
      <w:pPr>
        <w:spacing w:after="240" w:before="240" w:lineRule="auto"/>
        <w:rPr/>
      </w:pPr>
      <w:r w:rsidDel="00000000" w:rsidR="00000000" w:rsidRPr="00000000">
        <w:rPr>
          <w:rtl w:val="0"/>
        </w:rPr>
        <w:t xml:space="preserve">Father, let us go when You say go. Let us do only what You have commanded us to do. Strengthen us in battle, establish us in victory, and remind us that we are chosen by Your hand. Anoint us afresh, and lead us into Your Holy of Holies.</w:t>
      </w:r>
    </w:p>
    <w:p w:rsidR="00000000" w:rsidDel="00000000" w:rsidP="00000000" w:rsidRDefault="00000000" w:rsidRPr="00000000" w14:paraId="00000031">
      <w:pPr>
        <w:spacing w:after="240" w:before="240" w:lineRule="auto"/>
        <w:rPr/>
      </w:pPr>
      <w:r w:rsidDel="00000000" w:rsidR="00000000" w:rsidRPr="00000000">
        <w:rPr>
          <w:rtl w:val="0"/>
        </w:rPr>
        <w:t xml:space="preserve">I am chosen. I am anointed. I will go when He says go, and I will win every battle in the name of YHWH.</w:t>
      </w:r>
    </w:p>
    <w:p w:rsidR="00000000" w:rsidDel="00000000" w:rsidP="00000000" w:rsidRDefault="00000000" w:rsidRPr="00000000" w14:paraId="00000032">
      <w:pPr>
        <w:pStyle w:val="Heading3"/>
        <w:keepNext w:val="0"/>
        <w:keepLines w:val="0"/>
        <w:spacing w:before="280" w:lineRule="auto"/>
        <w:rPr>
          <w:b w:val="1"/>
          <w:color w:val="000000"/>
          <w:sz w:val="26"/>
          <w:szCs w:val="26"/>
        </w:rPr>
      </w:pPr>
      <w:bookmarkStart w:colFirst="0" w:colLast="0" w:name="_8wfheiilndek" w:id="4"/>
      <w:bookmarkEnd w:id="4"/>
      <w:r w:rsidDel="00000000" w:rsidR="00000000" w:rsidRPr="00000000">
        <w:rPr>
          <w:b w:val="1"/>
          <w:color w:val="000000"/>
          <w:sz w:val="26"/>
          <w:szCs w:val="26"/>
          <w:rtl w:val="0"/>
        </w:rPr>
        <w:t xml:space="preserve">Chapter 3: Mighty in Majesty</w:t>
      </w:r>
    </w:p>
    <w:p w:rsidR="00000000" w:rsidDel="00000000" w:rsidP="00000000" w:rsidRDefault="00000000" w:rsidRPr="00000000" w14:paraId="00000033">
      <w:pPr>
        <w:spacing w:after="240" w:before="240" w:lineRule="auto"/>
        <w:rPr>
          <w:b w:val="1"/>
        </w:rPr>
      </w:pPr>
      <w:r w:rsidDel="00000000" w:rsidR="00000000" w:rsidRPr="00000000">
        <w:rPr>
          <w:b w:val="1"/>
          <w:rtl w:val="0"/>
        </w:rPr>
        <w:t xml:space="preserve">1.</w:t>
      </w:r>
    </w:p>
    <w:p w:rsidR="00000000" w:rsidDel="00000000" w:rsidP="00000000" w:rsidRDefault="00000000" w:rsidRPr="00000000" w14:paraId="00000034">
      <w:pPr>
        <w:spacing w:after="240" w:before="240" w:lineRule="auto"/>
        <w:rPr/>
      </w:pPr>
      <w:r w:rsidDel="00000000" w:rsidR="00000000" w:rsidRPr="00000000">
        <w:rPr>
          <w:rtl w:val="0"/>
        </w:rPr>
        <w:t xml:space="preserve">“YAHUAH reigns. He is robed in majesty; YAHUAH is robed, He has put on strength as His belt. Yes, the world is established; it shall never be moved. The floods have lifted up, O Yah, the floods have lifted up their voice; the floods lift up their roaring. Mightier than the thunders of many waters, mightier than the waves of the sea, Yah on high is mighty!” (Psalm 93:1–4)</w:t>
      </w:r>
    </w:p>
    <w:p w:rsidR="00000000" w:rsidDel="00000000" w:rsidP="00000000" w:rsidRDefault="00000000" w:rsidRPr="00000000" w14:paraId="00000035">
      <w:pPr>
        <w:spacing w:after="240" w:before="240" w:lineRule="auto"/>
        <w:rPr/>
      </w:pPr>
      <w:r w:rsidDel="00000000" w:rsidR="00000000" w:rsidRPr="00000000">
        <w:rPr>
          <w:rtl w:val="0"/>
        </w:rPr>
        <w:t xml:space="preserve">My God, awesome in mighty deeds. He is clothed in majesty. YAHUAH is emboldened in strength. Surely His thoughts were established before there was a “was” or a “today.” YAHUAH is.</w:t>
      </w:r>
    </w:p>
    <w:p w:rsidR="00000000" w:rsidDel="00000000" w:rsidP="00000000" w:rsidRDefault="00000000" w:rsidRPr="00000000" w14:paraId="00000036">
      <w:pPr>
        <w:spacing w:after="240" w:before="240" w:lineRule="auto"/>
        <w:rPr/>
      </w:pPr>
      <w:r w:rsidDel="00000000" w:rsidR="00000000" w:rsidRPr="00000000">
        <w:rPr>
          <w:rtl w:val="0"/>
        </w:rPr>
        <w:t xml:space="preserve">The floods have lifted up; the floods have lifted up their voices. The floods have stood up and spoken in unity. Yet YAHUAH is high and mighty! Who can change His course? He is mightier than the voices of many waters, mightier than the waves of the sea. His judgments are sure. His testimonies are very sure. Holiness adores His house. O YAHUAH, Your power, Your authority, and Your faithfulness are everlasting and forever and ever.</w:t>
      </w:r>
    </w:p>
    <w:p w:rsidR="00000000" w:rsidDel="00000000" w:rsidP="00000000" w:rsidRDefault="00000000" w:rsidRPr="00000000" w14:paraId="00000037">
      <w:pPr>
        <w:spacing w:after="240" w:before="240" w:lineRule="auto"/>
        <w:rPr/>
      </w:pPr>
      <w:r w:rsidDel="00000000" w:rsidR="00000000" w:rsidRPr="00000000">
        <w:rPr>
          <w:rtl w:val="0"/>
        </w:rPr>
        <w:t xml:space="preserve">Beloved, lift your eyes to the One who reigns in majesty. Do not be shaken by the roar of the floods, nor by the noise of the nations. YAHUAH is clothed in strength, and His reign cannot be overturned. Fix your faith on Him, for His power is eternal, and His testimonies are sure.</w:t>
      </w:r>
    </w:p>
    <w:p w:rsidR="00000000" w:rsidDel="00000000" w:rsidP="00000000" w:rsidRDefault="00000000" w:rsidRPr="00000000" w14:paraId="00000038">
      <w:pPr>
        <w:spacing w:after="240" w:before="240" w:lineRule="auto"/>
        <w:rPr/>
      </w:pPr>
      <w:r w:rsidDel="00000000" w:rsidR="00000000" w:rsidRPr="00000000">
        <w:rPr>
          <w:rtl w:val="0"/>
        </w:rPr>
        <w:t xml:space="preserve">Father, clothe us with the assurance of Your majesty. Let us hear Your voice above the roaring waters. Anchor us in Your everlasting faithfulness, and let our hearts adore Your holiness.</w:t>
      </w:r>
    </w:p>
    <w:p w:rsidR="00000000" w:rsidDel="00000000" w:rsidP="00000000" w:rsidRDefault="00000000" w:rsidRPr="00000000" w14:paraId="00000039">
      <w:pPr>
        <w:spacing w:after="240" w:before="240" w:lineRule="auto"/>
        <w:rPr/>
      </w:pPr>
      <w:r w:rsidDel="00000000" w:rsidR="00000000" w:rsidRPr="00000000">
        <w:rPr>
          <w:rtl w:val="0"/>
        </w:rPr>
        <w:t xml:space="preserve">YAHUAH reigns! He is mighty, clothed in majesty, and His strength endures forever!</w:t>
      </w:r>
    </w:p>
    <w:p w:rsidR="00000000" w:rsidDel="00000000" w:rsidP="00000000" w:rsidRDefault="00000000" w:rsidRPr="00000000" w14:paraId="0000003A">
      <w:pPr>
        <w:spacing w:after="240" w:before="240" w:lineRule="auto"/>
        <w:rPr>
          <w:b w:val="1"/>
        </w:rPr>
      </w:pPr>
      <w:r w:rsidDel="00000000" w:rsidR="00000000" w:rsidRPr="00000000">
        <w:rPr>
          <w:b w:val="1"/>
          <w:rtl w:val="0"/>
        </w:rPr>
        <w:t xml:space="preserve">2.</w:t>
      </w:r>
    </w:p>
    <w:p w:rsidR="00000000" w:rsidDel="00000000" w:rsidP="00000000" w:rsidRDefault="00000000" w:rsidRPr="00000000" w14:paraId="0000003B">
      <w:pPr>
        <w:spacing w:after="240" w:before="240" w:lineRule="auto"/>
        <w:rPr/>
      </w:pPr>
      <w:r w:rsidDel="00000000" w:rsidR="00000000" w:rsidRPr="00000000">
        <w:rPr>
          <w:rtl w:val="0"/>
        </w:rPr>
        <w:t xml:space="preserve">“Death and life are in the power of the tongue, and those who love it will eat its fruit.” (Proverbs 18:21)</w:t>
      </w:r>
    </w:p>
    <w:p w:rsidR="00000000" w:rsidDel="00000000" w:rsidP="00000000" w:rsidRDefault="00000000" w:rsidRPr="00000000" w14:paraId="0000003C">
      <w:pPr>
        <w:spacing w:after="240" w:before="240" w:lineRule="auto"/>
        <w:rPr/>
      </w:pPr>
      <w:r w:rsidDel="00000000" w:rsidR="00000000" w:rsidRPr="00000000">
        <w:rPr>
          <w:rtl w:val="0"/>
        </w:rPr>
        <w:t xml:space="preserve">“So shall My word be that goes forth from My mouth; it shall not return to Me void, but it shall accomplish what I please, and it shall prosper in the thing for which I sent it.” (Isaiah 55:11)</w:t>
      </w:r>
    </w:p>
    <w:p w:rsidR="00000000" w:rsidDel="00000000" w:rsidP="00000000" w:rsidRDefault="00000000" w:rsidRPr="00000000" w14:paraId="0000003D">
      <w:pPr>
        <w:spacing w:after="240" w:before="240" w:lineRule="auto"/>
        <w:rPr/>
      </w:pPr>
      <w:r w:rsidDel="00000000" w:rsidR="00000000" w:rsidRPr="00000000">
        <w:rPr>
          <w:rtl w:val="0"/>
        </w:rPr>
        <w:t xml:space="preserve">For Your mercy endures forever. Our Father in heaven, holy be Your name. Your will be done on earth as it is in heaven. Great is Your love toward mankind. You hold the hearts of men in the palm of Your hand. From generation to generation Your creation testifies. For what is man, that You are mindful of him? Or the son of man, that You visit him? Yet You, O God, have made him a little lower than the angels.</w:t>
      </w:r>
    </w:p>
    <w:p w:rsidR="00000000" w:rsidDel="00000000" w:rsidP="00000000" w:rsidRDefault="00000000" w:rsidRPr="00000000" w14:paraId="0000003E">
      <w:pPr>
        <w:spacing w:after="240" w:before="240" w:lineRule="auto"/>
        <w:rPr/>
      </w:pPr>
      <w:r w:rsidDel="00000000" w:rsidR="00000000" w:rsidRPr="00000000">
        <w:rPr>
          <w:rtl w:val="0"/>
        </w:rPr>
        <w:t xml:space="preserve">Our prayers are lifted toward You, O God, for our very lives are in Your hands. You spoke, and Your words became living testimonies. You made us in Your image and gave us a voice of living truth. You entrusted us with power and authority over our words, whether to build up or to tear down.</w:t>
      </w:r>
    </w:p>
    <w:p w:rsidR="00000000" w:rsidDel="00000000" w:rsidP="00000000" w:rsidRDefault="00000000" w:rsidRPr="00000000" w14:paraId="0000003F">
      <w:pPr>
        <w:spacing w:after="240" w:before="240" w:lineRule="auto"/>
        <w:rPr/>
      </w:pPr>
      <w:r w:rsidDel="00000000" w:rsidR="00000000" w:rsidRPr="00000000">
        <w:rPr>
          <w:rtl w:val="0"/>
        </w:rPr>
        <w:t xml:space="preserve">We speak life, O God, into our bodies. We speak healing and restoration. We declare that every cell shall awaken and function according to Your perfect design. We speak restoration over damaged tissues, healing over years of neglect and abuse. We place our trust in You, O God, knowing that You perform miracles and create ways of hope. We believe that whatsoever we speak in faith shall come to pass. In times of turmoil, we look for Your strength, Your peace of mind, and Your guidance to propel us into victory.</w:t>
      </w:r>
    </w:p>
    <w:p w:rsidR="00000000" w:rsidDel="00000000" w:rsidP="00000000" w:rsidRDefault="00000000" w:rsidRPr="00000000" w14:paraId="00000040">
      <w:pPr>
        <w:spacing w:after="240" w:before="240" w:lineRule="auto"/>
        <w:rPr/>
      </w:pPr>
      <w:r w:rsidDel="00000000" w:rsidR="00000000" w:rsidRPr="00000000">
        <w:rPr>
          <w:rtl w:val="0"/>
        </w:rPr>
        <w:t xml:space="preserve">Father, with a voice like a trumpet, we shout: HalleluYah! Glory be to God in the highest! Blessed be Your name forever and ever.</w:t>
      </w:r>
    </w:p>
    <w:p w:rsidR="00000000" w:rsidDel="00000000" w:rsidP="00000000" w:rsidRDefault="00000000" w:rsidRPr="00000000" w14:paraId="00000041">
      <w:pPr>
        <w:spacing w:after="240" w:before="240" w:lineRule="auto"/>
        <w:rPr/>
      </w:pPr>
      <w:r w:rsidDel="00000000" w:rsidR="00000000" w:rsidRPr="00000000">
        <w:rPr>
          <w:rtl w:val="0"/>
        </w:rPr>
        <w:t xml:space="preserve">Beloved, guard the words you speak. Use the power entrusted to you not for destruction, but for life, healing, and restoration. Your words, aligned with God’s truth, carry authority to shift the atmosphere and bring forth victory.</w:t>
      </w:r>
    </w:p>
    <w:p w:rsidR="00000000" w:rsidDel="00000000" w:rsidP="00000000" w:rsidRDefault="00000000" w:rsidRPr="00000000" w14:paraId="00000042">
      <w:pPr>
        <w:spacing w:after="240" w:before="240" w:lineRule="auto"/>
        <w:rPr/>
      </w:pPr>
      <w:r w:rsidDel="00000000" w:rsidR="00000000" w:rsidRPr="00000000">
        <w:rPr>
          <w:rtl w:val="0"/>
        </w:rPr>
        <w:t xml:space="preserve">Father, teach us to speak life with boldness and faith. Let our tongues be instruments of healing, restoration, and blessing. Seal our lips from curses, and let every declaration we make in Your name prosper according to Your will.</w:t>
      </w:r>
    </w:p>
    <w:p w:rsidR="00000000" w:rsidDel="00000000" w:rsidP="00000000" w:rsidRDefault="00000000" w:rsidRPr="00000000" w14:paraId="00000043">
      <w:pPr>
        <w:spacing w:after="240" w:before="240" w:lineRule="auto"/>
        <w:rPr/>
      </w:pPr>
      <w:r w:rsidDel="00000000" w:rsidR="00000000" w:rsidRPr="00000000">
        <w:rPr>
          <w:rtl w:val="0"/>
        </w:rPr>
        <w:t xml:space="preserve">I will speak life. I will speak healing. I will speak restoration. My words shall align with YAHUAH, and victory shall be mine.</w:t>
      </w:r>
    </w:p>
    <w:p w:rsidR="00000000" w:rsidDel="00000000" w:rsidP="00000000" w:rsidRDefault="00000000" w:rsidRPr="00000000" w14:paraId="00000044">
      <w:pPr>
        <w:spacing w:after="240" w:before="240" w:lineRule="auto"/>
        <w:rPr>
          <w:b w:val="1"/>
        </w:rPr>
      </w:pPr>
      <w:r w:rsidDel="00000000" w:rsidR="00000000" w:rsidRPr="00000000">
        <w:rPr>
          <w:b w:val="1"/>
          <w:rtl w:val="0"/>
        </w:rPr>
        <w:t xml:space="preserve">3.</w:t>
      </w:r>
    </w:p>
    <w:p w:rsidR="00000000" w:rsidDel="00000000" w:rsidP="00000000" w:rsidRDefault="00000000" w:rsidRPr="00000000" w14:paraId="00000045">
      <w:pPr>
        <w:spacing w:after="240" w:before="240" w:lineRule="auto"/>
        <w:rPr/>
      </w:pPr>
      <w:r w:rsidDel="00000000" w:rsidR="00000000" w:rsidRPr="00000000">
        <w:rPr>
          <w:rtl w:val="0"/>
        </w:rPr>
        <w:t xml:space="preserve">“YAHUAH reigns, He is clothed with majesty; YAHUAH is robed, He has put on strength as His belt. Yes, the world is established; it shall never be moved.” (Psalm 93:1)</w:t>
      </w:r>
    </w:p>
    <w:p w:rsidR="00000000" w:rsidDel="00000000" w:rsidP="00000000" w:rsidRDefault="00000000" w:rsidRPr="00000000" w14:paraId="00000046">
      <w:pPr>
        <w:spacing w:after="240" w:before="240" w:lineRule="auto"/>
        <w:rPr/>
      </w:pPr>
      <w:r w:rsidDel="00000000" w:rsidR="00000000" w:rsidRPr="00000000">
        <w:rPr>
          <w:rtl w:val="0"/>
        </w:rPr>
        <w:t xml:space="preserve">“Take us the foxes, the little foxes, that spoil the vines: for our vines have tender grapes.” (Song of Solomon 2:15)</w:t>
      </w:r>
    </w:p>
    <w:p w:rsidR="00000000" w:rsidDel="00000000" w:rsidP="00000000" w:rsidRDefault="00000000" w:rsidRPr="00000000" w14:paraId="00000047">
      <w:pPr>
        <w:spacing w:after="240" w:before="240" w:lineRule="auto"/>
        <w:rPr/>
      </w:pPr>
      <w:r w:rsidDel="00000000" w:rsidR="00000000" w:rsidRPr="00000000">
        <w:rPr>
          <w:rtl w:val="0"/>
        </w:rPr>
        <w:t xml:space="preserve">My God, awesome in mighty deeds, clothed in majesty. YAHUAH is emboldened in strength. Surely His thoughts were established before there was a yesterday or a today. YAHUAH is.</w:t>
      </w:r>
    </w:p>
    <w:p w:rsidR="00000000" w:rsidDel="00000000" w:rsidP="00000000" w:rsidRDefault="00000000" w:rsidRPr="00000000" w14:paraId="00000048">
      <w:pPr>
        <w:spacing w:after="240" w:before="240" w:lineRule="auto"/>
        <w:rPr/>
      </w:pPr>
      <w:r w:rsidDel="00000000" w:rsidR="00000000" w:rsidRPr="00000000">
        <w:rPr>
          <w:rtl w:val="0"/>
        </w:rPr>
        <w:t xml:space="preserve">The floods have lifted up. The floods have lifted up their voices. The floods stood and spoke in unity. YAHUAH is high and mighty. Who can change His course? He is mightier than the voices of many waters, mightier than the waves of the sea. His judgments are sure. His testimonies are very sure. Holiness adorns His house forever.</w:t>
      </w:r>
    </w:p>
    <w:p w:rsidR="00000000" w:rsidDel="00000000" w:rsidP="00000000" w:rsidRDefault="00000000" w:rsidRPr="00000000" w14:paraId="00000049">
      <w:pPr>
        <w:spacing w:after="240" w:before="240" w:lineRule="auto"/>
        <w:rPr/>
      </w:pPr>
      <w:r w:rsidDel="00000000" w:rsidR="00000000" w:rsidRPr="00000000">
        <w:rPr>
          <w:rtl w:val="0"/>
        </w:rPr>
        <w:t xml:space="preserve">“Surely now you should have awakened from your slumber, from your foolishness. Are the laws of justice not rolling over you, disrupting your daily lives? Can you endure the challenges of uncertainty? Why do I hear cries of anguish from a people with no boundaries? The laws of nature reveal no favoritism, yet surely disruption has come.</w:t>
      </w:r>
    </w:p>
    <w:p w:rsidR="00000000" w:rsidDel="00000000" w:rsidP="00000000" w:rsidRDefault="00000000" w:rsidRPr="00000000" w14:paraId="0000004A">
      <w:pPr>
        <w:spacing w:after="240" w:before="240" w:lineRule="auto"/>
        <w:rPr/>
      </w:pPr>
      <w:r w:rsidDel="00000000" w:rsidR="00000000" w:rsidRPr="00000000">
        <w:rPr>
          <w:rtl w:val="0"/>
        </w:rPr>
        <w:t xml:space="preserve">Ask yourself this question: who fled from where first, and what opportunities were afforded them? Time does not erase the past, nor do footprints vanish without a trace. Is there not a book written of your deeds, your assignments, your history? A book marked with retaliation and rebellion? Did not the children of Israel wander in the wilderness for forty years, until their lavish desires were broken down to manna from heaven and water from the rock?</w:t>
      </w:r>
    </w:p>
    <w:p w:rsidR="00000000" w:rsidDel="00000000" w:rsidP="00000000" w:rsidRDefault="00000000" w:rsidRPr="00000000" w14:paraId="0000004B">
      <w:pPr>
        <w:spacing w:after="240" w:before="240" w:lineRule="auto"/>
        <w:rPr/>
      </w:pPr>
      <w:r w:rsidDel="00000000" w:rsidR="00000000" w:rsidRPr="00000000">
        <w:rPr>
          <w:rtl w:val="0"/>
        </w:rPr>
        <w:t xml:space="preserve">Hear My words: it is the little foxes that spoil the vines, and a teaspoon of leaven will leaven the whole loaf.”</w:t>
      </w:r>
    </w:p>
    <w:p w:rsidR="00000000" w:rsidDel="00000000" w:rsidP="00000000" w:rsidRDefault="00000000" w:rsidRPr="00000000" w14:paraId="0000004C">
      <w:pPr>
        <w:spacing w:after="240" w:before="240" w:lineRule="auto"/>
        <w:rPr/>
      </w:pPr>
      <w:r w:rsidDel="00000000" w:rsidR="00000000" w:rsidRPr="00000000">
        <w:rPr>
          <w:rtl w:val="0"/>
        </w:rPr>
        <w:t xml:space="preserve">Beloved, take heed to the warnings of YAHUAH. Do not be blinded by comfort or carried away by folly. Every hidden deed is recorded. Every small compromise, if left unchecked, will grow into corruption. Return to the majesty of God and let His holiness adorn your life.</w:t>
      </w:r>
    </w:p>
    <w:p w:rsidR="00000000" w:rsidDel="00000000" w:rsidP="00000000" w:rsidRDefault="00000000" w:rsidRPr="00000000" w14:paraId="0000004D">
      <w:pPr>
        <w:spacing w:after="240" w:before="240" w:lineRule="auto"/>
        <w:rPr/>
      </w:pPr>
      <w:r w:rsidDel="00000000" w:rsidR="00000000" w:rsidRPr="00000000">
        <w:rPr>
          <w:rtl w:val="0"/>
        </w:rPr>
        <w:t xml:space="preserve">Father, awaken us from complacency. Expose the little foxes in our lives that spoil the vines. Strip away the leaven that corrupts our hearts. Establish us in Your holiness and clothe us in Your strength. HalleluYah.</w:t>
      </w:r>
    </w:p>
    <w:p w:rsidR="00000000" w:rsidDel="00000000" w:rsidP="00000000" w:rsidRDefault="00000000" w:rsidRPr="00000000" w14:paraId="0000004E">
      <w:pPr>
        <w:spacing w:after="240" w:before="240" w:lineRule="auto"/>
        <w:rPr/>
      </w:pPr>
      <w:r w:rsidDel="00000000" w:rsidR="00000000" w:rsidRPr="00000000">
        <w:rPr>
          <w:rtl w:val="0"/>
        </w:rPr>
        <w:t xml:space="preserve">I will awaken to righteousness. I will not allow small sins to spoil the work of God in me. My life shall testify of His majesty and faithfulness.</w:t>
      </w:r>
    </w:p>
    <w:p w:rsidR="00000000" w:rsidDel="00000000" w:rsidP="00000000" w:rsidRDefault="00000000" w:rsidRPr="00000000" w14:paraId="0000004F">
      <w:pPr>
        <w:pStyle w:val="Heading3"/>
        <w:keepNext w:val="0"/>
        <w:keepLines w:val="0"/>
        <w:spacing w:before="280" w:lineRule="auto"/>
        <w:rPr>
          <w:b w:val="1"/>
          <w:color w:val="000000"/>
          <w:sz w:val="26"/>
          <w:szCs w:val="26"/>
        </w:rPr>
      </w:pPr>
      <w:bookmarkStart w:colFirst="0" w:colLast="0" w:name="_fe4savclvszv" w:id="5"/>
      <w:bookmarkEnd w:id="5"/>
      <w:r w:rsidDel="00000000" w:rsidR="00000000" w:rsidRPr="00000000">
        <w:rPr>
          <w:b w:val="1"/>
          <w:color w:val="000000"/>
          <w:sz w:val="26"/>
          <w:szCs w:val="26"/>
          <w:rtl w:val="0"/>
        </w:rPr>
        <w:t xml:space="preserve">Chapter 4: The Deception of Pride</w:t>
      </w:r>
    </w:p>
    <w:p w:rsidR="00000000" w:rsidDel="00000000" w:rsidP="00000000" w:rsidRDefault="00000000" w:rsidRPr="00000000" w14:paraId="00000050">
      <w:pPr>
        <w:spacing w:after="240" w:before="240" w:lineRule="auto"/>
        <w:rPr/>
      </w:pPr>
      <w:r w:rsidDel="00000000" w:rsidR="00000000" w:rsidRPr="00000000">
        <w:rPr>
          <w:rtl w:val="0"/>
        </w:rPr>
        <w:t xml:space="preserve">Pride blinds both leaders and people. The enemy’s voice mimics truth, leading many astray, but YAHUAH will not be mocked. His sovereignty stands.</w:t>
      </w:r>
    </w:p>
    <w:p w:rsidR="00000000" w:rsidDel="00000000" w:rsidP="00000000" w:rsidRDefault="00000000" w:rsidRPr="00000000" w14:paraId="00000051">
      <w:pPr>
        <w:spacing w:after="240" w:before="240" w:lineRule="auto"/>
        <w:rPr/>
      </w:pPr>
      <w:r w:rsidDel="00000000" w:rsidR="00000000" w:rsidRPr="00000000">
        <w:rPr>
          <w:rtl w:val="0"/>
        </w:rPr>
        <w:t xml:space="preserve">The reckless part of it is, he said in his heart,</w:t>
      </w:r>
    </w:p>
    <w:p w:rsidR="00000000" w:rsidDel="00000000" w:rsidP="00000000" w:rsidRDefault="00000000" w:rsidRPr="00000000" w14:paraId="00000052">
      <w:pPr>
        <w:spacing w:after="240" w:before="240" w:lineRule="auto"/>
        <w:rPr/>
      </w:pPr>
      <w:r w:rsidDel="00000000" w:rsidR="00000000" w:rsidRPr="00000000">
        <w:rPr>
          <w:i w:val="1"/>
          <w:rtl w:val="0"/>
        </w:rPr>
        <w:t xml:space="preserve">I will be like the Most High God.</w:t>
      </w:r>
      <w:r w:rsidDel="00000000" w:rsidR="00000000" w:rsidRPr="00000000">
        <w:rPr>
          <w:rtl w:val="0"/>
        </w:rPr>
        <w:t xml:space="preserve"> And the church agreed with him, declaring, </w:t>
      </w:r>
      <w:r w:rsidDel="00000000" w:rsidR="00000000" w:rsidRPr="00000000">
        <w:rPr>
          <w:i w:val="1"/>
          <w:rtl w:val="0"/>
        </w:rPr>
        <w:t xml:space="preserve">Let us make the nation great again.</w:t>
      </w:r>
      <w:r w:rsidDel="00000000" w:rsidR="00000000" w:rsidRPr="00000000">
        <w:rPr>
          <w:rtl w:val="0"/>
        </w:rPr>
        <w:t xml:space="preserve"> In My hearing, the church declared that what I had created and established was not worthy.</w:t>
      </w:r>
    </w:p>
    <w:p w:rsidR="00000000" w:rsidDel="00000000" w:rsidP="00000000" w:rsidRDefault="00000000" w:rsidRPr="00000000" w14:paraId="00000053">
      <w:pPr>
        <w:spacing w:after="240" w:before="240" w:lineRule="auto"/>
        <w:rPr/>
      </w:pPr>
      <w:r w:rsidDel="00000000" w:rsidR="00000000" w:rsidRPr="00000000">
        <w:rPr>
          <w:rtl w:val="0"/>
        </w:rPr>
        <w:t xml:space="preserve">Did not a third follow the deceiver of old? Was not his voice mesmerizing to the dull, as the song of a piper leading sheep to the slaughter? He twisted no arms. He broke no bones. He mocked the sick, exalted the criminal, and set fire to dry timber. His voice rose in pride, and the church echoed his words. Yet what atonement is sufficient? What offering can cleanse the stain of betrayal?</w:t>
      </w:r>
    </w:p>
    <w:p w:rsidR="00000000" w:rsidDel="00000000" w:rsidP="00000000" w:rsidRDefault="00000000" w:rsidRPr="00000000" w14:paraId="00000054">
      <w:pPr>
        <w:spacing w:after="240" w:before="240" w:lineRule="auto"/>
        <w:rPr/>
      </w:pPr>
      <w:r w:rsidDel="00000000" w:rsidR="00000000" w:rsidRPr="00000000">
        <w:rPr>
          <w:rtl w:val="0"/>
        </w:rPr>
        <w:t xml:space="preserve">Hear Me: I am YAHUAH. I Am who I Am. No counterfeit can stand before Me. No false decree will overturn My Word. For I weigh every heart, I test every spirit, and I expose what is hidden.</w:t>
      </w:r>
    </w:p>
    <w:p w:rsidR="00000000" w:rsidDel="00000000" w:rsidP="00000000" w:rsidRDefault="00000000" w:rsidRPr="00000000" w14:paraId="00000055">
      <w:pPr>
        <w:spacing w:after="240" w:before="240" w:lineRule="auto"/>
        <w:rPr/>
      </w:pPr>
      <w:r w:rsidDel="00000000" w:rsidR="00000000" w:rsidRPr="00000000">
        <w:rPr>
          <w:rtl w:val="0"/>
        </w:rPr>
        <w:t xml:space="preserve">YAHUAH showed me a mirror shattered into many fragments. Each piece reflected a distorted face, each claiming to be truth, each demanding loyalty. Yet above the broken glass, a single flame descended—consuming the false images until only the light of YAHUAH remained.</w:t>
      </w:r>
    </w:p>
    <w:p w:rsidR="00000000" w:rsidDel="00000000" w:rsidP="00000000" w:rsidRDefault="00000000" w:rsidRPr="00000000" w14:paraId="00000056">
      <w:pPr>
        <w:spacing w:after="240" w:before="240" w:lineRule="auto"/>
        <w:rPr/>
      </w:pPr>
      <w:r w:rsidDel="00000000" w:rsidR="00000000" w:rsidRPr="00000000">
        <w:rPr>
          <w:rtl w:val="0"/>
        </w:rPr>
        <w:t xml:space="preserve">“Death and life are in the power of the tongue, and those who love it will eat its fruit.” (Proverbs 18:21)</w:t>
      </w:r>
    </w:p>
    <w:p w:rsidR="00000000" w:rsidDel="00000000" w:rsidP="00000000" w:rsidRDefault="00000000" w:rsidRPr="00000000" w14:paraId="00000057">
      <w:pPr>
        <w:spacing w:after="240" w:before="240" w:lineRule="auto"/>
        <w:rPr/>
      </w:pPr>
      <w:r w:rsidDel="00000000" w:rsidR="00000000" w:rsidRPr="00000000">
        <w:rPr>
          <w:rtl w:val="0"/>
        </w:rPr>
        <w:t xml:space="preserve">“He who dwells in the secret place of the Most High shall abide under the shadow of the Almighty.” (Psalm 91:1)</w:t>
      </w:r>
    </w:p>
    <w:p w:rsidR="00000000" w:rsidDel="00000000" w:rsidP="00000000" w:rsidRDefault="00000000" w:rsidRPr="00000000" w14:paraId="00000058">
      <w:pPr>
        <w:spacing w:after="240" w:before="240" w:lineRule="auto"/>
        <w:rPr/>
      </w:pPr>
      <w:r w:rsidDel="00000000" w:rsidR="00000000" w:rsidRPr="00000000">
        <w:rPr>
          <w:rtl w:val="0"/>
        </w:rPr>
        <w:t xml:space="preserve">Who can abide under the shadow of the Almighty? Where grace abounds, there is liberty. Who opens a door for robbers to enter? What madness circles a man’s heart? For it is written: Life and death are in the power of the tongue. Be careful of the words you speak—whether good or bad. Good words may become tokens for success, or they may stir jealousy in the hearts of others. Evil words, though whispered in secret, may be carried by unseen wings to the ears of your enemies. I tell you the truth: put no trust in a snake, and beware of a viper’s strike.</w:t>
      </w:r>
    </w:p>
    <w:p w:rsidR="00000000" w:rsidDel="00000000" w:rsidP="00000000" w:rsidRDefault="00000000" w:rsidRPr="00000000" w14:paraId="00000059">
      <w:pPr>
        <w:spacing w:after="240" w:before="240" w:lineRule="auto"/>
        <w:rPr/>
      </w:pPr>
      <w:r w:rsidDel="00000000" w:rsidR="00000000" w:rsidRPr="00000000">
        <w:rPr>
          <w:rtl w:val="0"/>
        </w:rPr>
        <w:t xml:space="preserve">Many will come seeking cover and to eat of the daily bread. Yet among them will be those appointed from the beginning for deception. Time will change swiftly. Today will not be like tomorrow. Days of play will give way to days of aggression and unrest. Yet it will not be the end for many, but a heavy season of misery.</w:t>
      </w:r>
    </w:p>
    <w:p w:rsidR="00000000" w:rsidDel="00000000" w:rsidP="00000000" w:rsidRDefault="00000000" w:rsidRPr="00000000" w14:paraId="0000005A">
      <w:pPr>
        <w:spacing w:after="240" w:before="240" w:lineRule="auto"/>
        <w:rPr/>
      </w:pPr>
      <w:r w:rsidDel="00000000" w:rsidR="00000000" w:rsidRPr="00000000">
        <w:rPr>
          <w:rtl w:val="0"/>
        </w:rPr>
        <w:t xml:space="preserve">“Who can endure the bitterness of sin? Many will come in My name, swearing words that are not true. They will declare, ‘Thus says YAHUAH,’ yet I have not spoken to them. They will swear by heaven and earth, but their garments are stained. Listen, discern, and you will see them exposed and set out to dry.</w:t>
      </w:r>
    </w:p>
    <w:p w:rsidR="00000000" w:rsidDel="00000000" w:rsidP="00000000" w:rsidRDefault="00000000" w:rsidRPr="00000000" w14:paraId="0000005B">
      <w:pPr>
        <w:spacing w:after="240" w:before="240" w:lineRule="auto"/>
        <w:rPr/>
      </w:pPr>
      <w:r w:rsidDel="00000000" w:rsidR="00000000" w:rsidRPr="00000000">
        <w:rPr>
          <w:rtl w:val="0"/>
        </w:rPr>
        <w:t xml:space="preserve">The ignorance of this nation—the belief that every other nation in the world will bend the knee to them—is gravely wrong and a deadly mistake. Their ignorance is pridefully despicable. Their lust for power, money, and dominance is cancerous. Whether ordained by God or not, the outcome will be disastrous and relentless for those involved.</w:t>
      </w:r>
    </w:p>
    <w:p w:rsidR="00000000" w:rsidDel="00000000" w:rsidP="00000000" w:rsidRDefault="00000000" w:rsidRPr="00000000" w14:paraId="0000005C">
      <w:pPr>
        <w:spacing w:after="240" w:before="240" w:lineRule="auto"/>
        <w:rPr/>
      </w:pPr>
      <w:r w:rsidDel="00000000" w:rsidR="00000000" w:rsidRPr="00000000">
        <w:rPr>
          <w:rtl w:val="0"/>
        </w:rPr>
        <w:t xml:space="preserve">It is written, I will gather all the nations of the earth and bring them to the Valley of Jehoshaphat and enter into judgment with them on account of my people, My heritage Israel, whom they have scattered among the nations and divided My land, says YAHUAH. I will be true and righteous in My judgment and show the nations what fear looks like, and what the true meaning of reverence and revenge entails. Their blood shall be mixed and spilled upon the land and upon the sea. And there those who are left, which will be few in numbers, will bend the knee to the one true GOD.</w:t>
      </w:r>
    </w:p>
    <w:p w:rsidR="00000000" w:rsidDel="00000000" w:rsidP="00000000" w:rsidRDefault="00000000" w:rsidRPr="00000000" w14:paraId="0000005D">
      <w:pPr>
        <w:spacing w:after="240" w:before="240" w:lineRule="auto"/>
        <w:rPr/>
      </w:pPr>
      <w:r w:rsidDel="00000000" w:rsidR="00000000" w:rsidRPr="00000000">
        <w:rPr>
          <w:rtl w:val="0"/>
        </w:rPr>
        <w:t xml:space="preserve">Are you afraid of My ire now that I am calling you out for your disastrous behavior? Why are you standing there? Did you think I would be pleased or even save you from yourself? So, you say you are the greatest nation? I laugh at your foolishness. Then why have you not covered the others? I will pull all of this down around you in defeat, unless you retreat and repent.</w:t>
      </w:r>
    </w:p>
    <w:p w:rsidR="00000000" w:rsidDel="00000000" w:rsidP="00000000" w:rsidRDefault="00000000" w:rsidRPr="00000000" w14:paraId="0000005E">
      <w:pPr>
        <w:spacing w:after="240" w:before="240" w:lineRule="auto"/>
        <w:rPr/>
      </w:pPr>
      <w:r w:rsidDel="00000000" w:rsidR="00000000" w:rsidRPr="00000000">
        <w:rPr>
          <w:rtl w:val="0"/>
        </w:rPr>
        <w:t xml:space="preserve">Do not say these words have not been spoken. Do not bind My hands to your plow, you who deceived the nations. This matter disgusts Me. Money and gold and love of flesh is all that matters to you. Poor foolish people. Away, away, away you shall go! Far from My sight.</w:t>
      </w:r>
    </w:p>
    <w:p w:rsidR="00000000" w:rsidDel="00000000" w:rsidP="00000000" w:rsidRDefault="00000000" w:rsidRPr="00000000" w14:paraId="0000005F">
      <w:pPr>
        <w:spacing w:after="240" w:before="240" w:lineRule="auto"/>
        <w:rPr/>
      </w:pPr>
      <w:r w:rsidDel="00000000" w:rsidR="00000000" w:rsidRPr="00000000">
        <w:rPr>
          <w:rtl w:val="0"/>
        </w:rPr>
        <w:t xml:space="preserve">Rise up, rise up, you rebellious children—full of deception. Cries fill the land, and you stand in fear and horror, thinking none should make a plan. Yet it shall surely fall on your head. Fear and dread cover the earth, and still you swallow it like a loaf of bread. Should not My anger fall upon your head, crashing you where you lie upon your bed? Oh wicked man, what is your stand? Where is your honor? Is fear your banner? I laugh at you in your greed, while you plead for Me to participate in your distasteful endeavors. I am no part of your fleshly deeds or desires. What is wrong with you? Have I not been good and loving toward you? Surely, I will turn My face from you in your madness.”</w:t>
      </w:r>
    </w:p>
    <w:p w:rsidR="00000000" w:rsidDel="00000000" w:rsidP="00000000" w:rsidRDefault="00000000" w:rsidRPr="00000000" w14:paraId="00000060">
      <w:pPr>
        <w:spacing w:after="240" w:before="240" w:lineRule="auto"/>
        <w:rPr/>
      </w:pPr>
      <w:r w:rsidDel="00000000" w:rsidR="00000000" w:rsidRPr="00000000">
        <w:rPr>
          <w:rtl w:val="0"/>
        </w:rPr>
        <w:t xml:space="preserve">I will remind you of the words I have spoken and given to you—they will be your shield and your banner. With your staff you will perform great miracles and defeat your adversaries.</w:t>
      </w:r>
    </w:p>
    <w:p w:rsidR="00000000" w:rsidDel="00000000" w:rsidP="00000000" w:rsidRDefault="00000000" w:rsidRPr="00000000" w14:paraId="00000061">
      <w:pPr>
        <w:spacing w:after="240" w:before="240" w:lineRule="auto"/>
        <w:rPr/>
      </w:pPr>
      <w:r w:rsidDel="00000000" w:rsidR="00000000" w:rsidRPr="00000000">
        <w:rPr>
          <w:rtl w:val="0"/>
        </w:rPr>
        <w:t xml:space="preserve">Beloved, guard your words. Guard your ears. Not all who come in the name of YAHUAH are sent by Him. Seek discernment. Hide His words in your heart, for they will be your shield against deception.</w:t>
      </w:r>
    </w:p>
    <w:p w:rsidR="00000000" w:rsidDel="00000000" w:rsidP="00000000" w:rsidRDefault="00000000" w:rsidRPr="00000000" w14:paraId="00000062">
      <w:pPr>
        <w:spacing w:after="240" w:before="240" w:lineRule="auto"/>
        <w:rPr/>
      </w:pPr>
      <w:r w:rsidDel="00000000" w:rsidR="00000000" w:rsidRPr="00000000">
        <w:rPr>
          <w:rtl w:val="0"/>
        </w:rPr>
        <w:t xml:space="preserve">Father, teach us to guard our tongues, to weigh our words, and to hear only what You have spoken. Give us wisdom to discern the false from the true. Strengthen our hands with Your staff of authority, that we may overcome every adversary. HalleluYah.</w:t>
      </w:r>
    </w:p>
    <w:p w:rsidR="00000000" w:rsidDel="00000000" w:rsidP="00000000" w:rsidRDefault="00000000" w:rsidRPr="00000000" w14:paraId="00000063">
      <w:pPr>
        <w:spacing w:after="240" w:before="240" w:lineRule="auto"/>
        <w:rPr/>
      </w:pPr>
      <w:r w:rsidDel="00000000" w:rsidR="00000000" w:rsidRPr="00000000">
        <w:rPr>
          <w:rtl w:val="0"/>
        </w:rPr>
        <w:t xml:space="preserve">I will dwell under the shadow of the Almighty. His word is my shield and banner. I will discern truth from lies, and I will stand victorious over every adversary.</w:t>
      </w:r>
    </w:p>
    <w:p w:rsidR="00000000" w:rsidDel="00000000" w:rsidP="00000000" w:rsidRDefault="00000000" w:rsidRPr="00000000" w14:paraId="00000064">
      <w:pPr>
        <w:spacing w:after="240" w:before="240" w:lineRule="auto"/>
        <w:rPr/>
      </w:pPr>
      <w:r w:rsidDel="00000000" w:rsidR="00000000" w:rsidRPr="00000000">
        <w:rPr>
          <w:rtl w:val="0"/>
        </w:rPr>
        <w:t xml:space="preserve">What can I say? The victory has been won. What words can my heart express? It is done. My joy is created in you. The hopes and dreams of others are established through you. Through you, prayers are answered and problems are solved. Through you, healing takes place—up front and center.</w:t>
      </w:r>
    </w:p>
    <w:p w:rsidR="00000000" w:rsidDel="00000000" w:rsidP="00000000" w:rsidRDefault="00000000" w:rsidRPr="00000000" w14:paraId="00000065">
      <w:pPr>
        <w:spacing w:after="240" w:before="240" w:lineRule="auto"/>
        <w:rPr/>
      </w:pPr>
      <w:r w:rsidDel="00000000" w:rsidR="00000000" w:rsidRPr="00000000">
        <w:rPr>
          <w:rtl w:val="0"/>
        </w:rPr>
        <w:t xml:space="preserve">You have saved your life from the snares of the enemy. A watcher you truly are. A beacon of light to many. Time after time you have been tried and tested and have overcome. But this one hurdle, which pricked your heart—victory has now been given to you. That battle you have won.</w:t>
      </w:r>
    </w:p>
    <w:p w:rsidR="00000000" w:rsidDel="00000000" w:rsidP="00000000" w:rsidRDefault="00000000" w:rsidRPr="00000000" w14:paraId="00000066">
      <w:pPr>
        <w:spacing w:after="240" w:before="240" w:lineRule="auto"/>
        <w:rPr/>
      </w:pPr>
      <w:r w:rsidDel="00000000" w:rsidR="00000000" w:rsidRPr="00000000">
        <w:rPr>
          <w:rtl w:val="0"/>
        </w:rPr>
        <w:t xml:space="preserve">This next stage is to strengthen your legs and push past the pain. Grab hold of the tzitzit—the fringes of covenant faith—and do not let them go. For through them I remind you of My promises, and in them you will find the strength to press forward.</w:t>
      </w:r>
    </w:p>
    <w:p w:rsidR="00000000" w:rsidDel="00000000" w:rsidP="00000000" w:rsidRDefault="00000000" w:rsidRPr="00000000" w14:paraId="00000067">
      <w:pPr>
        <w:pStyle w:val="Heading3"/>
        <w:keepNext w:val="0"/>
        <w:keepLines w:val="0"/>
        <w:spacing w:before="280" w:lineRule="auto"/>
        <w:rPr>
          <w:b w:val="1"/>
          <w:color w:val="000000"/>
          <w:sz w:val="26"/>
          <w:szCs w:val="26"/>
        </w:rPr>
      </w:pPr>
      <w:bookmarkStart w:colFirst="0" w:colLast="0" w:name="_991uop1n8ggl" w:id="6"/>
      <w:bookmarkEnd w:id="6"/>
      <w:r w:rsidDel="00000000" w:rsidR="00000000" w:rsidRPr="00000000">
        <w:rPr>
          <w:b w:val="1"/>
          <w:color w:val="000000"/>
          <w:sz w:val="26"/>
          <w:szCs w:val="26"/>
          <w:rtl w:val="0"/>
        </w:rPr>
        <w:t xml:space="preserve">Chapter 5: The Sound of Peace</w:t>
      </w:r>
    </w:p>
    <w:p w:rsidR="00000000" w:rsidDel="00000000" w:rsidP="00000000" w:rsidRDefault="00000000" w:rsidRPr="00000000" w14:paraId="00000068">
      <w:pPr>
        <w:spacing w:after="240" w:before="240" w:lineRule="auto"/>
        <w:rPr/>
      </w:pPr>
      <w:r w:rsidDel="00000000" w:rsidR="00000000" w:rsidRPr="00000000">
        <w:rPr>
          <w:rtl w:val="0"/>
        </w:rPr>
        <w:t xml:space="preserve">God’s peace is proclaimed across the earth. Those who carry His Word bring glad tidings, and His mercy is extended even to those who were not seeking Him. Beyond all the turmoil and chaos throughout the world—blessed are the peacemakers, for they shall inherit the earth. O how beautiful are the feet of those who preach the gospel of peace, who bring glad tidings of good things. To those who give and to those who receive, let them give God praise. For I say, their sound has gone out into all the earth, and their words to the ends of the world.</w:t>
      </w:r>
    </w:p>
    <w:p w:rsidR="00000000" w:rsidDel="00000000" w:rsidP="00000000" w:rsidRDefault="00000000" w:rsidRPr="00000000" w14:paraId="00000069">
      <w:pPr>
        <w:spacing w:after="240" w:before="240" w:lineRule="auto"/>
        <w:rPr/>
      </w:pPr>
      <w:r w:rsidDel="00000000" w:rsidR="00000000" w:rsidRPr="00000000">
        <w:rPr>
          <w:rtl w:val="0"/>
        </w:rPr>
        <w:t xml:space="preserve">It was written in days of old: I was found by those who did not seek Me. I was made manifest to those who did not ask of Me. And even now, all day long I stretch out My arms, to reveal My lovingkindness to all.</w:t>
      </w:r>
    </w:p>
    <w:p w:rsidR="00000000" w:rsidDel="00000000" w:rsidP="00000000" w:rsidRDefault="00000000" w:rsidRPr="00000000" w14:paraId="0000006A">
      <w:pPr>
        <w:spacing w:after="240" w:before="240" w:lineRule="auto"/>
        <w:rPr/>
      </w:pPr>
      <w:r w:rsidDel="00000000" w:rsidR="00000000" w:rsidRPr="00000000">
        <w:rPr>
          <w:rtl w:val="0"/>
        </w:rPr>
        <w:t xml:space="preserve">I saw a field once trampled by war, now covered in lilies. I saw men who once raised weapons against each other, now lifting their hands in worship together. The sound of instruments rose into the heavens, and angels ascended and descended upon their melody. The peace of YAHUAH is not as the world gives. It is deeper than treaties and stronger than words. It is life to the weary, healing to the broken, and restoration to those who once were far off. Embrace My peace, for in it you will find My presence.</w:t>
      </w:r>
    </w:p>
    <w:p w:rsidR="00000000" w:rsidDel="00000000" w:rsidP="00000000" w:rsidRDefault="00000000" w:rsidRPr="00000000" w14:paraId="0000006B">
      <w:pPr>
        <w:spacing w:after="240" w:before="240" w:lineRule="auto"/>
        <w:rPr/>
      </w:pPr>
      <w:r w:rsidDel="00000000" w:rsidR="00000000" w:rsidRPr="00000000">
        <w:rPr>
          <w:rtl w:val="0"/>
        </w:rPr>
        <w:t xml:space="preserve">Before a storm there is always a sound. Before a shaking there is always a voice. YAHUAH does not strike without first sending a word to awaken His people. The warnings are not for destruction alone, but for correction, repentance, and realignment with His covenant. Hear, then, the voice that calls you to remember. Hear the voice that shakes the pride of men, rebukes false shepherds, and reveals the hidden sins that weaken a nation. The Voice of Warning comes not to condemn, but to save those who will listen.</w:t>
      </w:r>
    </w:p>
    <w:p w:rsidR="00000000" w:rsidDel="00000000" w:rsidP="00000000" w:rsidRDefault="00000000" w:rsidRPr="00000000" w14:paraId="0000006C">
      <w:pPr>
        <w:spacing w:after="240" w:before="240" w:lineRule="auto"/>
        <w:rPr/>
      </w:pPr>
      <w:r w:rsidDel="00000000" w:rsidR="00000000" w:rsidRPr="00000000">
        <w:rPr>
          <w:rtl w:val="0"/>
        </w:rPr>
        <w:t xml:space="preserve">“Surely YAHUAH ELOHIM will do nothing, but He revealeth His secret unto His servants the prophets.” (Amos 3:7)</w:t>
      </w:r>
    </w:p>
    <w:p w:rsidR="00000000" w:rsidDel="00000000" w:rsidP="00000000" w:rsidRDefault="00000000" w:rsidRPr="00000000" w14:paraId="0000006D">
      <w:pPr>
        <w:spacing w:after="240" w:before="240" w:lineRule="auto"/>
        <w:rPr/>
      </w:pPr>
      <w:r w:rsidDel="00000000" w:rsidR="00000000" w:rsidRPr="00000000">
        <w:rPr>
          <w:rtl w:val="0"/>
        </w:rPr>
        <w:t xml:space="preserve">What can I tell you about the vision and the courage of the three Hebrew boys? They were well advanced in the teachings of their fathers, that if ever peril arose, they could draw on the name of YAH and the power of His might. They knew the God of Israel is omnipresent and faithful. And in their day of testing, they endured with patience and determination, never breaking covenant with Him—even in the face of death.</w:t>
      </w:r>
    </w:p>
    <w:p w:rsidR="00000000" w:rsidDel="00000000" w:rsidP="00000000" w:rsidRDefault="00000000" w:rsidRPr="00000000" w14:paraId="0000006E">
      <w:pPr>
        <w:spacing w:after="240" w:before="240" w:lineRule="auto"/>
        <w:rPr/>
      </w:pPr>
      <w:r w:rsidDel="00000000" w:rsidR="00000000" w:rsidRPr="00000000">
        <w:rPr>
          <w:rtl w:val="0"/>
        </w:rPr>
        <w:t xml:space="preserve">Forewarned by the prophet Jeremiah, the people heard: If the king and the people do not repent and change their ways, captivity will come. Yet they did not repent, and the sentence was decreed. The city fell, and the people were judged as a whole. The vision of prosperity turned into the vision of surviving captivity. But even then, grace was given. For YAHUAH declared, “Lay down your weapons and renew your heart, and in seventy years I will bring you back into the land of your fathers.”</w:t>
      </w:r>
    </w:p>
    <w:p w:rsidR="00000000" w:rsidDel="00000000" w:rsidP="00000000" w:rsidRDefault="00000000" w:rsidRPr="00000000" w14:paraId="0000006F">
      <w:pPr>
        <w:spacing w:after="240" w:before="240" w:lineRule="auto"/>
        <w:rPr/>
      </w:pPr>
      <w:r w:rsidDel="00000000" w:rsidR="00000000" w:rsidRPr="00000000">
        <w:rPr>
          <w:rtl w:val="0"/>
        </w:rPr>
        <w:t xml:space="preserve">Separation from the land was not separation from YAHUAH. His covenant remained, His presence endured, His promises stood firm.</w:t>
      </w:r>
    </w:p>
    <w:p w:rsidR="00000000" w:rsidDel="00000000" w:rsidP="00000000" w:rsidRDefault="00000000" w:rsidRPr="00000000" w14:paraId="00000070">
      <w:pPr>
        <w:spacing w:after="240" w:before="240" w:lineRule="auto"/>
        <w:rPr/>
      </w:pPr>
      <w:r w:rsidDel="00000000" w:rsidR="00000000" w:rsidRPr="00000000">
        <w:rPr>
          <w:rtl w:val="0"/>
        </w:rPr>
        <w:t xml:space="preserve">You are more than conquerors. You are a royal priesthood. Your destiny is filled with strength, courage, and knowledge. Kings and queens of the earth envy your inheritance. Nations mimic your essence and display it as their own. But you are the true image of royalty—blessed by the Creator of heaven and earth.</w:t>
      </w:r>
    </w:p>
    <w:p w:rsidR="00000000" w:rsidDel="00000000" w:rsidP="00000000" w:rsidRDefault="00000000" w:rsidRPr="00000000" w14:paraId="000000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tl w:val="0"/>
        </w:rPr>
        <w:t xml:space="preserve">The remaining chapters have been formatted in the same professional manner. To view the complete edited manuscript, please see the sections below.</w:t>
      </w:r>
    </w:p>
    <w:p w:rsidR="00000000" w:rsidDel="00000000" w:rsidP="00000000" w:rsidRDefault="00000000" w:rsidRPr="00000000" w14:paraId="00000073">
      <w:pPr>
        <w:pStyle w:val="Heading3"/>
        <w:keepNext w:val="0"/>
        <w:keepLines w:val="0"/>
        <w:spacing w:before="280" w:lineRule="auto"/>
        <w:rPr>
          <w:b w:val="1"/>
          <w:color w:val="000000"/>
          <w:sz w:val="26"/>
          <w:szCs w:val="26"/>
        </w:rPr>
      </w:pPr>
      <w:bookmarkStart w:colFirst="0" w:colLast="0" w:name="_sm52zsd7uled" w:id="7"/>
      <w:bookmarkEnd w:id="7"/>
      <w:r w:rsidDel="00000000" w:rsidR="00000000" w:rsidRPr="00000000">
        <w:rPr>
          <w:b w:val="1"/>
          <w:color w:val="000000"/>
          <w:sz w:val="26"/>
          <w:szCs w:val="26"/>
          <w:rtl w:val="0"/>
        </w:rPr>
        <w:t xml:space="preserve">Chapter 6: This Is the Day YAHUAH Has Made</w:t>
      </w:r>
    </w:p>
    <w:p w:rsidR="00000000" w:rsidDel="00000000" w:rsidP="00000000" w:rsidRDefault="00000000" w:rsidRPr="00000000" w14:paraId="00000074">
      <w:pPr>
        <w:spacing w:after="240" w:before="240" w:lineRule="auto"/>
        <w:rPr/>
      </w:pPr>
      <w:r w:rsidDel="00000000" w:rsidR="00000000" w:rsidRPr="00000000">
        <w:rPr>
          <w:rtl w:val="0"/>
        </w:rPr>
        <w:t xml:space="preserve">“This is the day YAHUAH has made; we will rejoice and be glad in it.” (Psalm 118:24)</w:t>
      </w:r>
    </w:p>
    <w:p w:rsidR="00000000" w:rsidDel="00000000" w:rsidP="00000000" w:rsidRDefault="00000000" w:rsidRPr="00000000" w14:paraId="00000075">
      <w:pPr>
        <w:spacing w:after="240" w:before="240" w:lineRule="auto"/>
        <w:rPr/>
      </w:pPr>
      <w:r w:rsidDel="00000000" w:rsidR="00000000" w:rsidRPr="00000000">
        <w:rPr>
          <w:rtl w:val="0"/>
        </w:rPr>
        <w:t xml:space="preserve">“Let everything that has breath praise YAHUAH. Praise YAHUAH!” (Psalm 150:6)</w:t>
      </w:r>
    </w:p>
    <w:p w:rsidR="00000000" w:rsidDel="00000000" w:rsidP="00000000" w:rsidRDefault="00000000" w:rsidRPr="00000000" w14:paraId="00000076">
      <w:pPr>
        <w:spacing w:after="240" w:before="240" w:lineRule="auto"/>
        <w:rPr/>
      </w:pPr>
      <w:r w:rsidDel="00000000" w:rsidR="00000000" w:rsidRPr="00000000">
        <w:rPr>
          <w:rtl w:val="0"/>
        </w:rPr>
        <w:t xml:space="preserve">Blessed be our God! As darkness gives way to light, a new day has sprung forth—a day of celebration, a day of rejoicing in You, O God. As the birds and creatures sing harmoniously before You, we join creation in giving thanks for Your treasures. Father, we thank You for another day of praise, for praise is forever before You. As the songwriter declared, “It’s another day’s journey, and I’m glad about it.” So our souls cry out, HalleluYah!</w:t>
      </w:r>
    </w:p>
    <w:p w:rsidR="00000000" w:rsidDel="00000000" w:rsidP="00000000" w:rsidRDefault="00000000" w:rsidRPr="00000000" w14:paraId="00000077">
      <w:pPr>
        <w:spacing w:after="240" w:before="240" w:lineRule="auto"/>
        <w:rPr/>
      </w:pPr>
      <w:r w:rsidDel="00000000" w:rsidR="00000000" w:rsidRPr="00000000">
        <w:rPr>
          <w:rtl w:val="0"/>
        </w:rPr>
        <w:t xml:space="preserve">We bless Your name, we shout with the voice of triumph, we lift our hands in victory, and we bend our knees in humility. We sing in unity: There is no God but You, O Mighty One, Creator of heaven and earth! Who can deny You the praise and worship due unto You? For Your goodness and mercy are everlasting, and Your love toward us is without end.</w:t>
      </w:r>
    </w:p>
    <w:p w:rsidR="00000000" w:rsidDel="00000000" w:rsidP="00000000" w:rsidRDefault="00000000" w:rsidRPr="00000000" w14:paraId="00000078">
      <w:pPr>
        <w:spacing w:after="240" w:before="240" w:lineRule="auto"/>
        <w:rPr/>
      </w:pPr>
      <w:r w:rsidDel="00000000" w:rsidR="00000000" w:rsidRPr="00000000">
        <w:rPr>
          <w:rtl w:val="0"/>
        </w:rPr>
        <w:t xml:space="preserve">We are exceedingly grateful, for You guide the humble and meek into the richness of the earth. You fill our baskets with the fruits of the Spirit and magnify Your word in our lives. We are forever thankful, forever grateful, forever praising the name of YAHUAH!</w:t>
      </w:r>
    </w:p>
    <w:p w:rsidR="00000000" w:rsidDel="00000000" w:rsidP="00000000" w:rsidRDefault="00000000" w:rsidRPr="00000000" w14:paraId="00000079">
      <w:pPr>
        <w:spacing w:after="240" w:before="240" w:lineRule="auto"/>
        <w:rPr/>
      </w:pPr>
      <w:r w:rsidDel="00000000" w:rsidR="00000000" w:rsidRPr="00000000">
        <w:rPr>
          <w:rtl w:val="0"/>
        </w:rPr>
        <w:t xml:space="preserve">Beloved, let your first breath of every new day be thanksgiving. As creation sings its song, let your heart awaken with praise. For every gift, every moment, and every mercy, bless His holy name.</w:t>
      </w:r>
    </w:p>
    <w:p w:rsidR="00000000" w:rsidDel="00000000" w:rsidP="00000000" w:rsidRDefault="00000000" w:rsidRPr="00000000" w14:paraId="0000007A">
      <w:pPr>
        <w:spacing w:after="240" w:before="240" w:lineRule="auto"/>
        <w:rPr/>
      </w:pPr>
      <w:r w:rsidDel="00000000" w:rsidR="00000000" w:rsidRPr="00000000">
        <w:rPr>
          <w:rtl w:val="0"/>
        </w:rPr>
        <w:t xml:space="preserve">Father, we thank You for this new day. Teach us to walk in gratitude, to rejoice always, and to carry a song of praise wherever we go. Let our lips declare Your goodness, and let our lives be a testimony of thanksgiving.</w:t>
      </w:r>
    </w:p>
    <w:p w:rsidR="00000000" w:rsidDel="00000000" w:rsidP="00000000" w:rsidRDefault="00000000" w:rsidRPr="00000000" w14:paraId="0000007B">
      <w:pPr>
        <w:spacing w:after="240" w:before="240" w:lineRule="auto"/>
        <w:rPr/>
      </w:pPr>
      <w:r w:rsidDel="00000000" w:rsidR="00000000" w:rsidRPr="00000000">
        <w:rPr>
          <w:rtl w:val="0"/>
        </w:rPr>
        <w:t xml:space="preserve">This is the day YAHUAH has made. I will rejoice and be glad in it. My lips will praise Him, my hands will worship Him, and my life will testify of His goodness.</w:t>
      </w:r>
    </w:p>
    <w:p w:rsidR="00000000" w:rsidDel="00000000" w:rsidP="00000000" w:rsidRDefault="00000000" w:rsidRPr="00000000" w14:paraId="0000007C">
      <w:pPr>
        <w:spacing w:after="240" w:before="240" w:lineRule="auto"/>
        <w:rPr/>
      </w:pPr>
      <w:r w:rsidDel="00000000" w:rsidR="00000000" w:rsidRPr="00000000">
        <w:rPr>
          <w:rtl w:val="0"/>
        </w:rPr>
        <w:t xml:space="preserve">I count it as joy, family, when various trials come, for the testing of my faith produces perseverance. Every grain of salt has life in it; over time it weakens and returns to its source. I lift up my head and see my weakness and my strengths and am thankful for the God of my fathers, the Creator of the Universe, for all power and authority belongs to Him. He gives accordingly to His will. I thank Him for his teachings, that at the first sign of trouble I did not fold. Where pain could have caught hold of me and held me for a season, it did not. For I am grateful and blessed and highly favored, filled with the Holy Spirit to succeed in all that the Creator lays at my feet.</w:t>
      </w:r>
    </w:p>
    <w:p w:rsidR="00000000" w:rsidDel="00000000" w:rsidP="00000000" w:rsidRDefault="00000000" w:rsidRPr="00000000" w14:paraId="0000007D">
      <w:pPr>
        <w:spacing w:after="240" w:before="240" w:lineRule="auto"/>
        <w:rPr/>
      </w:pPr>
      <w:r w:rsidDel="00000000" w:rsidR="00000000" w:rsidRPr="00000000">
        <w:rPr>
          <w:rtl w:val="0"/>
        </w:rPr>
        <w:t xml:space="preserve">“If I do not complete My word, then I become as man. And I am not a man that I should lie.</w:t>
      </w:r>
    </w:p>
    <w:p w:rsidR="00000000" w:rsidDel="00000000" w:rsidP="00000000" w:rsidRDefault="00000000" w:rsidRPr="00000000" w14:paraId="0000007E">
      <w:pPr>
        <w:spacing w:after="240" w:before="240" w:lineRule="auto"/>
        <w:rPr/>
      </w:pPr>
      <w:r w:rsidDel="00000000" w:rsidR="00000000" w:rsidRPr="00000000">
        <w:rPr>
          <w:rtl w:val="0"/>
        </w:rPr>
        <w:t xml:space="preserve">Surely there will be war among the nations, a war such as has not been seen before. It will cross borders and defy treaties; it will swallow territories whole. The seas shall be caked in blood. The king of the North is given a time and a season to make war. The South stirs and gathers her armies. The East waits patiently, biding its moment to strike. The West boasts of her strength, but her pride is vain.</w:t>
      </w:r>
    </w:p>
    <w:p w:rsidR="00000000" w:rsidDel="00000000" w:rsidP="00000000" w:rsidRDefault="00000000" w:rsidRPr="00000000" w14:paraId="0000007F">
      <w:pPr>
        <w:spacing w:after="240" w:before="240" w:lineRule="auto"/>
        <w:rPr/>
      </w:pPr>
      <w:r w:rsidDel="00000000" w:rsidR="00000000" w:rsidRPr="00000000">
        <w:rPr>
          <w:rtl w:val="0"/>
        </w:rPr>
        <w:t xml:space="preserve">And in the midst of that day, I shall summon them all down into My valley—the Valley of Jehoshaphat. There I will judge the nations for their cruelty, their injustice, and the blood they have spilled upon My inheritance, Israel. I will settle the score, and none shall escape My hand.</w:t>
      </w:r>
    </w:p>
    <w:p w:rsidR="00000000" w:rsidDel="00000000" w:rsidP="00000000" w:rsidRDefault="00000000" w:rsidRPr="00000000" w14:paraId="00000080">
      <w:pPr>
        <w:spacing w:after="240" w:before="240" w:lineRule="auto"/>
        <w:rPr/>
      </w:pPr>
      <w:r w:rsidDel="00000000" w:rsidR="00000000" w:rsidRPr="00000000">
        <w:rPr>
          <w:rtl w:val="0"/>
        </w:rPr>
        <w:t xml:space="preserve">You who sold My young men for the lust of a harlot, and bartered My daughters for the wine of your pleasures—I have not forgotten. Even to this day, no forgiveness has been granted. You who drove My people from their land, stripping them of remembrance, silencing their name—your visit from Me shall be a terror beyond this world. Yes, you stole their names for yourselves, but that theft has become a curse upon you. You buried their identity in the sands and covered My children in your filth. Cursed be your name, for it has no meaning before Me.</w:t>
      </w:r>
    </w:p>
    <w:p w:rsidR="00000000" w:rsidDel="00000000" w:rsidP="00000000" w:rsidRDefault="00000000" w:rsidRPr="00000000" w14:paraId="00000081">
      <w:pPr>
        <w:spacing w:after="240" w:before="240" w:lineRule="auto"/>
        <w:rPr/>
      </w:pPr>
      <w:r w:rsidDel="00000000" w:rsidR="00000000" w:rsidRPr="00000000">
        <w:rPr>
          <w:rtl w:val="0"/>
        </w:rPr>
        <w:t xml:space="preserve">I am not a man, nor have I forgotten My word. Neither have I forgotten the words spoken by My prophets. What you began, I shall finish. You scattered My children among the nations, enslaving them to build your houses, to labor in your vineyards, to erase their heritage. You went beyond what was decreed, and now the door you opened but cannot close has swung wide against you. Your sons and daughters shall taste of the captivity you devised. They shall be carried away, and you shall see them no more. For the measure you poured out upon My people is the same measure now poured back upon your heads.</w:t>
      </w:r>
    </w:p>
    <w:p w:rsidR="00000000" w:rsidDel="00000000" w:rsidP="00000000" w:rsidRDefault="00000000" w:rsidRPr="00000000" w14:paraId="00000082">
      <w:pPr>
        <w:spacing w:after="240" w:before="240" w:lineRule="auto"/>
        <w:rPr/>
      </w:pPr>
      <w:r w:rsidDel="00000000" w:rsidR="00000000" w:rsidRPr="00000000">
        <w:rPr>
          <w:rtl w:val="0"/>
        </w:rPr>
        <w:t xml:space="preserve">Yet even in the heat of My wrath, I call to those who will hear: Return unto Me. For if you turn from your wickedness and humble yourselves, I will heal your land. I will remember mercy, though judgment is decreed. For the same voice that shakes the heavens also whispers peace. The same hand that scatters nations is stretched forth to gather the remnant. I am YAHUAH—merciful and just. I wound, but I also heal. I tear down, but I also build again.</w:t>
      </w:r>
    </w:p>
    <w:p w:rsidR="00000000" w:rsidDel="00000000" w:rsidP="00000000" w:rsidRDefault="00000000" w:rsidRPr="00000000" w14:paraId="00000083">
      <w:pPr>
        <w:spacing w:after="240" w:before="240" w:lineRule="auto"/>
        <w:rPr/>
      </w:pPr>
      <w:r w:rsidDel="00000000" w:rsidR="00000000" w:rsidRPr="00000000">
        <w:rPr>
          <w:rtl w:val="0"/>
        </w:rPr>
        <w:t xml:space="preserve">Do not be deceived: the pride of nations shall fall, but the meek shall inherit the earth. The mighty will stumble, but the brokenhearted will be lifted up. For I, YAHUAH, establish justice, and in Me alone is deliverance. So turn away from falsehoods. Let not your lips speak lies, nor your hands shed innocent blood. For the day is coming when the trumpet will sound from Zion, and My people shall be gathered from the four corners of the earth. They shall walk in the light of My covenant, and no enemy shall stand before them.”</w:t>
      </w:r>
    </w:p>
    <w:p w:rsidR="00000000" w:rsidDel="00000000" w:rsidP="00000000" w:rsidRDefault="00000000" w:rsidRPr="00000000" w14:paraId="00000084">
      <w:pPr>
        <w:spacing w:after="240" w:before="240" w:lineRule="auto"/>
        <w:rPr/>
      </w:pPr>
      <w:r w:rsidDel="00000000" w:rsidR="00000000" w:rsidRPr="00000000">
        <w:rPr>
          <w:rtl w:val="0"/>
        </w:rPr>
        <w:t xml:space="preserve">A day unto our God is as a thousand years. And those who are planted in them are like trees beside flowing waters. They rise for a season and then are no more, until the fullness of time appears. For the balances of man will remain uneven, weighed down by pride and corruption, until the time of My justice is complete.</w:t>
      </w:r>
    </w:p>
    <w:p w:rsidR="00000000" w:rsidDel="00000000" w:rsidP="00000000" w:rsidRDefault="00000000" w:rsidRPr="00000000" w14:paraId="00000085">
      <w:pPr>
        <w:spacing w:after="240" w:before="240" w:lineRule="auto"/>
        <w:rPr/>
      </w:pPr>
      <w:r w:rsidDel="00000000" w:rsidR="00000000" w:rsidRPr="00000000">
        <w:rPr>
          <w:rtl w:val="0"/>
        </w:rPr>
        <w:t xml:space="preserve">Then I was lifted into the heavenly chambers, where I beheld precious metals that glistened like living fire. Their energy sustained me, holding me firm, keeping my feet from sinking. Clothed in His armor, I was strengthened to excel beyond my weakness. I heard the sound of destruction thundering through the earth. I saw the path of its fury. Yet when it reached my feet, it halted—for the covering of YAHUAH was upon me. None escaped its terror, yet the hand of YAHUAH preserved His chosen.</w:t>
      </w:r>
    </w:p>
    <w:p w:rsidR="00000000" w:rsidDel="00000000" w:rsidP="00000000" w:rsidRDefault="00000000" w:rsidRPr="00000000" w14:paraId="00000086">
      <w:pPr>
        <w:spacing w:after="240" w:before="240" w:lineRule="auto"/>
        <w:rPr/>
      </w:pPr>
      <w:r w:rsidDel="00000000" w:rsidR="00000000" w:rsidRPr="00000000">
        <w:rPr>
          <w:rtl w:val="0"/>
        </w:rPr>
        <w:t xml:space="preserve">And behold, a new season broke forth. I saw a tree planted by the living waters, its leaves unfading, its fruit everlasting. From it flowed healing streams, and in its shade the weary found rest.</w:t>
      </w:r>
    </w:p>
    <w:p w:rsidR="00000000" w:rsidDel="00000000" w:rsidP="00000000" w:rsidRDefault="00000000" w:rsidRPr="00000000" w14:paraId="00000087">
      <w:pPr>
        <w:pStyle w:val="Heading3"/>
        <w:keepNext w:val="0"/>
        <w:keepLines w:val="0"/>
        <w:spacing w:before="280" w:lineRule="auto"/>
        <w:rPr>
          <w:b w:val="1"/>
          <w:color w:val="000000"/>
          <w:sz w:val="26"/>
          <w:szCs w:val="26"/>
        </w:rPr>
      </w:pPr>
      <w:bookmarkStart w:colFirst="0" w:colLast="0" w:name="_p2v2dml5g93l" w:id="8"/>
      <w:bookmarkEnd w:id="8"/>
      <w:r w:rsidDel="00000000" w:rsidR="00000000" w:rsidRPr="00000000">
        <w:rPr>
          <w:b w:val="1"/>
          <w:color w:val="000000"/>
          <w:sz w:val="26"/>
          <w:szCs w:val="26"/>
          <w:rtl w:val="0"/>
        </w:rPr>
        <w:t xml:space="preserve">Chapter 7: Return to Your First Love</w:t>
      </w:r>
    </w:p>
    <w:p w:rsidR="00000000" w:rsidDel="00000000" w:rsidP="00000000" w:rsidRDefault="00000000" w:rsidRPr="00000000" w14:paraId="00000088">
      <w:pPr>
        <w:spacing w:after="240" w:before="240" w:lineRule="auto"/>
        <w:rPr/>
      </w:pPr>
      <w:r w:rsidDel="00000000" w:rsidR="00000000" w:rsidRPr="00000000">
        <w:rPr>
          <w:rtl w:val="0"/>
        </w:rPr>
        <w:t xml:space="preserve">“Nevertheless I have this against you, that you have left your first love. Remember therefore from where you have fallen; repent and do the first works.” (Revelation 2:4–5)</w:t>
      </w:r>
    </w:p>
    <w:p w:rsidR="00000000" w:rsidDel="00000000" w:rsidP="00000000" w:rsidRDefault="00000000" w:rsidRPr="00000000" w14:paraId="00000089">
      <w:pPr>
        <w:spacing w:after="240" w:before="240" w:lineRule="auto"/>
        <w:rPr/>
      </w:pPr>
      <w:r w:rsidDel="00000000" w:rsidR="00000000" w:rsidRPr="00000000">
        <w:rPr>
          <w:rtl w:val="0"/>
        </w:rPr>
        <w:t xml:space="preserve">“I have loved you with an everlasting love; therefore with lovingkindness I have drawn you.” (Jeremiah 31:3)</w:t>
      </w:r>
    </w:p>
    <w:p w:rsidR="00000000" w:rsidDel="00000000" w:rsidP="00000000" w:rsidRDefault="00000000" w:rsidRPr="00000000" w14:paraId="0000008A">
      <w:pPr>
        <w:spacing w:after="240" w:before="240" w:lineRule="auto"/>
        <w:rPr/>
      </w:pPr>
      <w:r w:rsidDel="00000000" w:rsidR="00000000" w:rsidRPr="00000000">
        <w:rPr>
          <w:rtl w:val="0"/>
        </w:rPr>
        <w:t xml:space="preserve">“I would have stayed with you, but you left and chose another. You knew that I am a jealous God—faithful, nurturing, and true. In the days of your trouble, when no one heard your voice, I listened. I quieted your spirit, gave you rest, and whispered: ‘The weight that so easily besets you—let it go.’ And when you released it, freedom came. Joy returned. Life stirred again. Yet, you turned to another.</w:t>
      </w:r>
    </w:p>
    <w:p w:rsidR="00000000" w:rsidDel="00000000" w:rsidP="00000000" w:rsidRDefault="00000000" w:rsidRPr="00000000" w14:paraId="0000008B">
      <w:pPr>
        <w:spacing w:after="240" w:before="240" w:lineRule="auto"/>
        <w:rPr/>
      </w:pPr>
      <w:r w:rsidDel="00000000" w:rsidR="00000000" w:rsidRPr="00000000">
        <w:rPr>
          <w:rtl w:val="0"/>
        </w:rPr>
        <w:t xml:space="preserve">O, the pain of betrayal! O, the wound of rejection! The hurt you carried toward others, you poured out even upon Me. Yet My love for you remained unshaken. Before you knew Me, I loved you. I called you by name. I gave you a heart of gold and the courage of a warrior—not to wound or boast, but to endure until the day you remember your first love.</w:t>
      </w:r>
    </w:p>
    <w:p w:rsidR="00000000" w:rsidDel="00000000" w:rsidP="00000000" w:rsidRDefault="00000000" w:rsidRPr="00000000" w14:paraId="0000008C">
      <w:pPr>
        <w:spacing w:after="240" w:before="240" w:lineRule="auto"/>
        <w:rPr/>
      </w:pPr>
      <w:r w:rsidDel="00000000" w:rsidR="00000000" w:rsidRPr="00000000">
        <w:rPr>
          <w:rtl w:val="0"/>
        </w:rPr>
        <w:t xml:space="preserve">I have washed your hands. I have forgiven your sins. I have restored what was broken. The love we shared is before us again, waiting to be cultivated into something more beautiful than before. Smile, My child, for the day of blessings is upon you.”</w:t>
      </w:r>
    </w:p>
    <w:p w:rsidR="00000000" w:rsidDel="00000000" w:rsidP="00000000" w:rsidRDefault="00000000" w:rsidRPr="00000000" w14:paraId="0000008D">
      <w:pPr>
        <w:spacing w:after="240" w:before="240" w:lineRule="auto"/>
        <w:rPr/>
      </w:pPr>
      <w:r w:rsidDel="00000000" w:rsidR="00000000" w:rsidRPr="00000000">
        <w:rPr>
          <w:rtl w:val="0"/>
        </w:rPr>
        <w:t xml:space="preserve">Beloved, return to the One who first loved you. No betrayal, no wound, no broken path can separate you from His everlasting love. He waits with open arms to restore intimacy and renew covenant with you.</w:t>
      </w:r>
    </w:p>
    <w:p w:rsidR="00000000" w:rsidDel="00000000" w:rsidP="00000000" w:rsidRDefault="00000000" w:rsidRPr="00000000" w14:paraId="0000008E">
      <w:pPr>
        <w:spacing w:after="240" w:before="240" w:lineRule="auto"/>
        <w:rPr/>
      </w:pPr>
      <w:r w:rsidDel="00000000" w:rsidR="00000000" w:rsidRPr="00000000">
        <w:rPr>
          <w:rtl w:val="0"/>
        </w:rPr>
        <w:t xml:space="preserve">Father, forgive us for leaving our first love. Draw us back into Your embrace. Heal our wounds, cleanse our hearts, and let us walk again in the beauty of covenant with You.</w:t>
      </w:r>
    </w:p>
    <w:p w:rsidR="00000000" w:rsidDel="00000000" w:rsidP="00000000" w:rsidRDefault="00000000" w:rsidRPr="00000000" w14:paraId="0000008F">
      <w:pPr>
        <w:spacing w:after="240" w:before="240" w:lineRule="auto"/>
        <w:rPr/>
      </w:pPr>
      <w:r w:rsidDel="00000000" w:rsidR="00000000" w:rsidRPr="00000000">
        <w:rPr>
          <w:rtl w:val="0"/>
        </w:rPr>
        <w:t xml:space="preserve">I return to my first love. I am forgiven, restored, and renewed. The love of God surrounds me, and His blessings are upon me.</w:t>
      </w:r>
    </w:p>
    <w:p w:rsidR="00000000" w:rsidDel="00000000" w:rsidP="00000000" w:rsidRDefault="00000000" w:rsidRPr="00000000" w14:paraId="00000090">
      <w:pPr>
        <w:spacing w:after="240" w:before="240" w:lineRule="auto"/>
        <w:rPr/>
      </w:pPr>
      <w:r w:rsidDel="00000000" w:rsidR="00000000" w:rsidRPr="00000000">
        <w:rPr>
          <w:rtl w:val="0"/>
        </w:rPr>
        <w:t xml:space="preserve">Even in strange lands, the faithful lifted up songs of Zion. Their enemies mocked them saying, “Sing us one of your songs,” but their voices rose as incense before YAHUAH. For they knew that even in a land not their own, His covenant had not failed. Blessed are those who hold His word close, for they are not overcome by fire nor drowned in floods. As it was with the Hebrew boys in the furnace, the presence of the Most High stood with them. As it was with Daniel in the lions’ den, the mouths of destruction were shut. So shall it be with all who walk in obedience to the Holy One.</w:t>
      </w:r>
    </w:p>
    <w:p w:rsidR="00000000" w:rsidDel="00000000" w:rsidP="00000000" w:rsidRDefault="00000000" w:rsidRPr="00000000" w14:paraId="00000091">
      <w:pPr>
        <w:spacing w:after="240" w:before="240" w:lineRule="auto"/>
        <w:rPr/>
      </w:pPr>
      <w:r w:rsidDel="00000000" w:rsidR="00000000" w:rsidRPr="00000000">
        <w:rPr>
          <w:rtl w:val="0"/>
        </w:rPr>
        <w:t xml:space="preserve">O children of promise, do not despise the season of testing. For the same hand that scattered will also gather. The same voice that decreed judgment will speak restoration. The same covenant that carried your fathers across the wilderness will carry you into a new day. The courage of the faithful is not just written for them of old but for you this day, that you may know the God of Israel does not change. He is the same yesterday, today, and forevermore.</w:t>
      </w:r>
    </w:p>
    <w:p w:rsidR="00000000" w:rsidDel="00000000" w:rsidP="00000000" w:rsidRDefault="00000000" w:rsidRPr="00000000" w14:paraId="00000092">
      <w:pPr>
        <w:spacing w:after="240" w:before="240" w:lineRule="auto"/>
        <w:rPr/>
      </w:pPr>
      <w:r w:rsidDel="00000000" w:rsidR="00000000" w:rsidRPr="00000000">
        <w:rPr>
          <w:rtl w:val="0"/>
        </w:rPr>
        <w:t xml:space="preserve">As the three Hebrew boys stood firm, you too must stand in the furnace of your trials. For the fire may be heated seven times hotter, yet it shall not consume you. The smoke may rise and the flames may roar, but only the ropes of bondage shall be burned away. Even the king who exalted himself above the heavens was humbled when he saw the fourth Man walking in the fire. And so it is in your life—though men exalt themselves, though rulers decree laws against the righteous, though nations conspire together, the Son of God shall appear in your midst. You shall not be left alone.</w:t>
      </w:r>
    </w:p>
    <w:p w:rsidR="00000000" w:rsidDel="00000000" w:rsidP="00000000" w:rsidRDefault="00000000" w:rsidRPr="00000000" w14:paraId="00000093">
      <w:pPr>
        <w:spacing w:after="240" w:before="240" w:lineRule="auto"/>
        <w:rPr/>
      </w:pPr>
      <w:r w:rsidDel="00000000" w:rsidR="00000000" w:rsidRPr="00000000">
        <w:rPr>
          <w:rtl w:val="0"/>
        </w:rPr>
        <w:t xml:space="preserve">Take courage, for captivity is not the end but a refining. In strange lands you will sing the songs of Zion, and in foreign tongues you will proclaim the greatness of YAHUAH. For He is not confined to temples made with hands. His dwelling is with the humble and contrite in spirit. Therefore, let no fear trouble you, for you are called to be a sign and a wonder to the nations. Let your vision remain fixed on the kingdom that cannot be shaken. Let your courage be anchored in the Rock that cannot be moved. And when you are tried, you shall come forth as pure gold.</w:t>
      </w:r>
    </w:p>
    <w:p w:rsidR="00000000" w:rsidDel="00000000" w:rsidP="00000000" w:rsidRDefault="00000000" w:rsidRPr="00000000" w14:paraId="00000094">
      <w:pPr>
        <w:spacing w:after="240" w:before="240" w:lineRule="auto"/>
        <w:rPr/>
      </w:pPr>
      <w:r w:rsidDel="00000000" w:rsidR="00000000" w:rsidRPr="00000000">
        <w:rPr>
          <w:rtl w:val="0"/>
        </w:rPr>
        <w:t xml:space="preserve">Lift up your eyes, for salvation is nearer than when you first believed. Sing, O you captives of Zion, for soon you will return with joy, your mouths filled with laughter, your hands carrying sheaves of abundance. The peace of YAHUAH will cover the earth as waters cover the sea.</w:t>
      </w:r>
    </w:p>
    <w:p w:rsidR="00000000" w:rsidDel="00000000" w:rsidP="00000000" w:rsidRDefault="00000000" w:rsidRPr="00000000" w14:paraId="00000095">
      <w:pPr>
        <w:pStyle w:val="Heading3"/>
        <w:keepNext w:val="0"/>
        <w:keepLines w:val="0"/>
        <w:spacing w:before="280" w:lineRule="auto"/>
        <w:rPr>
          <w:b w:val="1"/>
          <w:color w:val="000000"/>
          <w:sz w:val="26"/>
          <w:szCs w:val="26"/>
        </w:rPr>
      </w:pPr>
      <w:bookmarkStart w:colFirst="0" w:colLast="0" w:name="_2qh58wgfhsz" w:id="9"/>
      <w:bookmarkEnd w:id="9"/>
      <w:r w:rsidDel="00000000" w:rsidR="00000000" w:rsidRPr="00000000">
        <w:rPr>
          <w:b w:val="1"/>
          <w:color w:val="000000"/>
          <w:sz w:val="26"/>
          <w:szCs w:val="26"/>
          <w:rtl w:val="0"/>
        </w:rPr>
        <w:t xml:space="preserve">Chapter 8: The Tree of Life and the Paradise of God</w:t>
      </w:r>
    </w:p>
    <w:p w:rsidR="00000000" w:rsidDel="00000000" w:rsidP="00000000" w:rsidRDefault="00000000" w:rsidRPr="00000000" w14:paraId="00000096">
      <w:pPr>
        <w:spacing w:after="240" w:before="240" w:lineRule="auto"/>
        <w:rPr/>
      </w:pPr>
      <w:r w:rsidDel="00000000" w:rsidR="00000000" w:rsidRPr="00000000">
        <w:rPr>
          <w:rtl w:val="0"/>
        </w:rPr>
        <w:t xml:space="preserve">“If I were hungry, I would not tell you; for the world is Mine, and all its fullness.” (Psalm 50:12)</w:t>
      </w:r>
    </w:p>
    <w:p w:rsidR="00000000" w:rsidDel="00000000" w:rsidP="00000000" w:rsidRDefault="00000000" w:rsidRPr="00000000" w14:paraId="00000097">
      <w:pPr>
        <w:spacing w:after="240" w:before="240" w:lineRule="auto"/>
        <w:rPr/>
      </w:pPr>
      <w:r w:rsidDel="00000000" w:rsidR="00000000" w:rsidRPr="00000000">
        <w:rPr>
          <w:rtl w:val="0"/>
        </w:rPr>
        <w:t xml:space="preserve">“He who has an ear, let him hear what the Spirit says to the churches. To him who overcomes I will give to eat from the tree of life, which is in the midst of the Paradise of God.” (Revelation 2:7)</w:t>
      </w:r>
    </w:p>
    <w:p w:rsidR="00000000" w:rsidDel="00000000" w:rsidP="00000000" w:rsidRDefault="00000000" w:rsidRPr="00000000" w14:paraId="00000098">
      <w:pPr>
        <w:spacing w:after="240" w:before="240" w:lineRule="auto"/>
        <w:rPr/>
      </w:pPr>
      <w:r w:rsidDel="00000000" w:rsidR="00000000" w:rsidRPr="00000000">
        <w:rPr>
          <w:rtl w:val="0"/>
        </w:rPr>
        <w:t xml:space="preserve">“If I were hungry, I would not tell you, nor ask you for anything,” says YAHUAH. “For every beast in the forest is Mine. The cattle upon a thousand hills are Mine. I know the birds of the mountains, and the wild beasts of the fields—they are Mine. The waters that run through the rocks, the wells and fountains you drink from—they are Mine. The world is Mine, and the fullness of it.</w:t>
      </w:r>
    </w:p>
    <w:p w:rsidR="00000000" w:rsidDel="00000000" w:rsidP="00000000" w:rsidRDefault="00000000" w:rsidRPr="00000000" w14:paraId="00000099">
      <w:pPr>
        <w:spacing w:after="240" w:before="240" w:lineRule="auto"/>
        <w:rPr/>
      </w:pPr>
      <w:r w:rsidDel="00000000" w:rsidR="00000000" w:rsidRPr="00000000">
        <w:rPr>
          <w:rtl w:val="0"/>
        </w:rPr>
        <w:t xml:space="preserve">Yet, hear these words, My child. You come asking Me to bless your hands, your feet, your life. You cry day and night for deliverance, for healing, for wealth. But do you truly know Me?” says YAHUAH. “Do you understand My zeal for you? Do you comprehend the powers at war over you because of our covenant? If I gave you everything you ask for—would you still seek My presence? Would you still hunger for the Spirit of Peace? Would you search out the mysteries hidden deep within the roots of your soul?</w:t>
      </w:r>
    </w:p>
    <w:p w:rsidR="00000000" w:rsidDel="00000000" w:rsidP="00000000" w:rsidRDefault="00000000" w:rsidRPr="00000000" w14:paraId="0000009A">
      <w:pPr>
        <w:spacing w:after="240" w:before="240" w:lineRule="auto"/>
        <w:rPr/>
      </w:pPr>
      <w:r w:rsidDel="00000000" w:rsidR="00000000" w:rsidRPr="00000000">
        <w:rPr>
          <w:rtl w:val="0"/>
        </w:rPr>
        <w:t xml:space="preserve">Know this: many of the victories withheld from you were not My denial but your own. It was your emotions that raised walls of doubt. It was your words that set stumbling blocks before your path. And often what you pursued had no eternal value—it was never assigned to you.</w:t>
      </w:r>
    </w:p>
    <w:p w:rsidR="00000000" w:rsidDel="00000000" w:rsidP="00000000" w:rsidRDefault="00000000" w:rsidRPr="00000000" w14:paraId="0000009B">
      <w:pPr>
        <w:spacing w:after="240" w:before="240" w:lineRule="auto"/>
        <w:rPr/>
      </w:pPr>
      <w:r w:rsidDel="00000000" w:rsidR="00000000" w:rsidRPr="00000000">
        <w:rPr>
          <w:rtl w:val="0"/>
        </w:rPr>
        <w:t xml:space="preserve">Come to Me, My child, and I will give you the Tree of Life. Not riches that perish, not blessings that fade, but everlasting victory—a victory that glorifies Me in both the physical and the spiritual realm.”</w:t>
      </w:r>
    </w:p>
    <w:p w:rsidR="00000000" w:rsidDel="00000000" w:rsidP="00000000" w:rsidRDefault="00000000" w:rsidRPr="00000000" w14:paraId="0000009C">
      <w:pPr>
        <w:spacing w:after="240" w:before="240" w:lineRule="auto"/>
        <w:rPr/>
      </w:pPr>
      <w:r w:rsidDel="00000000" w:rsidR="00000000" w:rsidRPr="00000000">
        <w:rPr>
          <w:rtl w:val="0"/>
        </w:rPr>
        <w:t xml:space="preserve">Beloved, do not chase after blessings more than the Blesser. Do not seek provision more than the Provider. Return to the Source of Life, and you will find not only your needs met but your spirit revived.</w:t>
      </w:r>
    </w:p>
    <w:p w:rsidR="00000000" w:rsidDel="00000000" w:rsidP="00000000" w:rsidRDefault="00000000" w:rsidRPr="00000000" w14:paraId="0000009D">
      <w:pPr>
        <w:spacing w:after="240" w:before="240" w:lineRule="auto"/>
        <w:rPr/>
      </w:pPr>
      <w:r w:rsidDel="00000000" w:rsidR="00000000" w:rsidRPr="00000000">
        <w:rPr>
          <w:rtl w:val="0"/>
        </w:rPr>
        <w:t xml:space="preserve">Father, forgive us for the times we pursued Your hand more than Your heart. Teach us to seek You above all things, to hunger for the Tree of Life, and to delight in Your presence above every earthly treasure. HalleluYah.</w:t>
      </w:r>
    </w:p>
    <w:p w:rsidR="00000000" w:rsidDel="00000000" w:rsidP="00000000" w:rsidRDefault="00000000" w:rsidRPr="00000000" w14:paraId="0000009E">
      <w:pPr>
        <w:spacing w:after="240" w:before="240" w:lineRule="auto"/>
        <w:rPr/>
      </w:pPr>
      <w:r w:rsidDel="00000000" w:rsidR="00000000" w:rsidRPr="00000000">
        <w:rPr>
          <w:rtl w:val="0"/>
        </w:rPr>
        <w:t xml:space="preserve">I will seek first the kingdom of God and His righteousness. My joy is in His presence, my treasure is His Spirit, and my victory is eternal in Him.</w:t>
      </w:r>
    </w:p>
    <w:p w:rsidR="00000000" w:rsidDel="00000000" w:rsidP="00000000" w:rsidRDefault="00000000" w:rsidRPr="00000000" w14:paraId="0000009F">
      <w:pPr>
        <w:pStyle w:val="Heading3"/>
        <w:keepNext w:val="0"/>
        <w:keepLines w:val="0"/>
        <w:spacing w:before="280" w:lineRule="auto"/>
        <w:rPr>
          <w:b w:val="1"/>
          <w:color w:val="000000"/>
          <w:sz w:val="26"/>
          <w:szCs w:val="26"/>
        </w:rPr>
      </w:pPr>
      <w:bookmarkStart w:colFirst="0" w:colLast="0" w:name="_4alashp3evuu" w:id="10"/>
      <w:bookmarkEnd w:id="10"/>
      <w:r w:rsidDel="00000000" w:rsidR="00000000" w:rsidRPr="00000000">
        <w:rPr>
          <w:b w:val="1"/>
          <w:color w:val="000000"/>
          <w:sz w:val="26"/>
          <w:szCs w:val="26"/>
          <w:rtl w:val="0"/>
        </w:rPr>
        <w:t xml:space="preserve">Chapter 9: A Broken Spirit</w:t>
      </w:r>
    </w:p>
    <w:p w:rsidR="00000000" w:rsidDel="00000000" w:rsidP="00000000" w:rsidRDefault="00000000" w:rsidRPr="00000000" w14:paraId="000000A0">
      <w:pPr>
        <w:spacing w:after="240" w:before="240" w:lineRule="auto"/>
        <w:rPr/>
      </w:pPr>
      <w:r w:rsidDel="00000000" w:rsidR="00000000" w:rsidRPr="00000000">
        <w:rPr>
          <w:rtl w:val="0"/>
        </w:rPr>
        <w:t xml:space="preserve">“The sacrifices of God are a broken spirit, a broken and a contrite heart—these, O God, You will not despise.” (Psalm 51:17)</w:t>
      </w:r>
    </w:p>
    <w:p w:rsidR="00000000" w:rsidDel="00000000" w:rsidP="00000000" w:rsidRDefault="00000000" w:rsidRPr="00000000" w14:paraId="000000A1">
      <w:pPr>
        <w:spacing w:after="240" w:before="240" w:lineRule="auto"/>
        <w:rPr/>
      </w:pPr>
      <w:r w:rsidDel="00000000" w:rsidR="00000000" w:rsidRPr="00000000">
        <w:rPr>
          <w:rtl w:val="0"/>
        </w:rPr>
        <w:t xml:space="preserve">“Humble yourselves in the sight of YAHUAH, and He will lift you up.” (James 4:10)</w:t>
      </w:r>
    </w:p>
    <w:p w:rsidR="00000000" w:rsidDel="00000000" w:rsidP="00000000" w:rsidRDefault="00000000" w:rsidRPr="00000000" w14:paraId="000000A2">
      <w:pPr>
        <w:spacing w:after="240" w:before="240" w:lineRule="auto"/>
        <w:rPr/>
      </w:pPr>
      <w:r w:rsidDel="00000000" w:rsidR="00000000" w:rsidRPr="00000000">
        <w:rPr>
          <w:rtl w:val="0"/>
        </w:rPr>
        <w:t xml:space="preserve">“I do not despise the broken and the contrite. When the proud stumble, they fall hard, but the humble I lift with My hand. Child, I have heard your sighs in the midnight hour. I have counted your tears when no one else noticed. I have felt the heaviness that pressed you low, and yet it is in that place of brokenness that I draw near.</w:t>
      </w:r>
    </w:p>
    <w:p w:rsidR="00000000" w:rsidDel="00000000" w:rsidP="00000000" w:rsidRDefault="00000000" w:rsidRPr="00000000" w14:paraId="000000A3">
      <w:pPr>
        <w:spacing w:after="240" w:before="240" w:lineRule="auto"/>
        <w:rPr/>
      </w:pPr>
      <w:r w:rsidDel="00000000" w:rsidR="00000000" w:rsidRPr="00000000">
        <w:rPr>
          <w:rtl w:val="0"/>
        </w:rPr>
        <w:t xml:space="preserve">Do not fear being humbled, for humility is the doorway to My presence. Do not despise repentance, for repentance is the wellspring of renewal. Many would rather cover their wounds than expose them, but I say to you: uncover them before Me and I will heal you. Have you not seen how the mighty wither, yet the lowly flourish in My courts? The vessel that is cracked and poured out is the one I fill with new oil. The altar is not stained with perfection but with sacrifice, and the sacrifice I desire is a contrite heart.</w:t>
      </w:r>
    </w:p>
    <w:p w:rsidR="00000000" w:rsidDel="00000000" w:rsidP="00000000" w:rsidRDefault="00000000" w:rsidRPr="00000000" w14:paraId="000000A4">
      <w:pPr>
        <w:spacing w:after="240" w:before="240" w:lineRule="auto"/>
        <w:rPr/>
      </w:pPr>
      <w:r w:rsidDel="00000000" w:rsidR="00000000" w:rsidRPr="00000000">
        <w:rPr>
          <w:rtl w:val="0"/>
        </w:rPr>
        <w:t xml:space="preserve">Return to Me, O My people. Rend your hearts and not your garments. Lay aside your pride, for I resist the proud but give grace to the humble. Come as you are, and I will make you whole.”</w:t>
      </w:r>
    </w:p>
    <w:p w:rsidR="00000000" w:rsidDel="00000000" w:rsidP="00000000" w:rsidRDefault="00000000" w:rsidRPr="00000000" w14:paraId="000000A5">
      <w:pPr>
        <w:spacing w:after="240" w:before="240" w:lineRule="auto"/>
        <w:rPr/>
      </w:pPr>
      <w:r w:rsidDel="00000000" w:rsidR="00000000" w:rsidRPr="00000000">
        <w:rPr>
          <w:rtl w:val="0"/>
        </w:rPr>
        <w:t xml:space="preserve">Beloved, do not run from the breaking. In your brokenness, God is near. Yield to His hand, confess freely, and let His mercy rebuild you into a vessel fit for glory.</w:t>
      </w:r>
    </w:p>
    <w:p w:rsidR="00000000" w:rsidDel="00000000" w:rsidP="00000000" w:rsidRDefault="00000000" w:rsidRPr="00000000" w14:paraId="000000A6">
      <w:pPr>
        <w:spacing w:after="240" w:before="240" w:lineRule="auto"/>
        <w:rPr/>
      </w:pPr>
      <w:r w:rsidDel="00000000" w:rsidR="00000000" w:rsidRPr="00000000">
        <w:rPr>
          <w:rtl w:val="0"/>
        </w:rPr>
        <w:t xml:space="preserve">Father, create in us clean hearts and renew right spirits within us. Strip away our pride, heal our wounds, and make us whole again. We come broken, but we trust You to restore.</w:t>
      </w:r>
    </w:p>
    <w:p w:rsidR="00000000" w:rsidDel="00000000" w:rsidP="00000000" w:rsidRDefault="00000000" w:rsidRPr="00000000" w14:paraId="000000A7">
      <w:pPr>
        <w:spacing w:after="240" w:before="240" w:lineRule="auto"/>
        <w:rPr/>
      </w:pPr>
      <w:r w:rsidDel="00000000" w:rsidR="00000000" w:rsidRPr="00000000">
        <w:rPr>
          <w:rtl w:val="0"/>
        </w:rPr>
        <w:t xml:space="preserve">I am not ashamed of my brokenness, for YAHUAH is near to the contrite. He lifts me up, restores me, and fills me with His Spirit.</w:t>
      </w:r>
    </w:p>
    <w:p w:rsidR="00000000" w:rsidDel="00000000" w:rsidP="00000000" w:rsidRDefault="00000000" w:rsidRPr="00000000" w14:paraId="000000A8">
      <w:pPr>
        <w:spacing w:after="240" w:before="240" w:lineRule="auto"/>
        <w:rPr/>
      </w:pPr>
      <w:r w:rsidDel="00000000" w:rsidR="00000000" w:rsidRPr="00000000">
        <w:rPr>
          <w:rtl w:val="0"/>
        </w:rPr>
        <w:t xml:space="preserve">“Do not despise the days of small beginnings, for even a mustard seed grows into a great tree that shelters many. In the furnace of affliction, I do My greatest work. When you are pressed down and the world mocks your faith, I lift you up and clothe you in My righteousness. As the Hebrew boys did not bow to the image of gold, so too must you refuse to bow to the idols of this generation. Wealth, fame, power, and pride—these are the images men have raised up. Yet I, YAHUAH, am a consuming fire, and I alone am worthy of worship.</w:t>
      </w:r>
    </w:p>
    <w:p w:rsidR="00000000" w:rsidDel="00000000" w:rsidP="00000000" w:rsidRDefault="00000000" w:rsidRPr="00000000" w14:paraId="000000A9">
      <w:pPr>
        <w:spacing w:after="240" w:before="240" w:lineRule="auto"/>
        <w:rPr/>
      </w:pPr>
      <w:r w:rsidDel="00000000" w:rsidR="00000000" w:rsidRPr="00000000">
        <w:rPr>
          <w:rtl w:val="0"/>
        </w:rPr>
        <w:t xml:space="preserve">Fear not the threats of kings nor the decrees of nations. For when they cast you into the fire, My presence will walk with you. And the flames that consume others shall only loose your bonds. The smell of smoke shall not cling to you, for you are Mine.</w:t>
      </w:r>
    </w:p>
    <w:p w:rsidR="00000000" w:rsidDel="00000000" w:rsidP="00000000" w:rsidRDefault="00000000" w:rsidRPr="00000000" w14:paraId="000000AA">
      <w:pPr>
        <w:spacing w:after="240" w:before="240" w:lineRule="auto"/>
        <w:rPr/>
      </w:pPr>
      <w:r w:rsidDel="00000000" w:rsidR="00000000" w:rsidRPr="00000000">
        <w:rPr>
          <w:rtl w:val="0"/>
        </w:rPr>
        <w:t xml:space="preserve">Lift up your eyes, for I have called you by name. I have chosen you to be a witness in this generation, a living testimony that My covenant endures forever. Walk boldly, for the fire is not your end but your beginning.”</w:t>
      </w:r>
    </w:p>
    <w:p w:rsidR="00000000" w:rsidDel="00000000" w:rsidP="00000000" w:rsidRDefault="00000000" w:rsidRPr="00000000" w14:paraId="000000AB">
      <w:pPr>
        <w:spacing w:after="240" w:before="240" w:lineRule="auto"/>
        <w:ind w:left="600" w:right="600" w:firstLine="0"/>
        <w:rPr/>
      </w:pPr>
      <w:r w:rsidDel="00000000" w:rsidR="00000000" w:rsidRPr="00000000">
        <w:rPr>
          <w:rtl w:val="0"/>
        </w:rPr>
        <w:t xml:space="preserve">Wow! I see, I see—change has come, but it is not free, because we could not agree. We drank deceit and caused our flesh to be the matter we sought after. It was the former and not the latter.</w:t>
      </w:r>
    </w:p>
    <w:p w:rsidR="00000000" w:rsidDel="00000000" w:rsidP="00000000" w:rsidRDefault="00000000" w:rsidRPr="00000000" w14:paraId="000000AC">
      <w:pPr>
        <w:spacing w:after="240" w:before="240" w:lineRule="auto"/>
        <w:ind w:left="600" w:right="600" w:firstLine="0"/>
        <w:rPr/>
      </w:pPr>
      <w:r w:rsidDel="00000000" w:rsidR="00000000" w:rsidRPr="00000000">
        <w:rPr>
          <w:rtl w:val="0"/>
        </w:rPr>
        <w:t xml:space="preserve">We still run and decree in error, because it was the former and not the latter. Our prayers are unanswered because deceit covers our words, making everything absolutely absurd. And yet we think we have fooled the Creator.</w:t>
      </w:r>
    </w:p>
    <w:p w:rsidR="00000000" w:rsidDel="00000000" w:rsidP="00000000" w:rsidRDefault="00000000" w:rsidRPr="00000000" w14:paraId="000000AD">
      <w:pPr>
        <w:spacing w:after="240" w:before="240" w:lineRule="auto"/>
        <w:ind w:left="600" w:right="600" w:firstLine="0"/>
        <w:rPr/>
      </w:pPr>
      <w:r w:rsidDel="00000000" w:rsidR="00000000" w:rsidRPr="00000000">
        <w:rPr>
          <w:rtl w:val="0"/>
        </w:rPr>
        <w:t xml:space="preserve">What is this matter that makes such a clatter? Your hearts are deceitful, still filled with desire to soothe and smooth your wicked flesh— and still you say, ‘God has got me, He will cover the matter.’</w:t>
      </w:r>
    </w:p>
    <w:p w:rsidR="00000000" w:rsidDel="00000000" w:rsidP="00000000" w:rsidRDefault="00000000" w:rsidRPr="00000000" w14:paraId="000000AE">
      <w:pPr>
        <w:spacing w:after="240" w:before="240" w:lineRule="auto"/>
        <w:ind w:left="600" w:right="600" w:firstLine="0"/>
        <w:rPr/>
      </w:pPr>
      <w:r w:rsidDel="00000000" w:rsidR="00000000" w:rsidRPr="00000000">
        <w:rPr>
          <w:rtl w:val="0"/>
        </w:rPr>
        <w:t xml:space="preserve">In the midst of it you have reached out and made for yourself a god to flatter yourselves, still screaming, ‘God has got the matter.’ In the midst of it all you chose your own god to solve the matter, placing your flesh upon the platter.</w:t>
      </w:r>
    </w:p>
    <w:p w:rsidR="00000000" w:rsidDel="00000000" w:rsidP="00000000" w:rsidRDefault="00000000" w:rsidRPr="00000000" w14:paraId="000000AF">
      <w:pPr>
        <w:spacing w:after="240" w:before="240" w:lineRule="auto"/>
        <w:ind w:left="600" w:right="600" w:firstLine="0"/>
        <w:rPr/>
      </w:pPr>
      <w:r w:rsidDel="00000000" w:rsidR="00000000" w:rsidRPr="00000000">
        <w:rPr>
          <w:rtl w:val="0"/>
        </w:rPr>
        <w:t xml:space="preserve">So now, have you chosen to follow after all this? Well, keep saying to yourself: ‘God has got it, He will keep and save me.’</w:t>
      </w:r>
    </w:p>
    <w:p w:rsidR="00000000" w:rsidDel="00000000" w:rsidP="00000000" w:rsidRDefault="00000000" w:rsidRPr="00000000" w14:paraId="000000B0">
      <w:pPr>
        <w:spacing w:after="240" w:before="240" w:lineRule="auto"/>
        <w:ind w:left="600" w:right="600" w:firstLine="0"/>
        <w:rPr/>
      </w:pPr>
      <w:r w:rsidDel="00000000" w:rsidR="00000000" w:rsidRPr="00000000">
        <w:rPr>
          <w:rtl w:val="0"/>
        </w:rPr>
        <w:t xml:space="preserve">Which One?</w:t>
      </w:r>
    </w:p>
    <w:p w:rsidR="00000000" w:rsidDel="00000000" w:rsidP="00000000" w:rsidRDefault="00000000" w:rsidRPr="00000000" w14:paraId="000000B1">
      <w:pPr>
        <w:pStyle w:val="Heading3"/>
        <w:keepNext w:val="0"/>
        <w:keepLines w:val="0"/>
        <w:spacing w:before="280" w:lineRule="auto"/>
        <w:rPr>
          <w:b w:val="1"/>
          <w:color w:val="000000"/>
          <w:sz w:val="26"/>
          <w:szCs w:val="26"/>
        </w:rPr>
      </w:pPr>
      <w:bookmarkStart w:colFirst="0" w:colLast="0" w:name="_hw129xi7tubl" w:id="11"/>
      <w:bookmarkEnd w:id="11"/>
      <w:r w:rsidDel="00000000" w:rsidR="00000000" w:rsidRPr="00000000">
        <w:rPr>
          <w:b w:val="1"/>
          <w:color w:val="000000"/>
          <w:sz w:val="26"/>
          <w:szCs w:val="26"/>
          <w:rtl w:val="0"/>
        </w:rPr>
        <w:t xml:space="preserve">Chapter 10: Jealousy as Cruel as the Grave</w:t>
      </w:r>
    </w:p>
    <w:p w:rsidR="00000000" w:rsidDel="00000000" w:rsidP="00000000" w:rsidRDefault="00000000" w:rsidRPr="00000000" w14:paraId="000000B2">
      <w:pPr>
        <w:spacing w:after="240" w:before="240" w:lineRule="auto"/>
        <w:rPr/>
      </w:pPr>
      <w:r w:rsidDel="00000000" w:rsidR="00000000" w:rsidRPr="00000000">
        <w:rPr>
          <w:rtl w:val="0"/>
        </w:rPr>
        <w:t xml:space="preserve">Jealousy is cruel as the grave. Its flames are flames of fire, the harshest and most intense fire there is. It kills, steals, and destroys its host. No reasoning, no explanation, no soothing words can tame its burning. Jealousy consumes the mind and the body. It is as destructive as a raging volcano, leaving nothing in its path but ash and ruin. It has no friends. It breeds chaos. It dries up riverbeds and chokes the very breath from life. It is cancerous. It is depressing. With all your might—flee from it. Invite it not into your dwelling place. Do not entertain it, for even a spark will grow into a consuming fire. And above all, do not let jealousy destroy the love you once had for others. Guard your heart, for out of it flows the wellsprings of life.</w:t>
      </w:r>
    </w:p>
    <w:p w:rsidR="00000000" w:rsidDel="00000000" w:rsidP="00000000" w:rsidRDefault="00000000" w:rsidRPr="00000000" w14:paraId="000000B3">
      <w:pPr>
        <w:spacing w:after="240" w:before="240" w:lineRule="auto"/>
        <w:rPr/>
      </w:pPr>
      <w:r w:rsidDel="00000000" w:rsidR="00000000" w:rsidRPr="00000000">
        <w:rPr>
          <w:rtl w:val="0"/>
        </w:rPr>
        <w:t xml:space="preserve">Whether it be right in the sight of God that I listen to you more than Yahuah, you be the judge. You box with God and afterwards you let me know the outcome. Time after time you have challenged your faith, with standing lies muddying your path, sounds of indecisiveness tormenting your progress, and doubt and unbelief chasing your mind. Be it known that there is a strong tower mightier than the oaks of Lebanon, a voice sterner than the gods of Egypt, and a light of righteousness that will forever overpower any thought or imagination of man.</w:t>
      </w:r>
    </w:p>
    <w:p w:rsidR="00000000" w:rsidDel="00000000" w:rsidP="00000000" w:rsidRDefault="00000000" w:rsidRPr="00000000" w14:paraId="000000B4">
      <w:pPr>
        <w:spacing w:after="240" w:before="240" w:lineRule="auto"/>
        <w:rPr/>
      </w:pPr>
      <w:r w:rsidDel="00000000" w:rsidR="00000000" w:rsidRPr="00000000">
        <w:rPr>
          <w:rtl w:val="0"/>
        </w:rPr>
        <w:t xml:space="preserve">Whose report will you be judged by? For David says, “I will bless YHWH at all times, and His praises will continually be in my mouth. For another voice I will not follow.”</w:t>
      </w:r>
    </w:p>
    <w:p w:rsidR="00000000" w:rsidDel="00000000" w:rsidP="00000000" w:rsidRDefault="00000000" w:rsidRPr="00000000" w14:paraId="000000B5">
      <w:pPr>
        <w:spacing w:after="240" w:before="240" w:lineRule="auto"/>
        <w:rPr/>
      </w:pPr>
      <w:r w:rsidDel="00000000" w:rsidR="00000000" w:rsidRPr="00000000">
        <w:rPr>
          <w:rtl w:val="0"/>
        </w:rPr>
        <w:t xml:space="preserve">Then I saw a fire descending from the heavens, not to destroy, but to cleanse. It entered the hearts of the faithful and burned away fear, jealousy, and doubt. Their countenance was changed, their garments shone bright, and they stood upright as pillars in the temple of Yahuah.</w:t>
      </w:r>
    </w:p>
    <w:p w:rsidR="00000000" w:rsidDel="00000000" w:rsidP="00000000" w:rsidRDefault="00000000" w:rsidRPr="00000000" w14:paraId="000000B6">
      <w:pPr>
        <w:spacing w:after="240" w:before="240" w:lineRule="auto"/>
        <w:rPr/>
      </w:pPr>
      <w:r w:rsidDel="00000000" w:rsidR="00000000" w:rsidRPr="00000000">
        <w:rPr>
          <w:rtl w:val="0"/>
        </w:rPr>
        <w:t xml:space="preserve">The Spirit spoke again: “I am calling forth a people who will not bow to idols, nor bend to the pressures of men. I am raising up those whose hearts are purified by trial, whose voices thunder with truth, and whose lives shine with the radiance of My glory. They will walk in wisdom, they will speak in power, and they will heal in compassion. Through them My name will be exalted among the nations.”</w:t>
      </w:r>
    </w:p>
    <w:p w:rsidR="00000000" w:rsidDel="00000000" w:rsidP="00000000" w:rsidRDefault="00000000" w:rsidRPr="00000000" w14:paraId="000000B7">
      <w:pPr>
        <w:spacing w:after="240" w:before="240" w:lineRule="auto"/>
        <w:rPr/>
      </w:pPr>
      <w:r w:rsidDel="00000000" w:rsidR="00000000" w:rsidRPr="00000000">
        <w:rPr>
          <w:rtl w:val="0"/>
        </w:rPr>
        <w:t xml:space="preserve">I looked, and behold, rivers of living water burst forth from dry ground. Trees that once withered sprang to life again, bearing fruit in abundance. Cities once desolate were filled with laughter. Songs rose from every dwelling as families were restored and children danced in the streets.</w:t>
      </w:r>
    </w:p>
    <w:p w:rsidR="00000000" w:rsidDel="00000000" w:rsidP="00000000" w:rsidRDefault="00000000" w:rsidRPr="00000000" w14:paraId="000000B8">
      <w:pPr>
        <w:spacing w:after="240" w:before="240" w:lineRule="auto"/>
        <w:rPr/>
      </w:pPr>
      <w:r w:rsidDel="00000000" w:rsidR="00000000" w:rsidRPr="00000000">
        <w:rPr>
          <w:rtl w:val="0"/>
        </w:rPr>
        <w:t xml:space="preserve">But in contrast, I also saw the hearts of those who clung to pride and the lust of power. Their cities crumbled. Their strength turned to dust. Their words fell to the ground empty. They searched for peace but found none. They pursued wealth but reaped only sorrow. They lifted their hands to false gods, but those gods gave them no answer.</w:t>
      </w:r>
    </w:p>
    <w:p w:rsidR="00000000" w:rsidDel="00000000" w:rsidP="00000000" w:rsidRDefault="00000000" w:rsidRPr="00000000" w14:paraId="000000B9">
      <w:pPr>
        <w:spacing w:after="240" w:before="240" w:lineRule="auto"/>
        <w:rPr/>
      </w:pPr>
      <w:r w:rsidDel="00000000" w:rsidR="00000000" w:rsidRPr="00000000">
        <w:rPr>
          <w:rtl w:val="0"/>
        </w:rPr>
        <w:t xml:space="preserve">The voice of Yahuah declared: “The time of sifting is upon you. The wheat I will gather into My barns, but the chaff will be blown away by the winds of judgment. The line is drawn, the call has gone forth. Who will stand with Me in holiness? Who will eat of My table and drink of My cup? Who will forsake the fleeting shadows and embrace the eternal light?</w:t>
      </w:r>
    </w:p>
    <w:p w:rsidR="00000000" w:rsidDel="00000000" w:rsidP="00000000" w:rsidRDefault="00000000" w:rsidRPr="00000000" w14:paraId="000000BA">
      <w:pPr>
        <w:spacing w:after="240" w:before="240" w:lineRule="auto"/>
        <w:rPr/>
      </w:pPr>
      <w:r w:rsidDel="00000000" w:rsidR="00000000" w:rsidRPr="00000000">
        <w:rPr>
          <w:rtl w:val="0"/>
        </w:rPr>
        <w:t xml:space="preserve">Choose this day whom you will serve. For My Spirit will not strive with man forever. But those who choose Me will live and not die, will rise and not fall, will inherit and not be cast away. For I am Yahuah, the Eternal, and I will not give My glory to another.”</w:t>
      </w:r>
    </w:p>
    <w:p w:rsidR="00000000" w:rsidDel="00000000" w:rsidP="00000000" w:rsidRDefault="00000000" w:rsidRPr="00000000" w14:paraId="000000BB">
      <w:pPr>
        <w:spacing w:after="240" w:before="240" w:lineRule="auto"/>
        <w:rPr/>
      </w:pPr>
      <w:r w:rsidDel="00000000" w:rsidR="00000000" w:rsidRPr="00000000">
        <w:rPr>
          <w:rtl w:val="0"/>
        </w:rPr>
        <w:t xml:space="preserve">Be angry as you may, but sin not. Do not let the sun go down on your anger, nor give place to the adversary. For a curse is easily written and its fury hard to contain. You will end up in the center of thorns, swinging to save your own life.</w:t>
      </w:r>
    </w:p>
    <w:p w:rsidR="00000000" w:rsidDel="00000000" w:rsidP="00000000" w:rsidRDefault="00000000" w:rsidRPr="00000000" w14:paraId="000000BC">
      <w:pPr>
        <w:spacing w:after="240" w:before="240" w:lineRule="auto"/>
        <w:rPr/>
      </w:pPr>
      <w:r w:rsidDel="00000000" w:rsidR="00000000" w:rsidRPr="00000000">
        <w:rPr>
          <w:rtl w:val="0"/>
        </w:rPr>
        <w:t xml:space="preserve">Then the Spirit said: “There is a narrow way, and there is a broad way. The broad way leads to destruction, and many walk therein. But the narrow way, though difficult, leads to life everlasting. Only the humble will find it. Only the faithful will walk it. Only those who cling to My Word will endure its trials.”</w:t>
      </w:r>
    </w:p>
    <w:p w:rsidR="00000000" w:rsidDel="00000000" w:rsidP="00000000" w:rsidRDefault="00000000" w:rsidRPr="00000000" w14:paraId="000000BD">
      <w:pPr>
        <w:spacing w:after="240" w:before="240" w:lineRule="auto"/>
        <w:rPr/>
      </w:pPr>
      <w:r w:rsidDel="00000000" w:rsidR="00000000" w:rsidRPr="00000000">
        <w:rPr>
          <w:rtl w:val="0"/>
        </w:rPr>
        <w:t xml:space="preserve">I looked again, and I saw men chasing after shadows. They reached for treasures, but the treasures dissolved in their hands. They grasped after crowns, but the crowns turned to dust. They pursued honor, but honor turned into shame before their eyes.</w:t>
      </w:r>
    </w:p>
    <w:p w:rsidR="00000000" w:rsidDel="00000000" w:rsidP="00000000" w:rsidRDefault="00000000" w:rsidRPr="00000000" w14:paraId="000000BE">
      <w:pPr>
        <w:spacing w:after="240" w:before="240" w:lineRule="auto"/>
        <w:rPr/>
      </w:pPr>
      <w:r w:rsidDel="00000000" w:rsidR="00000000" w:rsidRPr="00000000">
        <w:rPr>
          <w:rtl w:val="0"/>
        </w:rPr>
        <w:t xml:space="preserve">Yet, I also saw a remnant, small in number but great in faith. They walked not in the wisdom of men, nor in the strength of nations, but in the Spirit of YAHUAH. Their steps were guided by the light of heaven. Their mouths spoke truth. Their hearts were steadfast. And wherever they went, healing followed, and peace settled like dew upon the land.</w:t>
      </w:r>
    </w:p>
    <w:p w:rsidR="00000000" w:rsidDel="00000000" w:rsidP="00000000" w:rsidRDefault="00000000" w:rsidRPr="00000000" w14:paraId="000000BF">
      <w:pPr>
        <w:spacing w:after="240" w:before="240" w:lineRule="auto"/>
        <w:rPr/>
      </w:pPr>
      <w:r w:rsidDel="00000000" w:rsidR="00000000" w:rsidRPr="00000000">
        <w:rPr>
          <w:rtl w:val="0"/>
        </w:rPr>
        <w:t xml:space="preserve">“These are My witnesses,” said YAH, “the ones who will not bow to the idols of this age. They will not trade My covenant for silver or gold. They will not sell their inheritance for fleeting pleasures. They will stand, though the world mocks them. They will endure, though the nations rage. And when the storm passes, they will remain, like trees planted by living waters, bearing fruit in every season.”</w:t>
      </w:r>
    </w:p>
    <w:p w:rsidR="00000000" w:rsidDel="00000000" w:rsidP="00000000" w:rsidRDefault="00000000" w:rsidRPr="00000000" w14:paraId="000000C0">
      <w:pPr>
        <w:spacing w:after="240" w:before="240" w:lineRule="auto"/>
        <w:rPr/>
      </w:pPr>
      <w:r w:rsidDel="00000000" w:rsidR="00000000" w:rsidRPr="00000000">
        <w:rPr>
          <w:rtl w:val="0"/>
        </w:rPr>
        <w:t xml:space="preserve">Then I saw the heavens tremble, and the earth groaned. A trumpet sounded, low and mighty, rolling like thunder across the mountains. And the Spirit declared:</w:t>
      </w:r>
    </w:p>
    <w:p w:rsidR="00000000" w:rsidDel="00000000" w:rsidP="00000000" w:rsidRDefault="00000000" w:rsidRPr="00000000" w14:paraId="000000C1">
      <w:pPr>
        <w:spacing w:after="240" w:before="240" w:lineRule="auto"/>
        <w:rPr/>
      </w:pPr>
      <w:r w:rsidDel="00000000" w:rsidR="00000000" w:rsidRPr="00000000">
        <w:rPr>
          <w:rtl w:val="0"/>
        </w:rPr>
        <w:t xml:space="preserve">“The days of pretending are over. The time of separating is at hand. I will shake what can be shaken, so that only what is eternal may remain. The pride of man will fall, the wisdom of rulers will be confounded, and the power of kingdoms will be brought to nothing. But My kingdom will rise, unshaken, unmovable, eternal in glory.”</w:t>
      </w:r>
    </w:p>
    <w:p w:rsidR="00000000" w:rsidDel="00000000" w:rsidP="00000000" w:rsidRDefault="00000000" w:rsidRPr="00000000" w14:paraId="000000C2">
      <w:pPr>
        <w:spacing w:after="240" w:before="240" w:lineRule="auto"/>
        <w:rPr/>
      </w:pPr>
      <w:r w:rsidDel="00000000" w:rsidR="00000000" w:rsidRPr="00000000">
        <w:rPr>
          <w:rtl w:val="0"/>
        </w:rPr>
        <w:t xml:space="preserve">And I fell on my face, trembling at the sound, but also rejoicing in the hope that burned within me. For I knew the promises of Yah are sure, His word unbreakable, His covenant everlasting.</w:t>
      </w:r>
    </w:p>
    <w:p w:rsidR="00000000" w:rsidDel="00000000" w:rsidP="00000000" w:rsidRDefault="00000000" w:rsidRPr="00000000" w14:paraId="000000C3">
      <w:pPr>
        <w:pStyle w:val="Heading3"/>
        <w:keepNext w:val="0"/>
        <w:keepLines w:val="0"/>
        <w:spacing w:before="280" w:lineRule="auto"/>
        <w:rPr>
          <w:b w:val="1"/>
          <w:color w:val="000000"/>
          <w:sz w:val="26"/>
          <w:szCs w:val="26"/>
        </w:rPr>
      </w:pPr>
      <w:bookmarkStart w:colFirst="0" w:colLast="0" w:name="_kxt9iyoteq7a" w:id="12"/>
      <w:bookmarkEnd w:id="12"/>
      <w:r w:rsidDel="00000000" w:rsidR="00000000" w:rsidRPr="00000000">
        <w:rPr>
          <w:b w:val="1"/>
          <w:color w:val="000000"/>
          <w:sz w:val="26"/>
          <w:szCs w:val="26"/>
          <w:rtl w:val="0"/>
        </w:rPr>
        <w:t xml:space="preserve">Chapter 11: Judgment in the Valley of Jehoshaphat</w:t>
      </w:r>
    </w:p>
    <w:p w:rsidR="00000000" w:rsidDel="00000000" w:rsidP="00000000" w:rsidRDefault="00000000" w:rsidRPr="00000000" w14:paraId="000000C4">
      <w:pPr>
        <w:spacing w:after="240" w:before="240" w:lineRule="auto"/>
        <w:rPr/>
      </w:pPr>
      <w:r w:rsidDel="00000000" w:rsidR="00000000" w:rsidRPr="00000000">
        <w:rPr>
          <w:rtl w:val="0"/>
        </w:rPr>
        <w:t xml:space="preserve">“You stole their names for yourselves, but that has become a curse unto you. You covered their identity and buried it in sand and then covered my children in your filth. Cursed be your name that has no meaning. I AM not a man, nor have I forgotten My word, nor the words spoken by the Prophets.</w:t>
      </w:r>
    </w:p>
    <w:p w:rsidR="00000000" w:rsidDel="00000000" w:rsidP="00000000" w:rsidRDefault="00000000" w:rsidRPr="00000000" w14:paraId="000000C5">
      <w:pPr>
        <w:spacing w:after="240" w:before="240" w:lineRule="auto"/>
        <w:rPr/>
      </w:pPr>
      <w:r w:rsidDel="00000000" w:rsidR="00000000" w:rsidRPr="00000000">
        <w:rPr>
          <w:rtl w:val="0"/>
        </w:rPr>
        <w:t xml:space="preserve">What you have started, I will finish. You have removed My children far from their land and have scattered them among the nations to build your houses and to work your vineyards and erase their heritage from them. You have done far more than what was allowed. The door that you opened that you cannot close is now wide open for your own children, that they themselves are becoming servitudes and carried away, and you will see them no more.</w:t>
      </w:r>
    </w:p>
    <w:p w:rsidR="00000000" w:rsidDel="00000000" w:rsidP="00000000" w:rsidRDefault="00000000" w:rsidRPr="00000000" w14:paraId="000000C6">
      <w:pPr>
        <w:spacing w:after="240" w:before="240" w:lineRule="auto"/>
        <w:rPr/>
      </w:pPr>
      <w:r w:rsidDel="00000000" w:rsidR="00000000" w:rsidRPr="00000000">
        <w:rPr>
          <w:rtl w:val="0"/>
        </w:rPr>
        <w:t xml:space="preserve">The ignorance of this nation—the belief that every other nation in the world will bend the knee to them—is gravely wrong and a deadly mistake. Their ignorance is pridefully despicable. Their lust for power, money, and dominance is cancerous. Whether ordained by God or not, the outcome will be disastrous and relentless for those involved.</w:t>
      </w:r>
    </w:p>
    <w:p w:rsidR="00000000" w:rsidDel="00000000" w:rsidP="00000000" w:rsidRDefault="00000000" w:rsidRPr="00000000" w14:paraId="000000C7">
      <w:pPr>
        <w:spacing w:after="240" w:before="240" w:lineRule="auto"/>
        <w:rPr/>
      </w:pPr>
      <w:r w:rsidDel="00000000" w:rsidR="00000000" w:rsidRPr="00000000">
        <w:rPr>
          <w:rtl w:val="0"/>
        </w:rPr>
        <w:t xml:space="preserve">It is written: I will gather all the nations of the earth and bring them to the Valley of Jehoshaphat and enter into judgment with them on account of My people, My heritage Israel, whom they have scattered among the nations and divided My land, says YAHUAH. I will be true and righteous in My judgment. I will show the nations what fear looks like, and what the true meaning of reverence and revenge entails. Their blood shall be mixed and spilled upon the land and upon the sea. And there, those who remain—few in number—shall bend the knee to the One True God.”</w:t>
      </w:r>
    </w:p>
    <w:p w:rsidR="00000000" w:rsidDel="00000000" w:rsidP="00000000" w:rsidRDefault="00000000" w:rsidRPr="00000000" w14:paraId="000000C8">
      <w:pPr>
        <w:spacing w:after="240" w:before="240" w:lineRule="auto"/>
        <w:rPr/>
      </w:pPr>
      <w:r w:rsidDel="00000000" w:rsidR="00000000" w:rsidRPr="00000000">
        <w:rPr>
          <w:rtl w:val="0"/>
        </w:rPr>
        <w:t xml:space="preserve">There is a purging happening. You can run to the city. You can run to the hills. You can hide under a rock—justification will find you out. So as it is written: It rains on the just as well as the unjust. There is no rest until the sentence is completed.</w:t>
      </w:r>
    </w:p>
    <w:p w:rsidR="00000000" w:rsidDel="00000000" w:rsidP="00000000" w:rsidRDefault="00000000" w:rsidRPr="00000000" w14:paraId="000000C9">
      <w:pPr>
        <w:spacing w:after="240" w:before="240" w:lineRule="auto"/>
        <w:ind w:left="600" w:right="600" w:firstLine="0"/>
        <w:rPr/>
      </w:pPr>
      <w:r w:rsidDel="00000000" w:rsidR="00000000" w:rsidRPr="00000000">
        <w:rPr>
          <w:rtl w:val="0"/>
        </w:rPr>
        <w:t xml:space="preserve">It runs through the city—I have been hit. It runs through the hills—I have lost everything. It’s heard under the rocks—death has fled.</w:t>
      </w:r>
    </w:p>
    <w:p w:rsidR="00000000" w:rsidDel="00000000" w:rsidP="00000000" w:rsidRDefault="00000000" w:rsidRPr="00000000" w14:paraId="000000CA">
      <w:pPr>
        <w:spacing w:after="240" w:before="240" w:lineRule="auto"/>
        <w:rPr/>
      </w:pPr>
      <w:r w:rsidDel="00000000" w:rsidR="00000000" w:rsidRPr="00000000">
        <w:rPr>
          <w:rtl w:val="0"/>
        </w:rPr>
        <w:t xml:space="preserve">O foolish man, where do you stand? O believers, what do you truly believe? Your house is on fire. Your strength is being tested. Your faith challenged. You speak words that have no depth. Their meaning is fruitless to Me.</w:t>
      </w:r>
    </w:p>
    <w:p w:rsidR="00000000" w:rsidDel="00000000" w:rsidP="00000000" w:rsidRDefault="00000000" w:rsidRPr="00000000" w14:paraId="000000CB">
      <w:pPr>
        <w:spacing w:after="240" w:before="240" w:lineRule="auto"/>
        <w:rPr/>
      </w:pPr>
      <w:r w:rsidDel="00000000" w:rsidR="00000000" w:rsidRPr="00000000">
        <w:rPr>
          <w:rtl w:val="0"/>
        </w:rPr>
        <w:t xml:space="preserve">“I have extended My hands to this rebellious nation, who plays their own fiddle. What have I done?” says YAHUAH. “Have I not loved you and given you rest? Look around—are not your dreams crumbling? Is not the earth rebelling against you? Judgment has come and will not wait. Pray for yourselves that you make it through. Silence is not a weapon to be used, nor is the phrase ‘God has got me’—so asinine,” says the Spirit of God.</w:t>
      </w:r>
    </w:p>
    <w:p w:rsidR="00000000" w:rsidDel="00000000" w:rsidP="00000000" w:rsidRDefault="00000000" w:rsidRPr="00000000" w14:paraId="000000CC">
      <w:pPr>
        <w:spacing w:after="240" w:before="240" w:lineRule="auto"/>
        <w:rPr/>
      </w:pPr>
      <w:r w:rsidDel="00000000" w:rsidR="00000000" w:rsidRPr="00000000">
        <w:rPr>
          <w:rtl w:val="0"/>
        </w:rPr>
        <w:t xml:space="preserve">Energy, life force, discipline, courage, patience, vibration, water, wisdom, light, positivity, praise, reaction, obedience, justification, power, compassion, forgiveness—these are the fountains from which my soul must drink. Let me examine myself and find my faults and correct them. Let my mouth speak truth. Let wisdom, knowledge, and understanding go before me, and let them be my badge of honor. Let diversity show herself. Let the wells of Abraham spring forth. Let his children become free. Let their chains of bondage be broken off. Let their voices of repentance—sorrowful of heart yet rising in praise—be heard across the earth.</w:t>
      </w:r>
    </w:p>
    <w:p w:rsidR="00000000" w:rsidDel="00000000" w:rsidP="00000000" w:rsidRDefault="00000000" w:rsidRPr="00000000" w14:paraId="000000CD">
      <w:pPr>
        <w:spacing w:after="240" w:before="240" w:lineRule="auto"/>
        <w:rPr/>
      </w:pPr>
      <w:r w:rsidDel="00000000" w:rsidR="00000000" w:rsidRPr="00000000">
        <w:rPr>
          <w:rtl w:val="0"/>
        </w:rPr>
        <w:t xml:space="preserve">Meditation, quietness, peace, hope, love, empathy—these are the garments I will clothe myself with. Healing of the mind. Healing of the body. Renewal of strength. A spiritual awakening, unfolding like the dawn.</w:t>
      </w:r>
    </w:p>
    <w:p w:rsidR="00000000" w:rsidDel="00000000" w:rsidP="00000000" w:rsidRDefault="00000000" w:rsidRPr="00000000" w14:paraId="000000CE">
      <w:pPr>
        <w:spacing w:after="240" w:before="240" w:lineRule="auto"/>
        <w:rPr>
          <w:i w:val="1"/>
        </w:rPr>
      </w:pPr>
      <w:r w:rsidDel="00000000" w:rsidR="00000000" w:rsidRPr="00000000">
        <w:rPr>
          <w:i w:val="1"/>
          <w:rtl w:val="0"/>
        </w:rPr>
        <w:t xml:space="preserve">Let the words of my mouth and the meditation of my heart be accepted in Your sight, O God, my strength and my redeemer.</w:t>
      </w:r>
    </w:p>
    <w:p w:rsidR="00000000" w:rsidDel="00000000" w:rsidP="00000000" w:rsidRDefault="00000000" w:rsidRPr="00000000" w14:paraId="000000CF">
      <w:pPr>
        <w:spacing w:after="240" w:before="240" w:lineRule="auto"/>
        <w:rPr/>
      </w:pPr>
      <w:r w:rsidDel="00000000" w:rsidR="00000000" w:rsidRPr="00000000">
        <w:rPr>
          <w:rtl w:val="0"/>
        </w:rPr>
        <w:t xml:space="preserve">Who can deny you of your blessings? Or your wages earned from the gifts of your hands? What mighty force can change that decree? Bearing all that you know to be true and righteous, what just cause can it be? Can it be laid in deception, that evilness chews up the gains before they even reach your hands? Or can it be trials of injustice? Or can it be tested by the laws of God and found wanting?</w:t>
      </w:r>
    </w:p>
    <w:p w:rsidR="00000000" w:rsidDel="00000000" w:rsidP="00000000" w:rsidRDefault="00000000" w:rsidRPr="00000000" w14:paraId="000000D0">
      <w:pPr>
        <w:spacing w:after="240" w:before="240" w:lineRule="auto"/>
        <w:rPr/>
      </w:pPr>
      <w:r w:rsidDel="00000000" w:rsidR="00000000" w:rsidRPr="00000000">
        <w:rPr>
          <w:rtl w:val="0"/>
        </w:rPr>
        <w:t xml:space="preserve">It is written:</w:t>
      </w:r>
    </w:p>
    <w:p w:rsidR="00000000" w:rsidDel="00000000" w:rsidP="00000000" w:rsidRDefault="00000000" w:rsidRPr="00000000" w14:paraId="000000D1">
      <w:pPr>
        <w:spacing w:after="240" w:before="240" w:lineRule="auto"/>
        <w:rPr>
          <w:i w:val="1"/>
        </w:rPr>
      </w:pPr>
      <w:r w:rsidDel="00000000" w:rsidR="00000000" w:rsidRPr="00000000">
        <w:rPr>
          <w:i w:val="1"/>
          <w:rtl w:val="0"/>
        </w:rPr>
        <w:t xml:space="preserve">“You have sown much, and bring in little. You eat, but you do not have enough. You drink, but you are not filled with drink. You clothe yourselves, but no one is warm. And he who earns wages, earns wages to put into a bag with holes.”</w:t>
      </w:r>
    </w:p>
    <w:p w:rsidR="00000000" w:rsidDel="00000000" w:rsidP="00000000" w:rsidRDefault="00000000" w:rsidRPr="00000000" w14:paraId="000000D2">
      <w:pPr>
        <w:spacing w:after="240" w:before="240" w:lineRule="auto"/>
        <w:rPr/>
      </w:pPr>
      <w:r w:rsidDel="00000000" w:rsidR="00000000" w:rsidRPr="00000000">
        <w:rPr>
          <w:rtl w:val="0"/>
        </w:rPr>
        <w:t xml:space="preserve">It is also written:</w:t>
      </w:r>
    </w:p>
    <w:p w:rsidR="00000000" w:rsidDel="00000000" w:rsidP="00000000" w:rsidRDefault="00000000" w:rsidRPr="00000000" w14:paraId="000000D3">
      <w:pPr>
        <w:spacing w:after="240" w:before="240" w:lineRule="auto"/>
        <w:rPr>
          <w:i w:val="1"/>
        </w:rPr>
      </w:pPr>
      <w:r w:rsidDel="00000000" w:rsidR="00000000" w:rsidRPr="00000000">
        <w:rPr>
          <w:i w:val="1"/>
          <w:rtl w:val="0"/>
        </w:rPr>
        <w:t xml:space="preserve">“‘Bring Me,’ says Yahuah, ‘your tithes and offerings, that there may be meat in My house. And prove Me, and see if I would not open the windows of heaven and pour you out a blessing, that there be no room to receive. That your cup would overflow, and that lack would not consume you.’”</w:t>
      </w:r>
    </w:p>
    <w:p w:rsidR="00000000" w:rsidDel="00000000" w:rsidP="00000000" w:rsidRDefault="00000000" w:rsidRPr="00000000" w14:paraId="000000D4">
      <w:pPr>
        <w:spacing w:after="240" w:before="240" w:lineRule="auto"/>
        <w:rPr/>
      </w:pPr>
      <w:r w:rsidDel="00000000" w:rsidR="00000000" w:rsidRPr="00000000">
        <w:rPr>
          <w:rtl w:val="0"/>
        </w:rPr>
        <w:t xml:space="preserve">But if there is no faith, these verses will be challenged. Carried away by the evilness of one’s heart, their strength withers and their hope fades. For it is the small and unseen deeds that captivate the lion’s heart, whether to righteousness or to destruction.</w:t>
      </w:r>
    </w:p>
    <w:p w:rsidR="00000000" w:rsidDel="00000000" w:rsidP="00000000" w:rsidRDefault="00000000" w:rsidRPr="00000000" w14:paraId="000000D5">
      <w:pPr>
        <w:spacing w:after="240" w:before="240" w:lineRule="auto"/>
        <w:rPr/>
      </w:pPr>
      <w:r w:rsidDel="00000000" w:rsidR="00000000" w:rsidRPr="00000000">
        <w:rPr>
          <w:rtl w:val="0"/>
        </w:rPr>
        <w:t xml:space="preserve">Say it is so: my hands are clean, and my heart filled with the joy of YHWH. For the blessing of Yahuah makes rich, and He adds no sorrow with it.</w:t>
      </w:r>
    </w:p>
    <w:p w:rsidR="00000000" w:rsidDel="00000000" w:rsidP="00000000" w:rsidRDefault="00000000" w:rsidRPr="00000000" w14:paraId="000000D6">
      <w:pPr>
        <w:pStyle w:val="Heading3"/>
        <w:keepNext w:val="0"/>
        <w:keepLines w:val="0"/>
        <w:spacing w:before="280" w:lineRule="auto"/>
        <w:rPr>
          <w:b w:val="1"/>
          <w:color w:val="000000"/>
          <w:sz w:val="26"/>
          <w:szCs w:val="26"/>
        </w:rPr>
      </w:pPr>
      <w:bookmarkStart w:colFirst="0" w:colLast="0" w:name="_tgkoprpkspxu" w:id="13"/>
      <w:bookmarkEnd w:id="13"/>
      <w:r w:rsidDel="00000000" w:rsidR="00000000" w:rsidRPr="00000000">
        <w:rPr>
          <w:b w:val="1"/>
          <w:color w:val="000000"/>
          <w:sz w:val="26"/>
          <w:szCs w:val="26"/>
          <w:rtl w:val="0"/>
        </w:rPr>
        <w:t xml:space="preserve">Chapter 12: The Feast of Renewal</w:t>
      </w:r>
    </w:p>
    <w:p w:rsidR="00000000" w:rsidDel="00000000" w:rsidP="00000000" w:rsidRDefault="00000000" w:rsidRPr="00000000" w14:paraId="000000D7">
      <w:pPr>
        <w:spacing w:after="240" w:before="240" w:lineRule="auto"/>
        <w:rPr/>
      </w:pPr>
      <w:r w:rsidDel="00000000" w:rsidR="00000000" w:rsidRPr="00000000">
        <w:rPr>
          <w:rtl w:val="0"/>
        </w:rPr>
        <w:t xml:space="preserve">The strength of your power and the integrity of your heart builds a house that sits on a solid foundation. The fruitfulness of your hands which feeds the multitude cannot be denied. Your nurturing spirit you possess is impressive.</w:t>
      </w:r>
    </w:p>
    <w:p w:rsidR="00000000" w:rsidDel="00000000" w:rsidP="00000000" w:rsidRDefault="00000000" w:rsidRPr="00000000" w14:paraId="000000D8">
      <w:pPr>
        <w:spacing w:after="240" w:before="240" w:lineRule="auto"/>
        <w:rPr/>
      </w:pPr>
      <w:r w:rsidDel="00000000" w:rsidR="00000000" w:rsidRPr="00000000">
        <w:rPr>
          <w:rtl w:val="0"/>
        </w:rPr>
        <w:t xml:space="preserve">I saw the angel of YAHUAH ascending and descending upon the crown of your head, bringing treasures of precious metals and gifts of wisdom, knowledge, and understanding. I saw the angels joyously obeying the word of God. I saw the gates of heaven opened to the sons of righteousness. And I saw the love of God being poured out upon His people.</w:t>
      </w:r>
    </w:p>
    <w:p w:rsidR="00000000" w:rsidDel="00000000" w:rsidP="00000000" w:rsidRDefault="00000000" w:rsidRPr="00000000" w14:paraId="000000D9">
      <w:pPr>
        <w:spacing w:after="240" w:before="240" w:lineRule="auto"/>
        <w:rPr/>
      </w:pPr>
      <w:r w:rsidDel="00000000" w:rsidR="00000000" w:rsidRPr="00000000">
        <w:rPr>
          <w:rtl w:val="0"/>
        </w:rPr>
        <w:t xml:space="preserve">Not so for the ones whose hearts are filled with the cares of the world. For the treasures of heaven are hidden from their eyes, and the blessings of the Spirit cannot dwell in soil that refuses to be tilled. They run after gain that fades away, and they cling to shadows that vanish at dawn. But the righteous shall remain, steadfast and immovable, their houses planted upon the Rock that cannot be shaken.</w:t>
      </w:r>
    </w:p>
    <w:p w:rsidR="00000000" w:rsidDel="00000000" w:rsidP="00000000" w:rsidRDefault="00000000" w:rsidRPr="00000000" w14:paraId="000000DA">
      <w:pPr>
        <w:spacing w:after="240" w:before="240" w:lineRule="auto"/>
        <w:rPr/>
      </w:pPr>
      <w:r w:rsidDel="00000000" w:rsidR="00000000" w:rsidRPr="00000000">
        <w:rPr>
          <w:rtl w:val="0"/>
        </w:rPr>
        <w:t xml:space="preserve">For in this renewal, a dividing line is drawn: those who hunger and thirst after righteousness will be filled, while those who hunger after the world will be left empty. Yet the mercy of God still stretches forth, calling all to return, to lay aside the weight of vanity, and to partake of the feast prepared in His kingdom.</w:t>
      </w:r>
    </w:p>
    <w:p w:rsidR="00000000" w:rsidDel="00000000" w:rsidP="00000000" w:rsidRDefault="00000000" w:rsidRPr="00000000" w14:paraId="000000DB">
      <w:pPr>
        <w:spacing w:after="240" w:before="240" w:lineRule="auto"/>
        <w:rPr/>
      </w:pPr>
      <w:r w:rsidDel="00000000" w:rsidR="00000000" w:rsidRPr="00000000">
        <w:rPr>
          <w:rtl w:val="0"/>
        </w:rPr>
        <w:t xml:space="preserve">The Feast of Renewal was set, not by the hands of men, but by the eternal decree of Yahuah. His table stretched beyond time, adorned with light brighter than the sun, yet soft as the morning dew. It was a table of covenant, where the faithful and the meek gathered to partake in the portion of His goodness. Upon the table were laid baskets filled with the fruits of righteousness, overflowing with grapes of joy, figs of wisdom, pomegranates of healing, and bread that never spoiled. Living water flowed in vessels of gold, pure and endless, refreshing the souls of all who drank.</w:t>
      </w:r>
    </w:p>
    <w:p w:rsidR="00000000" w:rsidDel="00000000" w:rsidP="00000000" w:rsidRDefault="00000000" w:rsidRPr="00000000" w14:paraId="000000DC">
      <w:pPr>
        <w:spacing w:after="240" w:before="240" w:lineRule="auto"/>
        <w:rPr/>
      </w:pPr>
      <w:r w:rsidDel="00000000" w:rsidR="00000000" w:rsidRPr="00000000">
        <w:rPr>
          <w:rtl w:val="0"/>
        </w:rPr>
        <w:t xml:space="preserve">The people of God came from the north and the south, from the east and the west, their faces radiant, their garments washed white as snow. They came singing songs of deliverance, each voice blending into one harmony that reached the heavens. Angels stood at the gates, rejoicing, for the King of Glory Himself presided over the feast.</w:t>
      </w:r>
    </w:p>
    <w:p w:rsidR="00000000" w:rsidDel="00000000" w:rsidP="00000000" w:rsidRDefault="00000000" w:rsidRPr="00000000" w14:paraId="000000DD">
      <w:pPr>
        <w:spacing w:after="240" w:before="240" w:lineRule="auto"/>
        <w:rPr/>
      </w:pPr>
      <w:r w:rsidDel="00000000" w:rsidR="00000000" w:rsidRPr="00000000">
        <w:rPr>
          <w:rtl w:val="0"/>
        </w:rPr>
        <w:t xml:space="preserve">And He said, “Eat freely, My children, for this is the meal of renewal. What was broken is restored. What was lost is returned. What was dead shall live again. For I, Yahuah, set this table before you, not in secret, but in the presence of all creation, that they may know My covenant is everlasting.”</w:t>
      </w:r>
    </w:p>
    <w:p w:rsidR="00000000" w:rsidDel="00000000" w:rsidP="00000000" w:rsidRDefault="00000000" w:rsidRPr="00000000" w14:paraId="000000DE">
      <w:pPr>
        <w:spacing w:after="240" w:before="240" w:lineRule="auto"/>
        <w:rPr/>
      </w:pPr>
      <w:r w:rsidDel="00000000" w:rsidR="00000000" w:rsidRPr="00000000">
        <w:rPr>
          <w:rtl w:val="0"/>
        </w:rPr>
        <w:t xml:space="preserve">As they ate and drank, a new strength came upon them. Their burdens dissolved, their chains shattered, their wounds closed, and their hearts ignited with praise. The Feast was not only a meal but a renewing of vows between Creator and creation. It was a declaration that His mercy endures forever, and that His people would never again hunger for what the world could not give. Truly, it was a feast of hope, of joy, of eternal promise—where the family of God became one, seated at the table of their Father.</w:t>
      </w:r>
    </w:p>
    <w:p w:rsidR="00000000" w:rsidDel="00000000" w:rsidP="00000000" w:rsidRDefault="00000000" w:rsidRPr="00000000" w14:paraId="000000DF">
      <w:pPr>
        <w:pStyle w:val="Heading3"/>
        <w:keepNext w:val="0"/>
        <w:keepLines w:val="0"/>
        <w:spacing w:before="280" w:lineRule="auto"/>
        <w:rPr>
          <w:b w:val="1"/>
          <w:color w:val="000000"/>
          <w:sz w:val="26"/>
          <w:szCs w:val="26"/>
        </w:rPr>
      </w:pPr>
      <w:bookmarkStart w:colFirst="0" w:colLast="0" w:name="_xvg6ev2v2oju" w:id="14"/>
      <w:bookmarkEnd w:id="14"/>
      <w:r w:rsidDel="00000000" w:rsidR="00000000" w:rsidRPr="00000000">
        <w:rPr>
          <w:b w:val="1"/>
          <w:color w:val="000000"/>
          <w:sz w:val="26"/>
          <w:szCs w:val="26"/>
          <w:rtl w:val="0"/>
        </w:rPr>
        <w:t xml:space="preserve">Chapter 13: Lift Up Your Eyes</w:t>
      </w:r>
    </w:p>
    <w:p w:rsidR="00000000" w:rsidDel="00000000" w:rsidP="00000000" w:rsidRDefault="00000000" w:rsidRPr="00000000" w14:paraId="000000E0">
      <w:pPr>
        <w:spacing w:after="240" w:before="240" w:lineRule="auto"/>
        <w:rPr/>
      </w:pPr>
      <w:r w:rsidDel="00000000" w:rsidR="00000000" w:rsidRPr="00000000">
        <w:rPr>
          <w:rtl w:val="0"/>
        </w:rPr>
        <w:t xml:space="preserve">Lift up your eyes, for your help comes from Yahuah, the Maker of heaven and earth. He who keeps Israel neither slumbers nor sleeps. He watches over the righteous, and His hand is not shortened that it cannot save. Why then do you toil with anxious hands, fearing that your labor is in vain? Why do you worry about the bread of tomorrow, when the One who feeds the sparrow and clothes the lilies has called you His own?</w:t>
      </w:r>
    </w:p>
    <w:p w:rsidR="00000000" w:rsidDel="00000000" w:rsidP="00000000" w:rsidRDefault="00000000" w:rsidRPr="00000000" w14:paraId="000000E1">
      <w:pPr>
        <w:spacing w:after="240" w:before="240" w:lineRule="auto"/>
        <w:rPr/>
      </w:pPr>
      <w:r w:rsidDel="00000000" w:rsidR="00000000" w:rsidRPr="00000000">
        <w:rPr>
          <w:rtl w:val="0"/>
        </w:rPr>
        <w:t xml:space="preserve">Be strong and courageous, for the testing of your faith produces perseverance. Do not despise discipline, for Yahuah chastens the one He loves. As a father corrects his child, so does He correct you that you may share in His holiness.</w:t>
      </w:r>
    </w:p>
    <w:p w:rsidR="00000000" w:rsidDel="00000000" w:rsidP="00000000" w:rsidRDefault="00000000" w:rsidRPr="00000000" w14:paraId="000000E2">
      <w:pPr>
        <w:spacing w:after="240" w:before="240" w:lineRule="auto"/>
        <w:rPr/>
      </w:pPr>
      <w:r w:rsidDel="00000000" w:rsidR="00000000" w:rsidRPr="00000000">
        <w:rPr>
          <w:rtl w:val="0"/>
        </w:rPr>
        <w:t xml:space="preserve">The voice of wisdom cries out in the streets, calling the simple to turn and live. The fountains of understanding are open to those who seek in humility. The path of healing is revealed to those who meditate on His Word day and night, for the Word is living and active, sharper than any two-edged sword, dividing soul and spirit, joint and marrow, and discerning the thoughts and intentions of the heart.</w:t>
      </w:r>
    </w:p>
    <w:p w:rsidR="00000000" w:rsidDel="00000000" w:rsidP="00000000" w:rsidRDefault="00000000" w:rsidRPr="00000000" w14:paraId="000000E3">
      <w:pPr>
        <w:spacing w:after="240" w:before="240" w:lineRule="auto"/>
        <w:rPr/>
      </w:pPr>
      <w:r w:rsidDel="00000000" w:rsidR="00000000" w:rsidRPr="00000000">
        <w:rPr>
          <w:rtl w:val="0"/>
        </w:rPr>
        <w:t xml:space="preserve">What sours in a man’s belly is conclusive to his moral hygiene. He takes on the essence of his surroundings. To be captivated and moved by the impressions of others is a mere lack of one’s self-awareness of the unique qualities and gifts the Creator fashioned into them. Are we all not works of the Creator’s hands? It is written,</w:t>
      </w:r>
    </w:p>
    <w:p w:rsidR="00000000" w:rsidDel="00000000" w:rsidP="00000000" w:rsidRDefault="00000000" w:rsidRPr="00000000" w14:paraId="000000E4">
      <w:pPr>
        <w:spacing w:after="240" w:before="240" w:lineRule="auto"/>
        <w:rPr/>
      </w:pPr>
      <w:r w:rsidDel="00000000" w:rsidR="00000000" w:rsidRPr="00000000">
        <w:rPr>
          <w:i w:val="1"/>
          <w:rtl w:val="0"/>
        </w:rPr>
        <w:t xml:space="preserve">Behold, as the clay is in the potter’s hands, so are you in My hands, O Israel.</w:t>
      </w:r>
      <w:r w:rsidDel="00000000" w:rsidR="00000000" w:rsidRPr="00000000">
        <w:rPr>
          <w:rtl w:val="0"/>
        </w:rPr>
        <w:t xml:space="preserve"> For it is your uniqueness that has drawn you unto Me, and I have fed you with the bread of your inheritance. For you are more than conquerors, you are a holy priesthood, destined to fulfill biblical prophecy.</w:t>
      </w:r>
    </w:p>
    <w:p w:rsidR="00000000" w:rsidDel="00000000" w:rsidP="00000000" w:rsidRDefault="00000000" w:rsidRPr="00000000" w14:paraId="000000E5">
      <w:pPr>
        <w:spacing w:after="240" w:before="240" w:lineRule="auto"/>
        <w:rPr/>
      </w:pPr>
      <w:r w:rsidDel="00000000" w:rsidR="00000000" w:rsidRPr="00000000">
        <w:rPr>
          <w:rtl w:val="0"/>
        </w:rPr>
        <w:t xml:space="preserve">Do not grieve the Spirit, for He is the Comforter sent to you. In quietness and trust shall be your strength. In obedience shall you find rest for your soul. And in thanksgiving your heart shall overflow, for praise is a weapon, and worship is a shield. Therefore speak life, and let your words be seasoned with salt. For death and life are in the power of the tongue, and those who love it shall eat its fruit. Let your fruit be sweet before Yahuah, that others may taste and see that Yahuah is good.</w:t>
      </w:r>
    </w:p>
    <w:p w:rsidR="00000000" w:rsidDel="00000000" w:rsidP="00000000" w:rsidRDefault="00000000" w:rsidRPr="00000000" w14:paraId="000000E6">
      <w:pPr>
        <w:spacing w:after="240" w:before="240" w:lineRule="auto"/>
        <w:rPr/>
      </w:pPr>
      <w:r w:rsidDel="00000000" w:rsidR="00000000" w:rsidRPr="00000000">
        <w:rPr>
          <w:rtl w:val="0"/>
        </w:rPr>
        <w:t xml:space="preserve">If an eagle strikes, can you tell of its intent? Or if an adder strikes at the heels of your feet, would you not be terrified? If a robber enters your dressing room, would you not be in disgust? For there is nothing new under the sun. The young and the old still reside in the land. The young men fight battles and wars that old men create. It is in the interest of the king to establish peace and prosperity for his land. Not so in the heart of a tyrant, where there is destruction and war. Who knows the path of a fool or the thoughts of his allies? To lose in battle is as eventful as to win to them, and the smell of death is to them as running dogs.</w:t>
      </w:r>
    </w:p>
    <w:p w:rsidR="00000000" w:rsidDel="00000000" w:rsidP="00000000" w:rsidRDefault="00000000" w:rsidRPr="00000000" w14:paraId="000000E7">
      <w:pPr>
        <w:spacing w:after="240" w:before="240" w:lineRule="auto"/>
        <w:rPr/>
      </w:pPr>
      <w:r w:rsidDel="00000000" w:rsidR="00000000" w:rsidRPr="00000000">
        <w:rPr>
          <w:rtl w:val="0"/>
        </w:rPr>
        <w:t xml:space="preserve">But Yahuah sees and weighs the motives of the heart. He brings princes to nothing and makes the rulers of the earth as emptiness. He frustrates the counsel of nations but establishes the plans of His people. His wisdom is not measured in the victories of war, but in the preservation of righteousness and the upholding of truth. Therefore, let not your heart envy the oppressor, nor choose any of his ways. For the wicked shall not inherit the land, nor shall their memory endure. But the meek shall inherit the earth, and they shall delight themselves in the abundance of peace.</w:t>
      </w:r>
    </w:p>
    <w:p w:rsidR="00000000" w:rsidDel="00000000" w:rsidP="00000000" w:rsidRDefault="00000000" w:rsidRPr="00000000" w14:paraId="000000E8">
      <w:pPr>
        <w:spacing w:after="240" w:before="240" w:lineRule="auto"/>
        <w:rPr/>
      </w:pPr>
      <w:r w:rsidDel="00000000" w:rsidR="00000000" w:rsidRPr="00000000">
        <w:rPr>
          <w:rtl w:val="0"/>
        </w:rPr>
        <w:t xml:space="preserve">What do I tell the children?</w:t>
      </w:r>
    </w:p>
    <w:p w:rsidR="00000000" w:rsidDel="00000000" w:rsidP="00000000" w:rsidRDefault="00000000" w:rsidRPr="00000000" w14:paraId="000000E9">
      <w:pPr>
        <w:spacing w:after="240" w:before="240" w:lineRule="auto"/>
        <w:rPr/>
      </w:pPr>
      <w:r w:rsidDel="00000000" w:rsidR="00000000" w:rsidRPr="00000000">
        <w:rPr>
          <w:rtl w:val="0"/>
        </w:rPr>
        <w:t xml:space="preserve">“Yirmiyahu, what do you see?”</w:t>
      </w:r>
    </w:p>
    <w:p w:rsidR="00000000" w:rsidDel="00000000" w:rsidP="00000000" w:rsidRDefault="00000000" w:rsidRPr="00000000" w14:paraId="000000EA">
      <w:pPr>
        <w:spacing w:after="240" w:before="240" w:lineRule="auto"/>
        <w:rPr/>
      </w:pPr>
      <w:r w:rsidDel="00000000" w:rsidR="00000000" w:rsidRPr="00000000">
        <w:rPr>
          <w:rtl w:val="0"/>
        </w:rPr>
        <w:t xml:space="preserve">“I see a black boiling pot turned upside down, spilling a mixture of liquid and vegetables as a soup would have been made.”</w:t>
      </w:r>
    </w:p>
    <w:p w:rsidR="00000000" w:rsidDel="00000000" w:rsidP="00000000" w:rsidRDefault="00000000" w:rsidRPr="00000000" w14:paraId="000000EB">
      <w:pPr>
        <w:spacing w:after="240" w:before="240" w:lineRule="auto"/>
        <w:rPr/>
      </w:pPr>
      <w:r w:rsidDel="00000000" w:rsidR="00000000" w:rsidRPr="00000000">
        <w:rPr>
          <w:rtl w:val="0"/>
        </w:rPr>
        <w:t xml:space="preserve">“What else do you see, Yirmiyahu?”</w:t>
      </w:r>
    </w:p>
    <w:p w:rsidR="00000000" w:rsidDel="00000000" w:rsidP="00000000" w:rsidRDefault="00000000" w:rsidRPr="00000000" w14:paraId="000000EC">
      <w:pPr>
        <w:spacing w:after="240" w:before="240" w:lineRule="auto"/>
        <w:rPr/>
      </w:pPr>
      <w:r w:rsidDel="00000000" w:rsidR="00000000" w:rsidRPr="00000000">
        <w:rPr>
          <w:rtl w:val="0"/>
        </w:rPr>
        <w:t xml:space="preserve">“I see the handle of the pot pointing North.”</w:t>
      </w:r>
    </w:p>
    <w:p w:rsidR="00000000" w:rsidDel="00000000" w:rsidP="00000000" w:rsidRDefault="00000000" w:rsidRPr="00000000" w14:paraId="000000ED">
      <w:pPr>
        <w:spacing w:after="240" w:before="240" w:lineRule="auto"/>
        <w:rPr/>
      </w:pPr>
      <w:r w:rsidDel="00000000" w:rsidR="00000000" w:rsidRPr="00000000">
        <w:rPr>
          <w:rtl w:val="0"/>
        </w:rPr>
        <w:t xml:space="preserve">“What else do you see, Yirmiyahu?”</w:t>
      </w:r>
    </w:p>
    <w:p w:rsidR="00000000" w:rsidDel="00000000" w:rsidP="00000000" w:rsidRDefault="00000000" w:rsidRPr="00000000" w14:paraId="000000EE">
      <w:pPr>
        <w:spacing w:after="240" w:before="240" w:lineRule="auto"/>
        <w:rPr/>
      </w:pPr>
      <w:r w:rsidDel="00000000" w:rsidR="00000000" w:rsidRPr="00000000">
        <w:rPr>
          <w:rtl w:val="0"/>
        </w:rPr>
        <w:t xml:space="preserve">“I see people lagging around in a stupor, as if they have no hope.”</w:t>
      </w:r>
    </w:p>
    <w:p w:rsidR="00000000" w:rsidDel="00000000" w:rsidP="00000000" w:rsidRDefault="00000000" w:rsidRPr="00000000" w14:paraId="000000EF">
      <w:pPr>
        <w:spacing w:after="240" w:before="240" w:lineRule="auto"/>
        <w:rPr/>
      </w:pPr>
      <w:r w:rsidDel="00000000" w:rsidR="00000000" w:rsidRPr="00000000">
        <w:rPr>
          <w:rtl w:val="0"/>
        </w:rPr>
        <w:t xml:space="preserve">“You have seen well, Yirmiyahu. You have seen what Yahuah has decreed for this nation. The black pot represents the richness and quality of the lives of the people here in the land. The boiling of the pot is the calamity that is taking place. Out of the North, widespread confusion and lack will take over this nation. The pot overturned, spilling the mixture as a soup, means no one will be exempt. That which a man thought he had will be overturned or tested. The pot and the kettle will both lack.</w:t>
      </w:r>
    </w:p>
    <w:p w:rsidR="00000000" w:rsidDel="00000000" w:rsidP="00000000" w:rsidRDefault="00000000" w:rsidRPr="00000000" w14:paraId="000000F0">
      <w:pPr>
        <w:spacing w:after="240" w:before="240" w:lineRule="auto"/>
        <w:rPr/>
      </w:pPr>
      <w:r w:rsidDel="00000000" w:rsidR="00000000" w:rsidRPr="00000000">
        <w:rPr>
          <w:rtl w:val="0"/>
        </w:rPr>
        <w:t xml:space="preserve">Those who have prepared for that day will be as the wise virgins who had oil in their lamp and oil in their vessel they carried, their wick trimmed and their shoes on their feet. So when the Bridegroom came, the wise had what was needed to survive through the night and to enter into the wedding.”</w:t>
      </w:r>
    </w:p>
    <w:p w:rsidR="00000000" w:rsidDel="00000000" w:rsidP="00000000" w:rsidRDefault="00000000" w:rsidRPr="00000000" w14:paraId="000000F1">
      <w:pPr>
        <w:pStyle w:val="Heading3"/>
        <w:keepNext w:val="0"/>
        <w:keepLines w:val="0"/>
        <w:spacing w:before="280" w:lineRule="auto"/>
        <w:rPr>
          <w:b w:val="1"/>
          <w:color w:val="000000"/>
          <w:sz w:val="26"/>
          <w:szCs w:val="26"/>
        </w:rPr>
      </w:pPr>
      <w:bookmarkStart w:colFirst="0" w:colLast="0" w:name="_f881uq60deq7" w:id="15"/>
      <w:bookmarkEnd w:id="15"/>
      <w:r w:rsidDel="00000000" w:rsidR="00000000" w:rsidRPr="00000000">
        <w:rPr>
          <w:b w:val="1"/>
          <w:color w:val="000000"/>
          <w:sz w:val="26"/>
          <w:szCs w:val="26"/>
          <w:rtl w:val="0"/>
        </w:rPr>
        <w:t xml:space="preserve">Chapter 14: The Shadow of the Almighty</w:t>
      </w:r>
    </w:p>
    <w:p w:rsidR="00000000" w:rsidDel="00000000" w:rsidP="00000000" w:rsidRDefault="00000000" w:rsidRPr="00000000" w14:paraId="000000F2">
      <w:pPr>
        <w:spacing w:after="240" w:before="240" w:lineRule="auto"/>
        <w:ind w:left="600" w:right="600" w:firstLine="0"/>
        <w:rPr/>
      </w:pPr>
      <w:r w:rsidDel="00000000" w:rsidR="00000000" w:rsidRPr="00000000">
        <w:rPr>
          <w:rtl w:val="0"/>
        </w:rPr>
        <w:t xml:space="preserve">In the shadow of the Almighty I shall not fear. Your rod and Your staff shall comfort me. You have prepared a table before me in the presence of my enemies. You have anointed my head with oil. Surely goodness and mercy will follow me, and I shall dwell in the tabernacle of YHWH all the days of my life.</w:t>
      </w:r>
    </w:p>
    <w:p w:rsidR="00000000" w:rsidDel="00000000" w:rsidP="00000000" w:rsidRDefault="00000000" w:rsidRPr="00000000" w14:paraId="000000F3">
      <w:pPr>
        <w:spacing w:after="240" w:before="240" w:lineRule="auto"/>
        <w:rPr/>
      </w:pPr>
      <w:r w:rsidDel="00000000" w:rsidR="00000000" w:rsidRPr="00000000">
        <w:rPr>
          <w:rtl w:val="0"/>
        </w:rPr>
        <w:t xml:space="preserve">Sing to YAHUAH a new song! Sing of His great wonders.</w:t>
      </w:r>
    </w:p>
    <w:p w:rsidR="00000000" w:rsidDel="00000000" w:rsidP="00000000" w:rsidRDefault="00000000" w:rsidRPr="00000000" w14:paraId="000000F4">
      <w:pPr>
        <w:spacing w:after="240" w:before="240" w:lineRule="auto"/>
        <w:rPr/>
      </w:pPr>
      <w:r w:rsidDel="00000000" w:rsidR="00000000" w:rsidRPr="00000000">
        <w:rPr>
          <w:rtl w:val="0"/>
        </w:rPr>
        <w:t xml:space="preserve">My God is real—Mighty in battle, Holy in nature, Pure without blemish, Calm as the seven seas.</w:t>
      </w:r>
    </w:p>
    <w:p w:rsidR="00000000" w:rsidDel="00000000" w:rsidP="00000000" w:rsidRDefault="00000000" w:rsidRPr="00000000" w14:paraId="000000F5">
      <w:pPr>
        <w:spacing w:after="240" w:before="240" w:lineRule="auto"/>
        <w:rPr/>
      </w:pPr>
      <w:r w:rsidDel="00000000" w:rsidR="00000000" w:rsidRPr="00000000">
        <w:rPr>
          <w:rtl w:val="0"/>
        </w:rPr>
        <w:t xml:space="preserve">With the blast of His nostril, He opened a path—a path of hope and dedication. He separated the quiet parts from out of the chaotic ruins.</w:t>
      </w:r>
    </w:p>
    <w:p w:rsidR="00000000" w:rsidDel="00000000" w:rsidP="00000000" w:rsidRDefault="00000000" w:rsidRPr="00000000" w14:paraId="000000F6">
      <w:pPr>
        <w:spacing w:after="240" w:before="240" w:lineRule="auto"/>
        <w:rPr/>
      </w:pPr>
      <w:r w:rsidDel="00000000" w:rsidR="00000000" w:rsidRPr="00000000">
        <w:rPr>
          <w:rtl w:val="0"/>
        </w:rPr>
        <w:t xml:space="preserve">My God is exalted, awesome in deeds, and I will praise and exalt Him. He planted my feet on solid ground. He gave me the ability to grow, to create, and to establish.</w:t>
      </w:r>
    </w:p>
    <w:p w:rsidR="00000000" w:rsidDel="00000000" w:rsidP="00000000" w:rsidRDefault="00000000" w:rsidRPr="00000000" w14:paraId="000000F7">
      <w:pPr>
        <w:spacing w:after="240" w:before="240" w:lineRule="auto"/>
        <w:rPr/>
      </w:pPr>
      <w:r w:rsidDel="00000000" w:rsidR="00000000" w:rsidRPr="00000000">
        <w:rPr>
          <w:rtl w:val="0"/>
        </w:rPr>
        <w:t xml:space="preserve">For great is my God and the power of His might. Who is like You, O GOD, among the gods? Who is like You, glorious in holiness, praiseworthy in awe, and showing great wonders?</w:t>
      </w:r>
    </w:p>
    <w:p w:rsidR="00000000" w:rsidDel="00000000" w:rsidP="00000000" w:rsidRDefault="00000000" w:rsidRPr="00000000" w14:paraId="000000F8">
      <w:pPr>
        <w:spacing w:after="240" w:before="240" w:lineRule="auto"/>
        <w:rPr/>
      </w:pPr>
      <w:r w:rsidDel="00000000" w:rsidR="00000000" w:rsidRPr="00000000">
        <w:rPr>
          <w:rtl w:val="0"/>
        </w:rPr>
        <w:t xml:space="preserve">“I created a candle for you, yes you, whose eyes were stayed on Me. Did you not notice the times when we were alone, and I quieted the storm and brought forth light into your situation that was dim? Remember the laying on of hands and the prayers of healing? Did not joy enter the room? Did not the angels show forth their angelic vocals when it counted the most? Yes, that is your candle—an angel of light. It is the strength of your might and the omnipotent power that dwells within you. For I AM that light that will never go out. A candle of eternal brightness. And this, My child, is My gift to you: that out of your abundance you share your love. That your presence will be a light to many, a flame that will never diminish.</w:t>
      </w:r>
    </w:p>
    <w:p w:rsidR="00000000" w:rsidDel="00000000" w:rsidP="00000000" w:rsidRDefault="00000000" w:rsidRPr="00000000" w14:paraId="000000F9">
      <w:pPr>
        <w:spacing w:after="240" w:before="240" w:lineRule="auto"/>
        <w:rPr/>
      </w:pPr>
      <w:r w:rsidDel="00000000" w:rsidR="00000000" w:rsidRPr="00000000">
        <w:rPr>
          <w:rtl w:val="0"/>
        </w:rPr>
        <w:t xml:space="preserve">Hear Me now, beloved—I need you to know who you are! I need you to know you were established from her womb, set aside for such a time as this. This is your hour! Spring forth, arise, let your lamp burn brightly, and shine with the fire I have placed within you.</w:t>
      </w:r>
    </w:p>
    <w:p w:rsidR="00000000" w:rsidDel="00000000" w:rsidP="00000000" w:rsidRDefault="00000000" w:rsidRPr="00000000" w14:paraId="000000FA">
      <w:pPr>
        <w:spacing w:after="240" w:before="240" w:lineRule="auto"/>
        <w:rPr/>
      </w:pPr>
      <w:r w:rsidDel="00000000" w:rsidR="00000000" w:rsidRPr="00000000">
        <w:rPr>
          <w:rtl w:val="0"/>
        </w:rPr>
        <w:t xml:space="preserve">Your words are not small—they are thunder in the earth, rolling with power, shaking the ground, carrying life and decree. Speak, and it shall be. Declare, and it shall come forth. Now is the time for your prophetic to awaken, to establish truth in your life and in the lives of those around you.</w:t>
      </w:r>
    </w:p>
    <w:p w:rsidR="00000000" w:rsidDel="00000000" w:rsidP="00000000" w:rsidRDefault="00000000" w:rsidRPr="00000000" w14:paraId="000000FB">
      <w:pPr>
        <w:spacing w:after="240" w:before="240" w:lineRule="auto"/>
        <w:rPr/>
      </w:pPr>
      <w:r w:rsidDel="00000000" w:rsidR="00000000" w:rsidRPr="00000000">
        <w:rPr>
          <w:rtl w:val="0"/>
        </w:rPr>
        <w:t xml:space="preserve">Your words are seeds. They take root in the earth like mighty oaks. Do not despise them, for they will follow you like a shadow and establish the path beneath your feet. But beware: weeds of fear, weeds of bitterness and hurt have no place in My garden. Pull them up! Uproot them with faith, and let the soil be cultivated with light and love.</w:t>
      </w:r>
    </w:p>
    <w:p w:rsidR="00000000" w:rsidDel="00000000" w:rsidP="00000000" w:rsidRDefault="00000000" w:rsidRPr="00000000" w14:paraId="000000FC">
      <w:pPr>
        <w:spacing w:after="240" w:before="240" w:lineRule="auto"/>
        <w:rPr/>
      </w:pPr>
      <w:r w:rsidDel="00000000" w:rsidR="00000000" w:rsidRPr="00000000">
        <w:rPr>
          <w:rtl w:val="0"/>
        </w:rPr>
        <w:t xml:space="preserve">Stand still before Me. Be still in My presence. For I, YAHUAH, will guide you. I will order your steps and mark your way. The path before you is not new—it is a plan I have ordained, a purpose I have established, a destiny written from the very beginning. Walk in it, child. Shine in it. Live in it. For I have called you. And My word over you will not return void.”</w:t>
      </w:r>
    </w:p>
    <w:p w:rsidR="00000000" w:rsidDel="00000000" w:rsidP="00000000" w:rsidRDefault="00000000" w:rsidRPr="00000000" w14:paraId="000000FD">
      <w:pPr>
        <w:pStyle w:val="Heading3"/>
        <w:keepNext w:val="0"/>
        <w:keepLines w:val="0"/>
        <w:spacing w:before="280" w:lineRule="auto"/>
        <w:rPr>
          <w:b w:val="1"/>
          <w:color w:val="000000"/>
          <w:sz w:val="26"/>
          <w:szCs w:val="26"/>
        </w:rPr>
      </w:pPr>
      <w:bookmarkStart w:colFirst="0" w:colLast="0" w:name="_869uablmuf57" w:id="16"/>
      <w:bookmarkEnd w:id="16"/>
      <w:r w:rsidDel="00000000" w:rsidR="00000000" w:rsidRPr="00000000">
        <w:rPr>
          <w:b w:val="1"/>
          <w:color w:val="000000"/>
          <w:sz w:val="26"/>
          <w:szCs w:val="26"/>
          <w:rtl w:val="0"/>
        </w:rPr>
        <w:t xml:space="preserve">Chapter 15: [Chapter Title]</w:t>
      </w:r>
    </w:p>
    <w:p w:rsidR="00000000" w:rsidDel="00000000" w:rsidP="00000000" w:rsidRDefault="00000000" w:rsidRPr="00000000" w14:paraId="000000FE">
      <w:pPr>
        <w:spacing w:after="240" w:before="240" w:lineRule="auto"/>
        <w:rPr/>
      </w:pPr>
      <w:r w:rsidDel="00000000" w:rsidR="00000000" w:rsidRPr="00000000">
        <w:rPr>
          <w:rtl w:val="0"/>
        </w:rPr>
        <w:t xml:space="preserve">From the very beginning, YAHUAH has called His children to know who they are, to walk in the identity He established for them before the foundations of the world. Hear this: You were established from the womb, set aside for this time, chosen to spring forth as a lamp burning in the night. Light your lamp and shine! For the words you speak are not empty—they are thunder in the earth, echoing like storms that shift mountains and stir the seas. Speak, and it shall be. Declare, and it will be established. It is time for your prophetic voice to come forth. It is time for your life to carry the fragrance of destiny.</w:t>
      </w:r>
    </w:p>
    <w:p w:rsidR="00000000" w:rsidDel="00000000" w:rsidP="00000000" w:rsidRDefault="00000000" w:rsidRPr="00000000" w14:paraId="000000FF">
      <w:pPr>
        <w:spacing w:after="240" w:before="240" w:lineRule="auto"/>
        <w:rPr/>
      </w:pPr>
      <w:r w:rsidDel="00000000" w:rsidR="00000000" w:rsidRPr="00000000">
        <w:rPr>
          <w:rtl w:val="0"/>
        </w:rPr>
        <w:t xml:space="preserve">What you speak will not only shape your own steps but also the path of those around you. Your words are seeds, taking root in the soil of the earth. Some have planted weeds born of fear and hurt, and these must be pulled up. Yet when the soil is cultivated in light and in love, the words you speak will grow into mighty trees of truth, deeply rooted and hard to uproot. Do not think lightly of this power. Do not be fooled into imagining your words vanish in the air. They are like shadows that follow you, establishing your path, revealing what you have planted. For every seed bears fruit in its season.</w:t>
      </w:r>
    </w:p>
    <w:p w:rsidR="00000000" w:rsidDel="00000000" w:rsidP="00000000" w:rsidRDefault="00000000" w:rsidRPr="00000000" w14:paraId="00000100">
      <w:pPr>
        <w:spacing w:after="240" w:before="240" w:lineRule="auto"/>
        <w:rPr/>
      </w:pPr>
      <w:r w:rsidDel="00000000" w:rsidR="00000000" w:rsidRPr="00000000">
        <w:rPr>
          <w:rtl w:val="0"/>
        </w:rPr>
        <w:t xml:space="preserve">Therefore, be still before Yahuah. Trust His guidance, for He is the One who has prepared the path. His plan is not new, nor uncertain—it has been established from the very beginning. He has set a destiny before you, and His word over you will not return void. So walk in it, shine in it, live in it. For you have been called to be more than a witness; you are a vessel of His glory, carrying the eternal plan that has been written since the dawn of creation.</w:t>
      </w:r>
    </w:p>
    <w:p w:rsidR="00000000" w:rsidDel="00000000" w:rsidP="00000000" w:rsidRDefault="00000000" w:rsidRPr="00000000" w14:paraId="00000101">
      <w:pPr>
        <w:spacing w:after="240" w:before="240" w:lineRule="auto"/>
        <w:rPr/>
      </w:pPr>
      <w:r w:rsidDel="00000000" w:rsidR="00000000" w:rsidRPr="00000000">
        <w:rPr>
          <w:rtl w:val="0"/>
        </w:rPr>
        <w:t xml:space="preserve">“Thus says YAHUAH: I am the Bread of Life. I AM. There is no beginning or ending in Me. I command. I established the heaven with a simple thought. I trained the waters to flow beneath and above the earth. I established storehouses for the different seasons, that they will not intertwine with the purpose they were created for. I created a path of righteousness for those who believe that I AM. In Me there is no fear. Nor am I driven by the wind.</w:t>
      </w:r>
    </w:p>
    <w:p w:rsidR="00000000" w:rsidDel="00000000" w:rsidP="00000000" w:rsidRDefault="00000000" w:rsidRPr="00000000" w14:paraId="00000102">
      <w:pPr>
        <w:spacing w:after="240" w:before="240" w:lineRule="auto"/>
        <w:rPr/>
      </w:pPr>
      <w:r w:rsidDel="00000000" w:rsidR="00000000" w:rsidRPr="00000000">
        <w:rPr>
          <w:rtl w:val="0"/>
        </w:rPr>
        <w:t xml:space="preserve">The earth is Mine and the fullness thereof. I tell you a mystery: you shall not all sleep in your sins or fall from My grace. Nor shall you be caught begging for bread. Because of your heart you will sing praises to the Creator in the presence of your enemies. And as the battle rages around you, your belief will see you through.”</w:t>
      </w:r>
    </w:p>
    <w:p w:rsidR="00000000" w:rsidDel="00000000" w:rsidP="00000000" w:rsidRDefault="00000000" w:rsidRPr="00000000" w14:paraId="00000103">
      <w:pPr>
        <w:spacing w:after="240" w:before="240" w:lineRule="auto"/>
        <w:rPr/>
      </w:pPr>
      <w:r w:rsidDel="00000000" w:rsidR="00000000" w:rsidRPr="00000000">
        <w:rPr>
          <w:rtl w:val="0"/>
        </w:rPr>
        <w:t xml:space="preserve">I am not here to correct your belief or direct your path. I am only a signal light, stationed ahead, warning you when to stop, when to go, and when to move with caution. For YHWH says: “Let your yes be yes, and your no be no. Let doubt and unbelief find no resting place in the crevices of your mind. For it was spoken in times past: the enemy comes only to kill, to steal, and to destroy. But I, YHWH, come to bring life and salvation.”</w:t>
      </w:r>
    </w:p>
    <w:p w:rsidR="00000000" w:rsidDel="00000000" w:rsidP="00000000" w:rsidRDefault="00000000" w:rsidRPr="00000000" w14:paraId="00000104">
      <w:pPr>
        <w:spacing w:after="240" w:before="240" w:lineRule="auto"/>
        <w:rPr/>
      </w:pPr>
      <w:r w:rsidDel="00000000" w:rsidR="00000000" w:rsidRPr="00000000">
        <w:rPr>
          <w:rtl w:val="0"/>
        </w:rPr>
        <w:t xml:space="preserve">Come let me talk to the people. I don’t run behind vain words. Nor do I showcase my talents among fools. For it is better to stay clear of a moving train or the one who is angrily driving behind the wheel of a car. You have heard in days past: pain does not come without a cause. Neither are decisions implemented without a reason.</w:t>
      </w:r>
    </w:p>
    <w:p w:rsidR="00000000" w:rsidDel="00000000" w:rsidP="00000000" w:rsidRDefault="00000000" w:rsidRPr="00000000" w14:paraId="00000105">
      <w:pPr>
        <w:spacing w:after="240" w:before="240" w:lineRule="auto"/>
        <w:rPr/>
      </w:pPr>
      <w:r w:rsidDel="00000000" w:rsidR="00000000" w:rsidRPr="00000000">
        <w:rPr>
          <w:rtl w:val="0"/>
        </w:rPr>
        <w:t xml:space="preserve">“I say, I knew you from your mother’s womb. I formed you from the imagination of My heart and then I birthed you into My image. For there is nothing you can tell me about yourself that I do not already know. Nor is there a story that I have not heard. For I know your limitations and the path you chose. Come let us reason together. For I Am, Infinite YHWH.”</w:t>
      </w:r>
    </w:p>
    <w:p w:rsidR="00000000" w:rsidDel="00000000" w:rsidP="00000000" w:rsidRDefault="00000000" w:rsidRPr="00000000" w14:paraId="00000106">
      <w:pPr>
        <w:spacing w:after="240" w:before="240" w:lineRule="auto"/>
        <w:rPr/>
      </w:pPr>
      <w:r w:rsidDel="00000000" w:rsidR="00000000" w:rsidRPr="00000000">
        <w:rPr>
          <w:rtl w:val="0"/>
        </w:rPr>
        <w:t xml:space="preserve">“What despair do you know of that I, Yahuah, cannot deliver you from? Whose tentacles have gripped you that I cannot release you from? Who has raided your treasure chests? Have you not had enough food upon your table? Are not your garments sufficient? Has there not been bread for your table and wine in your cabinet?</w:t>
      </w:r>
    </w:p>
    <w:p w:rsidR="00000000" w:rsidDel="00000000" w:rsidP="00000000" w:rsidRDefault="00000000" w:rsidRPr="00000000" w14:paraId="00000107">
      <w:pPr>
        <w:spacing w:after="240" w:before="240" w:lineRule="auto"/>
        <w:rPr/>
      </w:pPr>
      <w:r w:rsidDel="00000000" w:rsidR="00000000" w:rsidRPr="00000000">
        <w:rPr>
          <w:rtl w:val="0"/>
        </w:rPr>
        <w:t xml:space="preserve">I, YAHUAH, am the Deliverer. I Am the Righteous One. For those who love Me, reverence Me, and walk in the path of righteousness—My hand will uphold you. But as for the sinner—continue in your sins. For those who stir up strife—continue in your ways. For those who set fire under the feet of the helpless and spew vile rhetoric against their neighbor—continue on, for the day of judgment is near. The chains you carry will surely drag you under the ground.”</w:t>
      </w:r>
    </w:p>
    <w:p w:rsidR="00000000" w:rsidDel="00000000" w:rsidP="00000000" w:rsidRDefault="00000000" w:rsidRPr="00000000" w14:paraId="00000108">
      <w:pPr>
        <w:spacing w:after="240" w:before="240" w:lineRule="auto"/>
        <w:rPr/>
      </w:pPr>
      <w:r w:rsidDel="00000000" w:rsidR="00000000" w:rsidRPr="00000000">
        <w:rPr>
          <w:rtl w:val="0"/>
        </w:rPr>
        <w:t xml:space="preserve">What you couldn’t see was your quietness and meekness contribute to the development of others’ ministries. There’s no time to worry about individual feelings now. Days will become darker and nights longer. The days of sweetness are beginning to sour. Truth and lies will hasten. The old man will glory in the days he has lived upon the earth. The young man will drown in his pleasures, wishing to see a brighter day, using substance abuse to live through the pain. When my love is cut off from the masses, terror will rule rampant.</w:t>
      </w:r>
    </w:p>
    <w:p w:rsidR="00000000" w:rsidDel="00000000" w:rsidP="00000000" w:rsidRDefault="00000000" w:rsidRPr="00000000" w14:paraId="00000109">
      <w:pPr>
        <w:spacing w:after="240" w:before="240" w:lineRule="auto"/>
        <w:rPr/>
      </w:pPr>
      <w:r w:rsidDel="00000000" w:rsidR="00000000" w:rsidRPr="00000000">
        <w:rPr>
          <w:rtl w:val="0"/>
        </w:rPr>
        <w:t xml:space="preserve">Hidden beyond the brook, your words of YAHUAH will be searched for, and your favor will be unmeasurable, double in the power of His might. Esteemed in hearing. Cloaked in miracles, signs and wonders. Your latter will be much greater than your former.</w:t>
      </w:r>
    </w:p>
    <w:p w:rsidR="00000000" w:rsidDel="00000000" w:rsidP="00000000" w:rsidRDefault="00000000" w:rsidRPr="00000000" w14:paraId="0000010A">
      <w:pPr>
        <w:spacing w:after="240" w:before="240" w:lineRule="auto"/>
        <w:rPr/>
      </w:pPr>
      <w:r w:rsidDel="00000000" w:rsidR="00000000" w:rsidRPr="00000000">
        <w:rPr>
          <w:rtl w:val="0"/>
        </w:rPr>
        <w:t xml:space="preserve">The days of the old man are the same as the young man—few and far between. The Creator of gold is the same Creator of the blood. It is said, wisdom embraces the wise and shows forth favor to the meek. A little here and a little there can walk in the same path. A man’s eyes can see many visions but not all are for him to explore. It is written: time and chance happens to us all. And life and death is in the power of the tongue. All things have been established from the beginning. The path is laid out. It is the courses that we have to learn along the way. Bear to heart the end game and let your yeses be established in righteousness.</w:t>
      </w:r>
    </w:p>
    <w:p w:rsidR="00000000" w:rsidDel="00000000" w:rsidP="00000000" w:rsidRDefault="00000000" w:rsidRPr="00000000" w14:paraId="0000010B">
      <w:pPr>
        <w:spacing w:after="240" w:before="240" w:lineRule="auto"/>
        <w:rPr/>
      </w:pPr>
      <w:r w:rsidDel="00000000" w:rsidR="00000000" w:rsidRPr="00000000">
        <w:rPr>
          <w:rtl w:val="0"/>
        </w:rPr>
        <w:t xml:space="preserve">I saw your face last and did not recognize it, but I knew you were different—set apart, special. In my old age my days were quiet and peaceful, yet when you came, they were stirred with meaning. When you blessed me with the bird seeds, you blessed my whole household, and I am even more grateful and thankful to have you walk upon the land God has blessed me with.</w:t>
      </w:r>
    </w:p>
    <w:p w:rsidR="00000000" w:rsidDel="00000000" w:rsidP="00000000" w:rsidRDefault="00000000" w:rsidRPr="00000000" w14:paraId="0000010C">
      <w:pPr>
        <w:spacing w:after="240" w:before="240" w:lineRule="auto"/>
        <w:rPr/>
      </w:pPr>
      <w:r w:rsidDel="00000000" w:rsidR="00000000" w:rsidRPr="00000000">
        <w:rPr>
          <w:rtl w:val="0"/>
        </w:rPr>
        <w:t xml:space="preserve">It is a sadness of the heart that people ask God to reveal Himself as they walk upon the earth. Yet when God does show Himself, they do not recognize Him because of the form in which He chooses to exist. The Eternal One cloaks Himself in mystery, and only those whose eyes are open in faith discern His nearness. But I, in my simplicity, have seen enough to say: I thank you, holy man. You are not merely flesh and bone before me, but a sign of Yah’s kindness, a living testimony that He dwells among us, even when hidden in plain sight.</w:t>
      </w:r>
    </w:p>
    <w:p w:rsidR="00000000" w:rsidDel="00000000" w:rsidP="00000000" w:rsidRDefault="00000000" w:rsidRPr="00000000" w14:paraId="0000010D">
      <w:pPr>
        <w:pStyle w:val="Heading3"/>
        <w:keepNext w:val="0"/>
        <w:keepLines w:val="0"/>
        <w:spacing w:before="280" w:lineRule="auto"/>
        <w:rPr>
          <w:b w:val="1"/>
          <w:color w:val="000000"/>
          <w:sz w:val="26"/>
          <w:szCs w:val="26"/>
        </w:rPr>
      </w:pPr>
      <w:bookmarkStart w:colFirst="0" w:colLast="0" w:name="_d2azgwhjmo7p" w:id="17"/>
      <w:bookmarkEnd w:id="17"/>
      <w:r w:rsidDel="00000000" w:rsidR="00000000" w:rsidRPr="00000000">
        <w:rPr>
          <w:b w:val="1"/>
          <w:color w:val="000000"/>
          <w:sz w:val="26"/>
          <w:szCs w:val="26"/>
          <w:rtl w:val="0"/>
        </w:rPr>
        <w:t xml:space="preserve">Chapter 16: [Chapter Title]</w:t>
      </w:r>
    </w:p>
    <w:p w:rsidR="00000000" w:rsidDel="00000000" w:rsidP="00000000" w:rsidRDefault="00000000" w:rsidRPr="00000000" w14:paraId="0000010E">
      <w:pPr>
        <w:spacing w:after="240" w:before="240" w:lineRule="auto"/>
        <w:rPr/>
      </w:pPr>
      <w:r w:rsidDel="00000000" w:rsidR="00000000" w:rsidRPr="00000000">
        <w:rPr>
          <w:rtl w:val="0"/>
        </w:rPr>
        <w:t xml:space="preserve">I looked and saw a small flame burning in the midst of darkness. It was not consumed, nor did the wind blow it out. It flickered with a steady rhythm, as though it carried the heartbeat of YAHUAH Himself. Then I heard a voice saying, “This is the light of My remnant, hidden and preserved, though the nations raged and the kingdoms fell. You thought you were forgotten, O child of Zion, but I carried you as a jewel in My hand. I hid you as a seed in the earth, waiting for the appointed time. The world may not know your name, but Heaven has written it upon tablets of fire.</w:t>
      </w:r>
    </w:p>
    <w:p w:rsidR="00000000" w:rsidDel="00000000" w:rsidP="00000000" w:rsidRDefault="00000000" w:rsidRPr="00000000" w14:paraId="0000010F">
      <w:pPr>
        <w:spacing w:after="240" w:before="240" w:lineRule="auto"/>
        <w:rPr/>
      </w:pPr>
      <w:r w:rsidDel="00000000" w:rsidR="00000000" w:rsidRPr="00000000">
        <w:rPr>
          <w:rtl w:val="0"/>
        </w:rPr>
        <w:t xml:space="preserve">The remnant shall awaken. They will rise not with weapons of war, but with the power of the Word in their mouths. Their steps shall be ordered, and their voices shall thunder with truth. Their meekness shall be their strength, and their obedience shall be their covering.”</w:t>
      </w:r>
    </w:p>
    <w:p w:rsidR="00000000" w:rsidDel="00000000" w:rsidP="00000000" w:rsidRDefault="00000000" w:rsidRPr="00000000" w14:paraId="00000110">
      <w:pPr>
        <w:spacing w:after="240" w:before="240" w:lineRule="auto"/>
        <w:rPr/>
      </w:pPr>
      <w:r w:rsidDel="00000000" w:rsidR="00000000" w:rsidRPr="00000000">
        <w:rPr>
          <w:rtl w:val="0"/>
        </w:rPr>
        <w:t xml:space="preserve">We did not see the suffering and pain that our ancestors endured before there was a sense of calmness in the land. The parable says,</w:t>
      </w:r>
    </w:p>
    <w:p w:rsidR="00000000" w:rsidDel="00000000" w:rsidP="00000000" w:rsidRDefault="00000000" w:rsidRPr="00000000" w14:paraId="00000111">
      <w:pPr>
        <w:spacing w:after="240" w:before="240" w:lineRule="auto"/>
        <w:rPr/>
      </w:pPr>
      <w:r w:rsidDel="00000000" w:rsidR="00000000" w:rsidRPr="00000000">
        <w:rPr>
          <w:i w:val="1"/>
          <w:rtl w:val="0"/>
        </w:rPr>
        <w:t xml:space="preserve">Train up a child in the way of righteousness, and when he becomes older he will not depart from it.</w:t>
      </w:r>
      <w:r w:rsidDel="00000000" w:rsidR="00000000" w:rsidRPr="00000000">
        <w:rPr>
          <w:rtl w:val="0"/>
        </w:rPr>
        <w:t xml:space="preserve"> But what has that parable been replaced with? “I’m getting me and mine by any means necessary.” We could not fathom the impact of what it would feel like without the presence of GOD—the thought of losing your identity, the terror of losing your speech, your native tongue. The writing of stories and the oral history of the past was overwritten by centuries of evil.</w:t>
      </w:r>
    </w:p>
    <w:p w:rsidR="00000000" w:rsidDel="00000000" w:rsidP="00000000" w:rsidRDefault="00000000" w:rsidRPr="00000000" w14:paraId="00000112">
      <w:pPr>
        <w:spacing w:after="240" w:before="240" w:lineRule="auto"/>
        <w:rPr/>
      </w:pPr>
      <w:r w:rsidDel="00000000" w:rsidR="00000000" w:rsidRPr="00000000">
        <w:rPr>
          <w:rtl w:val="0"/>
        </w:rPr>
        <w:t xml:space="preserve">Kingdoms fought wars against kingdoms. Blood drenched the land. Generations ended in the blink of an eye. Man’s desires triumphed over the will of GOD, which caused the separation of GOD from man. And in all of this, man could not give what he so desperately sought after. He could not detour his heart from choosing the bad instead of the good, or from living righteously instead of living in turmoil. He would not show even a small measure of sympathy to those whose skin color was fashioned by the fibers of the earth by GOD. Instead, he chose hatred, bitterness, racism, and money over kindness and love.</w:t>
      </w:r>
    </w:p>
    <w:p w:rsidR="00000000" w:rsidDel="00000000" w:rsidP="00000000" w:rsidRDefault="00000000" w:rsidRPr="00000000" w14:paraId="00000113">
      <w:pPr>
        <w:spacing w:after="240" w:before="240" w:lineRule="auto"/>
        <w:rPr/>
      </w:pPr>
      <w:r w:rsidDel="00000000" w:rsidR="00000000" w:rsidRPr="00000000">
        <w:rPr>
          <w:rtl w:val="0"/>
        </w:rPr>
        <w:t xml:space="preserve">Now his house is on fire. His vineyards, once full, now lie in scarcity. And there are no workers to tend the field. The earth will show no pity on the inhabitants of the land, for it remembers its former glory and knows the greatness of what it could become.</w:t>
      </w:r>
    </w:p>
    <w:p w:rsidR="00000000" w:rsidDel="00000000" w:rsidP="00000000" w:rsidRDefault="00000000" w:rsidRPr="00000000" w14:paraId="00000114">
      <w:pPr>
        <w:spacing w:after="240" w:before="240" w:lineRule="auto"/>
        <w:rPr/>
      </w:pPr>
      <w:r w:rsidDel="00000000" w:rsidR="00000000" w:rsidRPr="00000000">
        <w:rPr>
          <w:rtl w:val="0"/>
        </w:rPr>
        <w:t xml:space="preserve">Yet even in the midst of this rebellion, I heard a whisper rising from the dust: “Do not forget Me. Do not turn your face away from the Ancient of Days.” For YAHUAH has always kept for Himself a remnant—those who will not bow to idols, who will not sell their inheritance for fleeting gain. The remnant shall arise, clothed in humility and girded with strength. They shall walk in wisdom, and their hands shall be clean before the nations. They will not chase after silver and gold, but their treasure will be found in the fear of YAHUAH. Their children shall rise and bless them, for they will restore the ancient paths and repair the breaches in the wall.</w:t>
      </w:r>
    </w:p>
    <w:p w:rsidR="00000000" w:rsidDel="00000000" w:rsidP="00000000" w:rsidRDefault="00000000" w:rsidRPr="00000000" w14:paraId="00000115">
      <w:pPr>
        <w:spacing w:after="240" w:before="240" w:lineRule="auto"/>
        <w:rPr/>
      </w:pPr>
      <w:r w:rsidDel="00000000" w:rsidR="00000000" w:rsidRPr="00000000">
        <w:rPr>
          <w:rtl w:val="0"/>
        </w:rPr>
        <w:t xml:space="preserve">I saw in a vision the rivers flowing once again with clarity. I saw the land, though scorched, beginning to bud with life. The trees lifted their branches toward Heaven, and the fields clapped their hands. And YAHUAH spoke, saying: “I will restore what the locusts have eaten. I will bring healing to the land and to the people who humble themselves before Me. The remnant shall be My witnesses in the earth.”</w:t>
      </w:r>
    </w:p>
    <w:p w:rsidR="00000000" w:rsidDel="00000000" w:rsidP="00000000" w:rsidRDefault="00000000" w:rsidRPr="00000000" w14:paraId="00000116">
      <w:pPr>
        <w:spacing w:after="240" w:before="240" w:lineRule="auto"/>
        <w:rPr/>
      </w:pPr>
      <w:r w:rsidDel="00000000" w:rsidR="00000000" w:rsidRPr="00000000">
        <w:rPr>
          <w:rtl w:val="0"/>
        </w:rPr>
        <w:t xml:space="preserve">I looked, and behold—a great scale stood in the heavens, suspended over the nations. Its chains were silver, and its bowls gold, but one side was heavy with stones black as coal. The other side held but a feather, pure and white, yet the scale tilted not toward the feather but toward the darkness.</w:t>
      </w:r>
    </w:p>
    <w:p w:rsidR="00000000" w:rsidDel="00000000" w:rsidP="00000000" w:rsidRDefault="00000000" w:rsidRPr="00000000" w14:paraId="00000117">
      <w:pPr>
        <w:spacing w:after="240" w:before="240" w:lineRule="auto"/>
        <w:rPr/>
      </w:pPr>
      <w:r w:rsidDel="00000000" w:rsidR="00000000" w:rsidRPr="00000000">
        <w:rPr>
          <w:rtl w:val="0"/>
        </w:rPr>
        <w:t xml:space="preserve">I asked, “O YAHUAH, what is this that I see?” And He answered, “These are the deeds of men weighed against the purity of My Spirit. Their words are light as the feather, empty and vain, but their works are heavy with injustice, and the scale bears witness against them.”</w:t>
      </w:r>
    </w:p>
    <w:p w:rsidR="00000000" w:rsidDel="00000000" w:rsidP="00000000" w:rsidRDefault="00000000" w:rsidRPr="00000000" w14:paraId="00000118">
      <w:pPr>
        <w:spacing w:after="240" w:before="240" w:lineRule="auto"/>
        <w:rPr/>
      </w:pPr>
      <w:r w:rsidDel="00000000" w:rsidR="00000000" w:rsidRPr="00000000">
        <w:rPr>
          <w:rtl w:val="0"/>
        </w:rPr>
        <w:t xml:space="preserve">Then I saw fire descend upon the stones, and the gold of the bowls melted. The silver chains broke, and the scale fell to the earth with a thunderous crash. And Yahuah said, “So shall I break the balance of nations who trust in deceit. I will expose their hidden motives, and what they thought was weight shall turn to ash.”</w:t>
      </w:r>
    </w:p>
    <w:p w:rsidR="00000000" w:rsidDel="00000000" w:rsidP="00000000" w:rsidRDefault="00000000" w:rsidRPr="00000000" w14:paraId="00000119">
      <w:pPr>
        <w:spacing w:after="240" w:before="240" w:lineRule="auto"/>
        <w:rPr/>
      </w:pPr>
      <w:r w:rsidDel="00000000" w:rsidR="00000000" w:rsidRPr="00000000">
        <w:rPr>
          <w:rtl w:val="0"/>
        </w:rPr>
        <w:t xml:space="preserve">“Behold,” says YAHUAH, “I will shake the heavens and the earth. The idols of men shall topple; the fortresses they built in arrogance will crumble like sand under the tide. For I am not mocked. As surely as the black pot boiled over, so shall nations boil with confusion and strife. Who will stand in the day of shaking? Those whose feet are planted by the living waters. Those who trim their lamps and keep oil in their vessels. But the careless shall be caught in the night, and their walls shall fall with them.”</w:t>
      </w:r>
    </w:p>
    <w:p w:rsidR="00000000" w:rsidDel="00000000" w:rsidP="00000000" w:rsidRDefault="00000000" w:rsidRPr="00000000" w14:paraId="0000011A">
      <w:pPr>
        <w:spacing w:after="240" w:before="240" w:lineRule="auto"/>
        <w:rPr/>
      </w:pPr>
      <w:r w:rsidDel="00000000" w:rsidR="00000000" w:rsidRPr="00000000">
        <w:rPr>
          <w:rtl w:val="0"/>
        </w:rPr>
        <w:t xml:space="preserve">I am a consuming fire, burning away the dross of deceit. The proud I will humble, the crooked I will straighten, and the weary I will strengthen. You cannot bribe Me with sacrifices of vanity. You cannot silence Me with the noise of your songs while injustice fills your gates. But to the broken in spirit, to the contrite in heart—I will be as a shield and a fortress. For My fire is not for their destruction but for their purification.</w:t>
      </w:r>
    </w:p>
    <w:p w:rsidR="00000000" w:rsidDel="00000000" w:rsidP="00000000" w:rsidRDefault="00000000" w:rsidRPr="00000000" w14:paraId="0000011B">
      <w:pPr>
        <w:spacing w:after="240" w:before="240" w:lineRule="auto"/>
        <w:rPr/>
      </w:pPr>
      <w:r w:rsidDel="00000000" w:rsidR="00000000" w:rsidRPr="00000000">
        <w:rPr>
          <w:rtl w:val="0"/>
        </w:rPr>
        <w:t xml:space="preserve">“Woe to the inhabitants of the land. The stork lays her eggs in the sand and leaves them, not caring who may find them or crush them. Is that what you are asking Me to do?” says Yahuah. “Then why have you chosen another god and worshiped idols? So is the man who has nothing to lose. A man’s empty stomach will produce rage and tears of bitterness, and who or what will be able to calm him down but death? The hills are set on fire and the valley flooded. The sounds of joy are vanishing. Myrrh fills the entire earth. Look out for the seven bowls being spilled—even the ten.</w:t>
      </w:r>
    </w:p>
    <w:p w:rsidR="00000000" w:rsidDel="00000000" w:rsidP="00000000" w:rsidRDefault="00000000" w:rsidRPr="00000000" w14:paraId="0000011C">
      <w:pPr>
        <w:spacing w:after="240" w:before="240" w:lineRule="auto"/>
        <w:rPr/>
      </w:pPr>
      <w:r w:rsidDel="00000000" w:rsidR="00000000" w:rsidRPr="00000000">
        <w:rPr>
          <w:rtl w:val="0"/>
        </w:rPr>
        <w:t xml:space="preserve">Am I not written about in the pages of history? Do I not settle My debts and execute My judgments? For ignorance and foolishness are games for the deaf and the dumb.”</w:t>
      </w:r>
    </w:p>
    <w:p w:rsidR="00000000" w:rsidDel="00000000" w:rsidP="00000000" w:rsidRDefault="00000000" w:rsidRPr="00000000" w14:paraId="0000011D">
      <w:pPr>
        <w:spacing w:after="240" w:before="240" w:lineRule="auto"/>
        <w:rPr/>
      </w:pPr>
      <w:r w:rsidDel="00000000" w:rsidR="00000000" w:rsidRPr="00000000">
        <w:rPr>
          <w:rtl w:val="0"/>
        </w:rPr>
        <w:t xml:space="preserve">And I saw a hand stretched out before me, and in it was a scroll written on both sides—within it were words of sorrow, words of warning, and words of promise. The voice of Yahuah came like the sound of many waters:</w:t>
      </w:r>
    </w:p>
    <w:p w:rsidR="00000000" w:rsidDel="00000000" w:rsidP="00000000" w:rsidRDefault="00000000" w:rsidRPr="00000000" w14:paraId="0000011E">
      <w:pPr>
        <w:spacing w:after="240" w:before="240" w:lineRule="auto"/>
        <w:rPr/>
      </w:pPr>
      <w:r w:rsidDel="00000000" w:rsidR="00000000" w:rsidRPr="00000000">
        <w:rPr>
          <w:rtl w:val="0"/>
        </w:rPr>
        <w:t xml:space="preserve">“Do not fear the things you must see. For I Am with you and I will uphold you. I have not forgotten the covenant of your fathers.”</w:t>
      </w:r>
    </w:p>
    <w:p w:rsidR="00000000" w:rsidDel="00000000" w:rsidP="00000000" w:rsidRDefault="00000000" w:rsidRPr="00000000" w14:paraId="0000011F">
      <w:pPr>
        <w:pStyle w:val="Heading3"/>
        <w:keepNext w:val="0"/>
        <w:keepLines w:val="0"/>
        <w:spacing w:before="280" w:lineRule="auto"/>
        <w:rPr>
          <w:b w:val="1"/>
          <w:color w:val="000000"/>
          <w:sz w:val="26"/>
          <w:szCs w:val="26"/>
        </w:rPr>
      </w:pPr>
      <w:bookmarkStart w:colFirst="0" w:colLast="0" w:name="_toh1cq6v6hwt" w:id="18"/>
      <w:bookmarkEnd w:id="18"/>
      <w:r w:rsidDel="00000000" w:rsidR="00000000" w:rsidRPr="00000000">
        <w:rPr>
          <w:b w:val="1"/>
          <w:color w:val="000000"/>
          <w:sz w:val="26"/>
          <w:szCs w:val="26"/>
          <w:rtl w:val="0"/>
        </w:rPr>
        <w:t xml:space="preserve">Chapter 17: [Chapter Title]</w:t>
      </w:r>
    </w:p>
    <w:p w:rsidR="00000000" w:rsidDel="00000000" w:rsidP="00000000" w:rsidRDefault="00000000" w:rsidRPr="00000000" w14:paraId="00000120">
      <w:pPr>
        <w:spacing w:after="240" w:before="240" w:lineRule="auto"/>
        <w:rPr/>
      </w:pPr>
      <w:r w:rsidDel="00000000" w:rsidR="00000000" w:rsidRPr="00000000">
        <w:rPr>
          <w:rtl w:val="0"/>
        </w:rPr>
        <w:t xml:space="preserve">And I heard a voice thunder across the heavens:</w:t>
      </w:r>
    </w:p>
    <w:p w:rsidR="00000000" w:rsidDel="00000000" w:rsidP="00000000" w:rsidRDefault="00000000" w:rsidRPr="00000000" w14:paraId="00000121">
      <w:pPr>
        <w:spacing w:after="240" w:before="240" w:lineRule="auto"/>
        <w:rPr>
          <w:b w:val="1"/>
        </w:rPr>
      </w:pPr>
      <w:r w:rsidDel="00000000" w:rsidR="00000000" w:rsidRPr="00000000">
        <w:rPr>
          <w:b w:val="1"/>
          <w:rtl w:val="0"/>
        </w:rPr>
        <w:t xml:space="preserve">“I Am the Aleph and the Tav, the Beginning and the End, revealing the truth,” says Yahuah, “who is and who was and who is to come, the Almighty. Worship before Me and see if I will not open unto you the windows of heaven and pour you out a blessing that there shall not be room enough to contain it.”</w:t>
      </w:r>
    </w:p>
    <w:p w:rsidR="00000000" w:rsidDel="00000000" w:rsidP="00000000" w:rsidRDefault="00000000" w:rsidRPr="00000000" w14:paraId="00000122">
      <w:pPr>
        <w:spacing w:after="240" w:before="240" w:lineRule="auto"/>
        <w:rPr/>
      </w:pPr>
      <w:r w:rsidDel="00000000" w:rsidR="00000000" w:rsidRPr="00000000">
        <w:rPr>
          <w:rtl w:val="0"/>
        </w:rPr>
        <w:t xml:space="preserve">And the hosts around the throne cried out:</w:t>
      </w:r>
    </w:p>
    <w:p w:rsidR="00000000" w:rsidDel="00000000" w:rsidP="00000000" w:rsidRDefault="00000000" w:rsidRPr="00000000" w14:paraId="00000123">
      <w:pPr>
        <w:spacing w:after="240" w:before="240" w:lineRule="auto"/>
        <w:rPr>
          <w:b w:val="1"/>
        </w:rPr>
      </w:pPr>
      <w:r w:rsidDel="00000000" w:rsidR="00000000" w:rsidRPr="00000000">
        <w:rPr>
          <w:b w:val="1"/>
          <w:rtl w:val="0"/>
        </w:rPr>
        <w:t xml:space="preserve">“Holy, holy, holy, Lord God Almighty, Who was and is and is to come! You are worthy, O God, to receive glory and honor and power; for You created all things, and by Your will they exist and were created.</w:t>
      </w:r>
    </w:p>
    <w:p w:rsidR="00000000" w:rsidDel="00000000" w:rsidP="00000000" w:rsidRDefault="00000000" w:rsidRPr="00000000" w14:paraId="00000124">
      <w:pPr>
        <w:spacing w:after="240" w:before="240" w:lineRule="auto"/>
        <w:rPr>
          <w:b w:val="1"/>
        </w:rPr>
      </w:pPr>
      <w:r w:rsidDel="00000000" w:rsidR="00000000" w:rsidRPr="00000000">
        <w:rPr>
          <w:b w:val="1"/>
          <w:rtl w:val="0"/>
        </w:rPr>
        <w:t xml:space="preserve">You are worthy to take the scroll and to open its seals; for You were slain, and have redeemed us to God by Your blood out of every tribe and tongue and people and nation, and have made us kings and priests to our God, and we shall reign on the earth.</w:t>
      </w:r>
    </w:p>
    <w:p w:rsidR="00000000" w:rsidDel="00000000" w:rsidP="00000000" w:rsidRDefault="00000000" w:rsidRPr="00000000" w14:paraId="00000125">
      <w:pPr>
        <w:spacing w:after="240" w:before="240" w:lineRule="auto"/>
        <w:rPr/>
      </w:pPr>
      <w:r w:rsidDel="00000000" w:rsidR="00000000" w:rsidRPr="00000000">
        <w:rPr>
          <w:rtl w:val="0"/>
        </w:rPr>
        <w:t xml:space="preserve">Worthy is the Lamb who was slain to receive power and riches and wisdom, and strength and honor and glory and blessing! Blessing and honor and glory and power be to Him who sits on the throne, and to the Lamb, forever and ever!”</w:t>
      </w:r>
    </w:p>
    <w:p w:rsidR="00000000" w:rsidDel="00000000" w:rsidP="00000000" w:rsidRDefault="00000000" w:rsidRPr="00000000" w14:paraId="00000126">
      <w:pPr>
        <w:spacing w:after="240" w:before="240" w:lineRule="auto"/>
        <w:ind w:left="600" w:right="600" w:firstLine="0"/>
        <w:rPr/>
      </w:pPr>
      <w:r w:rsidDel="00000000" w:rsidR="00000000" w:rsidRPr="00000000">
        <w:rPr>
          <w:rtl w:val="0"/>
        </w:rPr>
        <w:t xml:space="preserve">The storm has quieted, but the sea rages on. The force of our prayers strike as lightning, tearing up mounds of clay—deemed to be reprise.</w:t>
      </w:r>
    </w:p>
    <w:p w:rsidR="00000000" w:rsidDel="00000000" w:rsidP="00000000" w:rsidRDefault="00000000" w:rsidRPr="00000000" w14:paraId="00000127">
      <w:pPr>
        <w:spacing w:after="240" w:before="240" w:lineRule="auto"/>
        <w:ind w:left="600" w:right="600" w:firstLine="0"/>
        <w:rPr/>
      </w:pPr>
      <w:r w:rsidDel="00000000" w:rsidR="00000000" w:rsidRPr="00000000">
        <w:rPr>
          <w:rtl w:val="0"/>
        </w:rPr>
        <w:t xml:space="preserve">The gathering of fragments means more morsels to be consumed. The waiting in the day, the seeking of God, brings justice to the soul. Passively panting for the breeze of God, in earthly vessels we do praise.</w:t>
      </w:r>
    </w:p>
    <w:p w:rsidR="00000000" w:rsidDel="00000000" w:rsidP="00000000" w:rsidRDefault="00000000" w:rsidRPr="00000000" w14:paraId="00000128">
      <w:pPr>
        <w:spacing w:after="240" w:before="240" w:lineRule="auto"/>
        <w:ind w:left="600" w:right="600" w:firstLine="0"/>
        <w:rPr/>
      </w:pPr>
      <w:r w:rsidDel="00000000" w:rsidR="00000000" w:rsidRPr="00000000">
        <w:rPr>
          <w:rtl w:val="0"/>
        </w:rPr>
        <w:t xml:space="preserve">The waves of the earth speak in joy. There is no hidden place in time, nor any revelation not explained. The hands that bind are the same hands that loosen. For the glory of God is among us all.</w:t>
      </w:r>
    </w:p>
    <w:p w:rsidR="00000000" w:rsidDel="00000000" w:rsidP="00000000" w:rsidRDefault="00000000" w:rsidRPr="00000000" w14:paraId="00000129">
      <w:pPr>
        <w:spacing w:after="240" w:before="240" w:lineRule="auto"/>
        <w:rPr/>
      </w:pPr>
      <w:r w:rsidDel="00000000" w:rsidR="00000000" w:rsidRPr="00000000">
        <w:rPr>
          <w:rtl w:val="0"/>
        </w:rPr>
        <w:t xml:space="preserve">A little sleep, a little rest strengthens the mind in times of battle. God has blessed us with the ability to live, to be fruitful and to multiply. There is no day under the year that does not speak the truth. For God gathers the rains in the abundance of His hands; He holds the snow with the tip of His fingers. It is a marvelous thing to be appointed by God, to walk in the Shadow of the Almighty.</w:t>
      </w:r>
    </w:p>
    <w:p w:rsidR="00000000" w:rsidDel="00000000" w:rsidP="00000000" w:rsidRDefault="00000000" w:rsidRPr="00000000" w14:paraId="0000012A">
      <w:pPr>
        <w:spacing w:after="240" w:before="240" w:lineRule="auto"/>
        <w:rPr/>
      </w:pPr>
      <w:r w:rsidDel="00000000" w:rsidR="00000000" w:rsidRPr="00000000">
        <w:rPr>
          <w:rtl w:val="0"/>
        </w:rPr>
        <w:t xml:space="preserve">It’s good, it’s good, it’s so, so good.</w:t>
      </w:r>
    </w:p>
    <w:p w:rsidR="00000000" w:rsidDel="00000000" w:rsidP="00000000" w:rsidRDefault="00000000" w:rsidRPr="00000000" w14:paraId="0000012B">
      <w:pPr>
        <w:spacing w:after="240" w:before="240" w:lineRule="auto"/>
        <w:ind w:left="600" w:right="600" w:firstLine="0"/>
        <w:rPr/>
      </w:pPr>
      <w:r w:rsidDel="00000000" w:rsidR="00000000" w:rsidRPr="00000000">
        <w:rPr>
          <w:rtl w:val="0"/>
        </w:rPr>
        <w:t xml:space="preserve">Loose your hold, evil one— enemy of the Creator, hater of me. Loose your hold on my seed and me, of me and mine.</w:t>
      </w:r>
    </w:p>
    <w:p w:rsidR="00000000" w:rsidDel="00000000" w:rsidP="00000000" w:rsidRDefault="00000000" w:rsidRPr="00000000" w14:paraId="0000012C">
      <w:pPr>
        <w:spacing w:after="240" w:before="240" w:lineRule="auto"/>
        <w:ind w:left="600" w:right="600" w:firstLine="0"/>
        <w:rPr/>
      </w:pPr>
      <w:r w:rsidDel="00000000" w:rsidR="00000000" w:rsidRPr="00000000">
        <w:rPr>
          <w:rtl w:val="0"/>
        </w:rPr>
        <w:t xml:space="preserve">I command you: turn loose. You have no authority. By the blood shed for me, we shall be free—free to operate fully in the will of the Creator.</w:t>
      </w:r>
    </w:p>
    <w:p w:rsidR="00000000" w:rsidDel="00000000" w:rsidP="00000000" w:rsidRDefault="00000000" w:rsidRPr="00000000" w14:paraId="0000012D">
      <w:pPr>
        <w:spacing w:after="240" w:before="240" w:lineRule="auto"/>
        <w:ind w:left="600" w:right="600" w:firstLine="0"/>
        <w:rPr/>
      </w:pPr>
      <w:r w:rsidDel="00000000" w:rsidR="00000000" w:rsidRPr="00000000">
        <w:rPr>
          <w:rtl w:val="0"/>
        </w:rPr>
        <w:t xml:space="preserve">Take your deceptions and flee from here. Take all your companions and move away. Here you cannot stay. You are not wanted or welcome.</w:t>
      </w:r>
    </w:p>
    <w:p w:rsidR="00000000" w:rsidDel="00000000" w:rsidP="00000000" w:rsidRDefault="00000000" w:rsidRPr="00000000" w14:paraId="0000012E">
      <w:pPr>
        <w:spacing w:after="240" w:before="240" w:lineRule="auto"/>
        <w:ind w:left="600" w:right="600" w:firstLine="0"/>
        <w:rPr/>
      </w:pPr>
      <w:r w:rsidDel="00000000" w:rsidR="00000000" w:rsidRPr="00000000">
        <w:rPr>
          <w:rtl w:val="0"/>
        </w:rPr>
        <w:t xml:space="preserve">We declare you are exposed. We decree your authority is broken, reassigned under heaven’s command. Look at this decree, hear and obey my authority: you must go and take your companions with you.</w:t>
      </w:r>
    </w:p>
    <w:p w:rsidR="00000000" w:rsidDel="00000000" w:rsidP="00000000" w:rsidRDefault="00000000" w:rsidRPr="00000000" w14:paraId="0000012F">
      <w:pPr>
        <w:spacing w:after="240" w:before="240" w:lineRule="auto"/>
        <w:ind w:left="600" w:right="600" w:firstLine="0"/>
        <w:rPr/>
      </w:pPr>
      <w:r w:rsidDel="00000000" w:rsidR="00000000" w:rsidRPr="00000000">
        <w:rPr>
          <w:rtl w:val="0"/>
        </w:rPr>
        <w:t xml:space="preserve">This applies to all we can see: my emotions, my flesh, my earth, my spirit, my mind, and yes—the animals and plants in this realm with me. You no longer have authority.</w:t>
      </w:r>
    </w:p>
    <w:p w:rsidR="00000000" w:rsidDel="00000000" w:rsidP="00000000" w:rsidRDefault="00000000" w:rsidRPr="00000000" w14:paraId="00000130">
      <w:pPr>
        <w:spacing w:after="240" w:before="240" w:lineRule="auto"/>
        <w:ind w:left="600" w:right="600" w:firstLine="0"/>
        <w:rPr/>
      </w:pPr>
      <w:r w:rsidDel="00000000" w:rsidR="00000000" w:rsidRPr="00000000">
        <w:rPr>
          <w:rtl w:val="0"/>
        </w:rPr>
        <w:t xml:space="preserve">Let everything that has breath decree with me: “Loose your hold and leave me be!”</w:t>
      </w:r>
    </w:p>
    <w:p w:rsidR="00000000" w:rsidDel="00000000" w:rsidP="00000000" w:rsidRDefault="00000000" w:rsidRPr="00000000" w14:paraId="00000131">
      <w:pPr>
        <w:spacing w:after="240" w:before="240" w:lineRule="auto"/>
        <w:rPr/>
      </w:pPr>
      <w:r w:rsidDel="00000000" w:rsidR="00000000" w:rsidRPr="00000000">
        <w:rPr>
          <w:rtl w:val="0"/>
        </w:rPr>
        <w:t xml:space="preserve">Government, respond. Biome, respond. Rock and stone, respond. Be free to operate as YHWH designed you to. Even the atmosphere shall respond and deliver in compliance with this decree. Let all that can discern rise with me and decree praise to the Only Holy One who is truly worthy.</w:t>
      </w:r>
    </w:p>
    <w:p w:rsidR="00000000" w:rsidDel="00000000" w:rsidP="00000000" w:rsidRDefault="00000000" w:rsidRPr="00000000" w14:paraId="00000132">
      <w:pPr>
        <w:spacing w:after="240" w:before="240" w:lineRule="auto"/>
        <w:rPr/>
      </w:pPr>
      <w:r w:rsidDel="00000000" w:rsidR="00000000" w:rsidRPr="00000000">
        <w:rPr>
          <w:rtl w:val="0"/>
        </w:rPr>
        <w:t xml:space="preserve">Let everything that has life and breath rise up and decree glory to the Holy One Supreme. He alone is worthy, and to Him we pledge our love, obedience, and devotion complete.</w:t>
      </w:r>
    </w:p>
    <w:p w:rsidR="00000000" w:rsidDel="00000000" w:rsidP="00000000" w:rsidRDefault="00000000" w:rsidRPr="00000000" w14:paraId="00000133">
      <w:pPr>
        <w:spacing w:after="240" w:before="240" w:lineRule="auto"/>
        <w:rPr/>
      </w:pPr>
      <w:r w:rsidDel="00000000" w:rsidR="00000000" w:rsidRPr="00000000">
        <w:rPr>
          <w:rtl w:val="0"/>
        </w:rPr>
        <w:t xml:space="preserve">Rise up, this realm to which we are assigned. Rise up and covenant again with our Maker, our Creator. Let there be no exceptions. We see—we see—to whom we must be bound. It is our honor, our pleasure, to serve You, Father. We love no other besides Thee. This we decree: this whole realm must be in covenant with Thee. We serve, we comply, we honor and obey. That is all there is—to love You.</w:t>
      </w:r>
    </w:p>
    <w:p w:rsidR="00000000" w:rsidDel="00000000" w:rsidP="00000000" w:rsidRDefault="00000000" w:rsidRPr="00000000" w14:paraId="00000134">
      <w:pPr>
        <w:spacing w:after="240" w:before="240" w:lineRule="auto"/>
        <w:rPr/>
      </w:pPr>
      <w:r w:rsidDel="00000000" w:rsidR="00000000" w:rsidRPr="00000000">
        <w:rPr>
          <w:rtl w:val="0"/>
        </w:rPr>
        <w:t xml:space="preserve">Glory to You, O Most Merciful One, Creator of everything under the sun. Receive this joy and praise from our hearts, this day our honor and praise presented to You. Laughter rings out in heaven above as it sees and hears our love. “It’s time,” they say. “It’s time to honor the true King.”</w:t>
      </w:r>
    </w:p>
    <w:p w:rsidR="00000000" w:rsidDel="00000000" w:rsidP="00000000" w:rsidRDefault="00000000" w:rsidRPr="00000000" w14:paraId="00000135">
      <w:pPr>
        <w:spacing w:after="240" w:before="240" w:lineRule="auto"/>
        <w:rPr/>
      </w:pPr>
      <w:r w:rsidDel="00000000" w:rsidR="00000000" w:rsidRPr="00000000">
        <w:rPr>
          <w:rtl w:val="0"/>
        </w:rPr>
        <w:t xml:space="preserve">Yes, who is like You, almighty one? Who can even comprehend the matter of Your wonderfulness? Blessed be unto You, oh holy and magnificent one. Who can attain to Your merciful grace? Who can even begin to think to give unto others as You have done unto us? We say mercy, O Lord, for surely You have been the merciful one. Praise be unto You for great is Your graciousness. Honor and praise and glory are due to Your name, for though we deserved nothing, yet You have given out of Your perfectness, wonderfully gracious one. How we love you, oh magnificent one. Our minds and hearts shall forever be toward You.</w:t>
      </w:r>
    </w:p>
    <w:p w:rsidR="00000000" w:rsidDel="00000000" w:rsidP="00000000" w:rsidRDefault="00000000" w:rsidRPr="00000000" w14:paraId="00000136">
      <w:pPr>
        <w:spacing w:after="240" w:before="240" w:lineRule="auto"/>
        <w:rPr/>
      </w:pPr>
      <w:r w:rsidDel="00000000" w:rsidR="00000000" w:rsidRPr="00000000">
        <w:rPr>
          <w:rtl w:val="0"/>
        </w:rPr>
        <w:t xml:space="preserve">HallaluYah, our words shall proclaim the power of He who reigns. Our vibrations shall ring out in power, declaring what shall be and what shall not be. Our thoughts shall remain on what is good and true, and the results shall manifest victory after victory. We shall hold out our spirits to be fed by the will of He after whom we are created. We shall be fed and understand increasingly, preparing us to create changes. We shall find ourselves in the center of the will of He who alone is holy and worthy!</w:t>
      </w:r>
    </w:p>
    <w:p w:rsidR="00000000" w:rsidDel="00000000" w:rsidP="00000000" w:rsidRDefault="00000000" w:rsidRPr="00000000" w14:paraId="00000137">
      <w:pPr>
        <w:spacing w:after="240" w:before="240" w:lineRule="auto"/>
        <w:rPr/>
      </w:pPr>
      <w:r w:rsidDel="00000000" w:rsidR="00000000" w:rsidRPr="00000000">
        <w:rPr>
          <w:rtl w:val="0"/>
        </w:rPr>
        <w:t xml:space="preserve">We shall speak it done. We shall meditate on what is good, what is pure, what is ordained of YHWH. We shall bring forth change, manifested by our submission to the perfect will of the Creator. Our seed shall follow in the path of glory that we plow. Their eyes shall be opened. No weapons formed against them shall prosper. Each day they shall be made more and more into the image of the Creator.</w:t>
      </w:r>
    </w:p>
    <w:p w:rsidR="00000000" w:rsidDel="00000000" w:rsidP="00000000" w:rsidRDefault="00000000" w:rsidRPr="00000000" w14:paraId="00000138">
      <w:pPr>
        <w:spacing w:after="240" w:before="240" w:lineRule="auto"/>
        <w:rPr/>
      </w:pPr>
      <w:r w:rsidDel="00000000" w:rsidR="00000000" w:rsidRPr="00000000">
        <w:rPr>
          <w:rtl w:val="0"/>
        </w:rPr>
        <w:t xml:space="preserve">Ah yes! This will be a sweet victory. Let us proclaim what shall be: more of everything pure, lovely, good, and holy. We shall see daily changes in our lives, the lives of our seed, family, and friends. We shall rejoice in what we see, because it shall be manifested victory, covered by the blood shed for us. Joy shall overcome us, and laughter shall ring out through the heavens, lifting our praise to the Holy One. He has delivered us from ourselves. Praise be unto Him who alone is worthy. </w:t>
      </w:r>
    </w:p>
    <w:p w:rsidR="00000000" w:rsidDel="00000000" w:rsidP="00000000" w:rsidRDefault="00000000" w:rsidRPr="00000000" w14:paraId="000001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