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 She (novel)</w:t>
      </w:r>
    </w:p>
    <w:p/>
    <w:p>
      <w:r>
        <w:t xml:space="preserve">LEANDRA KHUMALO </w:t>
      </w:r>
    </w:p>
    <w:p>
      <w:r>
        <w:t xml:space="preserve"> </w:t>
      </w:r>
    </w:p>
    <w:p/>
    <w:p/>
    <w:p>
      <w:r>
        <w:t>She</w:t>
      </w:r>
    </w:p>
    <w:p/>
    <w:p/>
    <w:p/>
    <w:p/>
    <w:p/>
    <w:p/>
    <w:p/>
    <w:p/>
    <w:p/>
    <w:p/>
    <w:p/>
    <w:p/>
    <w:p>
      <w:r>
        <w:t xml:space="preserve">Prologue  </w:t>
      </w:r>
    </w:p>
    <w:p>
      <w:r>
        <w:t>“Monsters are not born; they are made. And sometimes, they make themselves.”</w:t>
      </w:r>
    </w:p>
    <w:p/>
    <w:p>
      <w:r>
        <w:t>She had always been a late bloomer.</w:t>
        <w:br/>
        <w:t>Although her mind was far more advanced than that of her peers, her body lagged behind, a source of humiliation she could never escape. She wasn’t small or short; in fact, she had always towered over the others. But her body fell short in other, more feminine ways.</w:t>
      </w:r>
    </w:p>
    <w:p>
      <w:r>
        <w:br/>
        <w:t>Puberty typically began at ten or eleven for most girls, but here she was, nearly fifteen, and still waiting for change. Her chest wasn’t flat, but it was small enough for the other girls to mock. They never bothered her, though. She was twice as smart, and she had one of those faces people called beautiful—her mother’s face. The only thing she’d inherited from the woman who had left her with nothing else.</w:t>
        <w:br/>
      </w:r>
    </w:p>
    <w:p>
      <w:r>
        <w:t>Her mother had been breathtaking—built like an African goddess, her beauty opened doors, bought comfort, and eventually, cost her everything. Suicide was a cruel end, but fitting—for a woman who had tried to outrun the weight of her choices.</w:t>
        <w:br/>
      </w:r>
    </w:p>
    <w:p>
      <w:r>
        <w:t>She was only five, maybe six, when her mother died. There were no real memories—just whispers, photographs. The woman who had once been the center of every room was gone, and with her, any chance of understanding the world she came from.</w:t>
        <w:br/>
      </w:r>
    </w:p>
    <w:p>
      <w:r>
        <w:t>She didn’t hate her mother. But her absence shaped her.</w:t>
        <w:br/>
        <w:t>She was raised by her grandmother, a tireless nursemaid, but she had not struggled. Her grandmother had made sure of that. She had everything she needed.</w:t>
        <w:br/>
        <w:t>Except safety.</w:t>
        <w:br/>
        <w:t>And there are things safety should protect you from.</w:t>
        <w:br/>
        <w:t>Like men who smile too easily. Men like Quinton Scott.</w:t>
        <w:br/>
        <w:t>He was eleven years older—twenty-six and successful. A lawyer, a rising star. He had charm, presence, and a way of looking at people like he already owned them. She had admired his ambition once—not him, just what he stood for. Power.</w:t>
        <w:br/>
        <w:t>Control.</w:t>
        <w:br/>
        <w:t>Freedom.</w:t>
        <w:br/>
        <w:t>He noticed her when her body finally caught up to her mind. She wasn’t surprised.</w:t>
        <w:br/>
        <w:t>He complimented her more often, touched her shoulder when passing, gave her knowing looks, like they shared a secret. He asked about school, about her future, about what she wanted to become.</w:t>
        <w:br/>
        <w:t>“You’re special,” he’d say. “Not like the others. You think.”</w:t>
        <w:br/>
        <w:t>“When I was your age, I would’ve killed to have your mind.”</w:t>
        <w:br/>
        <w:t>“You’re going to be dangerous one day.”</w:t>
        <w:br/>
      </w:r>
    </w:p>
    <w:p>
      <w:r>
        <w:t>Sometimes, he offered her lifts. Sometimes, books. Once, he gave her a silver pen and said it was “for when she wrote her first winning argument.”</w:t>
      </w:r>
    </w:p>
    <w:p>
      <w:r>
        <w:t>“I see myself in you,” he said softly, like it was a gift.</w:t>
        <w:br/>
        <w:t xml:space="preserve"> It didn’t feel like one.</w:t>
        <w:br/>
        <w:t>She never told her grandmother. What would be the point? Nothing had happened. And yet… everything had shifted.</w:t>
      </w:r>
    </w:p>
    <w:p>
      <w:r>
        <w:t>The day it happened, the house was quiet.</w:t>
        <w:br/>
        <w:t xml:space="preserve"> She had walked from school to the estate where her grandmother worked and let herself in as usual. Her grandmother had stepped out to get medication.</w:t>
        <w:br/>
        <w:t xml:space="preserve"> Quinton was there.</w:t>
        <w:br/>
        <w:t xml:space="preserve"> “You’re early,” he said from the doorway.</w:t>
        <w:br/>
        <w:t xml:space="preserve"> “School ended early,” she replied, coolly.</w:t>
        <w:br/>
        <w:t xml:space="preserve"> “Hungry?” he asked. “There’s curry in the kitchen. Leftovers.”</w:t>
        <w:br/>
        <w:t xml:space="preserve"> “I’m fine.”</w:t>
        <w:br/>
        <w:t xml:space="preserve"> He moved closer, hands in his pockets. “I hear you want to be a lawyer.”</w:t>
        <w:br/>
        <w:t xml:space="preserve"> “That’s the plan.”</w:t>
        <w:br/>
        <w:t xml:space="preserve"> “You’ll be brilliant,” he said. “I’ve got some old textbooks upstairs. Stuff you won’t find online. You can take them—if you want.”</w:t>
        <w:br/>
        <w:t xml:space="preserve"> She hesitated. “Maybe later. I’ll wait for my gran.”</w:t>
        <w:br/>
        <w:t xml:space="preserve"> “She won’t be long,” he said, stepping just a little closer. “Come on. Just a quick look.”</w:t>
        <w:br/>
        <w:t xml:space="preserve"> She didn’t answer. But she didn’t move either.</w:t>
      </w:r>
    </w:p>
    <w:p>
      <w:r>
        <w:t>The room smelled like leather and cologne.</w:t>
        <w:br/>
        <w:t xml:space="preserve"> Dark wooden shelves. Neatly folded shirts. Framed degrees. A bed too big for one man.</w:t>
        <w:br/>
        <w:t xml:space="preserve"> She stood near the door.</w:t>
        <w:br/>
        <w:t xml:space="preserve"> “You know, when I first met you, you were so serious,” he said, sitting on the edge of the bed. “Didn’t talk much. Always observing.”</w:t>
        <w:br/>
        <w:t xml:space="preserve"> “Still am,” she said.</w:t>
        <w:br/>
        <w:t xml:space="preserve"> “It’s magnetic,” he said. “You’re magnetic.”</w:t>
        <w:br/>
        <w:t xml:space="preserve"> He patted the space beside him. She didn’t move.</w:t>
        <w:br/>
        <w:t xml:space="preserve"> “You don’t need to act scared,” he said. “You’re not a child anymore.”</w:t>
        <w:br/>
        <w:t xml:space="preserve"> She tilted her head.</w:t>
        <w:br/>
        <w:t xml:space="preserve"> “Aren’t I?”</w:t>
        <w:br/>
        <w:t xml:space="preserve"> He laughed. “You know what I mean.”</w:t>
      </w:r>
    </w:p>
    <w:p>
      <w:r>
        <w:t>He stood, stepped toward her, and brushed a hand down her arm. She stayed still. Her eyes didn’t flicker.</w:t>
        <w:br/>
        <w:t xml:space="preserve"> “I could teach you things,” he whispered.</w:t>
        <w:br/>
        <w:t xml:space="preserve"> She let him touch her jaw, let him cup her face.</w:t>
        <w:br/>
        <w:t xml:space="preserve"> She let him believe.</w:t>
      </w:r>
    </w:p>
    <w:p>
      <w:r>
        <w:t>When he kissed her, she didn’t move. When his hands slid lower, she said nothing.</w:t>
        <w:br/>
        <w:t xml:space="preserve"> She wasn’t frozen. She was focused.</w:t>
        <w:br/>
        <w:t xml:space="preserve"> He didn’t notice when she slipped one hand behind her back, felt along the edge of the desk, until her fingers closed around the cool silver.</w:t>
        <w:br/>
        <w:t xml:space="preserve"> Scissors. Not large, but sharp.</w:t>
        <w:br/>
        <w:t xml:space="preserve"> He was still whispering.</w:t>
        <w:br/>
        <w:t xml:space="preserve"> “You’re special,” he murmured against her skin. “You make me forget how young you are.”</w:t>
        <w:br/>
        <w:t xml:space="preserve"> He didn’t notice when her body shifted.</w:t>
        <w:br/>
        <w:t xml:space="preserve"> Didn’t notice the weight of her silence.</w:t>
      </w:r>
    </w:p>
    <w:p>
      <w:r>
        <w:t>She moved behind him. One motion. A dancer’s pivot.</w:t>
        <w:br/>
        <w:t xml:space="preserve"> She brought the scissors to his throat.</w:t>
        <w:br/>
        <w:t xml:space="preserve"> One slash. Then two. Deliberate. Efficient.</w:t>
        <w:br/>
        <w:t xml:space="preserve"> His hands flew up too late. His eyes widened in disbelief.</w:t>
        <w:br/>
        <w:t xml:space="preserve"> She stepped back as he collapsed, gurgling, trying to speak.</w:t>
        <w:br/>
        <w:t xml:space="preserve"> She watched him with clinical detachment.</w:t>
        <w:br/>
        <w:t xml:space="preserve"> Not rage.</w:t>
        <w:br/>
        <w:t xml:space="preserve"> Not satisfaction.</w:t>
        <w:br/>
        <w:t xml:space="preserve"> Just clarity.</w:t>
        <w:br/>
        <w:t xml:space="preserve"> She waited until the gurgling stopped.</w:t>
        <w:br/>
        <w:t xml:space="preserve"> Knelt beside him.</w:t>
        <w:br/>
        <w:t xml:space="preserve"> “Thank you,” she whispered.</w:t>
        <w:br/>
        <w:t xml:space="preserve"> Not because she was grateful, but because he had reminded her of something she needed to remember:</w:t>
        <w:br/>
        <w:t xml:space="preserve"> That silence is a weapon. And now, it was hers.</w:t>
        <w:br/>
        <w:t xml:space="preserve"> His brown eyes were still open—staring, stunned.</w:t>
        <w:br/>
        <w:t xml:space="preserve"> Not in fear. In disbelief.</w:t>
        <w:br/>
        <w:t xml:space="preserve"> As though even in death, he hadn’t realized he’d lost control.</w:t>
        <w:br/>
        <w:t xml:space="preserve"> They never charged her. She was thirteen. Too young, they said. “Trauma response,” they said.</w:t>
        <w:br/>
        <w:t xml:space="preserve"> His family didn’t want the headlines. Didn’t want their golden boy exposed.</w:t>
        <w:br/>
        <w:t xml:space="preserve"> So the truth was buried with him.</w:t>
        <w:br/>
        <w:t xml:space="preserve"> But she never forgot it.</w:t>
        <w:br/>
        <w:t xml:space="preserve"> She learned something that day—not about violence, but about control.</w:t>
        <w:br/>
        <w:t xml:space="preserve"> How easy it is to lose it.</w:t>
        <w:br/>
        <w:t xml:space="preserve"> And how powerful it feels to take it back.</w:t>
        <w:br/>
        <w:t xml:space="preserve"> Some girls survive by becoming small.</w:t>
        <w:br/>
        <w:t xml:space="preserve"> She survived by becoming something else entirely.</w:t>
      </w:r>
    </w:p>
    <w:p/>
    <w:p/>
    <w:p/>
    <w:p>
      <w:r>
        <w:t>One</w:t>
      </w:r>
    </w:p>
    <w:p/>
    <w:p>
      <w:r>
        <w:t>Thenjiwe’s eyes were wide open as she browsed through the folder her colleague had placed on her table. Brown eyes, blue eyes, green eyes, all kinds of eyes stared up at her as she looked at each picture.</w:t>
      </w:r>
    </w:p>
    <w:p>
      <w:r>
        <w:t>“Twelve, you say?” Thenji questioned as she continued her investigation of the folder. She paged back and forth from one picture to the other.</w:t>
      </w:r>
    </w:p>
    <w:p>
      <w:r>
        <w:t>“From what we know of,” the man sitting opposite her said. He was in his late forties, but looking up at him then, Thenji thought he looked older. His eyes were sad. “The last one there was a client of mine, Matthew Stevens.” He added.</w:t>
      </w:r>
    </w:p>
    <w:p>
      <w:r>
        <w:t>“And the police?”</w:t>
      </w:r>
    </w:p>
    <w:p>
      <w:r>
        <w:t>“They called me in about a year ago to help in their investigation. Little did I know that this guy would strike at my own backyard.”</w:t>
      </w:r>
    </w:p>
    <w:p>
      <w:r>
        <w:t>“Guy?” Thenji questioned, momentarily looking up at her mentor.</w:t>
      </w:r>
    </w:p>
    <w:p>
      <w:r>
        <w:t>“Yes, initially the police thought it was all random, but there’s a pattern here. All the victims are male, between the ages of twenty-five and thirty-five, all successful in their own accord. We thought perhaps it was a hate crime by a group with a specific agenda, but all the victims are from different races, cultures, and religions. Now, we believe that the perpetrator is clearly one individual—a serial sadist. We think he could be a homosexual man in his forties to late fifties who is clearly in the closet and harbors some kind of desire towards these straight men who are out of his league. Or he could be a straight man who harbors hatred for his victims for being young and successful.”</w:t>
      </w:r>
    </w:p>
    <w:p>
      <w:r>
        <w:t>Thenji was silent as she digested Dr. Paul Mathuba’s words. The man was her senior and a guru in the fields of both psychology and psychiatry, but his theory didn’t seem right. Something about it didn’t make sense, but her intuition told her there was more to this killer. “This is quite something, Paul, but I don’t see what it has to do with me.”</w:t>
      </w:r>
    </w:p>
    <w:p>
      <w:r>
        <w:t>“Because you’re brilliant, Thenji. And I know you can help us see something that both the police and I missed.” Thenji felt a sense of pride, but she didn’t know how she could be of assistance to a man as brilliant as Dr. Paul Mathuba.</w:t>
      </w:r>
    </w:p>
    <w:p>
      <w:r>
        <w:t>“I don’t know, Paul.”</w:t>
      </w:r>
    </w:p>
    <w:p>
      <w:r>
        <w:t>“You’ve helped the police before, Thenji. I need you to do me this favor.” There was a sense of defeat as he spoke.</w:t>
      </w:r>
    </w:p>
    <w:p>
      <w:r>
        <w:t>“What is it, Paul?”</w:t>
      </w:r>
    </w:p>
    <w:p>
      <w:r>
        <w:t>“This guy has been making me look like a fool for over a year now. He’s always one step ahead. Clearly, I’m not what I used to be.”</w:t>
      </w:r>
    </w:p>
    <w:p>
      <w:r>
        <w:t>“Don’t be silly, Paul. You need time. You’ll catch him.” She placed a hand over his hand. Again, something didn’t feel right as she spoke about this criminal who was clearly as smart as he was vile.</w:t>
      </w:r>
    </w:p>
    <w:p>
      <w:r>
        <w:t>“Time is something I do not have…”</w:t>
      </w:r>
    </w:p>
    <w:p>
      <w:r>
        <w:t>“I don’t understand.”</w:t>
      </w:r>
    </w:p>
    <w:p>
      <w:r>
        <w:t>“This case has taken quite a toll on me. Lucia has noticed it. I’m sure you have, too.” Thinking about it now, Thenji had noticed a change in her mentor and friend. He had become frustrated and absent these past months. “Also, the fact that his latest victim was a client of mine creates a bit of a conflict, as you might understand.”</w:t>
      </w:r>
    </w:p>
    <w:p>
      <w:r>
        <w:t>Thenji nodded. She was a smart woman, and she knew exactly what her friend had come to ask of her. “I don’t know, Paul. I stepped away from all that for a reason. I love what I do now.” She really did love working with her clients, kids, and teenagers who made her feel as though she wasn’t simply existing—as she so often felt—but she was making a difference. The money was less, but it was enough, way more than she actually needed.</w:t>
      </w:r>
    </w:p>
    <w:p>
      <w:r>
        <w:t>“I, of all people, know that, but I wouldn’t have asked if there was another way. Please, just consider it.”</w:t>
      </w:r>
    </w:p>
    <w:p>
      <w:r>
        <w:t>“Okay, I will,” Thenji said as her visitor got up and was about to walk out of her office.</w:t>
      </w:r>
    </w:p>
    <w:p>
      <w:r>
        <w:t>“Late night tonight?” he questioned as he gave her a quick yet warm hug.</w:t>
      </w:r>
    </w:p>
    <w:p>
      <w:r>
        <w:t>“As always,” she said with a ghost of a smile.</w:t>
      </w:r>
    </w:p>
    <w:p>
      <w:r>
        <w:t>“You work too hard. Lucia is always telling me how you need a vacation and, according to her, a man too.” He teased.</w:t>
      </w:r>
    </w:p>
    <w:p>
      <w:r>
        <w:t>“That wife of yours worries too much.” She laughed.</w:t>
      </w:r>
    </w:p>
    <w:p>
      <w:r>
        <w:t>“I worry, too.”</w:t>
      </w:r>
    </w:p>
    <w:p>
      <w:r>
        <w:t>“I’m fine, Paul.” She said as she walked him out and closed the door behind him. It was six PM, and most of her colleagues, if not all, had gone home. But not Thenji. She had work to do.</w:t>
      </w:r>
    </w:p>
    <w:p>
      <w:r>
        <w:t>Thenji sat at her desk going over her latest client’s file, a ten-year-old girl named Sarah. Her mother had brought her in after noticing that the ten-year-old was jumpy and had rapid mood swings. From the moment that Thenji laid her eyes on the ten-year-old, she knew exactly what was wrong. She had seen it many times before, but that did not ease the sudden anger she had felt. The next morning, Thenji had called in Sarah’s mom, a social worker, and the police. Sarah’s mother had been in denial, as most are, but had then completely lost it with rage. Thenji did not blame her for being angry; she herself was fuming, but it was her job to always maintain a calm exterior. No mother ever wants to accept that a man she loved would abuse her child, and as expected, Sarah’s mother blamed herself. Thenji had to remind her that because of her attentiveness to her child, she had picked up on it before it got worse before that monster of a man had a chance to do more than touch the ten-year-old.</w:t>
      </w:r>
    </w:p>
    <w:p>
      <w:r>
        <w:t>“Yeah, but I should have known. I should have seen him for what he was before letting him into Sarah’s life.” The woman had said to Thenji as she continued to weep. But that was the thing, Thenji thought. She was trained to pick up the signs, but the normal person was not. People like Sarah’s stepfather were everywhere; they were fathers, mothers, brothers, sisters, teachers, doctors, and even priests. The monsters lived in plain sight amongst us. They were us.</w:t>
      </w:r>
    </w:p>
    <w:p>
      <w:r>
        <w:t>Thenji felt a wave of fear rush over her. No one was safe from serial sadists—not ten-year-old little girls, and now not even strong, grown men. Putting aside Sarah’s file, Thenji picked up the file Paul had left her. She paged through it, this time taking time to linger on each man, each victim. Soon, she was lost in each of them, in their eyes, unable to look away as she began picturing each of them alive. She read their bios over and over again. She felt as though she knew each man. Her mind raced, and she could feel a protruding headache making its appearance, but she couldn’t stop.</w:t>
      </w:r>
    </w:p>
    <w:p>
      <w:r>
        <w:t>There was a Themba, twenty-eight years old, with chocolate skin and thick hair. Thenji found him extremely attractive, with kind eyes and a mischievous smile. Themba was a chartered accountant at one of the big accounting firms. He was not merely good to look at, but Thenji could already hear her grandmother’s glee if she ever brought a man like Themba home. Just as Thenji began to envision Themba, her eyes landed on the last picture on his page, and she felt a chill run down her spine.</w:t>
      </w:r>
    </w:p>
    <w:p>
      <w:r>
        <w:t>Themba was looking up, eyes wide open. In his eyes, Thenji could see fear and pain, but not the physical kind. Themba’s eyes had that faint glow that every heartbroken person had. Realizing that Thenji jumped up.</w:t>
      </w:r>
    </w:p>
    <w:p>
      <w:r>
        <w:t>“You knew the killer!” She said out loud as if speaking to Themba’s ghost. Thenji began browsing through all the other victims, and just as she expected, each victim’s eyes had a faint glow, evident of their heartbreak.</w:t>
      </w:r>
    </w:p>
    <w:p>
      <w:r>
        <w:t>“You all knew the killer, and you loved whoever it is,” she said again, this time putting the file aside and walking towards her window. She stood there, just gazing at the starless sky. These men, each and every one of them, was killed by someone they trusted, someone they loved. Who could be so evil?</w:t>
      </w:r>
    </w:p>
    <w:p>
      <w:r>
        <w:br/>
      </w:r>
    </w:p>
    <w:p/>
    <w:p/>
    <w:p>
      <w:r>
        <w:t xml:space="preserve">Two </w:t>
      </w:r>
    </w:p>
    <w:p>
      <w:r>
        <w:t>Some smiles hide knives sharper than any blade.</w:t>
      </w:r>
    </w:p>
    <w:p/>
    <w:p>
      <w:r>
        <w:t xml:space="preserve">Shane adjusted his cufflinks, admiring his reflection in the polished glass of the restaurant’s entrance. He looked good—tailored navy suit, crisp white shirt, an expensive watch that caught the dim lighting just right. </w:t>
      </w:r>
    </w:p>
    <w:p>
      <w:r>
        <w:t>He ran his fingers through his perfectly styled hair and checked his reflection one last time in the mirror. His apartment in Sandton was the kind of place that screamed success: sleek, modern furniture, a view of the Johannesburg skyline, and the kind of minimalist decor that suggested he’d spared no expense to achieve the lifestyle that came with being a 32-year-old financial manager. The large windows let in the last rays of the afternoon sun, casting a warm glow over the polished hardwood floors.</w:t>
      </w:r>
    </w:p>
    <w:p>
      <w:r>
        <w:t>His heart skipped a beat as he glanced at the clock. It was almost time.</w:t>
      </w:r>
    </w:p>
    <w:p>
      <w:r>
        <w:t>Tonight wasn’t just any date. It was with Lindiwe, a woman he had met two months ago. They had met at a gallery opening, her sharp mind and dark humor intriguing him more than the curves hidden beneath her elegant dress. She had given him her number but nothing more. No last name, no social media, no past to dig into. And when he asked, she would only smile and deflect, as if she knew he would keep chasing simply because he couldn’t have her. There was an air about her that hinted at a story, at secrets she kept carefully guarded. That mystery was what excited Shane, and he found himself drawn to it.</w:t>
      </w:r>
    </w:p>
    <w:p>
      <w:r>
        <w:t>He knew little about her background, only that she was successful in her own right. She didn’t seem to care much about impressing him with her job or her family’s wealth, which, if he was honest, was a refreshing change. She didn’t need to talk about herself constantly to make an impression; she did that just by being. She had a way of making him feel like he was the only person in the room, and that was rare for someone like him.</w:t>
      </w:r>
    </w:p>
    <w:p>
      <w:r>
        <w:t>Shane wasn’t one to put all his eggs in one basket, especially with someone as enigmatic as Lindiwe. But tonight, he couldn’t help but wonder. Could she be the one? Or was this just another fleeting distraction?</w:t>
      </w:r>
    </w:p>
    <w:p>
      <w:r>
        <w:t>He was a man who had it all: success, charm, and the confidence that came with knowing he could have any woman he wanted. And yet, for the past two months, she had made him wait.</w:t>
      </w:r>
    </w:p>
    <w:p>
      <w:r>
        <w:t>Tonight, though, would be different. Tonight, he was sure she would finally let him in—truly in. He had been patient, something he wasn’t used to, but she was worth it.</w:t>
      </w:r>
    </w:p>
    <w:p>
      <w:r>
        <w:t>And when she walked in, he forgot every other woman he had ever met.</w:t>
      </w:r>
    </w:p>
    <w:p>
      <w:r>
        <w:t>She moved with an effortless grace, her black dress hugging her body in all the right places. Eyes dark, lips painted a deep shade of red, she was the embodiment of desire. As she reached their table, he stood, greeting her with a warm smile, his hand lingering on the small of her back.</w:t>
      </w:r>
    </w:p>
    <w:p>
      <w:r>
        <w:t>“Lindiwe,” he said, tasting her name on his tongue. “You look incredible.”</w:t>
      </w:r>
    </w:p>
    <w:p>
      <w:r>
        <w:t>She smiled, tilting her head slightly as if studying him. “You say that every time.”</w:t>
      </w:r>
    </w:p>
    <w:p>
      <w:r>
        <w:t>“Because it’s true every time.”</w:t>
      </w:r>
    </w:p>
    <w:p>
      <w:r>
        <w:t>Lindiwe's smile lingered a little longer as they exchanged pleasantries, but the chemistry between them was undeniable. Shane couldn't help but wonder if this could be the beginning of something more—someone who could truly match him in every sense. He thought he had it all: a flourishing career, the perfect apartment, and now, perhaps, a future with a woman like Lindiwe. Everything seemed to be falling into place.</w:t>
      </w:r>
    </w:p>
    <w:p>
      <w:r>
        <w:t>They spent the evening at a trendy restaurant in Sandton, where the conversation flowed effortlessly. They talked about everything and nothing: travel, books, movies, and the unpredictability of life. Lindiwe seemed to have an opinion on everything, but what struck Shane most was how effortlessly she listened. She didn’t try to dominate the conversation, but when she spoke, it was with a depth that made him sit up straighter, a sharpness that made him think, Maybe I don’t know everything after all.</w:t>
      </w:r>
    </w:p>
    <w:p>
      <w:r>
        <w:t>As the evening wore on, Shane found himself more intrigued by her every word, her every glance. There was a subtle magnetism about her that he couldn’t shake. And then, at the perfect moment, Lindiwe leaned forward, her eyes gleaming with a mixture of curiosity and something else—something a little dangerous.</w:t>
      </w:r>
    </w:p>
    <w:p>
      <w:r>
        <w:t>“Tell me something, Shane,” she said, her voice dropping to a lower, more intimate register. “What do you really want out of life?”</w:t>
      </w:r>
    </w:p>
    <w:p>
      <w:r>
        <w:t>Shane paused, considering the question. It wasn’t something he often thought about. It had always been about the next promotion, the next paycheck, the next achievement. But for the first time in a long time, he felt something deeper. Something he couldn’t name.</w:t>
      </w:r>
    </w:p>
    <w:p>
      <w:r>
        <w:t>“I think… I think I want someone I can share my life with,” Shane said, his voice softening. “Someone who makes me want to slow down and enjoy the moment, you know? Someone who challenges me to be better, not just in my career but in my life.”</w:t>
      </w:r>
    </w:p>
    <w:p>
      <w:r>
        <w:t>Lindiwe smiled, her gaze softening with genuine interest. “You’re already ahead of most men. But I think that’s something everyone craves—true connection.”</w:t>
      </w:r>
    </w:p>
    <w:p>
      <w:r>
        <w:t>Shane smiled back, feeling his guard lower just a bit. Maybe this could be the beginning of something special. He reached across the table, taking her hand in his.</w:t>
      </w:r>
    </w:p>
    <w:p>
      <w:r>
        <w:t>The dinner was perfect. Wine flowed, conversation moved easily, and as the night deepened, so did the tension between them. When he leaned closer, lowering his voice to a murmur meant only for her, she didn’t pull away. And when he kissed her right there at the candlelit table, she let him.</w:t>
      </w:r>
    </w:p>
    <w:p>
      <w:r>
        <w:t xml:space="preserve">The rest of the night was a blur. He paid the bill. They stepped out into the cool night air. She smiled at him in that way that made his stomach tighten with anticipation. </w:t>
      </w:r>
    </w:p>
    <w:p>
      <w:r>
        <w:t>For a moment, everything felt perfect.</w:t>
      </w:r>
    </w:p>
    <w:p/>
    <w:p>
      <w:r>
        <w:t>Meanwhile, across town, Detective Jan van Dyk stood over a different kind of scene.</w:t>
      </w:r>
    </w:p>
    <w:p>
      <w:r>
        <w:t>The sharp smell of disinfectant in the air mixed with the faint, underlying scent of blood. Jan took a deep breath, feeling the familiar knot of dread tighten in his stomach as he surveyed the crime scene. The crime scene was pristine, disturbingly so. Shane’s apartment was the kind you saw in glossy lifestyle magazines—minimalist yet expensive, modern but warm. Nothing about it belonged in a crime scene report, and yet here it was, cordoned off by yellow tape, the air thick with the sterile scent of forensic gloves and something deeper—something metallic.</w:t>
      </w:r>
    </w:p>
    <w:p>
      <w:r>
        <w:t>Jan adjusted his coat, rubbing the back of his neck as he stepped into the apartment. The victim lay sprawled on the couch, head tilted at an unnatural angle, eyes wide open as if staring at something only he could see.</w:t>
      </w:r>
    </w:p>
    <w:p>
      <w:r>
        <w:t>Shane Matthews, thirty-two. Financial manager. Well-liked, well-connected, well-off. Now, just another name on a growing list of men who had met the same fate.</w:t>
      </w:r>
    </w:p>
    <w:p>
      <w:r>
        <w:t>Jan bent down, carefully examining the body, his mind running over the familiar theories, looking for patterns for something—anything—that might explain why someone would do this. But nothing fit. Not the killer's method, not the choice of victims, not the lack of any obvious motive.</w:t>
      </w:r>
    </w:p>
    <w:p>
      <w:r>
        <w:t>He stood up and turned to his partner, Lieutenant Nandi Sizwe, who was taking notes at the door. “Another one,” he muttered, his voice low.</w:t>
      </w:r>
    </w:p>
    <w:p>
      <w:r>
        <w:t>Nandi looked up from her pad and sighed. “I know. We’re going around in circles, Jan. But the pattern is undeniable. All these men—different ages, different backgrounds, but each one with something in common.”</w:t>
      </w:r>
    </w:p>
    <w:p>
      <w:r>
        <w:t>Jan looked back at Shane's body. “They were all successful. The thing that doesn’t make sense is—what kind of killer does this to men who seem to have everything? What do they want? What’s their endgame?”</w:t>
      </w:r>
    </w:p>
    <w:p>
      <w:r>
        <w:t>“I don’t know,” Nandi replied. “But there’s a pattern, and it’s the only thing that’s keeping us moving forward. Maybe we’ll have more luck with the background on this guy. Something’s off about this.”</w:t>
      </w:r>
    </w:p>
    <w:p>
      <w:r>
        <w:t>Jan let his eyes roam the room, taking in every detail. No sign of forced entry. No struggle. No defensive wounds. Which meant one thing—Shane had known his killer. Had let them in.</w:t>
      </w:r>
    </w:p>
    <w:p>
      <w:r>
        <w:t>Jan exhaled sharply, looking back at Shane’s lifeless form. Another one. Another young, successful man dead under eerily similar circumstances. No fingerprints. No DNA. Just a body left behind like a discarded plaything.</w:t>
      </w:r>
    </w:p>
    <w:p>
      <w:r>
        <w:t>The media had already started whispering about a serial killer.</w:t>
      </w:r>
    </w:p>
    <w:p>
      <w:r>
        <w:t>The problem was, they weren’t wrong.</w:t>
      </w:r>
    </w:p>
    <w:p>
      <w:r>
        <w:t>Jan clenched his fists, the weight of his frustration pressing down on him. He had seen many cases like this, but something about this one felt more personal. He could feel it in his bones: the killer was getting closer, and Jan was running out of time.</w:t>
      </w:r>
    </w:p>
    <w:p/>
    <w:p>
      <w:r>
        <w:t>Thenjiwe sat across from the young girl, her heart sinking as she took in the child’s small frame. Nosipho was only eight, yet she held herself with the rigid stillness of someone far older, someone who had already learned that the world was not kind. Her tiny hands were balled into fists in her lap, her shoulders drawn inward as if trying to disappear into the fabric of her school uniform.</w:t>
      </w:r>
    </w:p>
    <w:p>
      <w:r>
        <w:t>Too young to know how to hide bruises properly. Old enough to know she should try.</w:t>
      </w:r>
    </w:p>
    <w:p>
      <w:r>
        <w:t>Thenji leaned forward slightly, her tone gentle but steady. “Nosipho, you can tell me anything. I promise you, you’re safe here.”</w:t>
      </w:r>
    </w:p>
    <w:p>
      <w:r>
        <w:t>The little girl’s dark eyes darted toward the door, her breath quickening. “Mom says… it’s not that bad,” she whispered, barely audible.</w:t>
      </w:r>
    </w:p>
    <w:p>
      <w:r>
        <w:t>Thenji felt her stomach tighten. “What’s not that bad?”</w:t>
      </w:r>
    </w:p>
    <w:p>
      <w:r>
        <w:t>Nosipho hesitated, shifting in her chair. She traced a small circle on the hem of her dress, avoiding Thenji’s gaze. “When he’s angry.”</w:t>
      </w:r>
    </w:p>
    <w:p>
      <w:r>
        <w:t>The words were a quiet admission, and they settled over the room like a thick fog.</w:t>
      </w:r>
    </w:p>
    <w:p>
      <w:r>
        <w:t>Thenji inhaled slowly, controlling the wave of anger rising in her chest. “Who gets angry, Nosipho?” A long silence stretched between them before the little girl’s lips parted. “Mom’s boyfriend.”</w:t>
      </w:r>
    </w:p>
    <w:p>
      <w:r>
        <w:t>There it was. The unspoken truth finally given voice.</w:t>
      </w:r>
    </w:p>
    <w:p>
      <w:r>
        <w:t>Thenji reached for her notepad, her mind already assembling the necessary steps. This wasn’t the first case she had handled like this, and it wouldn’t be the last. But no amount of experience made it easier.</w:t>
      </w:r>
    </w:p>
    <w:p>
      <w:r>
        <w:t>She met Nosipho’s eyes again, offering a warm, reassuring smile. “You’re very brave for telling me this. I promise I’m going to help you.”</w:t>
      </w:r>
    </w:p>
    <w:p>
      <w:r>
        <w:t>The child nodded, but her expression remained guarded. She was used to broken promises. Thenji intended to keep this one.</w:t>
      </w:r>
    </w:p>
    <w:p/>
    <w:p>
      <w:r>
        <w:t>The drive home felt longer than usual. The city lights blurred past her windshield, but her thoughts remained fixed on Nosipho—on all the children like her who were caught in cycles of silence, fear, and unseen wounds.</w:t>
      </w:r>
    </w:p>
    <w:p>
      <w:r>
        <w:t>By the time she arrived at her apartment, a deep exhaustion had settled into her bones. Thenjiwe’s home was a sanctuary of order and precision. Everything in its rightful place. A space of control in a world that often felt anything but. She locked the door behind her, exhaling as she kicked off her shoes.</w:t>
      </w:r>
    </w:p>
    <w:p>
      <w:r>
        <w:t>The evening routine began as it always did. A quick shower. A simple, perfectly portioned meal—grilled salmon, steamed vegetables, and brown rice. Everything measured, controlled, exact. And yet, as she sat at her pristine kitchen table, fork in hand, she felt the weight pressing down again. The sadness that clung to her like an unseen mist.</w:t>
      </w:r>
    </w:p>
    <w:p>
      <w:r>
        <w:t>Was it hers?</w:t>
      </w:r>
    </w:p>
    <w:p>
      <w:r>
        <w:t>Or was it just the echoes of the lives she carried with her?</w:t>
      </w:r>
    </w:p>
    <w:p>
      <w:r>
        <w:t>She abandoned the meal halfway through, moving to the couch instead. Picking up the remote, she scrolled through streaming options before settling on a show she had already seen. Something light. Something that didn’t require much from her.</w:t>
      </w:r>
    </w:p>
    <w:p>
      <w:r>
        <w:t>She had barely sunk into the cushions when her phone rang.</w:t>
      </w:r>
    </w:p>
    <w:p>
      <w:r>
        <w:t>Thenji didn’t have to look at the screen. She already knew.</w:t>
      </w:r>
    </w:p>
    <w:p>
      <w:r>
        <w:t>With a sigh, she answered. “Gogo.”</w:t>
      </w:r>
    </w:p>
    <w:p>
      <w:r>
        <w:t>A beat of silence, then—“Thenjiwe, my girl, when are you going to find a husband?”</w:t>
      </w:r>
    </w:p>
    <w:p>
      <w:r>
        <w:t>Here we go.</w:t>
      </w:r>
    </w:p>
    <w:p>
      <w:r>
        <w:t>She closed her eyes briefly. “Gogo, not this again.”</w:t>
      </w:r>
    </w:p>
    <w:p>
      <w:r>
        <w:t>“I have a friend,” her grandmother pressed, undeterred. “Her son is a doctor. A good man. You need someone, Thenji. It’s not good to be alone.”</w:t>
      </w:r>
    </w:p>
    <w:p>
      <w:r>
        <w:t>Thenji pinched the bridge of her nose, reminding herself to be patient. “I’m fine, Gogo. Really.”</w:t>
      </w:r>
    </w:p>
    <w:p>
      <w:r>
        <w:t>“You work too much,” the older woman continued as if Thenji hadn’t spoken. “You carry too many heavy things. A husband would help with that. A family would help with that.”</w:t>
      </w:r>
    </w:p>
    <w:p>
      <w:r>
        <w:t>Thenji exhaled. “I have a family. I have you.”</w:t>
      </w:r>
    </w:p>
    <w:p>
      <w:r>
        <w:t>“A grandmother is not a husband,” Gogo quipped. “And a house is not a home if you’re always coming back to an empty one.”</w:t>
      </w:r>
    </w:p>
    <w:p>
      <w:r>
        <w:t>The words hit their mark, but Thenji forced a chuckle. “I like my peace.”</w:t>
      </w:r>
    </w:p>
    <w:p>
      <w:r>
        <w:t>“Peace is good,” her grandmother conceded, “but loneliness is not.”</w:t>
      </w:r>
    </w:p>
    <w:p>
      <w:r>
        <w:t>Thenji let the conversation play out, offering small reassurances, promising—again—to visit soon. Eventually, after much persistence, her grandmother relented, saying her goodbyes with a final, knowing hum.</w:t>
      </w:r>
    </w:p>
    <w:p>
      <w:r>
        <w:t>Thenji stared at the phone long after the call ended.</w:t>
      </w:r>
    </w:p>
    <w:p>
      <w:r>
        <w:t>For a fleeting moment, she considered going back to her show. Instead, she switched to the news.</w:t>
      </w:r>
    </w:p>
    <w:p>
      <w:r>
        <w:t>The headline flashed across the screen.</w:t>
      </w:r>
    </w:p>
    <w:p>
      <w:r>
        <w:t>THIRTEENTH BODY FOUND IN SANDTON APARTMENT</w:t>
      </w:r>
    </w:p>
    <w:p>
      <w:r>
        <w:t>Thenji sat up straighter.</w:t>
      </w:r>
    </w:p>
    <w:p>
      <w:r>
        <w:t>A picture of the victim appeared. She recognized his face immediately.</w:t>
      </w:r>
    </w:p>
    <w:p>
      <w:r>
        <w:t>Shane Matthews.</w:t>
      </w:r>
    </w:p>
    <w:p>
      <w:r>
        <w:t>Her breath caught in her throat as she stared at his lifeless eyes. She had seen him before—smiling, alive. Now, he was just another statistic in a string of killings that had left the city gripped in fear.</w:t>
      </w:r>
    </w:p>
    <w:p>
      <w:r>
        <w:t>The weight on her chest grew heavier.</w:t>
      </w:r>
    </w:p>
    <w:p>
      <w:r>
        <w:t>She reached for her phone again, her fingers moving before she had fully processed the decision.</w:t>
      </w:r>
    </w:p>
    <w:p>
      <w:r>
        <w:t>Paul picked up on the second ring. “Thenji?”</w:t>
      </w:r>
    </w:p>
    <w:p>
      <w:r>
        <w:t>“I’ll do it,” she said, voice steady. “I’ll join the task force.”</w:t>
      </w:r>
    </w:p>
    <w:p>
      <w:r>
        <w:t>A pause, then—“Are you sure?”</w:t>
      </w:r>
    </w:p>
    <w:p>
      <w:r>
        <w:t>She exhaled. “Yes.”</w:t>
      </w:r>
    </w:p>
    <w:p>
      <w:r>
        <w:t>Thenji wasn’t sure what had pushed her over the edge. Maybe it was Shane’s empty stare. Maybe it was the endless ache in her chest, the feeling of helplessness that followed her home every night.</w:t>
      </w:r>
    </w:p>
    <w:p>
      <w:r>
        <w:t>Or maybe it was something deeper.</w:t>
      </w:r>
    </w:p>
    <w:p>
      <w:r>
        <w:t>Something telling her that if she didn’t do this now, she would never forgive herself.</w:t>
      </w:r>
    </w:p>
    <w:p>
      <w:r>
        <w:t>Whatever the reason, she was in.</w:t>
      </w:r>
    </w:p>
    <w:p/>
    <w:p>
      <w:r>
        <w:t>She watched the same news segment. Shane Matthews, the thirteenth victim.</w:t>
      </w:r>
    </w:p>
    <w:p>
      <w:r>
        <w:t>She observed the reporters with an expressionless gaze, the flashing images of his face—first alive, then dead—eliciting nothing. No pride, no satisfaction, no regret. It was as though she were a spectator, watching a story unfold, uninvested in its outcome. A tragedy for others. A mystery for the police. A horror for those who had loved him.</w:t>
      </w:r>
    </w:p>
    <w:p>
      <w:r>
        <w:t>For her, it was simply another chapter written. A quiet ending to a story only she had truly known.</w:t>
      </w:r>
    </w:p>
    <w:p>
      <w:r>
        <w:t>She reached for the remote and turned off the television.</w:t>
      </w:r>
    </w:p>
    <w:p>
      <w:r>
        <w:t>Then, as if nothing had happened at all, she continued with her night.</w:t>
      </w:r>
    </w:p>
    <w:p/>
    <w:p>
      <w:r>
        <w:br/>
      </w:r>
    </w:p>
    <w:p/>
    <w:p>
      <w:r>
        <w:t>Three</w:t>
      </w:r>
    </w:p>
    <w:p>
      <w:r>
        <w:t>The hunter always moves unseen until the moment their prey takes its final breath.</w:t>
      </w:r>
    </w:p>
    <w:p/>
    <w:p>
      <w:r>
        <w:t xml:space="preserve">The cameras flashed, and the murmuring of the press grew into an impatient hum as Detective Jan Van Dyk stepped up to the podium. His square jaw was set, his tired eyes scanning the sea of reporters waiting for a soundbite, a lead, anything to make sense of the nightmare that had now claimed thirteen victims. </w:t>
      </w:r>
    </w:p>
    <w:p>
      <w:r>
        <w:t>Paul stood beside him, his shoulders heavy, his once sharp features softened by the weight of too many unanswered questions. Jan had known him for years, but never had he seen him look this worn. The deep creases on his forehead, the dark circles under his eyes—Paul was aging in real-time under the pressure of this case.</w:t>
      </w:r>
    </w:p>
    <w:p>
      <w:r>
        <w:t>Jan cleared his throat and leaned into the microphone. “We understand the public’s concern, and I want to assure you that we are doing everything in our power to stop this killer. We have our best people on this case, and we urge anyone with information to come forward.”</w:t>
      </w:r>
    </w:p>
    <w:p>
      <w:r>
        <w:t>The journalists erupted in a barrage of questions, but Jan held up a hand, offering no more than what had already been carefully crafted for the media. The investigation couldn’t afford leaks or misinterpretations. He gave them just enough before stepping away, letting the PR officer handle the rest.</w:t>
      </w:r>
    </w:p>
    <w:p>
      <w:r>
        <w:t>Paul followed Jan and Nandi away from the cameras, his posture tense. As soon as they were out of earshot, he exhaled heavily. “I knew him,” he said, his voice rough with exhaustion.</w:t>
      </w:r>
    </w:p>
    <w:p>
      <w:r>
        <w:t>Jan frowned. “Who?”</w:t>
      </w:r>
    </w:p>
    <w:p>
      <w:r>
        <w:t>Paul ran a hand through his graying hair. “Shane Matthews. He was a patient of mine a few years ago.”</w:t>
      </w:r>
    </w:p>
    <w:p>
      <w:r>
        <w:t>Jan exchanged a glance with Nandi, who folded her arms, her brows knitting together. “That’s two,” she said slowly. “Two victims connected to you.”</w:t>
      </w:r>
    </w:p>
    <w:p>
      <w:r>
        <w:t>Jan stayed silent, his mind already spinning. Paul wasn’t just a psychiatrist; he was a damn good one, known for taking on difficult cases. If this killer was targeting his patients, that changed everything.</w:t>
      </w:r>
    </w:p>
    <w:p>
      <w:r>
        <w:t>Paul sighed. “Shane came to me after he hit his girlfriend. It was a one-time thing; he was drunk, and when he saw the fear in her eyes, he realized what he had done. He got help. He worked through it.” Paul shook his head. “He came from an abusive home. His father used to beat his mother. He could’ve turned into that same man, but he didn’t. He chose to change.”</w:t>
      </w:r>
    </w:p>
    <w:p>
      <w:r>
        <w:t>Jan clenched his jaw. He knew that story too well. The childhood whispers of his own father’s voice, deep and commanding in the church, the same voice that had barked orders at his mother behind closed doors. The man who preached love and salvation while his wife concealed bruises under long-sleeved dresses. When she died, Jan had been fifteen. His father remarried within the year—his new wife, fifteen years younger, sang in the church choir. It was all so perfectly neat, wrapped in faith and righteousness. But Jan had always wondered—had his mother’s death really been an accident?</w:t>
      </w:r>
    </w:p>
    <w:p>
      <w:r>
        <w:t>Maybe that was why he became a detective. To see what was hidden beneath the surface. To make sense of what people wanted to ignore.</w:t>
      </w:r>
    </w:p>
    <w:p>
      <w:r>
        <w:t>Nandi’s voice broke into his thoughts. “If someone is targeting Paul’s patients, we need to figure out how to protect the rest of them.”</w:t>
      </w:r>
    </w:p>
    <w:p>
      <w:r>
        <w:t>Paul nodded. “I’ve been thinking. Maybe I should step down from consulting on this case. If the killer is paying attention to me, maybe removing myself will take away their interest in my patients.”</w:t>
      </w:r>
    </w:p>
    <w:p>
      <w:r>
        <w:t>Nandi frowned. “We need you, Paul. You’re one of the few people who understands how this killer thinks.”</w:t>
      </w:r>
    </w:p>
    <w:p>
      <w:r>
        <w:t>Paul hesitated, then exhaled. “There’s someone else,” he admitted. “Someone I trust.”</w:t>
      </w:r>
    </w:p>
    <w:p>
      <w:r>
        <w:t>Jan arched a brow. “Who?”</w:t>
      </w:r>
    </w:p>
    <w:p>
      <w:r>
        <w:t>“Thenjiwe,” Paul said. “She’s brilliant. I’ve enlisted her help.”</w:t>
      </w:r>
    </w:p>
    <w:p>
      <w:r>
        <w:t>Jan’s stomach tightened at the name. Thenjiwe. For the first time in a long time, something cut through the exhaustion, the horror of this case. His pulse kicked up, just slightly.</w:t>
      </w:r>
    </w:p>
    <w:p>
      <w:r>
        <w:t xml:space="preserve">Thenjiwe. </w:t>
      </w:r>
    </w:p>
    <w:p>
      <w:r>
        <w:t>He hadn’t seen her in years.</w:t>
      </w:r>
    </w:p>
    <w:p>
      <w:r>
        <w:t>And now, she was stepping into his world.</w:t>
      </w:r>
    </w:p>
    <w:p/>
    <w:p>
      <w:r>
        <w:t>Jan sat in his office, surrounded by stacks of case files, the dim light from his desk lamp casting long shadows over the clutter. His fingers traced the edges of each folder, his mind racing through the details of every victim. He had read these files a hundred times, but he needed to go through them again. Maybe there was something he had missed. Maybe there was a connection waiting to be uncovered.</w:t>
      </w:r>
    </w:p>
    <w:p>
      <w:r>
        <w:t>Mathew and Shane. Both in finance. Typical finance boys—charming, ambitious, high-risk lifestyles. Both had been patients of Paul. That was significant. But was it coincidence or design? Did they frequent the same places? Had they crossed paths with their killer long before their murders?</w:t>
      </w:r>
    </w:p>
    <w:p>
      <w:r>
        <w:t>Jan grabbed his notepad and made a mental note to set up meetings with their families, friends, colleagues—anyone who might provide a missing link. He needed to know if they had met the killer at the same place, if the killer was someone they both knew. If this was personal.</w:t>
      </w:r>
    </w:p>
    <w:p>
      <w:r>
        <w:t>Thinking of the past made his mind wander—dangerously—toward Thenji. He forced himself to refocus, but the name tugged at something deep inside him.</w:t>
      </w:r>
    </w:p>
    <w:p>
      <w:r>
        <w:t>The sharp knock at his door pulled him from his thoughts. Nandi stepped in, her sharp eyes scanning the mess on his desk before landing on him.</w:t>
      </w:r>
    </w:p>
    <w:p>
      <w:r>
        <w:t>“Thenjiwe Mhlongo called,” she said, crossing her arms. “She wants to know what time and where the first meeting with the task force will be.”</w:t>
      </w:r>
    </w:p>
    <w:p>
      <w:r>
        <w:t>Jan felt something stir in his chest. A flicker of something—anxiety, thrill, anticipation. He wasn’t sure. Seeing Thenji again, working closely with her again—it unsettled him in a way he wasn’t prepared for.</w:t>
      </w:r>
    </w:p>
    <w:p>
      <w:r>
        <w:t>He schooled his face into neutrality, not wanting to give anything away. But Nandi, as observant as she was outspoken, didn’t miss a thing.</w:t>
      </w:r>
    </w:p>
    <w:p>
      <w:r>
        <w:t>“Will you be okay?” she asked, watching him closely.</w:t>
      </w:r>
    </w:p>
    <w:p>
      <w:r>
        <w:t>“What?” Jan feigned ignorance, keeping his focus on the files in front of him.</w:t>
      </w:r>
    </w:p>
    <w:p>
      <w:r>
        <w:t>“I heard a rumor.”</w:t>
      </w:r>
    </w:p>
    <w:p>
      <w:r>
        <w:t>He sighed, already knowing where this was going. “What rumor?”</w:t>
      </w:r>
    </w:p>
    <w:p>
      <w:r>
        <w:t>Nandi raised a brow. “That she was the woman who ruined your marriage.”</w:t>
      </w:r>
    </w:p>
    <w:p>
      <w:r>
        <w:t>Jan didn’t even look up. “Thenji didn’t ruin my marriage. I did.”</w:t>
      </w:r>
    </w:p>
    <w:p>
      <w:r>
        <w:t>Nandi studied him for a moment, then nodded, sensing the subject was closed.</w:t>
      </w:r>
    </w:p>
    <w:p>
      <w:r>
        <w:t>When she left, Jan leaned back in his chair, exhaling slowly.</w:t>
      </w:r>
    </w:p>
    <w:p>
      <w:r>
        <w:t>The woman who ruined his marriage.</w:t>
      </w:r>
    </w:p>
    <w:p>
      <w:r>
        <w:t>No. His marriage had been dead long before he realized he was falling in love with another woman.</w:t>
      </w:r>
    </w:p>
    <w:p/>
    <w:p>
      <w:r>
        <w:t>Thenjiwe sat across from the boy, her hands folded neatly in her lap, studying him as he stared at the floor. He was thirteen, quiet, his dark eyes unreadable. It wasn’t the silence that unnerved her—it was the way he carried it. Heavy. Controlled. As if he had already mastered the art of withholding himself from the world.</w:t>
      </w:r>
    </w:p>
    <w:p>
      <w:r>
        <w:t>She had been working with him for two weeks. Two weeks of quiet defiance, of sitting in that chair like he was serving a sentence, offering nothing but a sharp gaze that held no emotion. Most kids his age fidgeted, slouched, played with the hem of their sleeves—but not him. He sat perfectly still, a statue in a boy’s body.</w:t>
      </w:r>
    </w:p>
    <w:p>
      <w:r>
        <w:t>She had seen this before.</w:t>
      </w:r>
    </w:p>
    <w:p>
      <w:r>
        <w:t>Thenji wasn’t allowed to diagnose based on gut feelings alone, but experience had taught her to trust her instincts. And something about this child made her stomach turn in a way she couldn’t quite name. There was a familiar darkness there, lurking just beneath the surface. A cold detachment. A lack of remorse. Not dangerous—at least not yet. But in his silence, she heard the echoes of countless cries and victims yet to be.</w:t>
      </w:r>
    </w:p>
    <w:p>
      <w:r>
        <w:t>She wouldn’t push him. That never worked with boys like him. Instead, she waited, patient, composed, offering him the space to let his walls down on his own terms. But deep down, she wondered if time was on their side.</w:t>
      </w:r>
    </w:p>
    <w:p/>
    <w:p>
      <w:r>
        <w:t>At lunch, she sat alone as she always did, away from her colleagues, lost in the sanctuary of solitude. She unwrapped her sandwich, scrolling through her phone absentmindedly. The word serial killer was trending.</w:t>
      </w:r>
    </w:p>
    <w:p>
      <w:r>
        <w:t>South Africa wasn’t new to crime, to murder, to senseless violence. But serial killers? Those were rare. Or at least, they weren’t widely known to the public.</w:t>
      </w:r>
    </w:p>
    <w:p>
      <w:r>
        <w:t>Her scrolling led her to that morning’s police press conference. She clicked on the video, her eyes narrowing as Paul’s face filled the screen. He looked exhausted, the weight of the case pressing into the deep lines of his face. His voice was steady, professional, but Thenji could see the turmoil beneath the surface. He was unraveling, teetering on the edge of something dark.</w:t>
      </w:r>
    </w:p>
    <w:p>
      <w:r>
        <w:t>Last night when they spoke, he had told her about Shane and Mathew’s connection to himself,  suggesting that the killer might be targeting his patients.</w:t>
      </w:r>
    </w:p>
    <w:p>
      <w:r>
        <w:t>Thenji frowned. That didn’t feel right.</w:t>
      </w:r>
    </w:p>
    <w:p>
      <w:r>
        <w:t>She knew Paul well—knew the kind of therapist he was, the people he helped. But something about this theory felt... off. She couldn’t explain it, but she felt it in her gut. The killer wasn’t targeting Paul, wasn’t taunting him or the police. No, this was something else. Something colder. More calculated. A force entirely indifferent to their efforts to uncover it.</w:t>
      </w:r>
    </w:p>
    <w:p>
      <w:r>
        <w:t>Then Jan came on screen, and Thenji felt her heart stutter.</w:t>
      </w:r>
    </w:p>
    <w:p>
      <w:r>
        <w:t>She hadn’t seen him in a while. Well, that wasn’t entirely true. She had seen him around, exchanged brief pleasantries, but she had done her best to avoid him. It was easier that way.</w:t>
      </w:r>
    </w:p>
    <w:p>
      <w:r>
        <w:t>Still, even now, just the sight of him stirred something deep in her chest. Guilt, maybe. Or regret.</w:t>
      </w:r>
    </w:p>
    <w:p>
      <w:r>
        <w:t>She wasn’t the kind of woman who got entangled in things like this. She wasn’t reckless. She wasn’t selfish.</w:t>
      </w:r>
    </w:p>
    <w:p>
      <w:r>
        <w:t>But she hadn’t been able to help herself.</w:t>
      </w:r>
    </w:p>
    <w:p>
      <w:r>
        <w:t>No, that wasn’t true. She could have helped herself. She could have walked away, drawn the line. He had been hurting, his marriage falling apart—but what was her excuse?</w:t>
      </w:r>
    </w:p>
    <w:p>
      <w:r>
        <w:t>She exhaled sharply, locking her phone and shoving it into her bag. She had work to do. And this case—this killer—was far more important than the ghosts of her past.</w:t>
      </w:r>
    </w:p>
    <w:p>
      <w:r>
        <w:br/>
      </w:r>
    </w:p>
    <w:p/>
    <w:p>
      <w:r>
        <w:t>Four</w:t>
      </w:r>
    </w:p>
    <w:p>
      <w:r>
        <w:t>We fear the darkness, but true horror walks in the light, unseen, unsuspected.</w:t>
      </w:r>
    </w:p>
    <w:p/>
    <w:p>
      <w:r>
        <w:t xml:space="preserve">She watched the press conference with a quiet, detached amusement. </w:t>
      </w:r>
    </w:p>
    <w:p>
      <w:r>
        <w:t xml:space="preserve">The reporters were frantic, the police visibly exhausted, their frustration palpable. Another man dead, another case unsolved. They were so desperate for answers, for patterns that made sense, but they were looking in the wrong places. She leaned back into her chair, fingers tracing lazy circles on the rim of her glass. </w:t>
      </w:r>
    </w:p>
    <w:p>
      <w:r>
        <w:t xml:space="preserve">The news anchor spoke with urgency, voice dripping with the weight of tragedy. "A serial killer continues to terrorize Johannesburg. Another successful, young man found strangled in his home, no sign of forced entry, no fingerprints left behind. The police have yet to establish a suspect." No forced entry, no struggle. Of course not. They let her in willingly. </w:t>
      </w:r>
    </w:p>
    <w:p>
      <w:r>
        <w:t xml:space="preserve">She let her eyes drift over the images of her latest "gift." Shane. </w:t>
      </w:r>
    </w:p>
    <w:p>
      <w:r>
        <w:t xml:space="preserve">He had been charming, predictable, and utterly oblivious to what lay beneath her smile. He had thought himself in control. They all did. Until they weren’t. </w:t>
      </w:r>
    </w:p>
    <w:p>
      <w:r>
        <w:t xml:space="preserve">She turned off the television and stood, stretching her limbs as she readied herself for the day. </w:t>
      </w:r>
    </w:p>
    <w:p>
      <w:r>
        <w:t xml:space="preserve">The city outside her window buzzed with life, people carrying on as if a shadow wasn’t walking among them. </w:t>
      </w:r>
    </w:p>
    <w:p>
      <w:r>
        <w:t xml:space="preserve">At the grocery store, the case was all anyone could talk about. Whispers in the aisles, hushed speculation by the cash registers. “I heard he was strangled in his own apartment.” </w:t>
      </w:r>
    </w:p>
    <w:p>
      <w:r>
        <w:t xml:space="preserve">“They say there wasn’t even a struggle. What kind of monster does that?” </w:t>
      </w:r>
    </w:p>
    <w:p>
      <w:r>
        <w:t xml:space="preserve">A monster. </w:t>
      </w:r>
    </w:p>
    <w:p>
      <w:r>
        <w:t xml:space="preserve">She almost laughed. They saw the act, not the method. Not the care. She was not a monster. She was precise, deliberate. She took only what was necessary. There was no need for unnecessary pain. The drug ensured that. </w:t>
      </w:r>
    </w:p>
    <w:p>
      <w:r>
        <w:t>Her method was simple, elegant. She laced their drinks with succinylcholine, a neuromuscular blocker that left no trace in routine toxicology tests. It paralyzed them, kept them aware but unable to move, unable to fight back. When realization hit, they would look at her, pleading. She would help them onto a couch or a bed, let them slip further into paralysis. Then, she would take out her nylon cord, loop it around their necks, and pull. Nylon was strong, thin, and effective. It left a clean ligature mark—nothing more than a silent testament to their final moments. She had no interest in leaving scars on their bodies; their souls were already tainted enough. Besides, who would ever question a woman carrying nylon in her bag.</w:t>
      </w:r>
    </w:p>
    <w:p>
      <w:r>
        <w:t>When it was over, she would wipe down everything with isopropyl alcohol, erasing fingerprints, smudges, and any lingering DNA. The alcohol evaporated quickly, leaving nothing behind. It was a flawless process, carefully designed.</w:t>
      </w:r>
    </w:p>
    <w:p>
      <w:r>
        <w:t xml:space="preserve">And as a woman, it was brilliant. No one suspected her. People rarely feared a woman, never assumed she had the strength or the cunning to carry out such precise, methodical killings. They imagined serial killers as men—monstrous figures lurking in the dark, not the quiet, polite woman who smiled at them in passing. </w:t>
      </w:r>
    </w:p>
    <w:p>
      <w:r>
        <w:t xml:space="preserve">She moved through the store with ease, feigning indifference as she picked up essentials—fruits, bread, a bottle of red wine. She listened as the customers recounted every gruesome detail they thought they understood. “I heard he was tortured.” </w:t>
      </w:r>
    </w:p>
    <w:p>
      <w:r>
        <w:t xml:space="preserve">Wrong. </w:t>
      </w:r>
    </w:p>
    <w:p>
      <w:r>
        <w:t xml:space="preserve">“They say it’s a crazy man doing this.” </w:t>
      </w:r>
    </w:p>
    <w:p>
      <w:r>
        <w:t xml:space="preserve">Wrong again. </w:t>
      </w:r>
    </w:p>
    <w:p>
      <w:r>
        <w:t xml:space="preserve">She smiled at the cashier as she paid, exchanging pleasantries like any other customer. She had mastered the art of blending in. People saw what they wanted to see. A well-dressed, soft-spoken woman couldn’t possibly be responsible for such horror. </w:t>
      </w:r>
    </w:p>
    <w:p>
      <w:r>
        <w:t xml:space="preserve">As she walked out, she thought back to her first kill. That had been different. The scissor had felt... exhilarating at first, each plunge an assertion of her power. But the mess, the effort, the sheer physicality of it—it was inefficient. No, strangulation was better. More intimate. More controlled. </w:t>
      </w:r>
    </w:p>
    <w:p>
      <w:r>
        <w:t xml:space="preserve">A slow process, watching the realization dawn in their eyes, feeling the moment their body surrendered to her will. That was enough. </w:t>
      </w:r>
    </w:p>
    <w:p>
      <w:r>
        <w:t>She stepped into the evening air, the weight of her grocery bag swinging lightly at her side. There was still work to be done. The city still had more gifts to offer her.</w:t>
      </w:r>
    </w:p>
    <w:p/>
    <w:p>
      <w:r>
        <w:t>Jan sat at his desk, eyes scanning the latest victim’s file. Another man, another scene too pristine to offer any real evidence. He had been here before, poring over crime scene photos, searching for something—anything—they might have missed. But now, instead of looking at the isolated details of each case, he forced himself to step back. To see the whole picture.</w:t>
      </w:r>
    </w:p>
    <w:p>
      <w:r>
        <w:t>He flipped through the profiles of the victims, setting aside the crime scene reports and focusing on them. Young professionals, successful, men who lived alone. No history of violence. No ties to crime. Yet they were all dead. He highlighted their ages, their occupations, and their lifestyles. What connected them beyond their method of death?</w:t>
      </w:r>
    </w:p>
    <w:p>
      <w:r>
        <w:t>Then, something stood out.</w:t>
      </w:r>
    </w:p>
    <w:p>
      <w:r>
        <w:t>They all moved in the same social circles.</w:t>
      </w:r>
    </w:p>
    <w:p>
      <w:r>
        <w:t>Gym franchises. Car clubs. Some golfed, or at least pretended to. They attended the same high-end networking events, ran in the same ambitious, fast-moving crowd. But nothing that your average young, successful upstart in Johannesburg wouldn’t be doing.</w:t>
      </w:r>
    </w:p>
    <w:p>
      <w:r>
        <w:t>It wasn’t much. But it was something.</w:t>
      </w:r>
    </w:p>
    <w:p>
      <w:r>
        <w:t>Before he could dig deeper, the door swung open. The task force filed in, their faces tight with exhaustion. Thenji was among them, her expression unreadable as she took her seat. They exchanged the usual nods, professional, detached. Business as usual.</w:t>
      </w:r>
    </w:p>
    <w:p>
      <w:r>
        <w:t>He inhaled slowly, steadying himself. Keep it professional.</w:t>
      </w:r>
    </w:p>
    <w:p>
      <w:r>
        <w:t>“All right,” he began, tossing the files onto the table. “We’ve been chasing a ghost. No evidence, no pattern we could hold onto. But I think we might have been looking in the wrong place.”</w:t>
      </w:r>
    </w:p>
    <w:p>
      <w:r>
        <w:t>He tapped the folder in front of him. “Every single one of our victims was part of the same social scene. Different interests, different levels of involvement, but they all crossed paths—same gyms, same golf clubs, same exclusive events.”</w:t>
      </w:r>
    </w:p>
    <w:p>
      <w:r>
        <w:t>Silence. Then murmurs.</w:t>
      </w:r>
    </w:p>
    <w:p>
      <w:r>
        <w:t>“It’s thin,” one officer said, shaking his head. “Coincidence, maybe.”</w:t>
      </w:r>
    </w:p>
    <w:p>
      <w:r>
        <w:t>Jan exhaled. “Maybe. Or maybe it’s our first real lead.”</w:t>
      </w:r>
    </w:p>
    <w:p>
      <w:r>
        <w:t>His eyes flickered to Thenji, just for a second. If she had any reaction, she hid it well.</w:t>
      </w:r>
    </w:p>
    <w:p>
      <w:r>
        <w:t>He straightened, addressing the room. “We need to bring in the victims’ loved ones and acquaintances. Anyone they worked with, trained with, socialized with. No detail is too small. I want full workups on where they spent their time, who they interacted with, anyone new who came into their lives before their deaths.”</w:t>
      </w:r>
    </w:p>
    <w:p>
      <w:r>
        <w:t>The team nodded, already moving into action.</w:t>
      </w:r>
    </w:p>
    <w:p>
      <w:r>
        <w:t>Jan continued, voice firm. “This stays tight. No unnecessary leaks. The mayor’s already milking this case for his own gain, and the press knows too much as it is. We keep this contained.”</w:t>
      </w:r>
    </w:p>
    <w:p>
      <w:r>
        <w:t>Thenji, who had been silent until now, suddenly spoke. “Wait.”</w:t>
      </w:r>
    </w:p>
    <w:p>
      <w:r>
        <w:t>The room stilled.</w:t>
      </w:r>
    </w:p>
    <w:p>
      <w:r>
        <w:t>She sat forward, her movements precise, graceful. “Tell me,” she said, her voice even. “What is this killer’s profile?”</w:t>
      </w:r>
    </w:p>
    <w:p>
      <w:r>
        <w:br/>
      </w:r>
    </w:p>
    <w:p>
      <w:r>
        <w:t>Five</w:t>
      </w:r>
    </w:p>
    <w:p>
      <w:r>
        <w:t>The difference between a savior and a killer is often just a matter of perspective.</w:t>
      </w:r>
    </w:p>
    <w:p/>
    <w:p>
      <w:r>
        <w:t>Thenji leaned back in her chair, waiting for the room to settle. As she did, her eyes met Jan’s for the first time. A pause. Brief, but unmistakable. It passed as quickly as it came, both snapping out of it, shifting their focus back to the case at hand.</w:t>
      </w:r>
    </w:p>
    <w:p>
      <w:r>
        <w:t>Jan cleared his throat and spoke first, flipping open his notes. “We’re looking at someone precise. Someone controlled. No forced entry, no signs of struggle. The victims let the killer in, willingly. That means charm, persuasion, or familiarity.” He paused. “The method is strangulation. A garrote or cord, used efficiently. No hesitation. This is someone who knows how to kill.”</w:t>
      </w:r>
    </w:p>
    <w:p>
      <w:r>
        <w:t>Paul, the forensic psychologist, interjected. “And someone who doesn’t kill out of rage. This isn’t about revenge, or random violence. There’s a ritual to it. Think about it—the victims weren’t brutalized. The killer ensures minimal suffering. They’re drugged first, paralyzed. The paralysis ensures they can’t fight back. That tells us something important: they want complete control, but not chaos.”</w:t>
      </w:r>
    </w:p>
    <w:p>
      <w:r>
        <w:t>The room shifted, gears turning in the minds of the task force. Officers started throwing in their own observations, theories merging into a tapestry of unsettling possibilities.</w:t>
      </w:r>
    </w:p>
    <w:p>
      <w:r>
        <w:t>“They don’t rob the victims, aside from minor valuables—probably just to make it look like a break-in,” Zungu noted.</w:t>
      </w:r>
    </w:p>
    <w:p>
      <w:r>
        <w:t>“There’s no personal connection to any of them that we can find,” another detective added. “It’s like they’re chosen for convenience.”</w:t>
      </w:r>
    </w:p>
    <w:p>
      <w:r>
        <w:t>Thenji listened, absorbing everything, but Jan was watching her, trying to be discreet. She was still the same—frowning when deep in thought, fingers tapping lightly against the table. She processed things differently, let them settle before she spoke. And when she did, it was deliberate.</w:t>
      </w:r>
    </w:p>
    <w:p>
      <w:r>
        <w:t>“They don’t see their victims as people,” Thenji murmured. “Not fully. There’s a methodical detachment. If they were just after the kill, it wouldn’t be this clean.”</w:t>
      </w:r>
    </w:p>
    <w:p>
      <w:r>
        <w:t>A silence hung over the room for a moment before another officer chimed in. “The only thing that connects them is their status. Young, successful, ambitious.”</w:t>
      </w:r>
    </w:p>
    <w:p>
      <w:r>
        <w:t>Thenji rose from her seat and walked to the whiteboard. As the room continued speaking, she picked up a marker, writing words as they were spoken.</w:t>
      </w:r>
    </w:p>
    <w:p>
      <w:r>
        <w:t>Affluent. Successful. Independent. No family nearby. Social but not deeply connected. Private spaces. Minimal resistance.</w:t>
      </w:r>
    </w:p>
    <w:p>
      <w:r>
        <w:t>More words joined the list.</w:t>
      </w:r>
    </w:p>
    <w:p>
      <w:r>
        <w:t>Charm. Precision. Methodical. Patient. Paralysis. Strangulation. Clean.</w:t>
      </w:r>
    </w:p>
    <w:p>
      <w:r>
        <w:t>She paused, letting the silence of the room fill the gaps between her words. The list was more than mere observations—it was a blueprint. Each adjective painted a picture of a man who had everything yet was fundamentally alone, ensconced in a world of curated perfection. These were the young professionals who graced high-end networking events, belonged to exclusive gym franchises and car clubs, and even pretended to golf. They moved in the same ambitious, fast-paced circles of Johannesburg’s elite, thriving on success and independence while building invisible barriers that left them vulnerable in ways they never suspected.</w:t>
      </w:r>
    </w:p>
    <w:p>
      <w:r>
        <w:t>Thenji’s voice cut through the quiet. "They live in a sphere where wealth equates to safety and control. But that isolation—those private spaces—they create a perfect illusion of security. And that's precisely where she strikes. In the spaces they assume are untouchable, where no one is close enough to question or protect them."</w:t>
      </w:r>
    </w:p>
    <w:p>
      <w:r>
        <w:t>Her eyes swept across the room, meeting the gaze of each listener. "This isn’t about their character failing them; it’s about the emptiness that success has carved out in their lives. Their power, their influence, even their wealth—all of it isolates them from genuine connection. They are, in many ways, prisoners of their own curated reality."</w:t>
      </w:r>
    </w:p>
    <w:p>
      <w:r>
        <w:t>A heavy silence followed as the weight of her words sank in. The whiteboard, filled with stark, unyielding words, now served as a haunting reminder of a world where ambition and isolation could be exploited with chilling precision.</w:t>
      </w:r>
    </w:p>
    <w:p>
      <w:r>
        <w:t>Then, finally, she underlined one word.</w:t>
      </w:r>
    </w:p>
    <w:p>
      <w:r>
        <w:t>CONTROL.</w:t>
      </w:r>
    </w:p>
    <w:p>
      <w:r>
        <w:t>The room fell into silence as everyone stared at the board.</w:t>
      </w:r>
    </w:p>
    <w:p>
      <w:r>
        <w:t>Thenji capped the marker and turned back to face them. “That’s what we’re looking for. Someone who needs complete and utter control.”</w:t>
      </w:r>
    </w:p>
    <w:p>
      <w:r>
        <w:t>Jan swallowed, the weight of her words settling over the room. The hunt was narrowing, but the horror of it all was just beginning to set in.</w:t>
      </w:r>
    </w:p>
    <w:p/>
    <w:p>
      <w:r>
        <w:t>Silence, save for the soft hum of the air conditioning. Thenji's final word still hung in the air, stark and undeniable against the whiteboard. Control.</w:t>
      </w:r>
    </w:p>
    <w:p>
      <w:r>
        <w:t>Jan leaned forward, hands clasped together on the desk. "If control is the motive, then everything else is just a means to an end. The paralysis, the strangulation, the pristine crime scenes—each step is deliberate. They don't want struggle. They don’t want resistance. They want submission."</w:t>
      </w:r>
    </w:p>
    <w:p>
      <w:r>
        <w:t>Paul nodded slowly. "And there’s another thing. This isn’t about sadism in the traditional sense. If they took pleasure in pain, in suffering, we’d see a different crime scene—mutilation, extended torment. But we don’t. This is about dominance. About having absolute, unchallenged power over their victim in those final moments."</w:t>
      </w:r>
    </w:p>
    <w:p>
      <w:r>
        <w:t>Zungu exhaled sharply. "A control freak. But that doesn’t exactly narrow it down. Half of Sandton is crawling with people obsessed with power."</w:t>
      </w:r>
    </w:p>
    <w:p>
      <w:r>
        <w:t>A chuckle rippled through the group, but it was humorless, tinged with exhaustion.</w:t>
      </w:r>
    </w:p>
    <w:p>
      <w:r>
        <w:t>Thenji turned back to the board, tapping the marker against the word she had underlined. "We need to go deeper. This isn’t just about their victims. It’s about them. Their habits. Their patterns. Someone this meticulous doesn’t just wake up one day and start killing. They’ve practiced control their whole life. Professionally. Personally."</w:t>
      </w:r>
    </w:p>
    <w:p>
      <w:r>
        <w:t>Jan sat back, considering. "A surgeon, a pilot, someone in finance, even a military background—any field that requires discipline and precision."</w:t>
      </w:r>
    </w:p>
    <w:p>
      <w:r>
        <w:t>Paul added, "But also someone who has experience manipulating people. Confidence, charm. They get past security, past suspicion. They’re trusted instantly."</w:t>
      </w:r>
    </w:p>
    <w:p>
      <w:r>
        <w:t>Thenji crossed her arms. "And there’s something else—this killer is adaptable. Every victim is slightly different. Some were more outgoing, others more reserved. But they all felt safe enough to let them in. That means they adjust their approach. They read people. They shape themselves to fit."</w:t>
      </w:r>
    </w:p>
    <w:p>
      <w:r>
        <w:t>A younger detective frowned. "Like a con artist."</w:t>
      </w:r>
    </w:p>
    <w:p>
      <w:r>
        <w:t>Thenji nodded. "Exactly. A social chameleon. Someone who understands people so well, they can become whoever they need to be."</w:t>
      </w:r>
    </w:p>
    <w:p>
      <w:r>
        <w:t>Jan tapped a pen against the desk. "So we’re looking for someone intelligent, meticulous, disciplined, socially adept, and entirely devoid of empathy. A perfectionist with a need to control, both physically and psychologically."</w:t>
      </w:r>
    </w:p>
    <w:p>
      <w:r>
        <w:t>A deep silence settled over the room.</w:t>
      </w:r>
    </w:p>
    <w:p>
      <w:r>
        <w:t>Thenji turned back to the board and, under CONTROL, wrote another word in sharp, precise strokes.</w:t>
      </w:r>
    </w:p>
    <w:p>
      <w:r>
        <w:t>PREDATOR.</w:t>
      </w:r>
    </w:p>
    <w:p>
      <w:r>
        <w:t>The word seemed to change the energy in the room, make the weight of their task even heavier.</w:t>
      </w:r>
    </w:p>
    <w:p>
      <w:r>
        <w:t>Jan stood, the chair scraping against the floor as he addressed his team. "We start from the beginning. We go over every victim’s social life, every event they attended, every place they frequented. We find overlap. We find someone who fits this profile. Someone who blends in too well."</w:t>
      </w:r>
    </w:p>
    <w:p>
      <w:r>
        <w:t>Thenji met his gaze, her expression unreadable. "And when we do?"</w:t>
      </w:r>
    </w:p>
    <w:p>
      <w:r>
        <w:t>Jan’s jaw tightened. "We stop them."</w:t>
      </w:r>
    </w:p>
    <w:p>
      <w:r>
        <w:t>No one said it out loud, but they all knew what was at stake. The next victim was already out there—walking, talking, living their life, unaware that death was coming for them.</w:t>
      </w:r>
    </w:p>
    <w:p>
      <w:r>
        <w:t>They had to move fast. The killer already was.</w:t>
      </w:r>
    </w:p>
    <w:p/>
    <w:p>
      <w:r>
        <w:t>One by one, the officers filed out, muttering to each other in low tones. Zungu lingered for a moment before following, Paul not far behind. Soon, only Jan and Thenji remained.</w:t>
      </w:r>
    </w:p>
    <w:p>
      <w:r>
        <w:t>For a few seconds, neither of them spoke. Thenji turned, her arms folded across her chest. “You’re staring.”</w:t>
      </w:r>
    </w:p>
    <w:p>
      <w:r>
        <w:t>Jan smirked, shaking his head. “Just thinking.”</w:t>
      </w:r>
    </w:p>
    <w:p>
      <w:r>
        <w:t>“About?”</w:t>
      </w:r>
    </w:p>
    <w:p>
      <w:r>
        <w:t>He leaned back in his chair. “How much you’ve changed. And how much you haven’t.”</w:t>
      </w:r>
    </w:p>
    <w:p>
      <w:r>
        <w:t>She tilted her head slightly, watching him. “That supposed to mean something?”</w:t>
      </w:r>
    </w:p>
    <w:p>
      <w:r>
        <w:t>Jan sighed, rubbing a hand over his face. “It means I still can’t tell what you’re thinking half the time.”</w:t>
      </w:r>
    </w:p>
    <w:p>
      <w:r>
        <w:t>Thenji studied him for a long moment before finally saying, “Good.” She grabbed her coat, moving toward the door. But just as she reached it, she hesitated. “Jan.”</w:t>
      </w:r>
    </w:p>
    <w:p>
      <w:r>
        <w:t>He looked up.</w:t>
      </w:r>
    </w:p>
    <w:p>
      <w:r>
        <w:t>“If this person is really about control,” she said, voice quiet, “then they’re not done.”</w:t>
      </w:r>
    </w:p>
    <w:p>
      <w:r>
        <w:t>Jan exhaled, the weight of the case pressing down on him. “I know.”</w:t>
      </w:r>
    </w:p>
    <w:p>
      <w:r>
        <w:t>Thenji nodded once, then walked out, leaving him alone with the board, with the word that now felt like a looming shadow in the room.</w:t>
      </w:r>
    </w:p>
    <w:p/>
    <w:p>
      <w:r>
        <w:t>Jan drove through the quiet streets of Johannesburg, the glow of streetlights flickering against his windshield. His thoughts were tangled, looping back to the meeting, to the word scrawled in thick ink on the whiteboard—CONTROL.</w:t>
      </w:r>
    </w:p>
    <w:p>
      <w:r>
        <w:t>His hands tightened on the wheel as he maneuvered through traffic, past towering office buildings and empty sidewalks. The city always seemed different at night, stripped of its usual chaos, leaving only the bones of its ambition behind.</w:t>
      </w:r>
    </w:p>
    <w:p>
      <w:r>
        <w:t>On autopilot, he turned into a drive-thru, ordering the same meal he always did—a burger, fries, black coffee. The kid at the window barely looked at him as he handed over the bag. Jan didn’t mind. He wasn’t in the mood for small talk.</w:t>
      </w:r>
    </w:p>
    <w:p>
      <w:r>
        <w:t>The drive home to Bryanston was uneventful. The wide, tree-lined streets were a stark contrast to the overcrowded city center. His house loomed at the end of the driveway, its sheer size making it feel emptier than it already was. Too big for just him. It hadn’t always been that way.</w:t>
      </w:r>
    </w:p>
    <w:p>
      <w:r>
        <w:t>He used to share it with his wife.</w:t>
      </w:r>
    </w:p>
    <w:p>
      <w:r>
        <w:t>The divorce hadn’t been as messy as people assumed—especially not when Minister van Dyk had inserted himself into the process almost immediately. Not out of concern. No, the man couldn’t care less about being a great father. He just didn’t want rumors of his son’s infidelity staining his pristine political image.</w:t>
      </w:r>
    </w:p>
    <w:p>
      <w:r>
        <w:t>Jan rolled his eyes as he stepped inside, locking the door behind him. Infidelity. A convenient accusation, though not entirely untrue. He had still been a married man when his heart decided to stray.</w:t>
      </w:r>
    </w:p>
    <w:p>
      <w:r>
        <w:t>But the truth was, he had loved his wife once. Deeply. That love had simply died.</w:t>
      </w:r>
    </w:p>
    <w:p>
      <w:r>
        <w:t>They had married too young. She had once been ambitious, kind, full of life. Over time, she had hardened. Found flaws in everything he did. The distance had started small, then widened into an unbridgeable gap. And eventually, he had stopped trying to cross it.</w:t>
      </w:r>
    </w:p>
    <w:p>
      <w:r>
        <w:t>Jan set the takeout bag on the coffee table, sinking onto the couch as he turned on the TV. The low hum of voices filled the room, but he wasn’t listening.</w:t>
      </w:r>
    </w:p>
    <w:p>
      <w:r>
        <w:t>His thoughts had already drifted elsewhere.</w:t>
      </w:r>
    </w:p>
    <w:p>
      <w:r>
        <w:t>To her.</w:t>
      </w:r>
    </w:p>
    <w:p>
      <w:r>
        <w:t>He wondered what she was doing right now. Probably sitting in front of the TV, lost in thought, analyzing every detail of the day. The television was just white noise to her. She never really watched it, only used it as a backdrop to her mind’s endless workings.</w:t>
      </w:r>
    </w:p>
    <w:p>
      <w:r>
        <w:t>Jan smiled at the thought.</w:t>
      </w:r>
    </w:p>
    <w:p>
      <w:r>
        <w:t>Thenji was a woman he had worked very hard to forget—almost as hard as he had tried to stop himself from falling madly in love with her in the first place.</w:t>
      </w:r>
    </w:p>
    <w:p/>
    <w:p>
      <w:r>
        <w:t>Thenji sat in her dimly lit apartment, the soft glow of the television casting fleeting shadows across the room. The news anchor's voice droned on, but she wasn't listening. The TV had always been her white noise, a backdrop to her thoughts.</w:t>
      </w:r>
    </w:p>
    <w:p>
      <w:r>
        <w:t>Tonight, however, her mind was restless, circling back to a time five years ago.</w:t>
      </w:r>
    </w:p>
    <w:p>
      <w:r>
        <w:t xml:space="preserve">Back then, Paul had been deep into a harrowing case—a series of rapes that had terrorized Alexandra. The perpetrator, dubbed the "Balaclava Rapist," had instilled fear throughout the community. His modus operandi was chillingly consistent: he would break into homes under the cover of night, his face concealed by a balaclava, and assault his victims before vanishing into the darkness. The brutality and frequency of the attacks had left the police scrambling, with few leads to follow. </w:t>
      </w:r>
    </w:p>
    <w:p>
      <w:r>
        <w:t>Paul, recognizing the need for specialized insight, had brought her in as a consultant. Her background in criminal psychology and her intuitive grasp of human behavior made her an invaluable asset. It was during one of those late-night strategy sessions at the precinct that she had first met Jan.</w:t>
      </w:r>
    </w:p>
    <w:p>
      <w:r>
        <w:t>He had been standing over a cluttered desk, poring over maps of Alexandra, red markers indicating the locations of the attacks. His brow was furrowed in concentration, a look she would come to know well.</w:t>
      </w:r>
    </w:p>
    <w:p>
      <w:r>
        <w:t>"Detective van Dyk," Paul had introduced, "this is Thenjiwe Mhlongo. She's here to assist with the profiling."</w:t>
      </w:r>
    </w:p>
    <w:p>
      <w:r>
        <w:t>Jan had looked up, his piercing blue eyes meeting hers. There was a momentary pause, a flicker of something unspoken passing between them.</w:t>
      </w:r>
    </w:p>
    <w:p>
      <w:r>
        <w:t>"Dr. Mhlongo," he had nodded, extending a hand. "Any insights you can provide would be appreciated. We're grasping at straws here."</w:t>
      </w:r>
    </w:p>
    <w:p>
      <w:r>
        <w:t>She had taken his hand, noting the firmness of his grip. "I'll do my best, Detective."</w:t>
      </w:r>
    </w:p>
    <w:p>
      <w:r>
        <w:t>In the weeks that followed, they had worked closely, dissecting the rapist's patterns, attempting to predict his next move. The tension of the case had been palpable, but amidst the stress, a camaraderie had developed between them. Late nights turned into early mornings, shared coffees, and conversations that strayed beyond the confines of the case.</w:t>
      </w:r>
    </w:p>
    <w:p>
      <w:r>
        <w:t>She remembered one evening in particular. They had been the last ones in the precinct, the overhead lights casting a sterile glow over the room.</w:t>
      </w:r>
    </w:p>
    <w:p>
      <w:r>
        <w:t>"Do you ever wonder what drives someone to such darkness?" Jan had mused, staring at a crime scene photo.</w:t>
      </w:r>
    </w:p>
    <w:p>
      <w:r>
        <w:t>"Every day," she had replied softly. "It's a labyrinth of the mind, one that's often impossible to fully navigate."</w:t>
      </w:r>
    </w:p>
    <w:p>
      <w:r>
        <w:t>He had looked at her then, really looked, and for a moment, the weight of the case had seemed to lift, replaced by something else entirely.</w:t>
      </w:r>
    </w:p>
    <w:p>
      <w:r>
        <w:t xml:space="preserve">The arrest of the Balaclava Rapist had been a turning point. Identified by his voice by multiple victims, he had been convicted on numerous charges, bringing a semblance of closure to the community. </w:t>
      </w:r>
    </w:p>
    <w:p>
      <w:r>
        <w:t>But for Thenji and Jan, the end of the case had also marked a shift in their relationship. The professional boundaries they had maintained began to blur, and the unspoken connection between them grew stronger.</w:t>
      </w:r>
    </w:p>
    <w:p>
      <w:r>
        <w:t>Now, years later, as she sat alone in her apartment, the memories of those days flooded back. Seeing Jan again had stirred feelings she had long buried, emotions she had convinced herself were remnants of the past.</w:t>
      </w:r>
    </w:p>
    <w:p>
      <w:r>
        <w:t>She wondered what he was doing at that moment. Was he, too, lost in memories? Did the sight of her bring back the same rush of emotions?</w:t>
      </w:r>
    </w:p>
    <w:p>
      <w:r>
        <w:t>The television continued its monotonous hum, but Thenji was far away, lost in the labyrinth of her own mind, entangled in thoughts of a man she had never truly forgotten.</w:t>
      </w:r>
    </w:p>
    <w:p/>
    <w:p>
      <w:r>
        <w:t>Jan awoke before dawn, his body instinctively tuned to the demands of his job. The house was silent, empty, save for the occasional creak of settling wood. He sat on the edge of his bed, rubbing a hand over his face before pushing himself up. The case was consuming him. It always did. But this time, there was something else, something deeper gnawing at him.</w:t>
      </w:r>
    </w:p>
    <w:p>
      <w:r>
        <w:t>Thenji.</w:t>
      </w:r>
    </w:p>
    <w:p>
      <w:r>
        <w:t>Seeing her again had cracked something open, something he had thought was long buried. He had spent years convincing himself that whatever had once been between them was fleeting—a product of long nights, shared burdens, and the intoxicating rush of a solved case. But now, with her back in his world, he wasn’t so sure.</w:t>
      </w:r>
    </w:p>
    <w:p>
      <w:r>
        <w:t>He showered quickly, letting the hot water roll over his tense muscles. By the time he was dressed, the sky had begun to lighten, the Johannesburg skyline a hazy silhouette against the morning mist. He grabbed a cup of coffee from his kitchen—black, no sugar—and stepped outside.</w:t>
      </w:r>
    </w:p>
    <w:p>
      <w:r>
        <w:t>He drove without the radio on, his thoughts keeping him occupied. The streets were waking up, early commuters moving through the city like clockwork. His route took him through Sandton, past towering glass buildings and manicured storefronts, a stark contrast to the grim realities he faced every day.</w:t>
      </w:r>
    </w:p>
    <w:p>
      <w:r>
        <w:t>By the time he arrived at the precinct, the air was already thick with the buzz of an active investigation. The station was alive with movement—officers coming and going, paperwork piling up, phones ringing. He spotted Nandi in the breakroom, stirring a cup of tea, her ever-calm demeanor a direct contrast to the chaos around them.</w:t>
      </w:r>
    </w:p>
    <w:p>
      <w:r>
        <w:t>"You look like you didn’t sleep," Nandi noted, eyeing Jan over the rim of his mug.</w:t>
      </w:r>
    </w:p>
    <w:p>
      <w:r>
        <w:t>Jan grunted in response. "Too much on my mind."</w:t>
      </w:r>
    </w:p>
    <w:p>
      <w:r>
        <w:t>Nandil smirked knowingly. "The case or someone in particular?"</w:t>
      </w:r>
    </w:p>
    <w:p>
      <w:r>
        <w:t>Jan shot him a look, but Nandi merely chuckled. "She seems like a very interesting woman, Jan. You sure you will be okay?"</w:t>
      </w:r>
    </w:p>
    <w:p>
      <w:r>
        <w:t>"This isn’t the time," Jan muttered, grabbing a file from the desk. "We have thirteen bodies and no suspect. If we don’t move fast, there will be a fourteenth."</w:t>
      </w:r>
    </w:p>
    <w:p>
      <w:r>
        <w:t>Nandi sobered. "We need a break, something solid. Have forensics come back with anything new?"</w:t>
      </w:r>
    </w:p>
    <w:p>
      <w:r>
        <w:t>Jan shook his head. "Still running tests. But I want to go over the victim profiles again. There has to be something we missed."</w:t>
      </w:r>
    </w:p>
    <w:p>
      <w:r>
        <w:t>They continued discussing the case, running through potential connections, when the sound of heels clicking against the tile made them both pause. Thenji walked in, composed as ever, her sharp gaze scanning the room before settling on them.</w:t>
      </w:r>
    </w:p>
    <w:p>
      <w:r>
        <w:t>Jan frowned, exchanging a glance with Nandi. "You’re here early. Our next task force meeting isn’t until Monday evening."</w:t>
      </w:r>
    </w:p>
    <w:p>
      <w:r>
        <w:t>Thenji set her bag down on the table, smoothing out her blouse. "Paul called me. He needed to step away today and asked me to step in. You and Paul were scheduled to interview some of Shane’s friends and relatives. Looks like I’ll be taking his place."</w:t>
      </w:r>
    </w:p>
    <w:p>
      <w:r>
        <w:t>Jan took a moment to process this, his expression unreadable. Thenji meeting Shane’s inner circle meant she would be diving deeper into the investigation, into the world he was trying to keep in order. A part of him wasn’t sure how he felt about that.</w:t>
      </w:r>
    </w:p>
    <w:p>
      <w:r>
        <w:t>Nandi simply nodded, her eyes roaming over Thenji. She had done her research on her. She hadn’t been around when the whole ordeal happened, but she had not only heard the whispers—she had seen firsthand the impact Thenji had on Jan. She wasn’t sure whether she actually trusted her.</w:t>
      </w:r>
    </w:p>
    <w:p>
      <w:r>
        <w:t>She did look like the stuck-up type, the kind to take what wasn’t hers. A homewrecker, maybe. Yet, she carried herself with a quiet grace, as if the air around her was fragile. Nandi supposed that one who worked so closely with the vulnerable needed to be gentle. Whether Nandi liked it or not, something about this woman made you believe her, made you want to say more, open up, spill your secrets, and trust that she would hold them dear.</w:t>
      </w:r>
    </w:p>
    <w:p>
      <w:r>
        <w:t>Jan’s voice pulled Nandi from her thoughts. "Oh well, you’re early. Most of them are only available after twelve."</w:t>
      </w:r>
    </w:p>
    <w:p>
      <w:r>
        <w:t>Thenji glanced around, considering. "That’s fine. I can wait. Maybe you two can help me put some things into perspective."</w:t>
      </w:r>
    </w:p>
    <w:p>
      <w:r>
        <w:t>Nandi straightened. "I actually need to attend to something else," she said smoothly, stepping back. "I’ll catch up later."</w:t>
      </w:r>
    </w:p>
    <w:p>
      <w:r>
        <w:t>With that, she walked out, leaving Jan and Thenji alone.</w:t>
      </w:r>
    </w:p>
    <w:p/>
    <w:p>
      <w:r>
        <w:br/>
      </w:r>
    </w:p>
    <w:p>
      <w:r>
        <w:t>Six</w:t>
      </w:r>
    </w:p>
    <w:p>
      <w:r>
        <w:t>In the silence between secrets and lies, darkness finds its voice—and every shadow tells a story.</w:t>
      </w:r>
    </w:p>
    <w:p/>
    <w:p>
      <w:r>
        <w:t>Jan guided Thenji to his office. She looked around, taking in the space. "Bigger. Nicer."</w:t>
      </w:r>
    </w:p>
    <w:p>
      <w:r>
        <w:t>Jan smirked. "Well, you did help me get a promotion."</w:t>
      </w:r>
    </w:p>
    <w:p>
      <w:r>
        <w:t>"Did I?"</w:t>
      </w:r>
    </w:p>
    <w:p>
      <w:r>
        <w:t>"If it weren’t for you, I would’ve never caught the Balaclava Rapist."</w:t>
      </w:r>
    </w:p>
    <w:p>
      <w:r>
        <w:t>Thenji grinned, walking around his desk before slipping into his chair. "In that case, I guess this is my office."</w:t>
      </w:r>
    </w:p>
    <w:p>
      <w:r>
        <w:t>He watched her, smiling to himself. It felt too natural. Too easy.</w:t>
      </w:r>
    </w:p>
    <w:p>
      <w:r>
        <w:t>"Hey, well, I did my part too," he said, leaning against the desk.</w:t>
      </w:r>
    </w:p>
    <w:p>
      <w:r>
        <w:t>"Yes, Jan, you and your big detective brain worked so hard." She teased, and they both laughed.</w:t>
      </w:r>
    </w:p>
    <w:p>
      <w:r>
        <w:t>There it was. That pull. The one neither of them could deny.</w:t>
      </w:r>
    </w:p>
    <w:p>
      <w:r>
        <w:t>Quickly, they composed themselves.</w:t>
      </w:r>
    </w:p>
    <w:p>
      <w:r>
        <w:t>"I was thinking about the first victim," Thenji said, standing from his chair and moving toward the couch. "I was thinking that maybe he wasn’t the first victim."</w:t>
      </w:r>
    </w:p>
    <w:p>
      <w:r>
        <w:t>Jan exhaled, fingers tapping lightly against the case file in front of him. "I thought the same at first," he admitted, eyes narrowing as he sifted through the details in his mind. "But there hasn’t been another case with these exact methods. Not like this."</w:t>
      </w:r>
    </w:p>
    <w:p>
      <w:r>
        <w:t>Thenji leaned forward, her expression thoughtful. "The tools—nylon, cleaning supplies—those are easy to obtain, nothing out of the ordinary. But the drug... that’s different. That’s the outlier."</w:t>
      </w:r>
    </w:p>
    <w:p>
      <w:r>
        <w:t>Jan nodded, his jaw tightening. "That was my first real lead. When we found succinylcholine in victim number six, it set off alarms. It wasn’t just the way they were killed, but how the killer ensured they couldn’t fight back. Paralysis first—silent, efficient—then strangulation. No struggle, no mess."</w:t>
      </w:r>
    </w:p>
    <w:p>
      <w:r>
        <w:t>Thenji’s gaze sharpened. "The drug isn’t something you can just pick up at a pharmacy. It’s controlled. Whoever is using it either has access or knows exactly how to get it without raising suspicion."</w:t>
      </w:r>
    </w:p>
    <w:p>
      <w:r>
        <w:t>"That’s exactly what I thought," he leaned back, arms crossed as he studied Thenji. "We've already tracked the drug," he said. "Nandi’s leading the follow-up team. We’re keeping a close eye on supply chains, distributors—anyone who might have access to Succinylcholine."</w:t>
      </w:r>
    </w:p>
    <w:p>
      <w:r>
        <w:t>Thenji frowned, but then a small smile tugged at her lips. "Of course, you’ve thought of it all," she murmured. "I see why you got the big office."</w:t>
      </w:r>
    </w:p>
    <w:p>
      <w:r>
        <w:t>Jan smiled too, but it didn't quite reach his eyes. He wanted to say something—wanted to ask her why she stopped answering his messages. But was that too desperate? Instead, he stood up, pushing away the thought, and began pacing.</w:t>
      </w:r>
    </w:p>
    <w:p>
      <w:r>
        <w:t>"What is it?" Thenji asked, sensing the shift in him.</w:t>
      </w:r>
    </w:p>
    <w:p>
      <w:r>
        <w:t>Jan met her gaze, and for a moment, neither of them spoke. There she was—the woman who had shattered his walls and then, just as easily, shattered his heart. She could still read him, just as she always could. And in his eyes, Thenji heard it loud and clear—the words he didn’t say.</w:t>
      </w:r>
    </w:p>
    <w:p>
      <w:r>
        <w:t>Longing.</w:t>
      </w:r>
    </w:p>
    <w:p>
      <w:r>
        <w:t>But she refused to acknowledge it. Instead, she stood and walked over to the board plastered with photos, names, locations, and in the center—a large, looming question mark.</w:t>
      </w:r>
    </w:p>
    <w:p>
      <w:r>
        <w:t>"You know," she said, tilting her head, "anyone who walks in here would swear you’ve gone mad."</w:t>
      </w:r>
    </w:p>
    <w:p>
      <w:r>
        <w:t>"Perhaps I have," Jan murmured, his eyes never leaving her as she moved, scanning the chaos of his work. He watched the way she took it all in, analyzing the madness that was his mind.</w:t>
      </w:r>
    </w:p>
    <w:p>
      <w:r>
        <w:t>Thenji traced a finger across the board, her eyes settling on the first name. She exhaled, reading it aloud. "Luther Zondi."</w:t>
      </w:r>
    </w:p>
    <w:p>
      <w:r>
        <w:t>Jan leaned back in his chair, watching her. "The first," he said.</w:t>
      </w:r>
    </w:p>
    <w:p>
      <w:r>
        <w:t>She turned, arms crossed. "Thirty years old, born into wealth, used it to fund youth programs. Social entrepreneur, philanthropist. No criminal record, no known enemies. The media loved him."</w:t>
      </w:r>
    </w:p>
    <w:p>
      <w:r>
        <w:t>Jan nodded. "The golden boy of Johannesburg’s elite. Perfect life, perfect image. Until he was found in his penthouse, strangled in his own bed."</w:t>
      </w:r>
    </w:p>
    <w:p>
      <w:r>
        <w:t>Thenji’s brow furrowed. "And the drug?"</w:t>
      </w:r>
    </w:p>
    <w:p>
      <w:r>
        <w:t>"Succinylcholine," Jan confirmed. "Paralyzed before he could even fight back. It was precise, methodical. No forced entry, no signs of struggle. The killer knew exactly what they were doing."</w:t>
      </w:r>
    </w:p>
    <w:p>
      <w:r>
        <w:t>Thenji studied Luther’s face on the board, his polished smile frozen in time. "Did we ever find out how they got close?"</w:t>
      </w:r>
    </w:p>
    <w:p>
      <w:r>
        <w:t>Jan shook his head. "No security footage, no witnesses. His doorman said he always entertained guests, but there was no record of anyone arriving that night."</w:t>
      </w:r>
    </w:p>
    <w:p>
      <w:r>
        <w:t>"Which means they blended in," Thenji murmured. "Or he invited them."</w:t>
      </w:r>
    </w:p>
    <w:p>
      <w:r>
        <w:t>Jan exhaled sharply. "And that’s the pattern. Every single one of them—successful, wealthy, connected. Men who thrived in their worlds, who thought they were untouchable. Until they weren’t."</w:t>
      </w:r>
    </w:p>
    <w:p>
      <w:r>
        <w:t>She turned back to the board, running her fingers along the names. "Then came Eric Mokoena."</w:t>
      </w:r>
    </w:p>
    <w:p>
      <w:r>
        <w:t>"The tech mogul." Jan’s voice was grim. "Second month of the spree. Built his fortune from nothing. Sleek, efficient, always ten steps ahead—except when it mattered most."</w:t>
      </w:r>
    </w:p>
    <w:p>
      <w:r>
        <w:t>Thenji narrowed her eyes. "Same method?"</w:t>
      </w:r>
    </w:p>
    <w:p>
      <w:r>
        <w:t>"Exactly. Paralysis, strangulation. The killer took their time, made sure he saw it coming."</w:t>
      </w:r>
    </w:p>
    <w:p>
      <w:r>
        <w:t>Silence settled between them. Thenji’s mind raced, connecting threads, searching for the weak link that would unravel the killer’s control.</w:t>
      </w:r>
    </w:p>
    <w:p>
      <w:r>
        <w:t>"They didn’t just choose them randomly," she said finally. "There’s a reason they’re hunting men like this."</w:t>
      </w:r>
    </w:p>
    <w:p>
      <w:r>
        <w:t>Jan nodded, his jaw tight. "We just don’t know what it is yet."</w:t>
      </w:r>
    </w:p>
    <w:p>
      <w:r>
        <w:t>Thenji let out a slow breath, her gaze moving down the list. "Dion Mthembu. Third month."</w:t>
      </w:r>
    </w:p>
    <w:p>
      <w:r>
        <w:t>Jan nodded. "Ex-firefighter turned CEO. Built an emergency management empire. The kind of guy who could handle himself in a crisis."</w:t>
      </w:r>
    </w:p>
    <w:p>
      <w:r>
        <w:t>"And yet, he didn’t." Thenji’s voice was edged with something unreadable.</w:t>
      </w:r>
    </w:p>
    <w:p>
      <w:r>
        <w:t>"No," Jan admitted. "Same drug, same execution. No defensive wounds. Just like the others, he saw it coming, but his body wouldn’t let him fight back."</w:t>
      </w:r>
    </w:p>
    <w:p>
      <w:r>
        <w:t>Thenji frowned, glancing at the crime scene photo pinned to the board. "There’s something off about this."</w:t>
      </w:r>
    </w:p>
    <w:p>
      <w:r>
        <w:t>Jan raised a brow. "What do you mean?"</w:t>
      </w:r>
    </w:p>
    <w:p>
      <w:r>
        <w:t>"These aren’t just murders," she said, stepping closer to the evidence. "This is... intimate. Personal."</w:t>
      </w:r>
    </w:p>
    <w:p>
      <w:r>
        <w:t>Jan studied her for a long moment. "You think the killer knew them?"</w:t>
      </w:r>
    </w:p>
    <w:p>
      <w:r>
        <w:t>"Or wanted them to suffer for something," Thenji murmured. "They weren’t just eliminated. They were silenced."</w:t>
      </w:r>
    </w:p>
    <w:p>
      <w:r>
        <w:t>Jan followed her gaze to the next name. "Kabelo Tsoanyane. Month four."</w:t>
      </w:r>
    </w:p>
    <w:p>
      <w:r>
        <w:t>"The chef," Thenji muttered. "Famous, brilliant, meticulous."</w:t>
      </w:r>
    </w:p>
    <w:p>
      <w:r>
        <w:t>"And dead," Jan added. "Like the rest."</w:t>
      </w:r>
    </w:p>
    <w:p>
      <w:r>
        <w:t>Thenji’s fingers curled into her arms. "There has to be a link. Something beyond their status and success."</w:t>
      </w:r>
    </w:p>
    <w:p>
      <w:r>
        <w:t>Jan sighed. "If there is, we haven't found it yet."</w:t>
      </w:r>
    </w:p>
    <w:p>
      <w:r>
        <w:t>Thenji exhaled sharply, turning back to the board. The faces stared back at her, frozen in time, all connected by death.</w:t>
      </w:r>
    </w:p>
    <w:p>
      <w:r>
        <w:t>Jan tapped his fingers against the desk, then spoke. "Rui da Silva. Month five. The artist."</w:t>
      </w:r>
    </w:p>
    <w:p>
      <w:r>
        <w:t>"Photographer," Thenji corrected. "High-profile, worked with the rich and famous."</w:t>
      </w:r>
    </w:p>
    <w:p>
      <w:r>
        <w:t>"And now he's just another name on our list," Jan muttered. "Same method. No forced entry. No signs of a struggle. He gets in, he gets close, and they never see it coming."</w:t>
      </w:r>
    </w:p>
    <w:p>
      <w:r>
        <w:t>Thenji narrowed her eyes. "This killer is deliberate, patient. They know exactly who they're going after."</w:t>
      </w:r>
    </w:p>
    <w:p>
      <w:r>
        <w:t>"And why?" Jan asked.</w:t>
      </w:r>
    </w:p>
    <w:p>
      <w:r>
        <w:t>Silence stretched between them. Thenji finally spoke. "We need to go deeper. These men had secrets. Someone out there knew them well enough to make them pay."</w:t>
      </w:r>
    </w:p>
    <w:p>
      <w:r>
        <w:t>Jan exhaled. "Then we find out what those secrets were."</w:t>
      </w:r>
    </w:p>
    <w:p/>
    <w:p>
      <w:r>
        <w:t>Thenji’s eyes flicked to the next name. "Keenan Richards. Education entrepreneur. Month six."</w:t>
      </w:r>
    </w:p>
    <w:p>
      <w:r>
        <w:t>Jan leaned forward. "The man who reshaped elite schooling in Johannesburg. Built a prep academy from the ground up, catered to the children of the wealthy."</w:t>
      </w:r>
    </w:p>
    <w:p>
      <w:r>
        <w:t>"He was known for being warm and patient," Thenji noted, crossing her arms. "That doesn’t fit the profile of a man who made enemies."</w:t>
      </w:r>
    </w:p>
    <w:p>
      <w:r>
        <w:t>Jan frowned. "Unless his ambition stepped on the wrong toes. Success at that level always comes at a cost."</w:t>
      </w:r>
    </w:p>
    <w:p>
      <w:r>
        <w:t>Thenji turned back to the board. "Zane Botes. Real estate developer. Month seven."</w:t>
      </w:r>
    </w:p>
    <w:p>
      <w:r>
        <w:t>"Fast-rising, highly connected," Jan mused. "Turned old neighborhoods into luxury goldmines. Charismatic, confident, never missed a networking event."</w:t>
      </w:r>
    </w:p>
    <w:p>
      <w:r>
        <w:t>"Which means he had access to a lot of people," Thenji said. "He would have met the killer at some point, even unknowingly."</w:t>
      </w:r>
    </w:p>
    <w:p>
      <w:r>
        <w:t>Jan let that sink in. "Same could be said for all of them."</w:t>
      </w:r>
    </w:p>
    <w:p>
      <w:r>
        <w:t>Thenji pursed her lips. "Thabo Ndlovu. Cultural consultant. Month eight."</w:t>
      </w:r>
    </w:p>
    <w:p>
      <w:r>
        <w:t>"Preserved history using tech," Jan said. "Respected in both cultural and business circles. Intellectual, methodical."</w:t>
      </w:r>
    </w:p>
    <w:p>
      <w:r>
        <w:t>"And now just another victim." Thenji's voice was tight. "If this isn’t about money or power, what is it about?"</w:t>
      </w:r>
    </w:p>
    <w:p>
      <w:r>
        <w:t>Jan’s gaze darkened. "Fikile Mahlangu. Jazz musician. Month nine."</w:t>
      </w:r>
    </w:p>
    <w:p>
      <w:r>
        <w:t>Thenji sighed. "The artist. The dreamer. Platinum records, adored by fans."</w:t>
      </w:r>
    </w:p>
    <w:p>
      <w:r>
        <w:t>Jan shook his head. "None of these men were the type to be reckless. And yet they all died the same way."</w:t>
      </w:r>
    </w:p>
    <w:p>
      <w:r>
        <w:t>Thenji exhaled, gripping the back of a chair. "What are we missing? What about their relationships"</w:t>
      </w:r>
    </w:p>
    <w:p>
      <w:r>
        <w:t>Jan leaned back in his chair. "Ofcause we looked into that first with the first few victims. The spouce is always the first suspect after all."</w:t>
      </w:r>
    </w:p>
    <w:p>
      <w:r>
        <w:t>Thenji thought for a moment. “Which of them were in relationships?”</w:t>
      </w:r>
    </w:p>
    <w:p>
      <w:r>
        <w:t xml:space="preserve"> "A few. Luther Zondi was engaged. Eric Mokoena had an on-again, off-again girlfriend. Rui da Silva was in a long-term relationship."</w:t>
      </w:r>
    </w:p>
    <w:p>
      <w:r>
        <w:t>"And the others?"</w:t>
      </w:r>
    </w:p>
    <w:p>
      <w:r>
        <w:t>"Some dated, some didn’t," Jan said. "But none were married. And none had partners who reported anything unusual before their deaths." He frowned. "By the 4th victim we ruled that angle out. Whatever linked them, it wasn’t their love lives."</w:t>
      </w:r>
    </w:p>
    <w:p>
      <w:r>
        <w:t>Thenji nodded, but there was something about this that stuck with her. "Still, relationships reveal things. The right partner knows your weaknesses."</w:t>
      </w:r>
    </w:p>
    <w:p>
      <w:r>
        <w:t>Jan’s eyes darkened slightly. "You’d know about that."</w:t>
      </w:r>
    </w:p>
    <w:p>
      <w:r>
        <w:t>The tension in the room shifted. Thenji turned away, focusing on the evidence. "We should stay on track."</w:t>
      </w:r>
    </w:p>
    <w:p>
      <w:r>
        <w:t>Jan didn’t let it go. "Eventually, we will need to discuss this."</w:t>
      </w:r>
    </w:p>
    <w:p>
      <w:r>
        <w:t>"We will, not now," Thenji said firmly.</w:t>
      </w:r>
    </w:p>
    <w:p>
      <w:r>
        <w:t>"When?"</w:t>
      </w:r>
    </w:p>
    <w:p>
      <w:r>
        <w:t>Silence. She knew they had to address the elephant in the room, but she doubted it would do any good. Fortunately for her, Zungu walked in, breaking the tension. "We just got a call. Shane’s sister wants to move the interview an hour earlier."</w:t>
      </w:r>
    </w:p>
    <w:p>
      <w:r>
        <w:t>Jan glanced at his watch. "I guess we should get going."</w:t>
      </w:r>
    </w:p>
    <w:p>
      <w:r>
        <w:t>"I guess so," Thenji said.</w:t>
      </w:r>
    </w:p>
    <w:p>
      <w:r>
        <w:t>They walked toward the parking lot, heading to their separate cars.</w:t>
      </w:r>
    </w:p>
    <w:p>
      <w:r>
        <w:t>"Hawu, are you going in separate cars?" Zungu asked, genuinely confused.</w:t>
      </w:r>
    </w:p>
    <w:p>
      <w:r>
        <w:t>Neither of them had an answer. Thenji spoke first, trying to cover the awkwardness. "I wasn’t thinking. Of course..." She changed course mid-sentence.</w:t>
      </w:r>
    </w:p>
    <w:p>
      <w:r>
        <w:t>Jan sighed and opened the passenger door for her. She hesitated, then got in.</w:t>
      </w:r>
    </w:p>
    <w:p>
      <w:r>
        <w:t>As she settled in, their eyes met—both knowing that sooner or later, they’d have to confront their past.</w:t>
      </w:r>
    </w:p>
    <w:p/>
    <w:p/>
    <w:p/>
    <w:p/>
    <w:p/>
    <w:p/>
    <w:p/>
    <w:p/>
    <w:p>
      <w:r>
        <w:br/>
      </w:r>
    </w:p>
    <w:p>
      <w:r>
        <w:t>Seven</w:t>
      </w:r>
    </w:p>
    <w:p>
      <w:r>
        <w:t>Sometimes the truth isn’t hidden—it’s simply waiting for the right question to bring it to light.</w:t>
      </w:r>
    </w:p>
    <w:p/>
    <w:p>
      <w:r>
        <w:t>The drive to Midrand was quiet, the weight of unspoken words pressing between them. Thenjiwe kept her gaze on the road ahead, focusing on the case rather than the tension lingering in the air. Jan drummed his fingers lightly against the steering wheel, stealing occasional glances at her as if debating whether to speak. But he didn’t. Not yet.</w:t>
      </w:r>
    </w:p>
    <w:p>
      <w:r>
        <w:t>When they arrived at the complex, Olivia Matthews was already waiting outside. She was in her late thirties, neatly dressed in a navy blazer and tailored pants, her dark hair pulled into a sleek bun. There was an air of control about her, a polished, practiced composure that suggested she was used to handling difficult situations. But up close, the cracks were visible. The redness around her eyes, the tightness in her jaw—it all betrayed exhaustion, grief curling beneath the surface like a tightly coiled spring.</w:t>
      </w:r>
    </w:p>
    <w:p>
      <w:r>
        <w:t>“Detective Jan and...” she hesitated, her accent carrying the unmistakable lilt of Cape Town.</w:t>
      </w:r>
    </w:p>
    <w:p>
      <w:r>
        <w:t>Jan stepped in smoothly. “This is Thenjiwe Mhlongo. She’s a psychologist assisting with the case.”</w:t>
      </w:r>
    </w:p>
    <w:p>
      <w:r>
        <w:t>Shane’s sister nodded, filing away the information. “Come in. I appreciate you both making time for this.”</w:t>
      </w:r>
    </w:p>
    <w:p>
      <w:r>
        <w:t>They stepped into her apartment—a minimalist yet warm space, the kind that suggested someone who took pride in their home but wasn’t overly attached to material things. The walls were painted a soft, neutral shade, giving the place a calm, almost sterile feel. On the coffee table, a framed picture of Shane sat beside a candle that had melted unevenly, as if left burning for hours. The scent of something floral—lavender, maybe—hung in the air, an attempt to bring comfort to a space that now felt empty.</w:t>
      </w:r>
    </w:p>
    <w:p>
      <w:r>
        <w:t>“Would you like something to drink? Tea? Water?” she offered, already moving toward the kitchen.</w:t>
      </w:r>
    </w:p>
    <w:p>
      <w:r>
        <w:t>“Water would be fine, thanks,” Thenjiwe said.</w:t>
      </w:r>
    </w:p>
    <w:p>
      <w:r>
        <w:t>Jan shook his head. “I’m good.”</w:t>
      </w:r>
    </w:p>
    <w:p>
      <w:r>
        <w:t>Olivia returned with a glass of water and sat down across from them, back straight, fingers gripping the armrest of her chair as if it were the only thing keeping her upright. “I wanted to move the interview up because... well, I need to leave town for a few days. I just—” She took a slow breath. “I need a break from all of this.”</w:t>
      </w:r>
    </w:p>
    <w:p>
      <w:r>
        <w:t>Thenjiwe studied her carefully. Olivia was difficult to read. Her voice was steady, her words measured, but grief had a way of creeping through the smallest openings.</w:t>
      </w:r>
    </w:p>
    <w:p>
      <w:r>
        <w:t>“That’s understandable,” Thenjiwe said gently. “This must be overwhelming.”</w:t>
      </w:r>
    </w:p>
    <w:p>
      <w:r>
        <w:t>Olivia let out a soft, humorless chuckle. “That’s an understatement.”</w:t>
      </w:r>
    </w:p>
    <w:p>
      <w:r>
        <w:t>Jan pulled out his notepad. “We appreciate you taking the time to speak with us. We just want to understand Shane’s life a little better. Any details, even the small ones, might help.”</w:t>
      </w:r>
    </w:p>
    <w:p>
      <w:r>
        <w:t>She nodded, bracing herself. “I’ll tell you whatever I can.”</w:t>
      </w:r>
    </w:p>
    <w:p>
      <w:r>
        <w:t>Thenjiwe leaned forward slightly. “Tell us everything about Shane.”</w:t>
      </w:r>
    </w:p>
    <w:p>
      <w:r>
        <w:t>Olivia seemed taken aback. She had expected the usual questions—Did Shane offend anyone? Who would do this to him? But this was different. She hesitated, then exhaled. “Shane was the most interesting person I knew. He was brave and kind. He worked hard for everything he had. The universe was never kind to us growing up. We lived in the dingiest part of Cape Town—our father a raging alcoholic, our mother a woman who loved him more than she should have.”</w:t>
      </w:r>
    </w:p>
    <w:p>
      <w:r>
        <w:t>As she spoke, Thenjiwe noticed the faintest smile at the corner of her lips. She wasn’t just grieving her brother—she adored him. Respected him. “He was my everything,” Olivia finished, tears spilling down her cheeks as her voice caught in her throat.</w:t>
      </w:r>
    </w:p>
    <w:p>
      <w:r>
        <w:t>Jan wordlessly offered her a handkerchief. Thenji almost smiled at that—who even carried those anymore? Olivia accepted it, dabbing at her tears before willing herself to continue. “I just... I don’t understand why anyone would do this to him.”</w:t>
      </w:r>
    </w:p>
    <w:p>
      <w:r>
        <w:t>The sadness in her voice was replaced by anger.</w:t>
      </w:r>
    </w:p>
    <w:p>
      <w:r>
        <w:t>“Is there anyone at all who might have had a reason to harm Shane?” Jan asked. He hated this question. It always felt like a slap to the face of the grieving—forcing them to consider the possibility that their loved one had enemies.</w:t>
      </w:r>
    </w:p>
    <w:p>
      <w:r>
        <w:t>Olivia’s gaze flickered between them, as if remembering she was speaking to the police. “No. Shane was a good person.”</w:t>
      </w:r>
    </w:p>
    <w:p>
      <w:r>
        <w:t>“Even good people make enemies, Ms. Matthews,” Jan said, matter-of-factly.</w:t>
      </w:r>
    </w:p>
    <w:p>
      <w:r>
        <w:t>“Not Shane.”</w:t>
      </w:r>
    </w:p>
    <w:p>
      <w:r>
        <w:t>A chill settled into the room. Thenjiwe’s gaze drifted, taking in the apartment again. No pictures of Shane with a woman. No signs of a serious relationship. That, in itself, was interesting.</w:t>
      </w:r>
    </w:p>
    <w:p>
      <w:r>
        <w:t>“Tell me about his relationships,” she asked, steering the conversation. “Did he have a girlfriend? Anyone he was seeing seriously?”</w:t>
      </w:r>
    </w:p>
    <w:p>
      <w:r>
        <w:t>Olivia hesitated, tucking a strand of hair behind her ear. “Well... there was someone new. Shane couldn’t stop talking about her.”</w:t>
      </w:r>
    </w:p>
    <w:p>
      <w:r>
        <w:t>Thenjiwe’s interest sharpened. “Tell us more. We haven’t come across any mention of her.”</w:t>
      </w:r>
    </w:p>
    <w:p>
      <w:r>
        <w:t>“Shane was private. There wouldn’t be.”</w:t>
      </w:r>
    </w:p>
    <w:p>
      <w:r>
        <w:t>Jan leaned forward. “Do you have her contact details? Maybe she knows something that could help us.”</w:t>
      </w:r>
    </w:p>
    <w:p>
      <w:r>
        <w:t>Olivia sighed. “When I got Shane’s phone, I texted her to let her know. She replied... but just once. She said ‘thank you’ and never texted again. Maybe their relationship wasn’t as strong as Shane thought.”</w:t>
      </w:r>
    </w:p>
    <w:p>
      <w:r>
        <w:t>Betrayal tinged her voice.</w:t>
      </w:r>
    </w:p>
    <w:p>
      <w:r>
        <w:t>“Well, we’d still like to get in touch with her,” Jan said. “Her number, please.”</w:t>
      </w:r>
    </w:p>
    <w:p>
      <w:r>
        <w:t>Nodding, Olivia stood and disappeared into the bedroom.</w:t>
      </w:r>
    </w:p>
    <w:p>
      <w:r>
        <w:t>Jan turned to Thenjiwe, rubbing his temples. “What do you think?”</w:t>
      </w:r>
    </w:p>
    <w:p>
      <w:r>
        <w:t>Thenjiwe’s mind was racing. She glanced around the room before her eyes landed on Shane’s picture again. “I don’t know... but something isn’t right.”</w:t>
      </w:r>
    </w:p>
    <w:p>
      <w:r>
        <w:t>Olivia returned, hesitating before handing Shane’s phone to Jan. “I’m sorry, Ms. Matthews, but we’ll need to take this as evidence.”</w:t>
      </w:r>
    </w:p>
    <w:p>
      <w:r>
        <w:t>She frowned but nodded, looking drained. Both Jan and Thenjiwe recognized that she had reached her limit.</w:t>
      </w:r>
    </w:p>
    <w:p>
      <w:r>
        <w:t>They stood. “We’ll take our leave now, Ms. Matthews,” Jan said. “Before we go—was Shane acting out of character lately? Anything unusual?”</w:t>
      </w:r>
    </w:p>
    <w:p>
      <w:r>
        <w:t>She frowned, thinking. “He was... distant. The last time we spoke, he sounded off. Like something was on his mind. But he wouldn’t say what. I didn’t push him. I should have.”</w:t>
      </w:r>
    </w:p>
    <w:p>
      <w:r>
        <w:t>Jan’s voice was steady. “This isn’t your fault.”</w:t>
      </w:r>
    </w:p>
    <w:p>
      <w:r>
        <w:t>She let out a shaky breath. “I just keep thinking—what if he was in trouble? What if he knew something was wrong, but he didn’t want to tell me?”</w:t>
      </w:r>
    </w:p>
    <w:p>
      <w:r>
        <w:t>Thenjiwe exchanged a glance with Jan. It was possible. The real question was—who had Shane let into his life that he shouldn’t have?</w:t>
      </w:r>
    </w:p>
    <w:p>
      <w:r>
        <w:t>They were halfway to the door when a thought hit Thenjiwe. She turned back. “One last thing—what exactly did she say in the text?”</w:t>
      </w:r>
    </w:p>
    <w:p>
      <w:r>
        <w:t>Olivia blinked, exhaustion clear in her eyes. “Who?”</w:t>
      </w:r>
    </w:p>
    <w:p>
      <w:r>
        <w:t>“The new girlfriend. What were her exact words when she replied?”</w:t>
      </w:r>
    </w:p>
    <w:p>
      <w:r>
        <w:t>“Oh—Lindiwe. She just said, ‘thank you.’”</w:t>
      </w:r>
    </w:p>
    <w:p>
      <w:r>
        <w:t>Thenjiwe’s blood ran cold. She could barely keep her voice steady. “Did she say, ‘thank you for telling me’?”</w:t>
      </w:r>
    </w:p>
    <w:p>
      <w:r>
        <w:t>“No... just ‘thank you.’ Nothing else.”</w:t>
      </w:r>
    </w:p>
    <w:p>
      <w:r>
        <w:t>“Thank you, Ms. Matthews,” Thenjiwe said quickly, already moving toward the door.</w:t>
      </w:r>
    </w:p>
    <w:p>
      <w:r>
        <w:t>Once outside, she grabbed Jan’s arm, pulling him to the car. He barely had time to react before they were inside, doors shut. Thenjiwe let out a sharp breath she hadn’t realized she was holding. “She said ‘thank you,’ Jan. She just said ‘thank you.’”</w:t>
      </w:r>
    </w:p>
    <w:p>
      <w:r>
        <w:t>Jan’s brow furrowed—then it hit him. His breath caught. “It can’t be.”</w:t>
      </w:r>
    </w:p>
    <w:p>
      <w:r>
        <w:t>“Think about it, Jan. They all let the killer in. The method, the pattern—it’s all so obvious.”</w:t>
      </w:r>
    </w:p>
    <w:p>
      <w:r>
        <w:t>He shook his head slowly. “It could be a coincidence.”</w:t>
      </w:r>
    </w:p>
    <w:p>
      <w:r>
        <w:t xml:space="preserve">“Or not,” Thenjiwe said. For the first time since joining the task force, she felt it— They had a real shot at catching this killer. Jan did not look convinced but Thenji knew it. </w:t>
      </w:r>
    </w:p>
    <w:p>
      <w:r>
        <w:t>Every detail of the case flashed through her mind—the victims, their expressions frozen in betrayal, the eerie consistency in how they died. The way each one had willingly let their killer in.</w:t>
      </w:r>
    </w:p>
    <w:p>
      <w:r>
        <w:t>And now this.</w:t>
      </w:r>
    </w:p>
    <w:p>
      <w:r>
        <w:t>She looked up, meeting Jan’s gaze. Her voice was barely above a whisper, but it carried the weight of certainty.</w:t>
      </w:r>
    </w:p>
    <w:p>
      <w:r>
        <w:t>“It’s her.”</w:t>
      </w:r>
    </w:p>
    <w:p/>
    <w:p>
      <w:r>
        <w:t>She found it ridiculous how easy this was. Murder should not be easy. There was nothing special about her—or any of the so-called monsters of the world. They were not smarter, not stronger, not superior. Just individuals who had convinced themselves they were more than they truly were.</w:t>
      </w:r>
    </w:p>
    <w:p>
      <w:r>
        <w:t>She liked to think she was different. She did not kill to satisfy some unholy craving or twisted hunger. She did it simply because she could. And perhaps, when stripped down to the bare truth, that was the reason they all did. Like a thief who stole not out of need, but because the world made it so easy. The world allowed monsters to exist—so long as they knew how to hide.</w:t>
      </w:r>
    </w:p>
    <w:p>
      <w:r>
        <w:t>But she didn’t like hiding. In fact, she willed them to see her. To put the pieces together. Yet, they hadn’t.</w:t>
      </w:r>
    </w:p>
    <w:p>
      <w:r>
        <w:t>Jan van Dyk was capable, but capability meant nothing if it led nowhere. Paul was brilliant—sharp in ways that made her wary—but he was unraveling. Cracking under the weight of it all. She hadn’t meant to target him, hadn’t planned for Shane or Matthew to have ties to him. It was coincidence. Johannesburg was simply smaller than people liked to believe.</w:t>
      </w:r>
    </w:p>
    <w:p>
      <w:r>
        <w:t>Perhaps it was time for a change of scenery. Cape Town, maybe. She hadn’t been to the beach in a while, and Siya had just invited her to spend the weekend with him at his apartment in uMhlanga.</w:t>
      </w:r>
    </w:p>
    <w:p>
      <w:r>
        <w:t>A smile ghosted across her lips. A vacation sounded nice.</w:t>
      </w:r>
    </w:p>
    <w:p>
      <w:r>
        <w:br/>
      </w:r>
    </w:p>
    <w:p>
      <w:r>
        <w:t>Eight</w:t>
      </w:r>
    </w:p>
    <w:p>
      <w:r>
        <w:t>Monsters don’t always lurk in the shadows. Sometimes, they sit across from you, smiling, waiting for you to let your guard down.</w:t>
      </w:r>
    </w:p>
    <w:p>
      <w:r>
        <w:t>Cape Town was a different kind of beautiful. The air smelled of salt and wealth, of ocean winds and old money. The streets were cleaner, the buildings taller, the people somehow both more relaxed and more self-important. It was nothing like Johannesburg—there, the city pulsed with urgency, an electric current of survival humming beneath everything. Here, the pace was slower, deliberate, but she knew better than to mistake it for softness. Cape Town had its own darkness, hidden beneath bright skies and picturesque coastlines.</w:t>
      </w:r>
    </w:p>
    <w:p>
      <w:r>
        <w:t>She walked along the V&amp;A Waterfront, the gentle lull of the ocean against the docks filling the spaces between conversations and laughter from tourists. Seagulls hovered above, circling in lazy loops before diving down toward scraps left behind. The wealth here was different, not just money but legacy. Even the air carried an arrogance, a certainty that nothing truly bad could happen in a place this beautiful.</w:t>
      </w:r>
    </w:p>
    <w:p>
      <w:r>
        <w:t>She moved through the city with quiet confidence, her presence unremarkable, blending in the way she always did. The trick was knowing when to disappear and when to be seen.</w:t>
      </w:r>
    </w:p>
    <w:p>
      <w:r>
        <w:t>At a small café in Sea Point, she sat outside with her coffee, the ocean stretching out in front of her, a deep endless blue. She took out her phone and dialed.</w:t>
      </w:r>
    </w:p>
    <w:p>
      <w:r>
        <w:t>"Gogo."</w:t>
      </w:r>
    </w:p>
    <w:p>
      <w:r>
        <w:t>A pause, then a warm sigh. "Mm, my girl. I was wondering when you'd call."</w:t>
      </w:r>
    </w:p>
    <w:p>
      <w:r>
        <w:t>She smiled, the expression automatic, though there was no one to see it. "I just got to Cape Town. I wanted to let you know I'm safe."</w:t>
      </w:r>
    </w:p>
    <w:p>
      <w:r>
        <w:t>"Hmph. Safe," her grandmother echoed, as if tasting the word and finding it unsatisfactory. "That place is not safe for girls like you."</w:t>
      </w:r>
    </w:p>
    <w:p>
      <w:r>
        <w:t>She tilted her head slightly, amused. "Girls like me?"</w:t>
      </w:r>
    </w:p>
    <w:p>
      <w:r>
        <w:t>"Girls who know too much. Girls who walk alone in cities where men think they own the streets." Her grandmother had always been perceptive, even without knowing the details.</w:t>
      </w:r>
    </w:p>
    <w:p>
      <w:r>
        <w:t>she chuckled, "then no city is safe for me gogo."</w:t>
      </w:r>
    </w:p>
    <w:p>
      <w:r>
        <w:t xml:space="preserve">"That's why you should hurry and get married." as always. </w:t>
      </w:r>
    </w:p>
    <w:p>
      <w:r>
        <w:t>"I'll be careful," she said, stirring her coffee. "How are you?"</w:t>
      </w:r>
    </w:p>
    <w:p>
      <w:r>
        <w:t>"Old," her grandmother said dryly. "Tired. The same. But I still pray for you, every night."</w:t>
      </w:r>
    </w:p>
    <w:p>
      <w:r>
        <w:t>A small flicker of something unreadable passed through her. "You don’t have to do that."</w:t>
      </w:r>
    </w:p>
    <w:p>
      <w:r>
        <w:t>"Of course, I do. You are my child, and I feel things in my spirit."</w:t>
      </w:r>
    </w:p>
    <w:p>
      <w:r>
        <w:t>There was a weight in her grandmother's voice, one she chose not to carry.</w:t>
      </w:r>
    </w:p>
    <w:p>
      <w:r>
        <w:t>"I have to go soon, Gogo. But I’ll check in again."</w:t>
      </w:r>
    </w:p>
    <w:p>
      <w:r>
        <w:t>"You say that, but you never do quickly enough." A sigh. "Just… be careful, my girl."</w:t>
      </w:r>
    </w:p>
    <w:p>
      <w:r>
        <w:t>She promised she would, even though they both knew it was a lie, and ended the call.</w:t>
      </w:r>
    </w:p>
    <w:p>
      <w:r>
        <w:t>She glanced at her phone. A message from Siya. Another from yesterday that she had forgotten to answer. Siya was patient, but not endlessly so.</w:t>
      </w:r>
    </w:p>
    <w:p>
      <w:r>
        <w:t>She sent a quick reply before finishing her coffee and heading to meet him.</w:t>
      </w:r>
    </w:p>
    <w:p/>
    <w:p>
      <w:r>
        <w:t>Siya was already waiting for her at the restaurant, dressed in his usual effortless style—designer sneakers, a tailored shirt that hinted at the wealth he never flaunted. He stood when he saw her, grinning. "Look who finally decided to text back."</w:t>
      </w:r>
    </w:p>
    <w:p>
      <w:r>
        <w:t>She tilted her head, offering a small smile. "Was I supposed to do it sooner?"</w:t>
      </w:r>
    </w:p>
    <w:p>
      <w:r>
        <w:t>Siya shook his head, chuckling as he pulled out a chair for her. "You’re a menace."</w:t>
      </w:r>
    </w:p>
    <w:p>
      <w:r>
        <w:t>She sat gracefully, letting him order wine without asking what she wanted. Siya liked to lead, to make decisions, and she let him, knowing he would mistake it for compatibility rather than calculated indifference. He had been around for three months, which was unusual. She never kept them this long. It was unnecessary, a waste of both their time.</w:t>
      </w:r>
    </w:p>
    <w:p>
      <w:r>
        <w:t>The only reason Siya remained was because he had been convenient. In and out of town, easy to manage. His presence had never interfered with her focus on Shane. And even now, as they talked and he leaned closer, she found herself comparing them.</w:t>
      </w:r>
    </w:p>
    <w:p>
      <w:r>
        <w:t>Siya was charming, generous, always saying the right things. But he wasn’t like Shane. Shane had been genuinely interesting, someone who saw the world differently. Siya was predictable, easy to read. A familiar pattern.</w:t>
      </w:r>
    </w:p>
    <w:p>
      <w:r>
        <w:t>She sipped her wine, watching him over the rim of her glass.</w:t>
      </w:r>
    </w:p>
    <w:p>
      <w:r>
        <w:t>He was a gift, like the others. And gifts were not meant to be kept forever.</w:t>
      </w:r>
    </w:p>
    <w:p>
      <w:r>
        <w:t>They spent the evening in the kind of places that made it clear Siya had money to spare. The kind of places where waiters seemed to anticipate their every need, where the wine list was a document in itself, and the ambiance hummed with the low murmur of wealth. They dined at a Michelin-starred restaurant with floor-to-ceiling windows overlooking the ocean, the waves breaking against the rocks below, shimmering under the dim, seductive lighting.</w:t>
      </w:r>
    </w:p>
    <w:p>
      <w:r>
        <w:t>Siya indulged her, ordering dishes she couldn’t pronounce and wine that probably cost more than a month’s rent in Johannesburg. His hands were generous as he placed a delicate piece of jewelry on the table, a diamond pendant in the shape of a bird, as if he thought that would earn him something beyond a polite smile.</w:t>
      </w:r>
    </w:p>
    <w:p>
      <w:r>
        <w:t>“You don’t have to,” she said, examining the gift with disinterest. It was beautiful, but it meant nothing. He smiled at her, clearly believing the gesture would earn him a place of significance.</w:t>
      </w:r>
    </w:p>
    <w:p>
      <w:r>
        <w:t>“I want you to have it,” he said softly. His words carried weight, a suggestion of intimacy she couldn’t feel.</w:t>
      </w:r>
    </w:p>
    <w:p>
      <w:r>
        <w:t>She leaned back, her fingers playing absently with the stem of her wine glass, eyes flicking toward the door, noting the position of cameras in the room. Always aware. Always watching. That was her nature now. She let Siya believe the evening was all about indulgence and luxury, because it was what he wanted. She didn’t need the material things, but she enjoyed the experience—his eagerness, the way he thought he could buy her affections with the kind of gifts that cost a fortune. It amused her, but only in the same way a bird might amuse itself with the bright colors of a shiny object.</w:t>
      </w:r>
    </w:p>
    <w:p>
      <w:r>
        <w:t>Later, they walked along the sea promenade, the lights from his luxury car casting long shadows behind them. He was talking again, his voice warm with flirtation, but her mind was already drifting. She knew this dance too well, the pattern of it. Siya wasn’t different from the others. He was just another “gift.” He was there because it was convenient. She didn't need him, not really.</w:t>
      </w:r>
    </w:p>
    <w:p>
      <w:r>
        <w:t>As Siya led her toward the apartment building, she was already calculating the angles. The cameras were positioned in strategic spots along the street, framing the entrance, the corners, and the alleyways. He was busy with his charm, talking about a recent trip, but she was more focused on the path ahead, her eyes constantly scanning for the small blinking red lights that marked the cameras' locations.</w:t>
      </w:r>
    </w:p>
    <w:p>
      <w:r>
        <w:t>She smiled and nodded, her face softening with just the right amount of interest in his words, but her mind was far away, tracking her next moves. When they approached the building’s entrance, she made sure to angle her body just right, her back slightly turned toward the nearest camera as they stepped inside. She moved fluidly, her movements deliberate, her posture a calculated balance of grace and caution.</w:t>
      </w:r>
    </w:p>
    <w:p>
      <w:r>
        <w:t>Siya’s chatter continued, unaware of her awareness. She didn’t rush, didn’t let any tension slip into her stride. Instead, she kept her shoulders relaxed, her steps calm, knowing the cameras would pick up her back rather than her face. As they entered the lobby, she subtly adjusted her jacket, ensuring that her profile was to the cameras. The reflection in the polished marble floor would offer no clear view of her expression.</w:t>
      </w:r>
    </w:p>
    <w:p>
      <w:r>
        <w:t>Inside, she was careful to position herself away from the direct line of sight from the hallway cameras. She could feel the weight of the surveillance around her, but it didn’t unnerve her. It was just another part of the game, another factor she had to control. Siya had no idea how much she was already plotting, the little adjustments she made to stay out of sight, to stay ahead.</w:t>
      </w:r>
    </w:p>
    <w:p>
      <w:r>
        <w:t xml:space="preserve">Once they reached his apartment, she allowed herself to relax, just for a moment, knowing she’d done her part. </w:t>
      </w:r>
    </w:p>
    <w:p>
      <w:r>
        <w:t>His apartment was just as expected. The floor-to-ceiling windows offered a stunning view of the sea, the lights of the city reflecting off the water in a way that should’ve been romantic, but felt like just another backdrop to an empty scene. The decor was sleek, minimalist—a space that screamed wealth, but lacked any real soul.</w:t>
      </w:r>
    </w:p>
    <w:p>
      <w:r>
        <w:t>Siya poured them both a nightcap, but she had already checked her watch. Her time here was winding down.</w:t>
      </w:r>
    </w:p>
    <w:p>
      <w:r>
        <w:t>They settled on the couch, the conversation shifting to more intimate territory, his hand brushing against her knee. He leaned in slowly, his lips finding her neck, his breath warm. It was all rehearsed, predictable. His body was as appealing as his face—tall, lean, with sharp features that others might find irresistible. But her body didn’t respond. She found herself detaching, her thoughts already slipping away, calculating her exit.</w:t>
      </w:r>
    </w:p>
    <w:p>
      <w:r>
        <w:t>When his lips finally reached her ear, she gently pulled back, offering him a smile. “I’m not in the mood tonight,” she murmured, her tone light, yet firm. “I’m tired.”</w:t>
      </w:r>
    </w:p>
    <w:p>
      <w:r>
        <w:t>Siya paused, a flash of disappointment crossing his face. He nodded, trying to hide it with a chuckle. “It’s fine, really. We can just relax.”</w:t>
      </w:r>
    </w:p>
    <w:p>
      <w:r>
        <w:t>She settled deeper into the couch, her eyes flicking toward the door. The night stretched before them, but she could already feel the distance between them widening, an invisible barrier she couldn’t cross. Siya was nothing more than another fleeting moment in a world that was becoming all too predictable.</w:t>
      </w:r>
    </w:p>
    <w:p>
      <w:r>
        <w:t>That night, as Siya’s warm breath tickled her skin, his arms wrapped around her like a vice, the temptation to end it all flickered in her mind. The thoughts came as naturally as breathing: the silence of the apartment, the stillness of the night, Siya trusting her, letting his guard down. She could do it right there and then, end it with the ease of a predator. He wouldn’t even see it coming.</w:t>
      </w:r>
    </w:p>
    <w:p>
      <w:r>
        <w:t>But something held her back. Maybe it was the surprise he promised. Maybe it was the way he held her, like he actually believed he could keep her. The thought almost made her laugh. He had no idea who she really was, or the depths she could sink to.</w:t>
      </w:r>
    </w:p>
    <w:p>
      <w:r>
        <w:t>For a moment, she toyed with the idea of doing it right then, in the quiet of the night, with the ocean waves crashing softly in the distance. But there was something… something about Siya that made her pause. He wasn’t like the others. There was no real attachment, no need for him to stay alive—yet, maybe there was something she could gain from his trust before she cut him loose.</w:t>
      </w:r>
    </w:p>
    <w:p>
      <w:r>
        <w:t>And so, she stayed. Her body remained still under his, feigning sleep, listening to his steady breathing as he whispered soft words into the dark.</w:t>
      </w:r>
    </w:p>
    <w:p>
      <w:r>
        <w:t>“I’m so happy I met you,” he said, his voice tender, full of an innocence he couldn’t know he was offering to a woman like her. “Tomorrow will be amazing. I have a surprise for you.”</w:t>
      </w:r>
    </w:p>
    <w:p>
      <w:r>
        <w:t>She smiled, but not at his words. The smile wasn’t for him—it was for the fact that Siya had unwittingly walked right into her trap. He didn’t even know it yet. He was simply another piece on her board, and he didn’t know how far ahead she had already planned. His trust was his undoing.</w:t>
      </w:r>
    </w:p>
    <w:p>
      <w:r>
        <w:t>He held onto her tighter, his body pressing against hers, and she let him, letting the warmth of his embrace serve as the final illusion. She listened as his words became slower, his breathing deepening into the rhythm of sleep. She could feel him surrendering to the night, unaware of the storm inside her.</w:t>
      </w:r>
    </w:p>
    <w:p>
      <w:r>
        <w:t>But she couldn’t sleep. She couldn’t. The images kept swirling in her mind—so many lives lived, so many ended. So many faces. And now Siya, with his easy charm, his promises of tomorrow—he, too, would eventually be part of that tapestry.</w:t>
      </w:r>
    </w:p>
    <w:p>
      <w:r>
        <w:t>She slipped out of the bed, careful not to wake him, and padded barefoot across the polished floors, toward the balcony. The cool night air greeted her like an old friend, and she stepped outside, drawn to the sea. The waves hit the rocks below with a powerful crash, the sound hypnotic. For a brief moment, she stood still, letting the salty breeze wash over her, the vastness of the ocean before her feeling like the only true thing in the world.</w:t>
      </w:r>
    </w:p>
    <w:p>
      <w:r>
        <w:t>As a child, she had believed in mermaids. Her mind would wander to fantastical places, imagining creatures beneath the surface, sleek and dangerous, a reflection of her own hidden darkness. The sea had always called to her, its depths hiding truths no one else could see. She had told her grandmother about the mermaids once, and the older woman had taken her fears and turned them into something more—superstition, stories of spirits and danger, warnings from the priests and sangomas. They had all sensed something in her, something that wasn’t right. Something that was too dark to be understood.</w:t>
      </w:r>
    </w:p>
    <w:p>
      <w:r>
        <w:t>Her grandmother had never truly understood her, never understood the strange darkness that lived inside her. She had tried to protect her, but in the end, her grandmother’s protection had fed into the lies. The so-called priests, the so-called healers—they preyed on her grandmother’s fears, twisting her love into something suffocating, something that kept her locked away from the truth.</w:t>
      </w:r>
    </w:p>
    <w:p>
      <w:r>
        <w:t>She had never been an easy child to raise. Too independent. Too… different. She had never fit into the mold they tried to force her into. And the more they tried, the more it fed into the rage inside her, the rage that had been burning since the day her mother had committed her abominable act. Her mother had abandoned her, just like everyone else. But She, she would not be controlled. Not by anyone.</w:t>
      </w:r>
    </w:p>
    <w:p>
      <w:r>
        <w:t>The sound of the waves crashing against the rocks brought her back to herself, back to the present. Siya was asleep inside, unaware of her thoughts, unaware that the game was almost over. She smiled again, this time at the beauty of the moment. Tomorrow would be the same. Another day, another person, another life to be taken.</w:t>
      </w:r>
    </w:p>
    <w:p>
      <w:r>
        <w:t>And yet, for a brief moment, she wished she was like the normal women she saw on the streets of Cape Town—those who fluttered at sweet words and promises. A normal woman, whose heart would have skipped at Siya’s affection, whose eyes would have softened at the thought of tomorrow’s surprise. But that wasn’t her. It never had been.</w:t>
      </w:r>
    </w:p>
    <w:p>
      <w:r>
        <w:t>As she stood on the balcony, gazing at the sea, she knew one thing: she had long since outgrown the lies. She wasn’t the girl who had once dreamed of mermaids beneath the waves. No, she was something far darker now. The sea, with its endless depths, would always be her mirror. And Siya… Siya would be yet another soul to be claimed. Tomorrow.</w:t>
      </w:r>
    </w:p>
    <w:p>
      <w:r>
        <w:t>She walked back to the bed, her footsteps silent on the polished floor, the weight of the night settling into her bones. Siya’s body lay motionless, still, and she couldn’t bring herself to look at him again. The silence was louder now, pressing in on her, filling the room with a heavy stillness. For a moment, she felt a flicker of something—an emotion, perhaps—but it was gone before she could name it. All she had to do was keep moving forward, just as she always did.</w:t>
      </w:r>
    </w:p>
    <w:p>
      <w:r>
        <w:t>Slipping under the covers, she nestled into the space where Siya had once held her, the warmth from the sheets enough to lull her back into a sense of calm. The bed was still, a stark contrast to the chaos that had just unfolded in the dark, but it didn’t bother her. There was no rush to feel anything now. No need for excitement or triumph. The work was done.</w:t>
      </w:r>
    </w:p>
    <w:p>
      <w:r>
        <w:t>She closed her eyes, allowing the sound of the waves crashing softly against the rocks to fill her mind. The sea had always been her solace, the rhythm of the waves as natural to her as breathing. Tomorrow would come with its own set of rules, its own set of expectations, but tonight, there was only peace. A peace she hadn’t felt in a long time.</w:t>
      </w:r>
    </w:p>
    <w:p>
      <w:r>
        <w:t>The quiet settled around her like a blanket, and soon, she felt herself drifting, her body relaxing into the soft embrace of sleep. Siya’s promise of a surprise for tomorrow was already fading from her mind, insignificant in the wake of everything that had happened. Tomorrow would come, but for now, she was content to let the night wash over her.</w:t>
      </w:r>
    </w:p>
    <w:p>
      <w:r>
        <w:t>As sleep took hold of her, the last thought that lingered was one of comfort—a strange, unspoken certainty that the world was always in motion, always changing. And she would be there to control it, as she always had.</w:t>
      </w:r>
    </w:p>
    <w:p>
      <w:r>
        <w:t>For now, the peace of the sea and the promise of the future was enough. Tomorrow would bring more of the same, and she would be ready.</w:t>
      </w:r>
    </w:p>
    <w:p/>
    <w:p>
      <w:r>
        <w:t>The morning sun streamed through the large windows of Siya’s apartment, casting long golden rays across the polished floors. She stirred in the bed, feeling the soft, lingering warmth of sleep leave her body, but she didn’t rush to wake. The night had been peaceful, and Siya’s impendingt death had only deepened the strange sense of calm that enveloped her. She stretched, enjoying the luxury of the moment—no rush, no urgency. For once, the world could wait.</w:t>
      </w:r>
    </w:p>
    <w:p>
      <w:r>
        <w:t>Siya was already up, moving around the apartment, humming as he prepared for the day. His presence was as usual—easygoing, confident, with an undercurrent of pride in the life he led. He hadn’t suspected a thing, and she felt a flash of amusement at how easily he had fallen into her trap. It was almost too easy.</w:t>
      </w:r>
    </w:p>
    <w:p>
      <w:r>
        <w:t>They spent the day together, enjoying the life he wanted her to see, the life he believed he could offer. They drove in his BMW M3, the sleek car hugging the winding coastal roads as they made their way to the beach. The sound of waves crashing against the shore was soothing, and she allowed herself to enjoy the beauty of the day without the weight of her usual darkness pressing down too heavily. The air was crisp and salty, the sand soft beneath their feet as they walked along the shore, Siya’s laughter filling the gaps between the crashing waves.</w:t>
      </w:r>
    </w:p>
    <w:p>
      <w:r>
        <w:t>Later, they visited a wine estate, the rolling vineyards stretching out in every direction, and Siya’s charm never wavered. He spoke of his family’s legacy, of the life he had inherited, as they tasted fine wines, his voice smooth and confident, carrying with it the subtle arrogance of wealth and privilege. She listened, but her mind was elsewhere. She was only half-present, the façade of enjoyment slipping over her like a mask.</w:t>
      </w:r>
    </w:p>
    <w:p>
      <w:r>
        <w:t>The highlight of the day came when Siya took her up in a helicopter, soaring above the city and coastline. The view was breathtaking—an expanse of ocean meeting sky, the rugged cliffs below, the sprawling city like a miniature model far below them. He spoke about their future, about the possibilities, about how he could give her everything she could ever want.</w:t>
      </w:r>
    </w:p>
    <w:p>
      <w:r>
        <w:t>Her eyes remained fixed on the horizon, the wind tousling her hair, but her thoughts were drifting elsewhere. He was a perfect gift, in many ways. But not one she would keep.</w:t>
      </w:r>
    </w:p>
    <w:p>
      <w:r>
        <w:t>By the time they returned to the apartment in the evening, Siya was eager to impress her further. He offered to cook for her, and she watched him with a mix of disinterest and quiet amusement as he moved around the kitchen, expertly preparing a meal. His back was turned to her as he worked, and she quietly walked to the balcony, needing space to think, needing time to collect herself.</w:t>
      </w:r>
    </w:p>
    <w:p>
      <w:r>
        <w:t>As the evening sun dipped below the horizon, she sat down, the cool breeze of the sea against her skin, her eyes distant as she looked out over the water. The rhythmic crashing of the waves filled the silence between her thoughts, but her mind was far from the beauty of the ocean. She thought about Kabelo Tsoanyane, the chef—another pleasant gift. Kabelo had been an interesting one. His passion for food, his focus, his drive—he had been delightful in many ways, but she had never felt the kind of uncertainty with him that she had with others.</w:t>
      </w:r>
    </w:p>
    <w:p>
      <w:r>
        <w:t>Her thoughts shifted to Siya. He had been a perfect gift, someone who fit into her plans seamlessly, someone with wealth and influence. She could picture herself with him, never having to work a day in her life, the life of comfort and ease that her grandmother would approve of. But that wasn’t the kind of life she wanted.</w:t>
      </w:r>
    </w:p>
    <w:p>
      <w:r>
        <w:t>No, Siya wasn’t the one. She didn’t want to keep him.</w:t>
      </w:r>
    </w:p>
    <w:p>
      <w:r>
        <w:t>Her mind wandered again, this time to Dion. Dion had been different. He had been a temptation, a fleeting moment of fantasy, one of those dreams every girl had about a sexy firefighter—strong, capable, daring—but there was more to him. He was a visionary, quiet but dominant in a way that made her feel alive, made her want to be with him, to give herself to him. She had, and it had been everything she imagined. The thought of saying goodbye to him had been harder than any of the others. She had felt a pang of regret, a brief, unexpected connection that she had never allowed herself to feel before.</w:t>
      </w:r>
    </w:p>
    <w:p>
      <w:r>
        <w:t>But even Dion wasn’t enough to change the course she was on. He was still just another gift, another stepping stone in her world. There would be others, and she would continue on, always seeking the next thrill, the next chase. She might never feel the same way about any of them again, but that was part of the game. She had learned long ago that attachment was a weakness. She couldn’t afford weakness.</w:t>
      </w:r>
    </w:p>
    <w:p>
      <w:r>
        <w:t>As Siya brought the plates of food out to the balcony, his smile wide, his eyes bright with hope, she forced a smile of her own. She would play along, as always. She had perfected the art of the game, and tonight was no different.</w:t>
      </w:r>
    </w:p>
    <w:p>
      <w:r>
        <w:t>"Thank you," she said, her voice soft but distant, as she accepted the plate from him, her mind already elsewhere.</w:t>
      </w:r>
    </w:p>
    <w:p>
      <w:r>
        <w:t>As they sat together, the soft clink of cutlery against plates mingled with the sound of the ocean outside. Siya’s voice was light and casual as he spoke of his childhood, recalling moments that had shaped him into the man he was today. His stories were amusing, the kind of tales that only someone with his privileged upbringing could share—of family holidays, private tutors, and summers spent in luxurious estates. She listened, laughing at the right moments, her responses measured, her eyes carefully studying him.</w:t>
      </w:r>
    </w:p>
    <w:p>
      <w:r>
        <w:t>It wasn’t the stories that mattered to her—it was the game. Every laugh, every glance, every movement was calculated. She was patient, waiting for the next part, the next step.</w:t>
      </w:r>
    </w:p>
    <w:p>
      <w:r>
        <w:t>After a while, Siya suggested they put on some music and head to the jacuzzi. The idea was just as easy as the rest of the day had been—effortless, flowing. She excused herself briefly to slip into one of her bikinis, the fabric clinging to her body as she moved, but her mind was elsewhere, hidden behind the calm exterior. She tucked the vial of Succinylcholine into her bikini top with practiced ease, the small vial a reminder of the control she had over everything around her.</w:t>
      </w:r>
    </w:p>
    <w:p>
      <w:r>
        <w:t>When she emerged, Siya was already waiting by the jacuzzi, a bottle of Armand de Brignac in one hand and a glass in the other. He smiled at her, his gaze appreciative as she approached. He handed her the glass as she climbed in, his flirtatious energy palpable. She accepted the champagne with a smile, the bubbles tickling her lips, while Siya took a long swig directly from the bottle.</w:t>
      </w:r>
    </w:p>
    <w:p>
      <w:r>
        <w:t>Their banter flowed easily as the warmth of the water surrounded them. Siya leaned in, his lips finding hers in a kiss that was playful, lingering, full of promise. She allowed him to kiss her, her response cool, deliberate. Between breaths, she spoke, her voice soft, almost shy.</w:t>
      </w:r>
    </w:p>
    <w:p>
      <w:r>
        <w:t>“I feel like some strawberries,” she said, a little smile tugging at her lips. “Do you have any?”</w:t>
      </w:r>
    </w:p>
    <w:p>
      <w:r>
        <w:t>Siya smirked, clearly amused. “Of course. I’ll get some for you.”</w:t>
      </w:r>
    </w:p>
    <w:p>
      <w:r>
        <w:t>As he stepped out of the jacuzzi, she quickly shifted, her fingers deftly slipping the vial from her bikini top. She poured the contents into the champagne bottle, her movements swift, practiced. The plan was simple, but it always worked. As she finished, she sat back, letting the tension slip from her shoulders. She waited.</w:t>
      </w:r>
    </w:p>
    <w:p>
      <w:r>
        <w:t>Siya returned shortly after, holding a plate of chocolate-covered strawberries. He placed them in front of her, but instead of offering them to her, he picked one up and fed it to her with a grin. She took it slowly, savoring the taste, her eyes never leaving him. When he reached for the champagne, she watched, knowing what would happen next. He took a long, greedy gulp, the bottle emptying quickly.</w:t>
      </w:r>
    </w:p>
    <w:p>
      <w:r>
        <w:t>Within minutes, the change in him was subtle at first—a slight dizziness in his eyes, a stammering movement as he sat back. She kept her gaze steady, watching him as he began to feel the effects.</w:t>
      </w:r>
    </w:p>
    <w:p>
      <w:r>
        <w:t>"Are you okay?" she asked, her tone light, the faintest edge of concern in her voice.</w:t>
      </w:r>
    </w:p>
    <w:p>
      <w:r>
        <w:t>“I don’t know... I feel weird,” he muttered, his words slurring slightly.</w:t>
      </w:r>
    </w:p>
    <w:p>
      <w:r>
        <w:t>"Okay, let’s get you out of the water," she said, moving to help him, her hands steady and confident. She guided him out of the jacuzzi, her grip firm as she helped him to the bed.</w:t>
      </w:r>
    </w:p>
    <w:p>
      <w:r>
        <w:t>He collapsed onto the mattress, his body heavy, his eyes half-closed. She climbed in next to him, lying beside him as he struggled to focus. Her eyes never left his face as he began to slip into unconsciousness. His breath slowed, his body relaxed, the poison taking full effect.</w:t>
      </w:r>
    </w:p>
    <w:p>
      <w:r>
        <w:t>She didn’t move, didn’t speak, just watched. This was the moment she lived for—the quiet, inevitable aftermath of her work. His final moments would be spent in blissful ignorance. He had no idea that, in a few short hours, he would be another casualty in her meticulous, controlled world.</w:t>
      </w:r>
    </w:p>
    <w:p>
      <w:r>
        <w:t>As Siya’s breathing deepened, the last traces of his awareness slipping away, she lay beside him, a flicker of satisfaction lighting her eyes. The night stretched on, silent and still, the sea outside still crashing against the rocks—its rhythm the only sound that filled the space.</w:t>
      </w:r>
    </w:p>
    <w:p>
      <w:r>
        <w:t>Walking toward her bag, she pulled out the nylon cord and walked back to Siya on the bed. She wraped it around his neck as one would wrap a gift box. She pulled the cord tight, slowly at first, savoring the control. Siya’s eyes fluttered, his chest straining as he tried to gasp for air that wouldn’t come. His hands tried to reached weakly for the cord around his throat, but it was too late. She watched his face as the life slowly drained from him, his features twisting in confusion, in panic, before the light faded from his eyes entirely.</w:t>
      </w:r>
    </w:p>
    <w:p>
      <w:r>
        <w:t>She didn’t need to rush. It was always a slow, deliberate process, making sure that the victim felt every moment, every struggle, before it ended. As Siya’s body went limp beneath her, she eased her grip, allowing him to slip into unconsciousness before the final blow. His breath was shallow, shallow enough that she knew he was gone.</w:t>
      </w:r>
    </w:p>
    <w:p>
      <w:r>
        <w:t>When she finally released the cord and leaned back, there was no triumph in her gaze. There was no joy, no satisfaction. There was only the calm certainty that this was what she had to do, what she had always done. Siya was just another piece, just another step in the plan. Another life taken, another game played to perfection.</w:t>
      </w:r>
    </w:p>
    <w:p>
      <w:r>
        <w:t>She stood up, her movements smooth, as if nothing had happened, as if this was just another ordinary night. She walked over to the small table and grabbed the glass of champaign. There was no need to finish it now. Siya was no longer alive to care. She stood for a moment, looking at him, her heart empty, her thoughts already shifting to the next step.</w:t>
      </w:r>
    </w:p>
    <w:p>
      <w:r>
        <w:t>The sea outside was still calling to her, the sound of the waves relentless. And in the distance, she could almost hear the mermaids again—beckoning, just as they had when she was a child. They had never been real. But the darkness that swam beneath the waves, the hunger, the power—it was as real as the poison she had slipped into Siya’s drink.</w:t>
      </w:r>
    </w:p>
    <w:p>
      <w:r>
        <w:t>For now, the sea would wait. There was always more work to do.</w:t>
        <w:br/>
      </w:r>
    </w:p>
    <w:p>
      <w:r>
        <w:t>Nine</w:t>
      </w:r>
    </w:p>
    <w:p>
      <w:r>
        <w:t>Death is not an end, it is merely a transaction—a quiet exchange that leaves no trace but a shadow in the soul.</w:t>
      </w:r>
    </w:p>
    <w:p/>
    <w:p>
      <w:r>
        <w:t>The Monday morning sun filtered through the blinds of the conference room, casting long, sharp shadows over the table. The air smelled of burnt coffee and frustration. The task force had assembled again, the usual mix of overworked detectives, crime analysts, and forensic specialists. The tension in the room was palpable.</w:t>
      </w:r>
    </w:p>
    <w:p>
      <w:r>
        <w:t>Thenjiwe sat at the head of the table, her expression unreadable as she flipped through her notes. She had spent the entire weekend refining her theories, cross-referencing case files, and highlighting patterns others had chosen to overlook.</w:t>
      </w:r>
    </w:p>
    <w:p>
      <w:r>
        <w:t>Now, she was ready.</w:t>
      </w:r>
    </w:p>
    <w:p>
      <w:r>
        <w:t>"We’re looking at a female killer," she began, her voice measured but firm. "The methodology, the precision, the ability to blend in seamlessly—it all points to a woman."</w:t>
      </w:r>
    </w:p>
    <w:p>
      <w:r>
        <w:t>An immediate scoff came from the Chief of Police, who had joined their meeting today citing the pressures he was getting from the public. "Come on, Thenji. A woman? You really think some girl is responsible for all this?"</w:t>
      </w:r>
    </w:p>
    <w:p>
      <w:r>
        <w:t>Thenji inhaled slowly, pressing her fingers against the cool surface of the table. "Not 'some girl,' sir. A highly intelligent, highly disciplined individual who has evaded us for over a year. The evidence supports it."</w:t>
      </w:r>
    </w:p>
    <w:p>
      <w:r>
        <w:t>Mkhize, another detective, leaned forward. "What evidence exactly?"</w:t>
      </w:r>
    </w:p>
    <w:p>
      <w:r>
        <w:t>Thenji tapped on the stack of files in front of her. "The victims were subdued in a manner that suggests close-range attacks with minimal struggle. There’s an understanding of anatomy, pressure points—efficient, clinical. No excessive force, no overkill. Our killer doesn’t rely on brute strength, meaning she compensates with precision."</w:t>
      </w:r>
    </w:p>
    <w:p>
      <w:r>
        <w:t>"Or," the Chief interjected, "it’s just a guy who knows what he’s doing."</w:t>
      </w:r>
    </w:p>
    <w:p>
      <w:r>
        <w:t>She clenched her jaw. "That would be a convenient assumption, wouldn’t it? Ignore the details that don’t fit and force it into the mold of what we expect."</w:t>
      </w:r>
    </w:p>
    <w:p>
      <w:r>
        <w:t>Silence. A few detectives exchanged uncertain glances, but none of them spoke up. Thenji continued, her voice steady but edged with frustration.</w:t>
      </w:r>
    </w:p>
    <w:p>
      <w:r>
        <w:t>"We’ve profiled dozens of male killers in this country, and none of them match this pattern. Our killer isn’t driven by rage or impulse. There’s no ego, no need for recognition. She’s disciplined, controlled, and she doesn’t make mistakes. She’s been careful enough to ensure there are no biological traces left behind."</w:t>
      </w:r>
    </w:p>
    <w:p>
      <w:r>
        <w:t>"That doesn’t prove anything," someone muttered.</w:t>
      </w:r>
    </w:p>
    <w:p>
      <w:r>
        <w:t>Thenjiwe exhaled sharply. "No, but it suggests something you all don’t want to accept. So tell me, do you dismiss my theory because you believe the evidence is weak? Or is it because you refuse to believe a woman is capable of this?" Her gaze swept over the room, sharp and unrelenting. "Because if it’s the latter, then you’re letting your bias blind you. And that’s exactly why she’s still out there."</w:t>
      </w:r>
    </w:p>
    <w:p>
      <w:r>
        <w:t>A heavy silence settled over the room.</w:t>
      </w:r>
    </w:p>
    <w:p>
      <w:r>
        <w:t>For the first time, no one had a quick rebuttal.</w:t>
      </w:r>
    </w:p>
    <w:p>
      <w:r>
        <w:t>Jan, who had been silent for most of the discussion, finally spoke. His voice was calm, deliberate. "I think Thenji is right."</w:t>
      </w:r>
    </w:p>
    <w:p>
      <w:r>
        <w:t>A few heads turned in his direction, but he wasn’t looking at them. His gaze was fixed on Thenjiwe, holding hers for a moment longer than necessary, something unspoken passing between them. A memory, perhaps. An understanding. Then, just as quickly, he looked away, not wanting anyone else to see.</w:t>
      </w:r>
    </w:p>
    <w:p>
      <w:r>
        <w:t>"Poison is a common method used by female killers," he continued, shifting in his seat. "It requires planning, patience, and an ability to avoid suspicion. And our killer has all of those qualities in excess."</w:t>
      </w:r>
    </w:p>
    <w:p>
      <w:r>
        <w:t>Nandi scoffed. "Another bias," she said, crossing her arms. "So now, just because there’s poison involved, we assume it has to be a woman?"</w:t>
      </w:r>
    </w:p>
    <w:p>
      <w:r>
        <w:t>Jan turned to her, his expression neutral. "Not just the poison," he said. "The lack of unnecessary violence. The control. The deliberate selection of victims. This isn't someone killing out of impulse—it's surgical. Calculated."</w:t>
      </w:r>
    </w:p>
    <w:p>
      <w:r>
        <w:t>Thenjiwe studied him, surprised. He was careful with his words, logical as always, but she sensed something else. A willingness to consider what others refused to.</w:t>
      </w:r>
    </w:p>
    <w:p>
      <w:r>
        <w:t>The Chief exhaled heavily, shaking his head. "And you think this helps us how? What, we start looking at every woman in the country?"</w:t>
      </w:r>
    </w:p>
    <w:p>
      <w:r>
        <w:t>Thenji’s lips pressed into a thin line. "No. We start looking at the right ones."</w:t>
      </w:r>
    </w:p>
    <w:p>
      <w:r>
        <w:t>The tension in the room thickened, the weight of her words settling over them.</w:t>
      </w:r>
    </w:p>
    <w:p>
      <w:r>
        <w:t>Zungu folded his arms, frowning. "Let’s say you’re right, Ms. Mhongo," he said, his tone skeptical. "What kind of woman does this?"</w:t>
      </w:r>
    </w:p>
    <w:p>
      <w:r>
        <w:t>It wasn’t Thenjiwe who answered.</w:t>
      </w:r>
    </w:p>
    <w:p>
      <w:r>
        <w:t>Paul leaned forward, his mind working quickly, analyzing the theory. How had he missed it? Matthew had mentioned a woman once. They had met at the airport lounge. She had initially dismissed his attention but, after some time, relented and gave him her number. He had been infatuated, though hesitant—still punishing himself for his past mistakes. Paul had encouraged him, thinking it was harmless, and for a while, Matthew had seemed happier.</w:t>
      </w:r>
    </w:p>
    <w:p>
      <w:r>
        <w:t xml:space="preserve">Now, Paul wondered if he lead him to his death. </w:t>
      </w:r>
    </w:p>
    <w:p>
      <w:r>
        <w:t>"Someone more dangerous than we could have imagined," he murmured, standing up. He walked to the board and, with deliberate strokes, began writing. "We’re looking for a woman between 28 and 35. Someone well-educated, either earning a great income or from a privileged background."</w:t>
      </w:r>
    </w:p>
    <w:p>
      <w:r>
        <w:t>As he spoke, he built her profile on the board—bringing her to life.</w:t>
      </w:r>
    </w:p>
    <w:p>
      <w:r>
        <w:t>Thenjiwe watched as he laid it out. When he finally turned to her, marker still in hand, he asked, "Anything I missed?"</w:t>
      </w:r>
    </w:p>
    <w:p>
      <w:r>
        <w:t>She studied the profile carefully. It felt right, but her gut told her they were still overlooking something. Something important.</w:t>
      </w:r>
    </w:p>
    <w:p>
      <w:r>
        <w:t>"No," she said slowly. "But we’re close."</w:t>
      </w:r>
    </w:p>
    <w:p>
      <w:r>
        <w:t>The Chief, who had been silent for a moment, exhaled sharply. "Okay, okay, I can believe it," he admitted. "But there’s still something missing." He leaned back, his fingers tapping against the table. "These were strong men. How could they let a woman do this to them?"</w:t>
      </w:r>
    </w:p>
    <w:p>
      <w:r>
        <w:t>The room fell into a brief silence before Nandi stood, her eyes fixed on the board.</w:t>
      </w:r>
    </w:p>
    <w:p>
      <w:r>
        <w:t>"Because they loved her," she said.</w:t>
      </w:r>
    </w:p>
    <w:p>
      <w:r>
        <w:t>The words hung in the air, heavy with realization.</w:t>
      </w:r>
    </w:p>
    <w:p>
      <w:r>
        <w:t>Thenjiwe felt it too. They were on the verge of something. So close.</w:t>
      </w:r>
    </w:p>
    <w:p/>
    <w:p>
      <w:r>
        <w:t>As soon as the doors to the precinct opened, the press swarmed. A barrage of flashing lights and shouted questions assaulted them. Chief Mthembu barely took a step outside before microphones were shoved in his direction.</w:t>
      </w:r>
    </w:p>
    <w:p>
      <w:r>
        <w:t>"Chief! Do you have a comment on the body that has been found in Cape Town. Is the Nightfall Killer expanding their hunting ground?"</w:t>
      </w:r>
    </w:p>
    <w:p>
      <w:r>
        <w:t>“Is this now a national crisis?"</w:t>
      </w:r>
    </w:p>
    <w:p>
      <w:r>
        <w:t>"Are you any closer to catching the suspect?"</w:t>
      </w:r>
    </w:p>
    <w:p>
      <w:r>
        <w:t>"With Siya Ndlovu as the latest victim, what is the President saying about this?</w:t>
      </w:r>
    </w:p>
    <w:p>
      <w:r>
        <w:t>“What about the Minister? Is he working with you to find his son’s killer."</w:t>
      </w:r>
    </w:p>
    <w:p>
      <w:r>
        <w:t>Mthembu raised his hands in a feeble attempt to restore order. His usual composure was cracking under the weight of the chaos. "We understand the public’s concerns, and we assure you that this case remains our highest priority—"</w:t>
      </w:r>
    </w:p>
    <w:p>
      <w:r>
        <w:t>"Is it true that Siya Ndlovu’s connections are putting extra pressure on the investigation?"</w:t>
      </w:r>
    </w:p>
    <w:p>
      <w:r>
        <w:t>"Do you have a suspect in custody?"</w:t>
      </w:r>
    </w:p>
    <w:p>
      <w:r>
        <w:t>"Can you confirm that the killer is targeting high-profile victims now?"</w:t>
      </w:r>
    </w:p>
    <w:p>
      <w:r>
        <w:t>Thenjiwe, standing just behind him, tensed at the name. Siya Ndlovu. She schooled her expression into neutrality, but her mind was racing.</w:t>
      </w:r>
    </w:p>
    <w:p>
      <w:r>
        <w:t>Mthembu hesitated, just for a second. The reporters seized on it.</w:t>
      </w:r>
    </w:p>
    <w:p>
      <w:r>
        <w:t>"Chief! Do you have any real leads, or is this another dead end?"</w:t>
      </w:r>
    </w:p>
    <w:p>
      <w:r>
        <w:t>The energy was turning, becoming dangerous. Jan stepped forward, his voice cutting through the noise.</w:t>
      </w:r>
    </w:p>
    <w:p>
      <w:r>
        <w:t>"We are pursuing every lead with absolute urgency," he said, his tone firm but measured. "The task force is working tirelessly, and every new piece of evidence brings us closer."</w:t>
      </w:r>
    </w:p>
    <w:p>
      <w:r>
        <w:t>"So you have a suspect?"</w:t>
      </w:r>
    </w:p>
    <w:p>
      <w:r>
        <w:t>He didn't blink. "We are following multiple leads. I can’t comment further at this stage."</w:t>
      </w:r>
    </w:p>
    <w:p>
      <w:r>
        <w:t>The shouting continued, but Mthembu took the chance to step in again. "We will release updates as soon as we can," he said, his voice brooking no argument.</w:t>
      </w:r>
    </w:p>
    <w:p>
      <w:r>
        <w:t>Officers moved in, guiding them back inside as the press continued to throw questions at their backs.</w:t>
      </w:r>
    </w:p>
    <w:p>
      <w:r>
        <w:t>Once the heavy doors slammed shut, silence engulfed the team.</w:t>
      </w:r>
    </w:p>
    <w:p>
      <w:r>
        <w:t>“If we do not catch this guy, our careers are over.” the chief stated once away from the reporters. As he said this, his phone immediately started buzzing, he frowned picking it up. He did not get a chance to speak as who ever was on the other end did not seem to give him the chance.</w:t>
      </w:r>
    </w:p>
    <w:p>
      <w:r>
        <w:t>They all watched him, pacing, nodding, frowning. Finally he said, “ofcause Minister, I  will ensure we catch this guy.” he hanged up.</w:t>
      </w:r>
    </w:p>
    <w:p>
      <w:r>
        <w:t>Thenjiwe barely had time to process. Minister.</w:t>
      </w:r>
    </w:p>
    <w:p>
      <w:r>
        <w:t>“Was that…” Nandi was about to question.</w:t>
      </w:r>
    </w:p>
    <w:p>
      <w:r>
        <w:t>“The Minister of Police, our boss.” Mthembu cut her off. “Jan I need you down in Cape town first thing in the morning.” he said walking back in the office, but turned back before he was out, “You too Dr. Mhlongo.” back to formalities.</w:t>
      </w:r>
    </w:p>
    <w:p>
      <w:r>
        <w:t>“I actually have patients I am seeing tomorrow.”</w:t>
      </w:r>
    </w:p>
    <w:p>
      <w:r>
        <w:t>He brushed his bolding head, “this is your theory, you need to go out there and proof it. People’s lifes are in danger.” he walked away.</w:t>
      </w:r>
    </w:p>
    <w:p>
      <w:r>
        <w:t>Thenji wanted to tell him that her patients’ lifes were just as important and at times in danger too but resolved, she looked at Jan who was staring at her just as defeated.</w:t>
      </w:r>
    </w:p>
    <w:p>
      <w:r>
        <w:t xml:space="preserve">This case was bigger than any of them had anticipated. </w:t>
      </w:r>
    </w:p>
    <w:p/>
    <w:p>
      <w:r>
        <w:t>The sea breeze carried the distant sound of crashing waves as she sat on the sand, book in hand. Around her, murmurs of panic spread like wildfire.</w:t>
      </w:r>
    </w:p>
    <w:p>
      <w:r>
        <w:t>Siya Ndlovu. The news was everywhere now.</w:t>
      </w:r>
    </w:p>
    <w:p>
      <w:r>
        <w:t>She turned a page, unbothered.</w:t>
      </w:r>
    </w:p>
    <w:p>
      <w:r>
        <w:t>Her phone buzzed.</w:t>
      </w:r>
    </w:p>
    <w:p>
      <w:r>
        <w:t>"Gogo," she answered, not bothering to check the caller ID.</w:t>
      </w:r>
    </w:p>
    <w:p>
      <w:r>
        <w:t>"When are you coming back?"</w:t>
      </w:r>
    </w:p>
    <w:p>
      <w:r>
        <w:t>"Next week. I want to relax here."</w:t>
      </w:r>
    </w:p>
    <w:p>
      <w:r>
        <w:t>"You must come back." It was not a request. "They found a dead body there. Another young man."</w:t>
      </w:r>
    </w:p>
    <w:p>
      <w:r>
        <w:t>She smirked, flipping another page. "They found thirteen there. I’m safer here."</w:t>
      </w:r>
    </w:p>
    <w:p>
      <w:r>
        <w:t>A pause. Then, softly, "Okay. But stay safe. Don’t—"</w:t>
      </w:r>
    </w:p>
    <w:p>
      <w:r>
        <w:t>"I know, Gogo. I love you. Bye."</w:t>
      </w:r>
    </w:p>
    <w:p>
      <w:r>
        <w:t>Just before she hung up, her grandmother called her name.</w:t>
      </w:r>
    </w:p>
    <w:p>
      <w:r>
        <w:t>"Yes, Gogo?"</w:t>
      </w:r>
    </w:p>
    <w:p>
      <w:r>
        <w:t>Hesitation. A breath drawn, then let go. "It’s fine. Just... take care of yourself."</w:t>
      </w:r>
    </w:p>
    <w:p>
      <w:r>
        <w:t>The line went dead.</w:t>
      </w:r>
    </w:p>
    <w:p>
      <w:r>
        <w:t>She stared at the phone, tilting her head slightly, amusement tugging at the corners of her lips. Take care of myself? How ironic. As though she was the one in danger.</w:t>
      </w:r>
    </w:p>
    <w:p>
      <w:r>
        <w:t>Her grandmother knew. Maybe not in the way the newspapers knew, or the police, or the forensic analysts fumbling over their dead-end theories. But she knew enough. Why else had she dragged her to those countless cleansings as a child? Why else had she clung to her rosary, whispered frantic prayers, searched her face for something—anything—human?</w:t>
      </w:r>
    </w:p>
    <w:p>
      <w:r>
        <w:t>She was a fool. They all were.</w:t>
      </w:r>
    </w:p>
    <w:p>
      <w:r>
        <w:t>No one expected this. Not here. Not now. No one thought she would be bold enough to take a gift as grand as Siya Ndlovu.</w:t>
      </w:r>
    </w:p>
    <w:p>
      <w:r>
        <w:t>How pathetic.</w:t>
      </w:r>
    </w:p>
    <w:p>
      <w:r>
        <w:t>As if his blood was somehow more precious than the thierteen before him. As if his name mattered more than theirs.</w:t>
      </w:r>
    </w:p>
    <w:p>
      <w:r>
        <w:t>As if she hadn’t been a monster thirteen dead bodies ago.</w:t>
      </w:r>
    </w:p>
    <w:p>
      <w:r>
        <w:t>She sighed, closing the book. The sea crashed against the shore, relentless, indifferent. Much like her.</w:t>
      </w:r>
    </w:p>
    <w:p>
      <w:r>
        <w:br/>
      </w:r>
    </w:p>
    <w:p>
      <w:r>
        <w:t>Ten</w:t>
      </w:r>
    </w:p>
    <w:p>
      <w:r>
        <w:t>The truth hides in the smallest of details, in the spaces where no one dares to look.</w:t>
      </w:r>
    </w:p>
    <w:p/>
    <w:p>
      <w:r>
        <w:t>Thenjiwe adjusted the strap of her bag as she stepped into the grand lobby of the hotel. Marble floors gleamed under the soft lighting, and a massive chandelier hung above them, casting a golden glow that felt almost oppressive in its opulence. The atmosphere, too pristine and sterile, made her skin itch. It was a far cry from the rawness of the streets, where things felt real, untamed. Here, everything was polished to perfection, and it left her uneasy.</w:t>
      </w:r>
    </w:p>
    <w:p>
      <w:r>
        <w:t>She exchanged a glance with Jan, who raised an eyebrow. His gaze swept over the grandeur with something akin to disdain, though she couldn’t quite pin it down. He always had a knack for masking his emotions. “Luxury accommodations, huh?” he murmured, his voice edged with something between amusement and resentment. It was an observation, but with the weight of unspoken history between them—he could never fully let go of the frustration that lingered after their last case together. She could feel it now, thick between them, but she refused to acknowledge it.</w:t>
      </w:r>
    </w:p>
    <w:p>
      <w:r>
        <w:t>Thenjiwe exhaled, running a hand through her braids, avoiding his eyes. She had enough of her own ghosts, too many questions left unanswered, and Jan’s presence here was complicating things. She wasn’t sure what it was about him. The years they had spent working side by side, the lingering moments that always felt like something more, but neither of them could admit it. It was easier to pretend it wasn’t there—easier to keep things professional. “Courtesy of the Minister, no doubt. A way to encourage us to quickly solve his son’s murder,” she said, forcing her voice to remain even, despite the tension she could feel simmering underneath her words.</w:t>
      </w:r>
    </w:p>
    <w:p>
      <w:r>
        <w:t>Jan hummed in agreement, but his eyes didn’t leave the chandelier above them. “Funny how the urgency only comes when it’s one of their own,” he said, the bitterness in his tone mirroring her own. And just like that, the tension between them thickened, the ghosts of their past settling into the space between them, neither one of them willing to confront it directly.</w:t>
      </w:r>
    </w:p>
    <w:p>
      <w:r>
        <w:t>“Tragic, but predictable,” Thenjiwe muttered under her breath, the words sliding off her tongue like a reflex.</w:t>
      </w:r>
    </w:p>
    <w:p>
      <w:r>
        <w:t>As they approached the front desk, the receptionist—a woman in a crisp white blazer—greeted them with an effortless smile, her voice smooth but laced with a nervous energy. “Welcome to The Clifton Royale. You’re booked under the Minister’s arrangement. Everything has been taken care of. Would you like assistance with your bags?”</w:t>
      </w:r>
    </w:p>
    <w:p>
      <w:r>
        <w:t>Thenjiwe’s patience was already stretched thin. The weight of the Minister’s expectations felt like a physical presence, pressing down on her, making the luxury around her feel suffocating. “No, we’re fine,” she replied, her voice cool as she took the key card. She could feel the receptionist's eyes on her, sensing her discomfort. Then, her fingers paused on the key. “Is it just one key?” She was already bracing for the next obstacle. The politeness of this world—the perfection of it—was starting to feel like a joke.</w:t>
      </w:r>
    </w:p>
    <w:p>
      <w:r>
        <w:t>The receptionist looked confused. “I’m sorry, ma’am. The Minister’s team only requested a studio apartment. It has three separate rooms and plenty of space for both of you.”</w:t>
      </w:r>
    </w:p>
    <w:p>
      <w:r>
        <w:t>Nervousness flickered across her face, and Thenjiwe could feel the frustration building up inside her. She wasn’t here for these games, for these subtleties. She wasn’t here to dance around the truth. “We would like separate rooms, please,” she said, her voice sharp.</w:t>
      </w:r>
    </w:p>
    <w:p>
      <w:r>
        <w:t>The receptionist floundered, clearly unsure of what to do next. “I... I’m afraid I—”</w:t>
      </w:r>
    </w:p>
    <w:p>
      <w:r>
        <w:t>“It’s fine,” Jan interjected smoothly, stepping forward to take both their bags. The casual ease with which he navigated the situation irritated Thenjiwe more than she cared to admit. “She said it has separate rooms, Thenji. I don’t bite.”</w:t>
      </w:r>
    </w:p>
    <w:p>
      <w:r>
        <w:t>He turned and walked off without waiting for her response. The words stung more than they should have. She was used to Jan’s quiet confidence, but something about it tonight felt too comfortable. Too familiar. His voice, always so reassuring, made her feel like she was the one out of place. The remnants of their past—when they had crossed that line, but never really crossed it—lingered in the air, making everything between them feel like it was hanging by a thread. The memory of him, close enough to touch but never really there. It made her skin crawl and her heart race in equal measure.</w:t>
      </w:r>
    </w:p>
    <w:p>
      <w:r>
        <w:t>“Jan!” she called after him, but the words fell flat. She cursed under her breath as she followed him, frustration simmering just below the surface. She hated how he could just breeze through this while she was drowning in it. Her thoughts circled back to their time together, the way their bodies had moved in sync, like two parts of a whole, and how that connection had burned out so quickly once the case had ended. But even now, there were moments—too many moments—when she still felt the weight of that connection, thick and heavy between them.</w:t>
      </w:r>
    </w:p>
    <w:p>
      <w:r>
        <w:t>As they waited for the elevator, Thenjiwe couldn’t help but notice the way Jan was taking in the lavish surroundings, his eyes scanning the room as if searching for something he couldn’t find. She turned away from him, focusing on the polished floors, the grandiose space that seemed to mock the urgency of their case. He seemed so comfortable here, like it was just another part of the job, while she was already drowning in resentment. “People here don’t worry about crime,” she said quietly, breaking the silence, her voice taut. “Not really. Not until it comes knocking on their front doors.”</w:t>
      </w:r>
    </w:p>
    <w:p>
      <w:r>
        <w:t>“And now it has,” Jan murmured, his tone darker than usual. He was staring at the towering gates they passed, his expression unreadable.</w:t>
      </w:r>
    </w:p>
    <w:p>
      <w:r>
        <w:t>Their suite was a far cry from anything Thenjiwe had ever seen. Extravagant didn’t even begin to cover it. The floor-to-ceiling windows gave them a breathtaking view of the Atlantic Ocean, the waves crashing violently against the cliffs, each one more forceful than the last. It was beautiful, in a way, but it didn’t ease the tightness in her chest. There was a sense of hollowness to it, something artificial. The furniture was sleek, cold, and uninviting—nothing like the gritty, raw spaces she was accustomed to. She felt out of place here, as though she was a visitor in someone else’s life.</w:t>
      </w:r>
    </w:p>
    <w:p>
      <w:r>
        <w:t>Thenjiwe dropped her bag on the plush armchair and stretched, but the tension in her body didn’t ease. “We should get some sleep,” she said, her voice laced with exhaustion. “Early start tomorrow.”</w:t>
      </w:r>
    </w:p>
    <w:p>
      <w:r>
        <w:t>Jan nodded, but he didn’t move. He lingered by the window, staring out at the ocean as if lost in thought. Thenjiwe watched him for a moment, the lingering pull between them making her heart race. There were moments when she could almost feel his presence beside her, even if she wasn’t looking at him. Moments when their silence spoke louder than any words ever could. And though they had both tried to deny it—to move on—there was still something in the air between them that neither could escape.</w:t>
      </w:r>
    </w:p>
    <w:p>
      <w:r>
        <w:t>“Cape Town’s different from Joburg,” Jan said, his voice low and thoughtful. “Feels... detached. Like the violence doesn’t touch here.”</w:t>
      </w:r>
    </w:p>
    <w:p>
      <w:r>
        <w:t>Thenjiwe scoffed, her mind spinning with thoughts she didn’t want to acknowledge. “It touches everywhere. People just like to pretend it doesn’t.”</w:t>
      </w:r>
    </w:p>
    <w:p>
      <w:r>
        <w:t>The next morning, the smell of freshly brewed coffee filled the hotel’s outdoor dining area. The sun reflected off the ocean, blinding in its intensity, and a salty breeze rolled in from the shore. Thenjiwe sat at a quiet table, her mind still turning over everything—the case, the pressure, and the tangled mess of emotions that seemed to follow her wherever she went.</w:t>
      </w:r>
    </w:p>
    <w:p>
      <w:r>
        <w:t>Jan sat across from her, his phone in his hand, but his attention was elsewhere, distant. “Siya’s face is everywhere,” he said, his brow furrowing as he scrolled through the news. “The President’s going to make a statement, they say.”</w:t>
      </w:r>
    </w:p>
    <w:p>
      <w:r>
        <w:t>Thenjiwe didn’t look up from her plate, though she could feel his gaze on her. “Only when a golden boy dies does it become a crisis. The others? Just statistics.”</w:t>
      </w:r>
    </w:p>
    <w:p>
      <w:r>
        <w:t>Jan set his phone down with a sigh. “And here we are, chasing a ghost.”</w:t>
      </w:r>
    </w:p>
    <w:p>
      <w:r>
        <w:t>Thenjiwe’s heart skipped a beat. She wasn’t sure if he was talking about the case or something else entirely. She finally met his gaze, and for a moment, the world around them faded into the background. The words came out before she could stop them. “Not a ghost. A woman. And she’s not done.”</w:t>
      </w:r>
    </w:p>
    <w:p>
      <w:r>
        <w:t>A silence stretched between them, thick with unspoken truths. Thenjiwe knew it wasn’t just the case that made her feel unsettled. It was Jan. The pull between them, the unresolved tension, had never fully dissipated, and she could feel it now, like the shadow of something they had once shared. A fleeting moment, but one that still lingered in the space between them.</w:t>
      </w:r>
    </w:p>
    <w:p>
      <w:r>
        <w:t>Jan cleared his throat, pushing his coffee cup aside. “We should get going. Clifton Police Station is waiting.”</w:t>
      </w:r>
    </w:p>
    <w:p>
      <w:r>
        <w:t>Thenjiwe nodded, though her mind was far from the case at hand. “Yeah. Let’s go.”</w:t>
      </w:r>
    </w:p>
    <w:p/>
    <w:p>
      <w:r>
        <w:t>The drive through Clifton was a stark reminder of the wealth that cocooned this part of Cape Town. The roads curved along the coastline, lined with sleek, modern mansions perched precariously on the cliffs, their floor-to-ceiling windows facing the endless blue of the Atlantic. Porsches and Bentleys rolled past them, their drivers shielded behind designer sunglasses and indifference. The air itself seemed thick with privilege, as though the very atmosphere here had been distilled into something exclusive and untouchable.</w:t>
      </w:r>
    </w:p>
    <w:p>
      <w:r>
        <w:t>Thenjiwe glanced at Jan from the corner of her eye, her grip tightening around the seatbelt. "People here don’t worry about crime. Not really. Not until it comes knocking on their front doors," she muttered, her voice laced with something darker than mere observation—resentment, perhaps, or the fatigue of witnessing too much of this inequality.</w:t>
      </w:r>
    </w:p>
    <w:p>
      <w:r>
        <w:t>"And now it has," Jan murmured, his voice thick with disdain as they passed another security gate, cameras blinking down at them like silent sentinels. His eyes were fixed ahead, but she could feel the weight of his thoughts lingering in the air, a quiet acknowledgment of the farce of it all.</w:t>
      </w:r>
    </w:p>
    <w:p>
      <w:r>
        <w:t>When they reached the Clifton Police Station, it hit her—how out of place this building was. While the mansions they’d passed were luxurious, every inch of them carefully curated to project wealth and status, this place was the complete opposite: modest, functional, plain. It was as though the crime they had been called to solve didn’t belong in this part of the city, or the world for that matter. The officers inside had the look of people caught in a storm that wouldn’t pass. Their faces were tired, drawn—some more visibly shaken than others, as if they’d been dealing with more than the usual stream of cases under the cold gaze of national attention.</w:t>
      </w:r>
    </w:p>
    <w:p>
      <w:r>
        <w:t>A captain approached them, his handshake firm but distracted. "Detective Van Wyk, Dr. Mhlongo. We appreciate your presence." His words were polite, but they lacked the warmth of someone who was truly grateful. Thenjiwe could see the burden in his eyes, the pressure of the public eye already on his shoulders.</w:t>
      </w:r>
    </w:p>
    <w:p>
      <w:r>
        <w:t>Thenjiwe didn’t waste time with pleasantries. "What do you have for us?"</w:t>
      </w:r>
    </w:p>
    <w:p>
      <w:r>
        <w:t>The captain led them into a briefing room, where the air was heavy with tension, thick enough that she could almost taste it. A large board had been set up, covered in crime scene photos, reports, and a map with a large red pin marking Siya Ndlovu’s luxury apartment. It was both too pristine and too tragic, as though the horrors that had happened in that apartment were somehow out of place in the sanitized, high-end world he had occupied.</w:t>
      </w:r>
    </w:p>
    <w:p>
      <w:r>
        <w:t>Jan exhaled sharply, rubbing his jaw as his eyes scanned the images. Siya’s lifeless form sprawled across the bed—eyes wide, mouth slightly parted, like a person still frozen in the middle of a dream they couldn’t escape. The coroner’s notes were damning: traces of Succinylcholine in his system, the paralysis that had come before death. The strangulation marks around his neck, deep and raw, told the tale of a slow, deliberate kill.</w:t>
      </w:r>
    </w:p>
    <w:p>
      <w:r>
        <w:t>Thenjiwe’s eyes flicked from the images to Jan’s face, watching for any hint of the emotion he was hiding. There was none—his expression was as controlled as always, but she could feel the tension simmering beneath the surface. The frustration. The familiar unease that had accompanied their past cases together. She couldn’t help but wonder if he was feeling it too. The shadows of what they had been lingering just out of reach.</w:t>
      </w:r>
    </w:p>
    <w:p>
      <w:r>
        <w:t>She broke the silence. "She planned this. Carefully."</w:t>
      </w:r>
    </w:p>
    <w:p>
      <w:r>
        <w:t>"She always does," Jan muttered, his eyes narrowing as they flicked over the details. "But Siya was different. High-profile. Untouchable. She didn’t just kill him—she sent a message."</w:t>
      </w:r>
    </w:p>
    <w:p>
      <w:r>
        <w:t>Thenjiwe nodded, her gaze still fixed on the photo of Siya. "She’s not afraid of being caught. Not afraid of the consequences."</w:t>
      </w:r>
    </w:p>
    <w:p>
      <w:r>
        <w:t>"Or she knows exactly how to cover her tracks," Jan said darkly, voice barely above a whisper, but the words landed heavily between them. Thenjiwe didn’t respond right away—she didn’t have to. They both knew the truth.</w:t>
      </w:r>
    </w:p>
    <w:p>
      <w:r>
        <w:t>She tapped the crime scene report, her finger tracing the lines. "No signs of forced entry. She was invited in. Siya trusted her."</w:t>
      </w:r>
    </w:p>
    <w:p>
      <w:r>
        <w:t>"Or he thought he was the one in control," Jan added, the edge in his voice not lost on her. There was a bitter quality to his words that hinted at something personal—something left unspoken.</w:t>
      </w:r>
    </w:p>
    <w:p>
      <w:r>
        <w:t>Thenjiwe knew the truth of it, though. Siya had likely believed his power and wealth made him untouchable. He had invited her in because he thought she was a willing participant in his game. But this was never going to be a game for her. She wasn’t interested in control—only in power.</w:t>
      </w:r>
    </w:p>
    <w:p>
      <w:r>
        <w:t>The silence that fell between them was thick with unspoken thoughts. Thenjiwe’s mind was running a hundred miles a minute, piecing together the puzzle with a calm precision that was growing increasingly hard to maintain.</w:t>
      </w:r>
    </w:p>
    <w:p>
      <w:r>
        <w:t>The captain shifted, arms crossed in frustration. "So tell me, who is this killer?"</w:t>
      </w:r>
    </w:p>
    <w:p>
      <w:r>
        <w:t>Thenjiwe’s eyes narrowed as she met his skeptical gaze. "A woman."</w:t>
      </w:r>
    </w:p>
    <w:p>
      <w:r>
        <w:t>A beat of silence passed, and one of the detectives in the room scoffed, disbelief evident in his voice. "A woman? You’re saying a woman did this?"</w:t>
      </w:r>
    </w:p>
    <w:p>
      <w:r>
        <w:t>Thenjiwe’s eyes didn’t leave his. "Not just any woman. Someone he knew. Someone he was seeing. Siya Ndlovu wasn’t the type to let just anyone in."</w:t>
      </w:r>
    </w:p>
    <w:p>
      <w:r>
        <w:t>Another detective shook his head, muttering under his breath. "This level of precision? The way she subdued him? This isn’t the work of a woman."</w:t>
      </w:r>
    </w:p>
    <w:p>
      <w:r>
        <w:t>"You’re thinking with your biases," Thenjiwe shot back, her voice like ice. "This isn’t about brute strength. This was controlled, calculated. She used Succinylcholine—paralyzed him before she strangled him. He didn’t even have the chance to fight back."</w:t>
      </w:r>
    </w:p>
    <w:p>
      <w:r>
        <w:t>The room was silent for a moment as the detectives exchanged skeptical glances. Thenjiwe knew they didn’t want to believe it. They didn’t want to acknowledge the truth—that a woman could be capable of such precision, of such violence. But she wasn’t here for their approval.</w:t>
      </w:r>
    </w:p>
    <w:p>
      <w:r>
        <w:t>The captain leaned back in his chair, rubbing his temples. "Well, lucky for you, your first interview is Amanda Dlamini. Siya’s fiancée. Daughter of one of the richest men in South Africa."</w:t>
      </w:r>
    </w:p>
    <w:p>
      <w:r>
        <w:t>Jan let out a low whistle, clearly intrigued. "That should be interesting."</w:t>
      </w:r>
    </w:p>
    <w:p>
      <w:r>
        <w:t>Thenjiwe flipped open her notebook. "Let’s not keep her waiting." But even as she said the words, she couldn’t shake the feeling that this interview would be far from straightforward. She didn’t know why, but she had a sense—deep down—that Amanda would be far more than just a grieving fiancée. There was something lurking behind her wealth and beauty, something that might be more dangerous than anyone realized.</w:t>
      </w:r>
    </w:p>
    <w:p>
      <w:r>
        <w:t>As they left the briefing room, the tension between her and Jan lingered. It wasn’t just the case—there was something else, something unsaid, simmering beneath the surface. The ghosts of their past were never far, and she could feel the pull of it, as strong as ever. But she refused to give in to it. Not now, not when they were so close.</w:t>
      </w:r>
    </w:p>
    <w:p>
      <w:r>
        <w:t>Jan glanced at her out of the corner of his eye as they walked down the hallway toward the interview room. "You think she’s the one? Amanda, I mean?"</w:t>
      </w:r>
    </w:p>
    <w:p>
      <w:r>
        <w:t>Thenjiwe didn’t answer immediately. She wasn’t sure. But she knew one thing for certain: the killer was smart, calculated. And they had to stay ahead of her, or they would be swallowed whole.</w:t>
      </w:r>
    </w:p>
    <w:p>
      <w:r>
        <w:t>"Let’s see," Thenjiwe said, the words thick with something unspoken. Something that lingered between them, just out of reach.</w:t>
      </w:r>
    </w:p>
    <w:p/>
    <w:p>
      <w:r>
        <w:t>Thenjiwe and Jan arrived at the gated mansion that belonged to Amanda Dlamini, towering over them with its extravagant, opulent design. The estate looked like something out of a magazine—a testament to her family’s wealth and influence. It was hard to ignore the contrast between the sterile, somber police stations they were accustomed to and this space, where luxury oozed from every corner. Amanda had refused to meet them anywhere else, of course. Her home was the only place she would entertain their questions, and even that felt like a game to her.</w:t>
      </w:r>
    </w:p>
    <w:p>
      <w:r>
        <w:t>The butler led them through a series of rooms that seemed too perfect, too immaculate, before they reached a formal sitting area. Amanda was perched on a chaise lounge, her posture as stiff as the room around her. Her eyes were red-rimmed from crying, but her makeup was immaculate, her clothes carefully selected to maintain an air of control. The moment they walked in, she instantly fell into the role of the grieving fiancée—her voice soft, eyes downcast, her hands clasped together tightly in her lap.</w:t>
      </w:r>
    </w:p>
    <w:p>
      <w:r>
        <w:t>But Thenjiwe didn’t buy it. There was something about the way Amanda kept her distance, her overly polished demeanor, that didn’t sit right. Thenjiwe had dealt with many cases where grief was part of the act. This felt like that—only Amanda was far too well-rehearsed for her own good.</w:t>
      </w:r>
    </w:p>
    <w:p>
      <w:r>
        <w:t>"Thank you for agreeing to meet with us," Jan said, his voice as neutral as ever as he took a seat across from her.</w:t>
      </w:r>
    </w:p>
    <w:p>
      <w:r>
        <w:t>Amanda nodded, her eyes flickering toward him briefly before turning back to Thenjiwe. "I have nothing to hide. I just want to know who did this to Siya."</w:t>
      </w:r>
    </w:p>
    <w:p>
      <w:r>
        <w:t>Thenjiwe gave a polite nod, watching Amanda closely. She’d already gone through the motions of appearing devastated in front of the press, but now she was holding her cards too tightly. Too perfect. "We’re going to need to ask you some questions about Siya’s personal life," she began, her tone professional but firm. "About the last few months, his relationships... was there anyone else he was seeing?"</w:t>
      </w:r>
    </w:p>
    <w:p>
      <w:r>
        <w:t>The question hung in the air, thick with unspoken weight. Amanda’s body stiffened, her hands momentarily twitching in her lap before she folded them tighter. For a moment, she looked like she might break down again, but the shift was too subtle. Thenjiwe’s instincts flared, and she could tell that something inside Amanda was about to snap.</w:t>
      </w:r>
    </w:p>
    <w:p>
      <w:r>
        <w:t>Amanda’s eyes, which had been glossed over with fake sorrow, narrowed sharply. Her voice, when it came, was sharp and venomous. "That bastard," she spat, her face twisting in disgust. "You know, he called off our wedding. Six years. Six years of my life wasted on that man. And he cheated on me the whole time."</w:t>
      </w:r>
    </w:p>
    <w:p>
      <w:r>
        <w:t>Thenjiwe felt a jolt in her chest—a shift in the air. There was anger there, raw and unfiltered. This was no longer the sad fiancée. Amanda was unraveling in front of them, her mask slipping with every word she spat out.</w:t>
      </w:r>
    </w:p>
    <w:p>
      <w:r>
        <w:t>"We had an understanding," Amanda continued, her voice rising with bitterness. "He could do whatever he wanted with whoever—as long as I would still be his wife. I didn’t care. It was the life I wanted. But then he goes and falls in love with someone else." She slammed her fist into her palm, her eyes flashing with fury. "How could he do that to me after everything we built?"</w:t>
      </w:r>
    </w:p>
    <w:p>
      <w:r>
        <w:t>Thenjiwe leaned in, her interest piqued. She knew now they were getting somewhere. "Did you ever meet this other woman?" she asked, her voice calm, probing.</w:t>
      </w:r>
    </w:p>
    <w:p>
      <w:r>
        <w:t>Amanda’s face twisted with fury. "No," she spat, her breath quickening. "He protected her like she was some precious thing, like she was untouchable. I did my digging, you know. I found nothing. It was like she was a ghost." Her lips curled into a sneer. "But if she ever dares to show her face now, she better watch out. Because if she does, I swear to God, I’ll kill her."</w:t>
      </w:r>
    </w:p>
    <w:p>
      <w:r>
        <w:t>The words came out too easily, too casually, as if Amanda had been fantasizing about this for far too long. Thenjiwe's eyes locked onto hers, narrowing as she assessed her. Amanda didn’t seem remorseful, didn’t seem shocked at the weight of her own words. She had just threatened someone’s life in front of the police—and there was a sense of enjoyment in her delivery.</w:t>
      </w:r>
    </w:p>
    <w:p>
      <w:r>
        <w:t>Amanda laughed, the sound bitter and self-satisfied. "Oops. Did I say that out loud?" she said, as if amused by the shock she had just caused. "Guess I’m just frustrated. But don’t worry, officer," she said with a dismissive wave, "I’ll make sure to keep it to myself. For now."</w:t>
      </w:r>
    </w:p>
    <w:p>
      <w:r>
        <w:t>Thenjiwe and Jan exchanged a glance. The threat wasn’t just empty words. There was a real, cold fury beneath them. But what bothered Thenjiwe more was the way Amanda had said it—like a spoiled child who had just been told 'no' for the first time, throwing a tantrum, yet knowing she would never face consequences.</w:t>
      </w:r>
    </w:p>
    <w:p>
      <w:r>
        <w:t>Jan leaned forward, his tone clipped. "That’s a serious threat, Ms. Dlamini. We’ll take note of it."</w:t>
      </w:r>
    </w:p>
    <w:p>
      <w:r>
        <w:t>Amanda gave a little shrug, her expression now back to that of the poised, calculating fiancée. "I’m just saying, don’t let her come out now, or I’ll do what I have to do. You know how it is, detective. People like her—they’re dangerous."</w:t>
      </w:r>
    </w:p>
    <w:p>
      <w:r>
        <w:t>Thenjiwe couldn’t help the deep exhale that escaped her as she observed Amanda. She wasn’t just a grieving fiancée. She was someone who would go to any length to get what she wanted. The fragile veneer of sorrow had cracked, revealing a dangerous, entitled woman beneath.</w:t>
      </w:r>
    </w:p>
    <w:p>
      <w:r>
        <w:t>Jan stood, clearly done with the interview. "Thanks for your time, Ms. Dlamini. We’ll be in touch."</w:t>
      </w:r>
    </w:p>
    <w:p>
      <w:r>
        <w:t>Amanda nodded, a thin smile creeping across her face. "I’ll be waiting."</w:t>
      </w:r>
    </w:p>
    <w:p/>
    <w:p>
      <w:r>
        <w:t>The drive back to Clifton Police Station felt heavier than the one that had brought them here. The weight of frustration settled in Thenjiwe's chest, gnawing at her like a relentless hunger. The Minister’s reward for information had only stirred a tidal wave of false testimonies, each call more ridiculous than the last. She wasn’t sure if they were just getting desperate or if the promise of a reward had encouraged every crackpot in the city to share their unsolicited "sightings" and wild theories. It was maddening.</w:t>
      </w:r>
    </w:p>
    <w:p>
      <w:r>
        <w:t>When they arrived, the mood in the station was no less tense. Officers hustled around in a frenzy, dealing with the flood of tips, none of which were helpful. Thenjiwe stood at the briefing table, gripping the edge with a sharp exhale. She could feel the weight of the case pressing on her, digging in deeper with every fruitless lead.</w:t>
      </w:r>
    </w:p>
    <w:p>
      <w:r>
        <w:t>"Another dead end," she muttered under her breath, the words more to herself than anyone else.</w:t>
      </w:r>
    </w:p>
    <w:p>
      <w:r>
        <w:t>"Yeah," Jan agreed, his voice tight. "And now the Minister’s put up a reward. This circus is only going to get worse."</w:t>
      </w:r>
    </w:p>
    <w:p>
      <w:r>
        <w:t>Thenjiwe paced back and forth, trying to stave off the growing impatience. Her eyes darted around the room, flicking over the mountain of reports and leads they were working through, but none of it felt substantial. "I’m done with this," she finally snapped. "We’re going back to the apartment. We need to look at the footage ourselves."</w:t>
      </w:r>
    </w:p>
    <w:p>
      <w:r>
        <w:t>Jan raised an eyebrow. "You think that’s going to give us something?"</w:t>
      </w:r>
    </w:p>
    <w:p>
      <w:r>
        <w:t>"Yes," she said, voice laced with resolve. "We’re missing something, and I want to see it for myself."</w:t>
      </w:r>
    </w:p>
    <w:p>
      <w:r>
        <w:t>The air between them shifted, the urgency of the case making the weight of their silence more pronounced. Jan gave a short nod. "Alright. Let’s go."</w:t>
      </w:r>
    </w:p>
    <w:p>
      <w:r>
        <w:t>They drove back to the apartment building in near silence, the hum of the tires against the pavement the only sound between them. When they arrived, the security guard at the entrance didn’t ask any questions. He recognized them by now, and the access to the building was granted without hesitation.</w:t>
      </w:r>
    </w:p>
    <w:p>
      <w:r>
        <w:t>The building was as pristine as it had been when they first came—a sleek, luxury high-rise that looked untouchable. The elevator ride up was a quiet one, the doors sliding open to reveal the same sterile hallways.</w:t>
      </w:r>
    </w:p>
    <w:p>
      <w:r>
        <w:t>They stood outside Siya Ndlovu’s apartment once again, this time not as visitors but as investigators—determined to uncover what the others had missed. They stepped inside, and the stillness of the place hit them immediately. Nothing. No obvious clues, no signs of a struggle, no hint of what had happened here.</w:t>
      </w:r>
    </w:p>
    <w:p>
      <w:r>
        <w:t>"Nothing here," Thenjiwe muttered, running a hand through her hair in frustration. She felt the staleness of the space seeping into her thoughts.</w:t>
      </w:r>
    </w:p>
    <w:p>
      <w:r>
        <w:t>Jan remained still, his eyes scanning every corner of the room. "You know," he said slowly, his voice thoughtful, "I noticed something when we were here before." He walked toward the wall near the door and paused by a set of security cameras. "The cameras."</w:t>
      </w:r>
    </w:p>
    <w:p>
      <w:r>
        <w:t>"Yeah?" Thenjiwe raised an eyebrow. "What about them?"</w:t>
      </w:r>
    </w:p>
    <w:p>
      <w:r>
        <w:t>Jan studied the cameras for a moment before speaking, his voice low. "I think we might be able to get something useful from them. The footage could tell us more about what happened, especially in the 24 hours leading up to Siya’s death."</w:t>
      </w:r>
    </w:p>
    <w:p>
      <w:r>
        <w:t>"Those cameras?" Thenjiwe asked, skepticism creeping into her tone. "The ones that are supposedly ‘useless’?"</w:t>
      </w:r>
    </w:p>
    <w:p>
      <w:r>
        <w:t>Jan turned and gave her a look, one she couldn’t quite place. "We won’t know unless we ask."</w:t>
      </w:r>
    </w:p>
    <w:p>
      <w:r>
        <w:t>He made his way to the building’s security desk, where the guard was busy with paperwork. "We’d like to see the footage from the past 24 hours. From the cameras that cover the entrance and hallway."</w:t>
      </w:r>
    </w:p>
    <w:p>
      <w:r>
        <w:t>The guard raised an eyebrow, clearly uninterested. "Sorry, but the footage is pretty much useless. It’s all routine—people coming and going, nothing special."</w:t>
      </w:r>
    </w:p>
    <w:p>
      <w:r>
        <w:t>Jan was undeterred, his gaze steely. "We’ll make it work. We need to see it, all of it. The last 24 hours. Now."</w:t>
      </w:r>
    </w:p>
    <w:p>
      <w:r>
        <w:t>The guard sighed but didn’t argue. "Fine, but you’re wasting your time." He led them to the small monitoring room at the back of the building, where rows of screens displayed grainy footage of the building’s corridors.</w:t>
      </w:r>
    </w:p>
    <w:p>
      <w:r>
        <w:t>They watched the footage, tracking Siya’s comings and goings. His movements were predictable—walking in and out, nothing out of the ordinary. Then they saw it.</w:t>
      </w:r>
    </w:p>
    <w:p>
      <w:r>
        <w:t>A woman.</w:t>
      </w:r>
    </w:p>
    <w:p>
      <w:r>
        <w:t>She was dark-skinned, slim, and looked almost like a model. The camera caught her walking hand-in-hand with Siya, the two of them entering the building together. They were clearly comfortable, and there was a purposefulness to their movements that suggested this wasn’t a random meeting.</w:t>
      </w:r>
    </w:p>
    <w:p>
      <w:r>
        <w:t>"Did you see that?" Thenjiwe's voice was barely a whisper, but the question hung heavy in the room.</w:t>
      </w:r>
    </w:p>
    <w:p>
      <w:r>
        <w:t>Jan was staring at the screen, his eyes wide. "Yeah. She’s avoiding the camera."</w:t>
      </w:r>
    </w:p>
    <w:p>
      <w:r>
        <w:t>"She knows," Thenjiwe muttered, her mind racing. "She knows how to hide, how to stay out of view. Why?"</w:t>
      </w:r>
    </w:p>
    <w:p>
      <w:r>
        <w:t>They watched the footage closely. Siya entered with the woman, and after that, nothing. No one came out, not until morning.</w:t>
      </w:r>
    </w:p>
    <w:p>
      <w:r>
        <w:t>For a moment, the room was silent, both of them lost in the implications. Thenjiwe couldn’t help but steal a glance at Jan. She quickly pulled her attention back to the screen, but for just a split second, she saw the similarities between him and Siya—the way he, too, stood tall and commanding, the way his presence seemed to fill a room. He had always had that same presence.</w:t>
      </w:r>
    </w:p>
    <w:p>
      <w:r>
        <w:t>The footage played on. The woman walked in again with Siya, their hands intertwined, a picture of intimacy. They spent the night.</w:t>
      </w:r>
    </w:p>
    <w:p>
      <w:r>
        <w:t>And then, three hours later, the woman came out—alone. Once again, she avoided the camera. The silence that followed was thick with realization.</w:t>
      </w:r>
    </w:p>
    <w:p>
      <w:r>
        <w:t>"I can’t believe it," Jan whispered, his disbelief evident. "It’s her."</w:t>
      </w:r>
    </w:p>
    <w:p>
      <w:r>
        <w:t>Thenjiwe didn’t need him to finish the thought. She already knew. The woman they were looking for was right in front of them—camouflaged in plain sight. And now, she was more than just a shadow in Siya’s life. She was a suspect.</w:t>
      </w:r>
    </w:p>
    <w:p>
      <w:r>
        <w:t>The pieces were starting to fall into place, and yet, the answer felt so far away.</w:t>
        <w:br/>
      </w:r>
    </w:p>
    <w:p>
      <w:r>
        <w:t>Eleven</w:t>
      </w:r>
    </w:p>
    <w:p>
      <w:r>
        <w:t>The past doesn't let go easily. It waits patiently, like a shadow, until you turn to face it.</w:t>
      </w:r>
    </w:p>
    <w:p>
      <w:r>
        <w:t>The drive back to the hotel was quiet at first, exhaustion settling over them like a heavy fog. The night stretched on outside, city lights streaking past in a blur.</w:t>
      </w:r>
    </w:p>
    <w:p>
      <w:r>
        <w:t>Jan exhaled, leaning back against the seat. “You are brilliant, you know that?”</w:t>
      </w:r>
    </w:p>
    <w:p>
      <w:r>
        <w:t>Thenji glanced at him, the corner of her lips twitching into a small, tired smile. “I try.”</w:t>
      </w:r>
    </w:p>
    <w:p>
      <w:r>
        <w:t>He studied her for a moment before shifting his gaze back to the road. “Siya must have been in love. He broke off his engagement.”</w:t>
      </w:r>
    </w:p>
    <w:p>
      <w:r>
        <w:t>Thenji sighed, her voice threaded with quiet sympathy. “The way he looked at her… the way he held her.” She shook her head, a flicker of sadness crossing her face. “He never saw it coming.”</w:t>
      </w:r>
    </w:p>
    <w:p>
      <w:r>
        <w:t>Jan tapped his fingers against his knee, deep in thought. “They had a lot of bags when they returned. We need to check the stores they visited—see if we can pull any security footage.”</w:t>
      </w:r>
    </w:p>
    <w:p>
      <w:r>
        <w:t>Thenji nodded, her mind already racing ahead. Somewhere in those recordings, she hoped, was the face of a killer. She stared out the window, the night sky stretching endlessly above, painted in deep indigos and shimmering silver. It was breathtaking. “Love can be so cruel,” she whispered.</w:t>
      </w:r>
    </w:p>
    <w:p>
      <w:r>
        <w:t>Jan glanced at her. In that moment, she looked vulnerable—something rare for her. Normally, she carried herself with effortless grace, always composed, always in control. But now, she looked human. Most people never saw this side of her—the girl who had once found her mother’s lifeless body. The girl who had drowned in grief, who had built walls so high, no one could get in. And she could never get out.</w:t>
      </w:r>
    </w:p>
    <w:p>
      <w:r>
        <w:t>“Let’s go somewhere nice for dinner tonight,” Jan said, pulling her back from the quiet abyss her mind was slipping into.</w:t>
      </w:r>
    </w:p>
    <w:p>
      <w:r>
        <w:t>“We can’t,” she murmured.</w:t>
      </w:r>
    </w:p>
    <w:p>
      <w:r>
        <w:t>“Come on, for old time’s sake.”</w:t>
      </w:r>
    </w:p>
    <w:p>
      <w:r>
        <w:t>“That’s exactly why we shouldn’t.”</w:t>
      </w:r>
    </w:p>
    <w:p>
      <w:r>
        <w:t>Jan sighed but didn’t relent. “Thenji, we owe this to ourselves. Besides, I know you barely slept last night. I think this will be good for you. For me too.”</w:t>
      </w:r>
    </w:p>
    <w:p>
      <w:r>
        <w:t>She didn’t argue this time. Instead, she let the silence stretch between them, the weight of his words settling. Finally, she gave a small nod.</w:t>
      </w:r>
    </w:p>
    <w:p>
      <w:r>
        <w:t>Jan smiled, immediately changing course. “I know the perfect place.”</w:t>
      </w:r>
    </w:p>
    <w:p>
      <w:r>
        <w:t>He wasn’t exaggerating. The restaurant he chose was tucked along the coastline, where the sea stretched endlessly into the night, waves lapping gently against the shore. The air smelled of salt and something faintly floral, carried by the breeze. String lights draped along the outdoor patio cast a soft golden glow, flickering like fireflies against the dark sky.</w:t>
      </w:r>
    </w:p>
    <w:p>
      <w:r>
        <w:t>Thenji let out a breath she didn’t realize she’d been holding.</w:t>
      </w:r>
    </w:p>
    <w:p>
      <w:r>
        <w:t>Jan pulled out a chair for her. “See? Not a terrible idea.”</w:t>
      </w:r>
    </w:p>
    <w:p>
      <w:r>
        <w:t>She smirked, settling in. “The night is still young. Let’s see if you can keep up.”</w:t>
      </w:r>
    </w:p>
    <w:p>
      <w:r>
        <w:t>He chuckled, signaling for the waiter. “Challenge accepted.”</w:t>
      </w:r>
    </w:p>
    <w:p>
      <w:r>
        <w:t>For the first time in what felt like forever, the weight of the case, of grief, of everything—felt just a little lighter.</w:t>
      </w:r>
    </w:p>
    <w:p/>
    <w:p>
      <w:r>
        <w:t>As the waiter poured their drinks, Jan watched Thenji with quiet curiosity. For all the years he had known her, she remained an enigma—guarded, careful, always keeping a part of herself locked away. But here, under the soft glow of the lights, with the sound of the waves murmuring in the distance, she seemed… different.</w:t>
      </w:r>
    </w:p>
    <w:p>
      <w:r>
        <w:t>He lifted his glass. “To making bad decisions for old time’s sake?”</w:t>
      </w:r>
    </w:p>
    <w:p>
      <w:r>
        <w:t>Thenji huffed a small laugh, shaking her head. “To temporary distractions,” she corrected, clinking her glass against his.</w:t>
      </w:r>
    </w:p>
    <w:p>
      <w:r>
        <w:t>They drank in companionable silence for a moment, the atmosphere between them shifting into something almost nostalgic.</w:t>
      </w:r>
    </w:p>
    <w:p>
      <w:r>
        <w:t>“You remember Cape Town?” Jan asked, a glint of mischief in his eyes.</w:t>
      </w:r>
    </w:p>
    <w:p>
      <w:r>
        <w:t>Thenji groaned. “How could I forget? You convinced me to climb Lion’s Head at sunrise—after a night of drinking, mind you.”</w:t>
      </w:r>
    </w:p>
    <w:p>
      <w:r>
        <w:t>Jan grinned. “And you almost threw me off the mountain.”</w:t>
      </w:r>
    </w:p>
    <w:p>
      <w:r>
        <w:t>“I should have.” She smirked, taking a sip of her drink. “You deserved it.”</w:t>
      </w:r>
    </w:p>
    <w:p>
      <w:r>
        <w:t>He leaned back in his chair, watching her closely. “You don’t laugh enough anymore.”</w:t>
      </w:r>
    </w:p>
    <w:p>
      <w:r>
        <w:t>The words hung between them, heavier than they should have been. Thenji’s fingers traced the rim of her glass, her expression shifting.</w:t>
      </w:r>
    </w:p>
    <w:p>
      <w:r>
        <w:t>“Don’t.” Her voice was quiet but firm, a warning wrapped in steel.</w:t>
      </w:r>
    </w:p>
    <w:p>
      <w:r>
        <w:t>Jan’s smile faltered, but only for a second. He tilted his glass, watching the amber liquid swirl before taking a slow sip. “I wasn’t going to say anything.”</w:t>
      </w:r>
    </w:p>
    <w:p>
      <w:r>
        <w:t>She scoffed, shaking her head. “You were thinking it.”</w:t>
      </w:r>
    </w:p>
    <w:p>
      <w:r>
        <w:t>Jan exhaled, leaning back in his chair. “And if I was?”</w:t>
      </w:r>
    </w:p>
    <w:p>
      <w:r>
        <w:t>Thenji’s grip on her glass tightened. “Then you’d be making a mistake.”</w:t>
      </w:r>
    </w:p>
    <w:p>
      <w:r>
        <w:t>Silence stretched between them, thick and charged. The gentle hum of the restaurant—the clinking of silverware, the murmur of conversation, the soft crash of waves against the shore—felt distant, almost unreal.</w:t>
      </w:r>
    </w:p>
    <w:p>
      <w:r>
        <w:t>Jan studied her, the way her shoulders had gone rigid, the way her jaw was set just a little too tight. She always did this—walled herself in, shut doors that had long been left ajar.</w:t>
      </w:r>
    </w:p>
    <w:p>
      <w:r>
        <w:t>“Thenji—”</w:t>
      </w:r>
    </w:p>
    <w:p>
      <w:r>
        <w:t>“I mean it, Jan,” she cut in, her voice quieter now, but no less sharp. “We are not going there.”</w:t>
      </w:r>
    </w:p>
    <w:p>
      <w:r>
        <w:t>He sighed, setting his drink down with a little more force than necessary. “Why do you always do this?”</w:t>
      </w:r>
    </w:p>
    <w:p>
      <w:r>
        <w:t>She met his gaze, her eyes dark and unreadable. “Do what?”</w:t>
      </w:r>
    </w:p>
    <w:p>
      <w:r>
        <w:t>“Pretend it never happened. Act like it was nothing.”</w:t>
      </w:r>
    </w:p>
    <w:p>
      <w:r>
        <w:t>“Because it was nothing.” The lie slipped so easily from her lips that she almost believed it herself.</w:t>
      </w:r>
    </w:p>
    <w:p>
      <w:r>
        <w:t>Jan let out a bitter laugh. “You and I both know that’s not true.”</w:t>
      </w:r>
    </w:p>
    <w:p>
      <w:r>
        <w:t>She looked away, her pulse drumming against her throat. The past wasn’t something she liked to linger on—especially not with him. It was easier this way. Necessary.</w:t>
      </w:r>
    </w:p>
    <w:p>
      <w:r>
        <w:t>Jan leaned in slightly, his voice dropping lower. “You think if you ignore it long enough, it’ll disappear? That what we had just… vanishes?”</w:t>
      </w:r>
    </w:p>
    <w:p>
      <w:r>
        <w:t>Her fingers curled into her lap, nails pressing into her skin. “It’s already gone.”</w:t>
      </w:r>
    </w:p>
    <w:p>
      <w:r>
        <w:t>Jan exhaled sharply, shaking his head. “You don’t believe that.”</w:t>
      </w:r>
    </w:p>
    <w:p>
      <w:r>
        <w:t>She did. She had to.</w:t>
      </w:r>
    </w:p>
    <w:p>
      <w:r>
        <w:t>Thenji picked up her glass and drained the rest of her drink in one go before meeting his gaze head-on. “It doesn’t matter what I believe.”</w:t>
      </w:r>
    </w:p>
    <w:p>
      <w:r>
        <w:t>Jan studied her for a long moment, something unreadable passing through his expression. Then, finally, he leaned back, dragging a hand through his hair.</w:t>
      </w:r>
    </w:p>
    <w:p>
      <w:r>
        <w:t>“Right,” he muttered. “Of course.”</w:t>
      </w:r>
    </w:p>
    <w:p>
      <w:r>
        <w:t>Another silence fell between them, but this one was different—thick with something unspoken, something broken.</w:t>
      </w:r>
    </w:p>
    <w:p>
      <w:r>
        <w:t>The waiter arrived, breaking the tension with forced cheerfulness as he placed their food in front of them. Thenji picked up her fork, stabbing at her meal with more force than necessary.</w:t>
      </w:r>
    </w:p>
    <w:p>
      <w:r>
        <w:t>Jan didn’t say anything else.</w:t>
      </w:r>
    </w:p>
    <w:p>
      <w:r>
        <w:t>For the rest of the night, the past sat between them like a ghost. They finished their meal in silence, neither acknowledging the weight of their conversation. Thenji barely tasted her food, and Jan, despite his earlier enthusiasm, only picked at his plate. The past had settled between them like an unwanted guest, lingering in every glance, every pause.</w:t>
      </w:r>
    </w:p>
    <w:p>
      <w:r>
        <w:t>As they stepped outside, Jan shoved his hands into his pockets, his gaze drifting toward the shore. “Let’s take a walk on the beach.”</w:t>
      </w:r>
    </w:p>
    <w:p>
      <w:r>
        <w:t>Thenji hesitated, hugging her arms around herself. “It’s cold.”</w:t>
      </w:r>
    </w:p>
    <w:p>
      <w:r>
        <w:t>Jan looked at her, and for a moment, something flickered across his face—a flash of hurt, subtle but unmistakable. Thenji loved the sea. For her to refuse meant more than the temperature. It meant she didn’t want to be alone with him.</w:t>
      </w:r>
    </w:p>
    <w:p>
      <w:r>
        <w:t>That realization tugged at something in her chest, twisting in ways she wasn’t ready for. She sighed, rubbing a hand down her arm. “Fine. Just for a bit.”</w:t>
      </w:r>
    </w:p>
    <w:p>
      <w:r>
        <w:t>His shoulders eased slightly, and without another word, they walked toward the shoreline. The sand was cool beneath their feet, the air tinged with salt and the rhythmic lull of crashing waves.</w:t>
      </w:r>
    </w:p>
    <w:p>
      <w:r>
        <w:t>Neither spoke, but their silence was intimate, wrapped in things left unsaid. The ocean stretched endlessly before them, a vast, mysterious abyss. Thenji stopped, staring out at the dark water, the gentle pull of the tide luring her in. A small smile played at her lips.</w:t>
      </w:r>
    </w:p>
    <w:p>
      <w:r>
        <w:t>She always loved the sea. The mystery, the fantasy.</w:t>
      </w:r>
    </w:p>
    <w:p>
      <w:r>
        <w:t>As a child, she had been obsessed with the world beneath the waves—the endless possibilities each current carried. She had imagined cities hidden beneath the surface, entire worlds untouched by human hands. The unknown had always fascinated her.</w:t>
      </w:r>
    </w:p>
    <w:p>
      <w:r>
        <w:t>Jan wasn’t watching the ocean. He was watching her.</w:t>
      </w:r>
    </w:p>
    <w:p>
      <w:r>
        <w:t>The way the wind played with her hair, the way her eyes softened as she gazed out at the water. For a moment, she looked at peace, lost in thoughts that had nothing to do with him.</w:t>
      </w:r>
    </w:p>
    <w:p>
      <w:r>
        <w:t>“You’re beautiful,” he murmured, almost to himself.</w:t>
      </w:r>
    </w:p>
    <w:p>
      <w:r>
        <w:t>Thenji turned, her expression shifting. “Jan, please…” Her voice cracked, betraying her.</w:t>
      </w:r>
    </w:p>
    <w:p>
      <w:r>
        <w:t>He stepped closer. “Why? Why do you keep pushing me away?”</w:t>
      </w:r>
    </w:p>
    <w:p>
      <w:r>
        <w:t>She swallowed hard, her arms tightening around herself. “Because I hated myself,” she whispered. “I hated the person I became around you. For you.”</w:t>
      </w:r>
    </w:p>
    <w:p>
      <w:r>
        <w:t>Jan’s brows furrowed. “We did nothing wrong.” He reached for her, but she took a step back.</w:t>
      </w:r>
    </w:p>
    <w:p>
      <w:r>
        <w:t>“You were married.”</w:t>
      </w:r>
    </w:p>
    <w:p>
      <w:r>
        <w:t>Jan exhaled, shaking his head. “Thenji, I loved you.”</w:t>
      </w:r>
    </w:p>
    <w:p>
      <w:r>
        <w:t>She closed her eyes. “We should have never crossed that line. I should have never crossed that line.”</w:t>
      </w:r>
    </w:p>
    <w:p>
      <w:r>
        <w:t>His voice was quiet but insistent. “But you loved me, right?”</w:t>
      </w:r>
    </w:p>
    <w:p>
      <w:r>
        <w:t>She turned away. “Let’s just go.”</w:t>
      </w:r>
    </w:p>
    <w:p>
      <w:r>
        <w:t>“No.” He reached for her hand, holding it firmly. “Look at me.”</w:t>
      </w:r>
    </w:p>
    <w:p>
      <w:r>
        <w:t>She didn’t.</w:t>
      </w:r>
    </w:p>
    <w:p>
      <w:r>
        <w:t>“Thenjiwe,” his voice deepened, commanding now. “Look at me.”</w:t>
      </w:r>
    </w:p>
    <w:p>
      <w:r>
        <w:t>Reluctantly, she met his gaze.</w:t>
      </w:r>
    </w:p>
    <w:p>
      <w:r>
        <w:t>“Anna and I were already falling apart,” he said, his grip tightening just slightly. “You didn’t end my marriage. I did. I chose to leave. I chose you.”</w:t>
      </w:r>
    </w:p>
    <w:p>
      <w:r>
        <w:t>Her breath hitched. “You shouldn’t have.”</w:t>
      </w:r>
    </w:p>
    <w:p>
      <w:r>
        <w:t>“Stop.” His voice was raw, desperate. “Stop running away from this. From me.”</w:t>
      </w:r>
    </w:p>
    <w:p>
      <w:r>
        <w:t>“I just… I just—”</w:t>
      </w:r>
    </w:p>
    <w:p>
      <w:r>
        <w:t>Jan closed the distance between them, his hand slipping to the back of her neck as he pulled her in. He kissed her.</w:t>
      </w:r>
    </w:p>
    <w:p>
      <w:r>
        <w:t>For a moment, she froze.</w:t>
      </w:r>
    </w:p>
    <w:p>
      <w:r>
        <w:t>Then, just as suddenly, she kissed him back—hungry, desperate, aching for him in a way she wished she didn’t. The past, the guilt, the years apart—all of it melted into that single moment, into the heat of his touch, the taste of him.</w:t>
      </w:r>
    </w:p>
    <w:p>
      <w:r>
        <w:t>She had spent so long convincing herself she didn’t want this.</w:t>
      </w:r>
    </w:p>
    <w:p>
      <w:r>
        <w:t>But right now</w:t>
      </w:r>
    </w:p>
    <w:p>
      <w:r>
        <w:t>The drive back to the hotel was quiet, but this time the silence felt different. It wasn’t heavy with unspoken words or lingering tension—it was charged, filled with anticipation. They both smiled, their eyes occasionally meeting, each of them silently aware of the change in the air between them.</w:t>
      </w:r>
    </w:p>
    <w:p>
      <w:r>
        <w:t>As Jan pulled into the hotel garage, he jumped out of the car and rushed around to open her door. He took her hand gently but firmly, his fingers brushing over hers, a silent promise that neither of them could ignore.</w:t>
      </w:r>
    </w:p>
    <w:p>
      <w:r>
        <w:t>The elevator ride felt endless, the air between them thick with something unspoken, electric. They stood close, their hands slowly creeping towards eachother, the simple touch sending shivers down Thenji’s spine. She felt the heat of his body so near, his presence overwhelming in the best way.</w:t>
      </w:r>
    </w:p>
    <w:p>
      <w:r>
        <w:t>They exchanged glances, shy smiles tugging at the corners of their lips. There was an innocence in the way they looked at each other, a sense of rediscovery—like teenagers, nervous and excited in each other’s company, yet knowing that this moment was more than just a fleeting infatuation.</w:t>
      </w:r>
    </w:p>
    <w:p>
      <w:r>
        <w:t>As the elevator doors slid open, they walked towards the studio apartment in silence, but there was an unspoken understanding now, a mutual desire that both knew was inevitable. When they entered, Jan closed the door behind them, and without a word, he stepped toward her, his hand gently cupping her face.</w:t>
      </w:r>
    </w:p>
    <w:p>
      <w:r>
        <w:t>Thenji’s breath hitched as his lips hovered just inches from hers. She could feel his heart beating against his chest, mirroring her own. His fingers traced the curve of her jaw, a slow, tender gesture that made her pulse race. Her eyes fluttered closed as he leaned in, his lips brushing against hers in a kiss so soft it felt like an invitation.</w:t>
      </w:r>
    </w:p>
    <w:p>
      <w:r>
        <w:t>But it didn’t stay soft for long.</w:t>
      </w:r>
    </w:p>
    <w:p>
      <w:r>
        <w:t>The kiss deepened, hunger replacing the tenderness. Thenji responded, her hands tangling in his hair as she pulled him closer, her body pressing against his. The world around them faded—there was only the heat of their skin, the taste of each other, the feel of desire blossoming between them.</w:t>
      </w:r>
    </w:p>
    <w:p>
      <w:r>
        <w:t>Jan’s hands moved with intention, exploring her like he had missed her for years, each touch speaking of a longing that neither could ignore. He gently pushed her back toward the bed, his lips never leaving hers, until they tumbled together, the weight of the years between them finally catching up in that one, intense moment.</w:t>
      </w:r>
    </w:p>
    <w:p>
      <w:r>
        <w:t>Their movements were slow at first, tentative, as if testing the waters of something long withheld. But it didn’t take long before everything between them unraveled. Clothes became a distant memory, discarded carelessly to the floor, the heat between them building, urgent, undeniable.</w:t>
      </w:r>
    </w:p>
    <w:p>
      <w:r>
        <w:t>In the quiet of the studio, their breaths quickened, their bodies moving in sync, as if they had always known how to find each other in this way. The connection between them was more than physical—it was an unspoken language, a deep understanding that this was exactly where they were meant to be.</w:t>
      </w:r>
    </w:p>
    <w:p>
      <w:r>
        <w:t>And in that moment, it didn’t matter what came before, what had torn them apart. All that mattered was the way they moved together, the way their hearts beat in time, as if the universe itself had conspired to bring them back to this place.</w:t>
      </w:r>
    </w:p>
    <w:p>
      <w:r>
        <w:t>Their passion burned bright and fierce, filling the room with the heat of something more than just desire. It was love. It was reckoning. It was a moment neither of them would ever forget.</w:t>
      </w:r>
    </w:p>
    <w:p>
      <w:r>
        <w:t>When it was over, they lay there, tangled in the sheets, the night still stretching on. Their hands were clasped together, their breaths slow and steady, the world outside forgotten. In that small, intimate space, they had found each other again.</w:t>
        <w:br/>
      </w:r>
    </w:p>
    <w:p/>
    <w:p>
      <w:r>
        <w:t>Twelve</w:t>
      </w:r>
    </w:p>
    <w:p>
      <w:r>
        <w:t>In the quiet before the storm, there’s a moment of peace. But it’s not for everyone. For some, it’s the calm before the chaos begins.</w:t>
      </w:r>
    </w:p>
    <w:p>
      <w:r>
        <w:t>The first rays of morning light filtered through the curtains, casting a soft glow across the room. Thenji woke first, the warmth of the bed still lingering around her as she turned to glance at the man beside her. Jan was still asleep, his face relaxed in peaceful slumber.</w:t>
      </w:r>
    </w:p>
    <w:p>
      <w:r>
        <w:t>She couldn’t help but watch him for a moment, the steady rise and fall of his chest. His dark hair was tousled from the night, and she found herself reaching out, her fingers brushing a few stray strands away from his forehead. But just as quickly, she pulled her hand back.</w:t>
      </w:r>
    </w:p>
    <w:p>
      <w:r>
        <w:t>Why did this man always do this to her? Why did he always melt her resolve?</w:t>
      </w:r>
    </w:p>
    <w:p>
      <w:r>
        <w:t>With a quiet sigh, she slipped out of the bed, careful not to disturb him. As her feet touched the cold floor, she hesitated. The memories of the night before flooded her—of how he had made her feel, of the passion they had shared. How could she have allowed herself to fall into this again? She had warned herself, time and time again, that there was no room for this kind of weakness. But with Jan, it was different. It always was.</w:t>
      </w:r>
    </w:p>
    <w:p>
      <w:r>
        <w:t>She moved quietly to the balcony, stepping outside into the chill of the morning air. The cold hit her sharply, the brisk wind biting at her skin, but it was nothing compared to the cold reality that settled in her chest. She had made a huge mistake.</w:t>
      </w:r>
    </w:p>
    <w:p>
      <w:r>
        <w:t>Jan was an addiction she couldn’t quit, and she had just relapsed.</w:t>
      </w:r>
    </w:p>
    <w:p>
      <w:r>
        <w:t>Her mind wandered to Anna’s face, to the look of pure hatred and betrayal when she had visited Thenji’s office. She had seen it all—the pain, the confusion. It was a look she never wanted to be the cause of. But here she was, in Jan’s arms, tangled in something she knew was wrong. She had always been the voice of reason, the one who warned her clients of entanglements like this. But now, she was the hypocrite. She had crossed the line, and the consequences were becoming too real.</w:t>
      </w:r>
    </w:p>
    <w:p>
      <w:r>
        <w:t>What worried her wasn’t what they had done—it was what came next.</w:t>
      </w:r>
    </w:p>
    <w:p>
      <w:r>
        <w:t>Jan wouldn’t let her go this time. She knew that for certain. And as much as she feared the fallout of their actions, part of her wasn’t sure she wanted him to leave. She didn’t know if she could let him go.</w:t>
      </w:r>
    </w:p>
    <w:p>
      <w:r>
        <w:t>Before she could sort through the storm of thoughts in her mind, she felt his presence behind her. The warmth of his body radiated against her back, and then his arms wrapped around her, pulling her in close. He kissed her cheek, his lips soft but full of affection.</w:t>
      </w:r>
    </w:p>
    <w:p>
      <w:r>
        <w:t>“Two of the world’s most beautiful views,” Jan murmured, his voice low and playful. “What a great way to wake up.”</w:t>
      </w:r>
    </w:p>
    <w:p>
      <w:r>
        <w:t>Thenji could hear the smile in his voice, even without looking at him. She could feel it, the way his lips lingered on her skin, the warmth of him against her, and for a split second, she almost let herself fall into it. Almost let herself give in to the pull of him.</w:t>
      </w:r>
    </w:p>
    <w:p>
      <w:r>
        <w:t>But she couldn’t.</w:t>
      </w:r>
    </w:p>
    <w:p>
      <w:r>
        <w:t>She turned, pulling away from him with a sharpness she hadn’t meant, stepping out of his embrace and moving a little further from him.</w:t>
      </w:r>
    </w:p>
    <w:p>
      <w:r>
        <w:t>“Thenji…” His voice faltered for just a moment, hurt flashing in his eyes.</w:t>
      </w:r>
    </w:p>
    <w:p>
      <w:r>
        <w:t>She refused to look at him, keeping her gaze on the horizon instead. Her heart ached as she felt his disappointment settle between them. But it wasn’t enough to make her change her mind. Not now. Not when the consequences were starting to loom so large in her mind.</w:t>
      </w:r>
    </w:p>
    <w:p>
      <w:r>
        <w:t>“I can’t do this, Jan,” she whispered, her voice barely audible above the sound of the waves crashing below.</w:t>
      </w:r>
    </w:p>
    <w:p>
      <w:r>
        <w:t>He stepped closer again, his hand gently reaching out for hers, but she pulled away, not able to face him fully yet. “Why not? What’s changed, Thenji?”</w:t>
      </w:r>
    </w:p>
    <w:p>
      <w:r>
        <w:t>She closed her eyes, willing away the tears that threatened.Instead she fixed her eyes on the horizon, her breath shaky as she tried to steady herself. She wasn’t ready for this—whatever this was. What had happened between them was too complicated, too messy, and she couldn’t find the clarity she needed to move forward.</w:t>
      </w:r>
    </w:p>
    <w:p>
      <w:r>
        <w:t>“I’m just… not ready for this right now,” she said softly, her voice barely above a whisper.</w:t>
      </w:r>
    </w:p>
    <w:p>
      <w:r>
        <w:t>Jan stood silent for a moment, as if he hadn’t quite heard her, then his brow furrowed in frustration. “How long do you need, Thenji? Until when?”</w:t>
      </w:r>
    </w:p>
    <w:p>
      <w:r>
        <w:t>The question hung in the air, unanswered, and the more she thought about it, the more she realized she didn’t have an answer. Time. She just needed time. But she couldn’t give him that either, not when she couldn’t even give it to herself.</w:t>
      </w:r>
    </w:p>
    <w:p>
      <w:r>
        <w:t>Jan’s jaw clenched, his frustration bubbling to the surface. Without another word, he turned away from her, his movements sharp and deliberate. It was clear he didn’t understand, didn’t want to understand. His anger was a silent thing, an invisible storm between them that threatened to pull them further apart.</w:t>
      </w:r>
    </w:p>
    <w:p>
      <w:r>
        <w:t>Thenji watched him for a moment, her heart aching, before she found her voice again. “Jan!” she called, her voice sharper now, a note of desperation slipping through.</w:t>
      </w:r>
    </w:p>
    <w:p>
      <w:r>
        <w:t>He didn’t turn around, but she could see his shoulders stiffen, the tension in his back evident.</w:t>
      </w:r>
    </w:p>
    <w:p>
      <w:r>
        <w:t xml:space="preserve">“I have work to do,” he said, his tone firm. </w:t>
      </w:r>
    </w:p>
    <w:p>
      <w:r>
        <w:t>The ache in her chest grew stronger, but she held her ground. The words she wanted to say—wanted to feel—remained lodged in her throat.</w:t>
      </w:r>
    </w:p>
    <w:p>
      <w:r>
        <w:t>And for a moment, all that was left was the sound of the waves crashing against the shore, as though they, too, were waiting for the storm to pass.</w:t>
      </w:r>
    </w:p>
    <w:p/>
    <w:p>
      <w:r>
        <w:t>The morning passed in silence. After a quick shower and a silent breakfast at the hotel restaurant downstairs, Thenji and Jan drove to the police station, the tension thick between them. Neither of them spoke, their minds preoccupied with the events of the morning.</w:t>
      </w:r>
    </w:p>
    <w:p>
      <w:r>
        <w:t>Once they arrived, they went straight to the debriefing room. The captain and the rest of the team were already there, waiting. They began to explain what they had uncovered from the footage—how they had seen the killer with Siya entering his apartment, how she had expertly dodged the cameras, leaving nothing behind to trace her movements.</w:t>
      </w:r>
    </w:p>
    <w:p>
      <w:r>
        <w:t>“We’ve subpoenaed Siya’s bank records,” Jan said, keeping his voice calm despite the frustration building inside. “We’ll be able to see his last transactions, and if we can track his steps—where he went shopping with the killer, we might find something. Maybe one of the stores has surveillance footage.”</w:t>
      </w:r>
    </w:p>
    <w:p>
      <w:r>
        <w:t>The captain’s face remained impassive as he listened, but as soon as Jan finished speaking, he shook his head.</w:t>
      </w:r>
    </w:p>
    <w:p>
      <w:r>
        <w:t>“No,” the captain said firmly. “There’s no way we’re going through Siya’s bank transactions.”</w:t>
      </w:r>
    </w:p>
    <w:p>
      <w:r>
        <w:t>Thenji and Jan exchanged a glance, a silent understanding passing between them. Of course. Siya wasn’t just any ordinary person—he was the son of a powerful minister turned tenderpreneur, with connections that reached far and wide. No one was going to risk angering his father or daring to explore what kinds of transactions might have occurred, not even for the sake of catching a killer.</w:t>
      </w:r>
    </w:p>
    <w:p>
      <w:r>
        <w:t>The captain’s words were final, but Jan’s frustration was palpable. “We can’t just ignore it. We need to follow the trail,” he said, his voice tinged with disbelief.</w:t>
      </w:r>
    </w:p>
    <w:p>
      <w:r>
        <w:t>“We’ll find another way,” the captain said dismissively, clearly more interested in maintaining political harmony than in solving the case. “But for now, that’s off the table.”</w:t>
      </w:r>
    </w:p>
    <w:p>
      <w:r>
        <w:t>Both Jan and Thenji knew barking up that tree would be a waste of time. They had expected resistance, but this felt different—this felt like a dead end. Still, there was work to be done. They agreed to go over the footage again, carefully examining the bags the killer and Siya carried. They had already noticed one of the bags was from Louis Vuitton, and there weren’t many LV stores in the city. At least that was a lead they could follow up on.</w:t>
      </w:r>
    </w:p>
    <w:p>
      <w:r>
        <w:t>As they stood to leave, the captain’s voice stopped them.</w:t>
      </w:r>
    </w:p>
    <w:p>
      <w:r>
        <w:t>“I’ll send one of my guys to handle that,” he said, his tone suddenly taking on a more serious edge. “I need you two for something else.”</w:t>
      </w:r>
    </w:p>
    <w:p>
      <w:r>
        <w:t>Jan’s brows furrowed in confusion. “What?” he asked, frustration evident in his voice.</w:t>
      </w:r>
    </w:p>
    <w:p>
      <w:r>
        <w:t>“The Mayor and the Minister of Police would like to meet with you both,” the captain replied, his gaze steady but lacking any sense of urgency or understanding.</w:t>
      </w:r>
    </w:p>
    <w:p>
      <w:r>
        <w:t>The words hung in the air like a weight, and Jan’s frustration boiled over. “This is about a killer, not your political games!” he snapped, his voice rising slightly. “We didn’t come here to play politics—we came here to solve a murder.”</w:t>
      </w:r>
    </w:p>
    <w:p>
      <w:r>
        <w:t>The captain’s expression didn’t change. “I’m sorry, Jan,” he said, almost as if it were a matter of routine. “But you’ll have to meet with them. They’ll want to discuss the case.”</w:t>
      </w:r>
    </w:p>
    <w:p>
      <w:r>
        <w:t>Thenji could see the storm brewing inside Jan. He had never been one to let politics get in the way of his work, and this situation was pushing him to his limit.</w:t>
      </w:r>
    </w:p>
    <w:p>
      <w:r>
        <w:t>“Great,” he muttered under his breath, his tone filled with sarcasm. “More roadblocks. Just what we needed.”</w:t>
      </w:r>
    </w:p>
    <w:p>
      <w:r>
        <w:t>Thenji placed a hand on his arm, her touch calm and reassuring. “Let’s just do this, Jan,” she said quietly. “We can’t afford to alienate anyone right now, no matter how frustrating it is.”</w:t>
      </w:r>
    </w:p>
    <w:p>
      <w:r>
        <w:t>Jan clenched his jaw, nodding stiffly. He wanted to yell, to push back, but he knew Thenji was right. As much as he hated it, they had to play the game. For now.</w:t>
      </w:r>
    </w:p>
    <w:p>
      <w:r>
        <w:t>With a final, frustrated glance at the captain, they left the room. The next part of their investigation would have to wait—at least until they made the necessary political rounds.</w:t>
      </w:r>
    </w:p>
    <w:p/>
    <w:p>
      <w:r>
        <w:t>The lunch with the Minister and the Mayor felt like an eternity. The conversation was tedious and dripped with diplomacy, a far cry from the urgency of the case that had brought them there. Neither Jan nor Thenji could shake the sense that they were wasting time—especially Jan, who had a terrible poker face. He leaned back in his chair, his frustration barely contained as the Minister prattled on about the importance of moving quickly on the case, as though they were talking about a corporate project rather than a human life.</w:t>
      </w:r>
    </w:p>
    <w:p>
      <w:r>
        <w:t>Thenji, ever the professional, did most of the talking. She listened carefully to the Minister’s words, picking apart what he wasn’t saying as much as what he was. She knew all too well how to read between the lines in situations like this.</w:t>
      </w:r>
    </w:p>
    <w:p>
      <w:r>
        <w:t>“My colleagues are panicking, and as you know, my colleagues panicking is never good for the county” the Minister said, his voice tinged with unease. “This case is getting too close to home. It would be in everyone’s best interest if we could wrap it up quickly. I’m sure it would be good for you, Detective. A high-profile case like this... it’s good for your career. And for you, Dr. Mhongo,” he added, turning to Thenji with a smile that was both condescending and familiar. “I imagine you’d like to head up your own practice someday. Having the right connections, the right friends—well, that could be quite beneficial.”</w:t>
      </w:r>
    </w:p>
    <w:p>
      <w:r>
        <w:t>Jan’s jaw tightened at the Minister’s suggestion. The blatant use of their work for political and personal gain irked him more than he could say. He stood abruptly, as though ready to walk out, his frustration evident in every muscle of his body.</w:t>
      </w:r>
    </w:p>
    <w:p>
      <w:r>
        <w:t>But Thenji, sensing the rising tension, placed a hand on his lap. She leaned toward him, her voice low but firm. “Don’t,” she whispered. “We’re not done here.”</w:t>
      </w:r>
    </w:p>
    <w:p>
      <w:r>
        <w:t>Jan hesitated, staring at her hand for a moment before looking back at the Minister, who didn’t seem bothered by the tension. Instead, he smiled a practiced, almost patronizing smile, and continued speaking as if everything were business as usual.</w:t>
      </w:r>
    </w:p>
    <w:p>
      <w:r>
        <w:t>The lunch finally ended, and Jan was seething. As they drove back to the police station, he couldn’t hold it in anymore. His words spilled out, hot with anger. “People like that, they’re what’s wrong with this country,” he fumed. “This is exactly why things get buried. Why cases never get solved. It’s all bloody greed. They don’t care about justice—they only care about their own damned pockets.”</w:t>
      </w:r>
    </w:p>
    <w:p>
      <w:r>
        <w:t>Thenji stayed quiet, watching the road ahead. She understood his anger; she shared it. But she also knew that anger wouldn’t get them any closer to the killer, and that’s what they needed right now.</w:t>
      </w:r>
    </w:p>
    <w:p>
      <w:r>
        <w:t>As they approached the police station, they were immediately ambushed by a swarm of reporters, shouting questions, cameras flashing in their faces. Jan instinctively moved to shield Thenji, his hand finding her waist as he guided her through the chaos.</w:t>
      </w:r>
    </w:p>
    <w:p>
      <w:r>
        <w:t>“Who is that woman?” one reporter yelled, his camera snapping at Thenji’s face.</w:t>
      </w:r>
    </w:p>
    <w:p>
      <w:r>
        <w:t>Thenji and Jan exchanged a glance. How did they know about her?</w:t>
      </w:r>
    </w:p>
    <w:p>
      <w:r>
        <w:t>“Can you confirm that this woman is definitely the killer?” another reporter asked, shoving a microphone in Jan’s face.</w:t>
      </w:r>
    </w:p>
    <w:p>
      <w:r>
        <w:t>“Is she the same person who killed the Johannesburg victims?” a different reporter pressed.</w:t>
      </w:r>
    </w:p>
    <w:p>
      <w:r>
        <w:t>Jan’s patience snapped. He pushed his way through the crowd, his body rigid with frustration. “No comment!” he shouted, his voice sharp as he pulled Thenji along with him, practically dragging her into the police station.</w:t>
      </w:r>
    </w:p>
    <w:p>
      <w:r>
        <w:t>Once inside, Jan slammed the door behind them, his eyes wild with fury. “How the hell did they find out?” he demanded, his voice low and dangerous.</w:t>
      </w:r>
    </w:p>
    <w:p>
      <w:r>
        <w:t>A nearby officer, who had witnessed the chaos outside, looked at Jan with wide eyes. “It’s everywhere,” he said, holding up his phone. “It’s all over social media.”</w:t>
      </w:r>
    </w:p>
    <w:p>
      <w:r>
        <w:t>Jan took the phone from him, his heart sinking. On the screen was a trending post: "SA Female Serial Killer" in bold letters, and below that, a picture of Siya and a woman. His hand firmly on the woman’s lower back, guiding her into his apartment. The woman’s face was hidden, but everything about her presence—the way she stood, the aura around her—was enough.</w:t>
      </w:r>
    </w:p>
    <w:p>
      <w:r>
        <w:t xml:space="preserve">Thenji felt a cold wave of dread wash over her. The fact that the woman in the image was her—the killer—meant that they were no longer in control of the narrative. </w:t>
      </w:r>
    </w:p>
    <w:p>
      <w:r>
        <w:t>Jan stormed into the captain’s office, his anger simmering just beneath the surface. The door slammed shut behind him, echoing in the small room. He didn’t bother with pleasantries—his frustration had already reached its boiling point.</w:t>
      </w:r>
    </w:p>
    <w:p>
      <w:r>
        <w:t>“Captain,” Jan’s voice cut through the room like a knife, “how the hell did this get leaked?” His eyes were burning with accusation, his posture rigid with anger. He paced back and forth, not even giving the captain a chance to respond. “You’ve had us running around in circles all day, and now this? We’ve got a media frenzy on our hands, and we’re supposed to be focused on catching a killer, not playing defense against journalists!”</w:t>
      </w:r>
    </w:p>
    <w:p>
      <w:r>
        <w:t>The captain looked up at him from his desk, his face impassive, though his eyes narrowed with mild irritation. “Jan, calm down—”</w:t>
      </w:r>
    </w:p>
    <w:p>
      <w:r>
        <w:t>“Calm down?” Jan interrupted, his voice rising, his hands clenched in fists by his side. “You’re telling me to calm down? Do you realize that us being here is a waste of time now? I can bet you—if the killer hasn’t already left this city, she’s long gone now.”</w:t>
      </w:r>
    </w:p>
    <w:p>
      <w:r>
        <w:t>Jan stopped in front of the captain’s desk, his face inches away. He was seething now, his frustration clear. “You think we’re actually getting closer to finding her? You’re not just wasting our time; you’re wasting the people’s time. The public’s attention has shifted—this is no longer about justice. It’s about managing damage control and keeping your precious image intact.”</w:t>
      </w:r>
    </w:p>
    <w:p>
      <w:r>
        <w:t>The captain didn’t flinch, but there was an unmistakable flicker of discomfort in his eyes. He shifted in his chair, folding his hands together, his demeanor suddenly less assured. “We’re doing what we can, Jan,” he said, his voice tight, trying to regain control of the situation.</w:t>
      </w:r>
    </w:p>
    <w:p>
      <w:r>
        <w:t>“No,” Jan snapped. “You’re not doing enough.” He stared at the captain, the words laced with bitter disbelief. “This isn’t just about politics. This is about a killer, a woman who is still out there—and if we don’t act now, we won’t be the ones catching her. She’ll slip right through our fingers.”</w:t>
      </w:r>
    </w:p>
    <w:p>
      <w:r>
        <w:t>A long silence filled the room. Thenji, who had followed Jan into the office, stood quietly by the door, her arms crossed. She wasn’t surprised by Jan’s outburst. He was always this way when the weight of the case became too much to bear, but she understood his anger. They were running out of time, and every second wasted could be another life lost.</w:t>
      </w:r>
    </w:p>
    <w:p>
      <w:r>
        <w:t>The captain sighed, his shoulders sagging. “You’re right. But I don’t have the resources to take on this case the way you want me to. Not with the pressure from above.” He looked at Jan, his expression turning resigned. “We’re going to have to play it their way—for now.”</w:t>
      </w:r>
    </w:p>
    <w:p>
      <w:r>
        <w:t>Jan clenched his jaw, the words burning on the tip of his tongue. But he swallowed them down, trying to stay composed. “Fine. But don’t expect me to play nice,” he said through gritted teeth. “We’ll check the damn LV bag and hope to find something. But don’t waste our time any longer. This game you’re playing... it won’t save you when she’s gone.”</w:t>
      </w:r>
    </w:p>
    <w:p>
      <w:r>
        <w:t>With one final glare at the captain, Jan turned on his heel and walked out, his mind racing. Every word the captain had said felt like a slap in the face—a reminder of the bureaucracy and corruption that held them back. But he wasn’t going to stop. Not now.</w:t>
      </w:r>
    </w:p>
    <w:p>
      <w:r>
        <w:t>Thenji followed behind, her quiet steps the only sound in the otherwise tense silence.</w:t>
      </w:r>
    </w:p>
    <w:p>
      <w:r>
        <w:t>As they reached the door to leave, she turned to Jan, her voice soft but firm. “We’ll catch her. I know we will.”</w:t>
      </w:r>
    </w:p>
    <w:p>
      <w:r>
        <w:t>Jan didn’t answer, his mind already moving to the next step. But her words, simple as they were, grounded him. For a moment, he allowed himself to believe her.</w:t>
      </w:r>
    </w:p>
    <w:p>
      <w:r>
        <w:t xml:space="preserve">SHE sat in the airport lounge, her fingers absently tracing the rim of her coffee cup. The whispers around her were like distant murmurs, but she caught every word. "Can you believe it, a woman doing such evil things?" </w:t>
      </w:r>
    </w:p>
    <w:p>
      <w:r>
        <w:t xml:space="preserve">"Maybe those men did something. Women don’t do such things." </w:t>
      </w:r>
    </w:p>
    <w:p>
      <w:r>
        <w:t>The voices swirled around her, like a sickening, familiar dance. She gave a slight, almost imperceptible smile to herself.</w:t>
      </w:r>
    </w:p>
    <w:p>
      <w:r>
        <w:t>The world was still backward. She’d known that for years, but it never ceased to amuse her how easily they underestimated her—how quickly they believed women could only be victims or bystanders, never perpetrators of evil. Fascinating, she thought. How simple they make it for me to slip through their fingers.</w:t>
      </w:r>
    </w:p>
    <w:p>
      <w:r>
        <w:t>The killer leaned back in her seat, the bustle of the terminal around her nothing more than background noise. She had planned this. The city had given her what she wanted. The satisfaction of seeing her puzzle pieces falling into place—the police were playing catch-up, the reporters were desperate for more, and Thenjiwe Mhlongo had become the key figure in it all. How ironic, she mused. The psychologist was clever, too clever for her own good.</w:t>
      </w:r>
    </w:p>
    <w:p>
      <w:r>
        <w:t>When she first saw Thenji at the conference in Johannesburg, there was something magnetic about the woman. She had done her research immediately, diving into everything she could find about Dr. Mhlongo. It had been fascinating, really—her insight into the human mind, her calm demeanor, her grace under pressure. But more than that, it was the way Thenji’s eyes seemed to hold onto Jan, how he always seemed to be watching her. The attention between them was undeniable, and as much as she tried to focus on the thrill of her kills, she couldn’t help but watch them both.</w:t>
      </w:r>
    </w:p>
    <w:p>
      <w:r>
        <w:t>Jan, she thought, her lips curling into a small, knowing smile. This morning, the way he had shielded Thenji from the reporters—his protective stance, the way he had grabbed her hand and pulled her away—it had been almost instinctive. The connection between them was obvious, but it intrigued her. She didn’t need to guess; she could practically feel the tension between them. Was it just professional? Or was there more?</w:t>
      </w:r>
    </w:p>
    <w:p>
      <w:r>
        <w:t>She glanced down at her phone, replaying the footage from the morning again. The images were so clear—Jan’s face, his concern, his care for Thenji. The way his eyes darted to her, like he was always aware of her presence, even when she wasn’t in the room. She had seen it enough times now to know there was more to it than either of them were letting on.</w:t>
      </w:r>
    </w:p>
    <w:p>
      <w:r>
        <w:t>Her thoughts were interrupted when a voice pulled her from her reverie. “Fascinating, isn’t it?”</w:t>
      </w:r>
    </w:p>
    <w:p>
      <w:r>
        <w:t>She looked up to see a man standing next to her table, a smile tugging at the corners of his lips. His eyes gleamed with something—curiosity, interest, maybe even a hint of amusement.</w:t>
      </w:r>
    </w:p>
    <w:p>
      <w:r>
        <w:t>“Excuse me?” she responded, raising an eyebrow.</w:t>
      </w:r>
    </w:p>
    <w:p>
      <w:r>
        <w:t>“How one woman has the whole country standing still.” He leaned in slightly, his voice low but confident.</w:t>
      </w:r>
    </w:p>
    <w:p>
      <w:r>
        <w:t>She studied him for a moment, her gaze flicking back to her phone screen. It was a calculated move, checking whether he was speaking of her or Dr. Mhlongo. What an odd coincidence, she thought. She nodded slightly, not bothering to hide her intrigue.</w:t>
      </w:r>
    </w:p>
    <w:p>
      <w:r>
        <w:t>“May I sit?” the man asked, his voice taking on a playful tone, as though it were a mere formality. Without waiting for her answer, he slid into the seat across from her.</w:t>
      </w:r>
    </w:p>
    <w:p>
      <w:r>
        <w:t>“My name is Charles,” he said, a thick English accent rolling off his tongue as he extended a hand.</w:t>
      </w:r>
    </w:p>
    <w:p>
      <w:r>
        <w:t>She hesitated, but only for a moment, before reaching out to shake it. “Hi, Charles” The name felt foreign to her, but it didn’t matter. She was here to pass time, not collect any new gifts.</w:t>
      </w:r>
    </w:p>
    <w:p>
      <w:r>
        <w:t>“So, where is a beautiful woman like you heading?” he asked, his voice carrying a hint of flirtation.</w:t>
      </w:r>
    </w:p>
    <w:p>
      <w:r>
        <w:t>“Johannesburg,” she replied slowly, her eyes narrowing slightly. Must be my luck, Charles smirked, clearly thinking he’d found something interesting.</w:t>
      </w:r>
    </w:p>
    <w:p>
      <w:r>
        <w:t>She couldn’t help but let her gaze slide over him, assessing him with sharp, calculating eyes. Charming, she thought. But not worth my time. Still, it was an opportunity. He could be fun for a little while, but she wasn’t about to let herself get distracted. There were more important matters at hand—like why Detective Jan seemed so captivated by Dr. Thenjiwe Mhlongo. He had his focus on her, more than on catching her.</w:t>
      </w:r>
    </w:p>
    <w:p>
      <w:r>
        <w:t>The man, Charles, continued to smile at her, as if the conversation was some kind of game he was eager to play. But she already had her eyes on the real prize. Jan and Thenji. She’d been watching them, and no matter how much she tried to divert her attention, she knew that the answers she was searching for lay between those two.</w:t>
      </w:r>
    </w:p>
    <w:p>
      <w:r>
        <w:t>"Have you ever wondered," Charles began, pulling her out of her thoughts again, "how one woman can have so much control over an entire country?"</w:t>
      </w:r>
    </w:p>
    <w:p>
      <w:r>
        <w:t>She smiled faintly, allowing herself the luxury of his attention. But she was already thinking about what came next. How she could slip through their grasp yet again.</w:t>
        <w:br/>
      </w:r>
    </w:p>
    <w:p>
      <w:r>
        <w:t>Thirteen</w:t>
      </w:r>
    </w:p>
    <w:p>
      <w:r>
        <w:t>You can never know the depth of someone’s darkness until you stare into the abyss and feel it staring back.</w:t>
      </w:r>
    </w:p>
    <w:p>
      <w:r>
        <w:t>She watched. She always watched.</w:t>
      </w:r>
    </w:p>
    <w:p>
      <w:r>
        <w:t>Observation was an art, and Naledi Nkosi had long since mastered it. The way people moved, how they hesitated before speaking, how their eyes flickered when they thought no one was looking—every detail mattered. It was how she stayed ahead. How she remained untouchable.</w:t>
      </w:r>
    </w:p>
    <w:p>
      <w:r>
        <w:t>By day, she was Naledi Nkosi, a powerful entrepreneur and private equity investor, running her own firm that specialized in emerging markets and tech startups. Her success was hard-won, earned with years of strategic decisions and a sharp, ever-watchful eye for opportunity. She had no need to hide—her life was lived openly, her accomplishments known by those in the circles that mattered. People respected her, admired her, and maybe even feared her a little. She had built something substantial, a network of investments that spanned industries, and her influence was quietly undeniable.</w:t>
      </w:r>
    </w:p>
    <w:p>
      <w:r>
        <w:t>But there was something more to Naledi. Something deeper. Something she kept beneath the polished surface of her public life.</w:t>
      </w:r>
    </w:p>
    <w:p>
      <w:r>
        <w:t>Tonight, she would introduce herself to Thenjiwe Mhlongo.</w:t>
      </w:r>
    </w:p>
    <w:p>
      <w:r>
        <w:t>The coffee shop was warm, a comforting hum of conversation filling the air as the smell of fresh coffee beans wrapped around Naledi like a familiar cloak. She had been watching Thenjiwe for a while now, studying her with the same precision she applied to every person who caught her attention. There was something about the psychologist—something different. Thenjiwe had become the face of the investigation, her every movement under scrutiny ever since the leak had sent the entire nation into a frenzy. Her face was everywhere now. It didn’t make sense to Naledi that someone like Thenjiwe would even recognize her, yet here she was, sitting in front of her, still as composed as ever.</w:t>
      </w:r>
    </w:p>
    <w:p>
      <w:r>
        <w:t>Naledi approached, her steps deliberate, unhurried, exuding quiet confidence. "Excuse me, Dr. Mhlongo?"</w:t>
      </w:r>
    </w:p>
    <w:p>
      <w:r>
        <w:t>Thenjiwe glanced up, her expression guarded but polite. Her gaze flickered over Naledi’s face, almost as if searching for recognition, before landing back on her phone. "Yes?"</w:t>
      </w:r>
    </w:p>
    <w:p>
      <w:r>
        <w:t>"I hope I’m not interrupting," Naledi said, her tone smooth, warm, though she was already calculating. "I couldn’t help but overhear your presentation at the symposium last month on forensic psychology. It was fascinating."</w:t>
      </w:r>
    </w:p>
    <w:p>
      <w:r>
        <w:t>A small, polite smile flickered across Thenjiwe’s lips, but it didn’t reach her eyes. There was something tense in her posture now. "Thank you," she said, eyes narrowing ever so slightly. "Are you in the field?"</w:t>
      </w:r>
    </w:p>
    <w:p>
      <w:r>
        <w:t>Naledi tilted her head, pretending to think. "In a way. I’m just a curious mind, really. I find the intersection of psychology and crime endlessly intriguing."</w:t>
      </w:r>
    </w:p>
    <w:p>
      <w:r>
        <w:t>Thenjiwe’s smile was tight, distant. "I see."</w:t>
      </w:r>
    </w:p>
    <w:p>
      <w:r>
        <w:t>Naledi pressed on, careful not to push too hard. "I noticed you aren’t speaking at the next symposium. If I may ask, what’s the reason for that? You were so well-received last time."</w:t>
      </w:r>
    </w:p>
    <w:p>
      <w:r>
        <w:t>Thenjiwe’s gaze flickered toward her, a touch of wariness creeping into her features. She hesitated for just a beat, but her answer was curt. "Scheduling issue," she said, her voice neutral.</w:t>
      </w:r>
    </w:p>
    <w:p>
      <w:r>
        <w:t>Naledi raised an eyebrow, though her smile remained easy. "Scheduling? I would have thought you’d be one of the first on the list."</w:t>
      </w:r>
    </w:p>
    <w:p>
      <w:r>
        <w:t>Thenjiwe's expression flickered briefly, but she quickly masked it. The last thing she wanted was to talk about the case. "I have other commitments," she said, her voice cool now. "But I’m not doing any talks at the moment."</w:t>
      </w:r>
    </w:p>
    <w:p>
      <w:r>
        <w:t>Naledi leaned in just slightly, as if interested but not too pressing. "I can understand. I can only imagine how draining it must be, with the case still ongoing." She lowered her voice, as though confiding. "How could anyone give a talk, really, when the killer is still out there? There’s still so much uncertainty."</w:t>
      </w:r>
    </w:p>
    <w:p>
      <w:r>
        <w:t>Thenjiwe’s eyes tightened for a moment. She knew the truth but wouldn’t admit it. There had been no new bodies, not since the last victim, but the country was still in a state of panic. The media hounded her every move, desperate for answers, any shred of new information. It was wearing her thin.</w:t>
      </w:r>
    </w:p>
    <w:p>
      <w:r>
        <w:t>She blinked, then gave a tight nod. "It’s been... overwhelming."</w:t>
      </w:r>
    </w:p>
    <w:p>
      <w:r>
        <w:t>Naledi’s smile softened, understanding the tension. "If you ever need a break, I’d be happy to take you for a cup of coffee." She paused. "I wouldn’t want to intrude, though."</w:t>
      </w:r>
    </w:p>
    <w:p>
      <w:r>
        <w:t>Thenjiwe looked around the café for a moment, then back at her. "Actually, I’m waiting for someone," she said, scanning the room. She didn’t want to be rude, but there was something off about this woman—she wasn’t sure why. "Perhaps you can sit for a while, but I must be frank," she added, meeting Naledi’s eyes. "I cannot and will not discuss the case."</w:t>
      </w:r>
    </w:p>
    <w:p>
      <w:r>
        <w:t>"Of course," Naledi replied smoothly, her smile never wavering. She took the invitation, sitting down with grace. "I understand completely. I wasn’t intending to discuss the case anyway."</w:t>
      </w:r>
    </w:p>
    <w:p>
      <w:r>
        <w:t>Thenjiwe’s eyes narrowed slightly, still wary but polite. There was something unsettling about the woman’s calm demeanor, the way she seemed to already know too much.</w:t>
      </w:r>
    </w:p>
    <w:p>
      <w:r>
        <w:t>Naledi leaned back, her posture relaxed. "I find it fascinating, though, how people in your field process the darkness. It must take a unique mindset to understand the minds of those who commit such acts." She watched Thenjiwe’s reaction closely, measuring every word, every shift in body language.</w:t>
      </w:r>
    </w:p>
    <w:p>
      <w:r>
        <w:t>Thenjiwe, sensing the underlying tension, held her composure. She didn’t need to reveal anything more, especially not to someone like this. "I don’t know about that," she replied carefully. "I’m just trying to do my job."</w:t>
      </w:r>
    </w:p>
    <w:p>
      <w:r>
        <w:t>Naledi nodded, a knowing smile playing on her lips. She didn’t need to probe any further. She knew everything she needed to. She was, after all, the author of this play.</w:t>
      </w:r>
    </w:p>
    <w:p>
      <w:r>
        <w:t>Naledi sat with Thenjiwe, the conversation flowing smoothly, though neither of them spoke without calculation. Each word, each gesture, was scrutinized, analyzed. They both played their roles—polite, interested, as if there was no deeper game being played, no ulterior motive behind their pleasant small talk. But behind the smiles and the gentle words, both women were quietly assessing each other, each trying to unravel the mystery that the other presented.</w:t>
      </w:r>
    </w:p>
    <w:p>
      <w:r>
        <w:t>Thenjiwe’s eyes flickered to Naledi occasionally, her gaze sharp and guarded. She couldn’t help but feel that there was more to this woman than she let on, a depth beneath the polished surface. Naledi, on the other hand, studied Thenjiwe with a quiet intensity, noting the subtle way her fingers curled around her mug, the poised, almost regal way she held herself. She was more than just the public face of a psychologist in the midst of a national crisis. There was something else there, something Naledi couldn’t quite put her finger on, but she found it… irresistible.</w:t>
      </w:r>
    </w:p>
    <w:p>
      <w:r>
        <w:t>Just as the air between them grew heavier, more charged, the door to the café opened. Naledi glanced over, her gaze landing on a tall man entering, scanning the room. His eyes landed on Thenjiwe, and a slight flicker of recognition passed between them. Paul.</w:t>
      </w:r>
    </w:p>
    <w:p>
      <w:r>
        <w:t>Naledi stood, her movements fluid and practiced. "I should be going," she said, her voice smooth as ever. "It was a pleasure to meet you, Dr. Mhlongo. Perhaps we can continue this conversation sometime?"</w:t>
      </w:r>
    </w:p>
    <w:p>
      <w:r>
        <w:t>Thenjiwe gave a polite nod, but there was a hint of relief in her eyes as the pressure of the conversation lifted. "Of course," she replied, her voice as composed as ever. "Take care, Ms. Nkosi."</w:t>
      </w:r>
    </w:p>
    <w:p>
      <w:r>
        <w:t>Naledi smiled, offering a brief nod before turning to leave. Her heels clicked softly against the floor as she made her way to the door. Once outside, she paused for a moment, reaching into her bag and pulling out her phone.</w:t>
      </w:r>
    </w:p>
    <w:p>
      <w:r>
        <w:t>Charles.</w:t>
      </w:r>
    </w:p>
    <w:p>
      <w:r>
        <w:t>It had been a month now since they first met. At first, he hadn’t seemed very interesting—just another contact in the business world, another face in the crowd. But over the weeks, he had turned out to be far more fascinating than she could have anticipated. He was a puzzle, and she loved solving puzzles. His texts, his conversations, they weren’t just exchanges of information. They were a game, one she found herself drawn to more and more.</w:t>
      </w:r>
    </w:p>
    <w:p>
      <w:r>
        <w:t>Her fingers hovered over his name for a moment before she let out a breath and sent a quick text.</w:t>
      </w:r>
    </w:p>
    <w:p>
      <w:r>
        <w:t>She turned her attention back to the café window, watching Thenjiwe as she sipped from her mug, her posture still perfect, still poised, a picture of grace. There was something about her—something that set her apart from everyone else. It wasn’t attraction, not in the way Naledi had felt about others before. It was different. A pull. A sense of longing.</w:t>
      </w:r>
    </w:p>
    <w:p>
      <w:r>
        <w:t>She had never wanted another woman the way she wanted Thenjiwe. There was no desire, no lust—just something deeper. Something more profound. Thenjiwe wasn’t like the others. There was an air about her, an unspoken command, a presence that seemed to glow, to fill the space around her. She wasn’t just a person. She was a force, and Naledi couldn’t look away.</w:t>
      </w:r>
    </w:p>
    <w:p>
      <w:r>
        <w:t>She watched as Thenjiwe gently placed her mug on the table, her expression unreadable but still graceful. The very act of her sitting there, calm and collected in the midst of everything, was like a magnet pulling Naledi in.</w:t>
      </w:r>
    </w:p>
    <w:p>
      <w:r>
        <w:t>Could she give herself a gift like that? A prize so grand, so rare? She didn’t want to collect Thenjiwe as she had with others. She didn’t want to add her to the list of those she’d bent to her will, turned into something else entirely. No, this was different. It was as if she could feel the pull of Thenjiwe’s essence, a deep longing within her that she couldn’t explain.</w:t>
      </w:r>
    </w:p>
    <w:p>
      <w:r>
        <w:t>For the first time in a long while, Naledi didn’t just want to take. She wanted to… possess. But it wasn’t in the way she had taken so many others before. No, there was something more, something intangible that made her want Thenjiwe in a way that felt almost sacred.</w:t>
      </w:r>
    </w:p>
    <w:p>
      <w:r>
        <w:t>She turned and walked away, her heart beating just a little faster. She didn’t know why. She didn’t even want to think about it.</w:t>
      </w:r>
    </w:p>
    <w:p>
      <w:r>
        <w:t>All she knew was that Thenjiwe Mhlongo was now her latest obsession—and she couldn’t look away</w:t>
      </w:r>
    </w:p>
    <w:p>
      <w:r>
        <w:t>As Naledi walked briskly towards her car, the familiar buzz of her phone vibrating in her hand broke her from her thoughts. She glanced down at the screen and saw Charles’ name lighting up the display. A quick breath, a moment to adjust, and she answered.</w:t>
      </w:r>
    </w:p>
    <w:p>
      <w:r>
        <w:t>“Hey, Charles.”</w:t>
      </w:r>
    </w:p>
    <w:p>
      <w:r>
        <w:t>“Hey, Naledi,” his voice came through, smooth and easy. “How about dinner tonight? Just the two of us. Maybe afterward we can head back to mine? We can continue our conversation, just relax.”</w:t>
      </w:r>
    </w:p>
    <w:p>
      <w:r>
        <w:t>She felt the pull of temptation, the flicker of desire for control. But she forced herself to temper it. She could see the game, and she wasn’t ready to move too quickly. Not yet. Not with him. She was playing a long game, after all.</w:t>
      </w:r>
    </w:p>
    <w:p>
      <w:r>
        <w:t>“Dinner sounds perfect,” she replied smoothly, her tone warm but measured. “But I’m going to have to pass on heading back to yours afterward. I’ve got an early start tomorrow.”</w:t>
      </w:r>
    </w:p>
    <w:p>
      <w:r>
        <w:t>There was a slight pause on the other end of the line, and she could almost hear his disappointment, but he quickly masked it.</w:t>
      </w:r>
    </w:p>
    <w:p>
      <w:r>
        <w:t>“That’s alright. We’ll make the most of dinner,” he said, with a touch of humor. “I’ll pick you up at 7?”</w:t>
      </w:r>
    </w:p>
    <w:p>
      <w:r>
        <w:t>“Sounds good,” Naledi answered, her voice crisp, confident.</w:t>
      </w:r>
    </w:p>
    <w:p>
      <w:r>
        <w:t>After the call ended, she slipped her phone back into her purse and let out a slow breath. Her eyes scanned the parking lot, taking in her surroundings with a practiced gaze, always alert, always aware. Charles, while an interesting diversion, wasn’t part of the plan. She knew she would eventually have to lay him to rest. He’d served his purpose for now, but she couldn’t allow him to become a potential loose end. He had been an easy distraction, an entertaining companion, but nothing more.</w:t>
      </w:r>
    </w:p>
    <w:p>
      <w:r>
        <w:t>She was already looking ahead, strategizing the best way to ensure that his end wouldn’t trace back to her. If he died suddenly, the police would undoubtedly begin to look at the women who frequented his life—women who had become increasingly close to him. And while the police weren’t exactly brilliant, Jan and Thenji were getting closer. She could feel the tension tightening, the walls closing in on her.</w:t>
      </w:r>
    </w:p>
    <w:p>
      <w:r>
        <w:t>She knew the women who would likely be looked at, but she had already thought through the details. No, Charles wasn’t going to be her undoing. It would be better if he came to her. He would willingly follow the path she set, and it would be far easier to control the situation that way. After all, men were predictable when you knew how to play the game. He would show up at her door, and she’d know exactly how to dispose of him, leaving no trace behind.</w:t>
      </w:r>
    </w:p>
    <w:p>
      <w:r>
        <w:t>The thought gave her a sense of control, the thrill of manipulation stirring in her chest. She didn’t need to rush this. Patience had always been her ally, and she would make sure that nothing, not even Charles, would ruin her plans.</w:t>
      </w:r>
    </w:p>
    <w:p>
      <w:r>
        <w:t>She slid into her car and started the engine, the hum of the vehicle matching the rhythm of her thoughts. A slow, deliberate pace. She had everything under control. She always did.</w:t>
      </w:r>
    </w:p>
    <w:p>
      <w:r>
        <w:t>As she drove off into the night, the image of Thenjiwe lingered in her mind. The pull toward her was undeniable, but for now, that could wait. She had other things to attend to, and soon enough, she would have another gift to collect.</w:t>
      </w:r>
    </w:p>
    <w:p/>
    <w:p>
      <w:r>
        <w:t>The evening came quickly, and Naledi found herself standing in front of her mirror, ensuring that everything was perfect. Her reflection stared back at her, cool and collected as always, a small smile playing on her lips. Dinner with Charles was nothing more than a small diversion—an amuse-bouche, if you will—but it was necessary for maintaining appearances, for keeping the pieces in motion. She made sure her outfit was elegant but effortless, her hair flowing freely, the faintest touch of makeup enhancing her natural features. She didn’t need to impress him. She just needed him to be exactly where she wanted him.</w:t>
      </w:r>
    </w:p>
    <w:p>
      <w:r>
        <w:t>At exactly 7:00, the doorbell rang. She opened the door to find Charles standing there, holding a bouquet of flowers. His smile was wide, genuine, as he stepped into her world.</w:t>
      </w:r>
    </w:p>
    <w:p>
      <w:r>
        <w:t>“Good evening, beautiful,” he greeted, his voice warm, eyes slightly shining under the dim light of the entryway. He handed her the flowers, and she accepted them with a practiced grace, allowing her fingers to brush against his ever so briefly.</w:t>
      </w:r>
    </w:p>
    <w:p>
      <w:r>
        <w:t>“Thank you, Charles,” she said, smiling. Her voice was a touch softer than usual, just enough to disarm him, to make him feel special, wanted. She led him into the living room, where the soft lighting created an atmosphere that was intimate but not overly personal. It was a space where he could feel comfortable, but where she still remained in control.</w:t>
      </w:r>
    </w:p>
    <w:p>
      <w:r>
        <w:t>“So, how’s your day been?” she asked as she poured them each a glass of wine, taking her time to set the scene. It was all about controlling the tempo, the flow of conversation.</w:t>
      </w:r>
    </w:p>
    <w:p>
      <w:r>
        <w:t>Charles sat down on the couch, his eyes lingering on her for just a moment longer than necessary. “Busy, but it’s been better now. How about you? How was your day?”</w:t>
      </w:r>
    </w:p>
    <w:p>
      <w:r>
        <w:t>“Good,” she replied, giving a casual shrug. “Busy, too, but productive. I’ve been working on a new project.” She didn’t elaborate—he didn’t need to know the details. It wasn’t important. Instead, she allowed the conversation to flow, lightly peppered with her charm and just enough mystery to keep him intrigued.</w:t>
      </w:r>
    </w:p>
    <w:p>
      <w:r>
        <w:t>As the night progressed, the conversation ebbed and flowed naturally. There was a slight tension, but it was the kind she had come to understand—subtle, unspoken. Charles was attracted to her, she knew that much. But tonight wasn’t about that. She wasn’t going to let him get too close, not yet.</w:t>
      </w:r>
    </w:p>
    <w:p>
      <w:r>
        <w:t>They shared a meal, small talk filling the space between bites, but Naledi’s mind was elsewhere. She wasn’t entirely focused on him, though he was doing his best to engage her with stories of his day, his work, the mundane things that filled the hours. She nodded along, her eyes meeting his, always maintaining that certain distance.</w:t>
      </w:r>
    </w:p>
    <w:p>
      <w:r>
        <w:t>They moved to the living room after dinner, where they sat close enough for the tension to hum in the air but not close enough for it to be suffocating. Charles leaned in a little, just enough to gauge her reaction. “I have to admit, Naledi, I’ve been looking forward to this all week.”</w:t>
      </w:r>
    </w:p>
    <w:p>
      <w:r>
        <w:t>She smiled, a slow, knowing smile that didn’t give much away. “It’s been nice, hasn’t it?”</w:t>
      </w:r>
    </w:p>
    <w:p>
      <w:r>
        <w:t>He nodded, eyes slightly darker, as though there was something he wanted to say. Instead he leaned in, Naledi allowed herself to meet him, feeling the warmth of his lips against hers. She wasn’t invested in the kiss, but she let it happen. His hands moved with certainty, a bit clumsy, but sure in their intent. She could feel his desire as he deepened their kiss, his breath growing heavier, the tension between them escalating.</w:t>
      </w:r>
    </w:p>
    <w:p>
      <w:r>
        <w:t>It wasn’t love that coursed through her veins; that wasn’t something she could understand. It was more like… a curiosity. A need to understand, to unravel something she could never quite touch. She let her mind wander, just for a moment, as Charles's lips moved more urgently, pressing her further into the couch.</w:t>
      </w:r>
    </w:p>
    <w:p>
      <w:r>
        <w:t>She thought about Thenjiwe. How, on the beach, she had kissed Jan with such ease, their bodies melting together like they were born to fit. Naledi’s mind never worked that way. She wasn’t someone who could give herself over like that. She couldn’t melt into another person. But as she felt Charles’s mouth on hers, she wondered what it might be like to be someone like Thenjiwe. To be that natural, that free, that unrestrained.</w:t>
      </w:r>
    </w:p>
    <w:p>
      <w:r>
        <w:t>Not to love, but to be the one who was loved. To be someone who could draw someone in effortlessly, who could be adored without a second thought. The thought twisted something inside her, but she didn’t dwell on it. She couldn’t. She was her. Not Thenjiwe.</w:t>
      </w:r>
    </w:p>
    <w:p>
      <w:r>
        <w:t>But then, a darker thought pushed its way into her mind. How was it that Thenjiwe could love? How could she allow herself that softness, that openness? Naledi closed her eyes for a moment, the heat of Charles’s kiss still on her lips, but her thoughts were elsewhere—focused on the psychologist she had studied so intently. Thenjiwe.</w:t>
      </w:r>
    </w:p>
    <w:p>
      <w:r>
        <w:t>Naledi could see her now. She could see the way Thenjiwe had surrendered herself to Jan on the beach, the way their bodies had moved in perfect harmony. How had Thenjiwe been able to love, to give that piece of herself away? Was it because Thenjiwe knew something Naledi didn’t? Something Naledi would never understand?</w:t>
      </w:r>
    </w:p>
    <w:p>
      <w:r>
        <w:t>Thenjiwe was just like her. Or no—Thenjiwe was her. The same sharp mind, the same calculated calmness, the same ability to manipulate every situation. Yet, where Naledi had built her walls higher and higher, Thenjiwe had managed to let them fall for just a moment. How?</w:t>
      </w:r>
    </w:p>
    <w:p>
      <w:r>
        <w:t>Her chest tightened as she wondered about that. Why had Thenjiwe allowed herself to be vulnerable, to love, when Naledi had never even been able to entertain the idea?</w:t>
      </w:r>
    </w:p>
    <w:p>
      <w:r>
        <w:t>Charles pulled her out of her thoughts, his lips now trailing down her neck, his hands eager and insistent. But she barely noticed. Her thoughts were still with Thenjiwe, still grappling with the image of her on that beach, so alive in a way Naledi couldn’t understand. There was power in that, wasn’t there? A kind of strength in loving, in being able to love. Thenjiwe had chosen that.</w:t>
      </w:r>
    </w:p>
    <w:p>
      <w:r>
        <w:t>But not Naledi. She couldn’t afford to love. She had never needed to. She had built her empire on control, on never letting anyone get close enough. But here, in this moment, she wondered if there was something she was missing. She could feel herself growing cold again, pushing the thought away, but it lingered. Was she wrong? Could love truly be a strength? Or was it just a weakness?</w:t>
      </w:r>
    </w:p>
    <w:p>
      <w:r>
        <w:t>As Charles continued, Naledi remained still, lost in the growing tension in her chest. It was nothing to do with him, nothing to do with the physical act. It was the realization that perhaps, at some level, she did want to understand. She wanted to know what it felt like to let someone in. What it was to be her. To be Thenjiwe.</w:t>
      </w:r>
    </w:p>
    <w:p>
      <w:r>
        <w:t>But no. She would never be Thenjiwe. And she wasn’t sure if that was a tragedy or a blessing.</w:t>
      </w:r>
    </w:p>
    <w:p>
      <w:r>
        <w:t>She pulled herself back into the moment, focusing on the physicality of Charles’s touch. She didn’t need to think about Thenjiwe now. She had never needed anyone, and she wouldn’t start now.</w:t>
      </w:r>
    </w:p>
    <w:p>
      <w:r>
        <w:t>When the moment ended, she collected herself, slipped into control once more. She smiled at Charles, her composure flawless. There was no question in her mind—this was just an exchange, nothing more. She would let him leave, let him think he’d won something. But she knew the truth.</w:t>
      </w:r>
    </w:p>
    <w:p>
      <w:r>
        <w:t>She didn’t need him. She didn’t need anyone. But deep down she wondered how she could do it, wondered how Thenjiwe could hide herself so perfectly even to herself. She  wondered what it would feel like to love someone else. To be Thenjiwe.</w:t>
      </w:r>
    </w:p>
    <w:p/>
    <w:p/>
    <w:p>
      <w:r>
        <w:br/>
      </w:r>
    </w:p>
    <w:p/>
    <w:p>
      <w:r>
        <w:t>Fourteen</w:t>
      </w:r>
    </w:p>
    <w:p>
      <w:r>
        <w:t>The mind is a labyrinth—some search for a way out, others make it their home.</w:t>
      </w:r>
    </w:p>
    <w:p/>
    <w:p>
      <w:r>
        <w:t>Thenjiwe’s eyes followed Naledi as she walked out of the coffee shop. There was something about her—something unsettling. Was it the way she seemed so easy to read yet remained an enigma? She over-shared but revealed nothing at all.</w:t>
      </w:r>
    </w:p>
    <w:p>
      <w:r>
        <w:t>Naledi stopped. She turned her gaze directly toward them, her stare unwavering. Thenjiwe quickly averted her eyes. Had she noticed? If she had, she clearly didn’t care—she lingered, watching them for a while.</w:t>
      </w:r>
    </w:p>
    <w:p>
      <w:r>
        <w:t>Strange.</w:t>
      </w:r>
    </w:p>
    <w:p>
      <w:r>
        <w:t>Paul’s voice pulled Thenjiwe back. He was still talking, frustration lacing his words.</w:t>
      </w:r>
    </w:p>
    <w:p>
      <w:r>
        <w:t>“How can she be a ghost?” he muttered, exasperated. It had been a month, and they had nothing.</w:t>
      </w:r>
    </w:p>
    <w:p>
      <w:r>
        <w:t>“Well, at least there hasn’t been another victim,” Thenjiwe said, though her attention was divided. Her eyes flicked toward the door—not for Naledi, but for Jan. He should have been here by now.</w:t>
      </w:r>
    </w:p>
    <w:p>
      <w:r>
        <w:t>“That’s what worries me,” Paul admitted, lowering his voice. “Either she knows we’re onto her, or she hasn’t chosen her next victim yet. And I’m afraid it’s the former.”</w:t>
      </w:r>
    </w:p>
    <w:p>
      <w:r>
        <w:t>Thenjiwe didn’t respond. She only nodded. They were crossing into dangerous territory—one Jan had fought so hard to avoid. But with all the leaks, they were now playing a game of cat and mouse with a killer both deadly and unpredictable.</w:t>
      </w:r>
    </w:p>
    <w:p>
      <w:r>
        <w:t>As if on cue, the doors swung open. Jan stepped inside, Nandi right behind him. Neither looked pleased. Thenjiwe couldn’t blame them. They had been forced to meet here, away from the station, because the leaks had made it impossible to contain the case.</w:t>
      </w:r>
    </w:p>
    <w:p>
      <w:r>
        <w:t>Jan’s jaw was tight as he pulled out a chair and sat down. Nandi remained standing for a beat longer, arms folded across her chest, her gaze sweeping the coffee shop as if checking for eavesdroppers. Then, with a reluctant sigh, she took the seat beside him.</w:t>
      </w:r>
    </w:p>
    <w:p>
      <w:r>
        <w:t>“This isn’t working,” Jan said, skipping any pretense of a greeting. His voice was low, clipped. “Every move we make, she’s a step ahead. The leaks have compromised us.”</w:t>
      </w:r>
    </w:p>
    <w:p>
      <w:r>
        <w:t>“More than compromised,” Nandi added. “They’ve made us predictable.”</w:t>
      </w:r>
    </w:p>
    <w:p>
      <w:r>
        <w:t>Paul exhaled sharply, rubbing a hand over his face. “We don’t even know who’s leaking. We keep tightening our circle, but somehow, she still knows.”</w:t>
      </w:r>
    </w:p>
    <w:p>
      <w:r>
        <w:t>Thenjiwe kept quiet, her fingers tracing the rim of her coffee cup. Her mind wasn’t on the leaks, not entirely. It was on Naledi. The way she had watched them. Unflinching. Unbothered. As if she knew exactly what they were talking about.</w:t>
      </w:r>
    </w:p>
    <w:p>
      <w:r>
        <w:t>Paul sighed again. “The only reason we’re here, sitting in a damn coffee shop instead of the station, is because we don’t trust our own people. We can’t go on like this.”</w:t>
      </w:r>
    </w:p>
    <w:p>
      <w:r>
        <w:t>Jan leaned forward, resting his elbows on the table. His blue eyes, usually sharp, were clouded with exhaustion. “Then we change the rules.”</w:t>
      </w:r>
    </w:p>
    <w:p>
      <w:r>
        <w:t>Nandi arched a brow. “How?”</w:t>
      </w:r>
    </w:p>
    <w:p>
      <w:r>
        <w:t>“We stop chasing her.” Jan’s voice was steady, deliberate. “We make her come to us.”</w:t>
      </w:r>
    </w:p>
    <w:p>
      <w:r>
        <w:t>A beat of silence followed. Thenjiwe exchanged a glance with Paul.</w:t>
      </w:r>
    </w:p>
    <w:p>
      <w:r>
        <w:t>“You want to bait her?” Paul asked.</w:t>
      </w:r>
    </w:p>
    <w:p>
      <w:r>
        <w:t>Jan nodded. “If we can predict her next move, we can control it. But we have to be careful. This woman isn’t impulsive. She plans.” He glanced at Thenjiwe. “That’s where you come in.”</w:t>
      </w:r>
    </w:p>
    <w:p>
      <w:r>
        <w:t>Thenjiwe frowned. “Me?”</w:t>
      </w:r>
    </w:p>
    <w:p>
      <w:r>
        <w:t>“You’ve been working on the profile,” Jan said. “You understand her better than anyone. If we can map out her patterns, find what drives her—”</w:t>
      </w:r>
    </w:p>
    <w:p>
      <w:r>
        <w:t>“She has no pattern,” Thenjiwe cut in. “That’s the problem. Her victims don’t fit a mold. She’s meticulous. Careful. Controlled.”</w:t>
      </w:r>
    </w:p>
    <w:p>
      <w:r>
        <w:t>Jan studied her for a moment. “Even control has a weakness.”</w:t>
      </w:r>
    </w:p>
    <w:p>
      <w:r>
        <w:t>Thenjiwe’s stomach twisted. He wasn’t wrong. Even the most methodical killers had something—an impulse, a flaw, a moment of miscalculation. But with this one? With her?</w:t>
      </w:r>
    </w:p>
    <w:p>
      <w:r>
        <w:t>Thenjiwe wasn’t so sure.</w:t>
      </w:r>
    </w:p>
    <w:p>
      <w:r>
        <w:t>Still, she nodded. “I’ll refine the profile. See if there’s anything we’ve missed.”</w:t>
      </w:r>
    </w:p>
    <w:p>
      <w:r>
        <w:t>Jan leaned back, satisfied. “Good.”</w:t>
      </w:r>
    </w:p>
    <w:p>
      <w:r>
        <w:t>Paul shook his head, uneasy. “And if she catches on?”</w:t>
      </w:r>
    </w:p>
    <w:p>
      <w:r>
        <w:t>Jan’s expression hardened. “Then we make sure she doesn’t walk away this time.”</w:t>
      </w:r>
    </w:p>
    <w:p>
      <w:r>
        <w:t>Thenjiwe’s eyes drifted toward the door again. Naledi had been long gone.</w:t>
      </w:r>
    </w:p>
    <w:p>
      <w:r>
        <w:t>But somehow, she still felt watched.</w:t>
      </w:r>
    </w:p>
    <w:p>
      <w:r>
        <w:t>The conversation continued in hushed tones, their words barely carrying over the low hum of the coffee shop. Every detail of the case was guarded, spoken with the kind of restraint that came from knowing they were being watched—maybe not by her, but by someone.</w:t>
      </w:r>
    </w:p>
    <w:p>
      <w:r>
        <w:t>Thenjiwe tried to focus, but something else gnawed at her, something beyond the case. Jan wasn’t looking at her. Even when he addressed her directly, his gaze skimmed past her, settling on the table, Paul, or some distant point behind her shoulder.</w:t>
      </w:r>
    </w:p>
    <w:p>
      <w:r>
        <w:t>He had been distant since Cape Town.</w:t>
      </w:r>
    </w:p>
    <w:p>
      <w:r>
        <w:t>She had pushed him away, but now his absence—his restraint—was driving her insane.</w:t>
      </w:r>
    </w:p>
    <w:p>
      <w:r>
        <w:t>She forced herself to focus on Paul, who was sketching out theories, trying to fit pieces together that refused to align. Jan, however, barely seemed to be listening. His shoulders had gone rigid, his posture unnaturally still. Thenjiwe followed his line of sight.</w:t>
      </w:r>
    </w:p>
    <w:p>
      <w:r>
        <w:t>Near the window, a man with a camera had angled it just slightly, snapping a picture of them.</w:t>
      </w:r>
    </w:p>
    <w:p>
      <w:r>
        <w:t>Jan stood up so abruptly that his chair scraped against the floor. The journalist hesitated for a split second before instinct took over, and he started backing away.</w:t>
      </w:r>
    </w:p>
    <w:p>
      <w:r>
        <w:t>Jan didn’t hesitate. He crossed the space between them in three strides.</w:t>
      </w:r>
    </w:p>
    <w:p>
      <w:r>
        <w:t>The man stumbled, nearly knocking over a waitress in his retreat. “Hey, man, I’m just—”</w:t>
      </w:r>
    </w:p>
    <w:p>
      <w:r>
        <w:t>“Delete it.” Jan’s voice was low, controlled, but his posture was anything but.</w:t>
      </w:r>
    </w:p>
    <w:p>
      <w:r>
        <w:t>The journalist didn’t argue. His hands shook as he fumbled with his camera, pressing a few quick buttons before holding it up in surrender. “Gone. It’s gone.”</w:t>
      </w:r>
    </w:p>
    <w:p>
      <w:r>
        <w:t>Jan didn’t move. He just stared. The kind of stare that made people break.</w:t>
      </w:r>
    </w:p>
    <w:p>
      <w:r>
        <w:t>The journalist swallowed hard, then turned and bolted out of the shop.</w:t>
      </w:r>
    </w:p>
    <w:p>
      <w:r>
        <w:t>Jan exhaled sharply before heading back to the table. His jaw was tight again, a muscle ticking beneath his skin.</w:t>
      </w:r>
    </w:p>
    <w:p>
      <w:r>
        <w:t>“No more coffee shops,” he said flatly, settling back into his seat.</w:t>
      </w:r>
    </w:p>
    <w:p>
      <w:r>
        <w:t>They had tried Paul’s office, but journalists had found them there too. Thenjiwe’s office was out of the question—her patients came and went, and she refused to let them feel unsafe. Too many had already lost faith in the system.</w:t>
      </w:r>
    </w:p>
    <w:p>
      <w:r>
        <w:t>She met Jan’s eyes then, searching for something—anything—but he looked away.</w:t>
      </w:r>
    </w:p>
    <w:p>
      <w:r>
        <w:t>Her chest tightened.</w:t>
      </w:r>
    </w:p>
    <w:p>
      <w:r>
        <w:t>There were things more frustrating than chasing ghosts.</w:t>
      </w:r>
    </w:p>
    <w:p>
      <w:r>
        <w:t>Losing someone who was still right in front of you</w:t>
      </w:r>
    </w:p>
    <w:p>
      <w:r>
        <w:t>Thenjiwe moved through her nightly routine on autopilot—shoes off by the door, a cup of chamomile tea steeping in the kitchen, a quick shower to wash away the day. The TV droned in the background, cycling through headlines she barely registered. It was only when she settled on the couch, journal open on her lap, that she allowed herself to breathe.</w:t>
      </w:r>
    </w:p>
    <w:p>
      <w:r>
        <w:t>She had been keeping a journal since she was ten. It was the only thing that had ever helped her keep the noise in her head at bay. The chaos of the world became manageable when confined to neat, structured sentences.</w:t>
      </w:r>
    </w:p>
    <w:p>
      <w:r>
        <w:t>She clicked her pen, the familiar motion grounding her, and began writing.</w:t>
      </w:r>
    </w:p>
    <w:p>
      <w:r>
        <w:t>Jan barely looked at me today. It shouldn’t bother me, but it does. I pushed him away. I should be okay with this.</w:t>
      </w:r>
    </w:p>
    <w:p>
      <w:r>
        <w:t>Her pen hesitated, then continued.</w:t>
      </w:r>
    </w:p>
    <w:p>
      <w:r>
        <w:t>The case feels heavier than usual. Like we’re walking straight into something we won’t be able to get out of.</w:t>
      </w:r>
    </w:p>
    <w:p>
      <w:r>
        <w:t>Before she could finish the thought, her phone buzzed beside her. She ignored it at first, focusing on the rhythmic motion of her pen against the paper. But then it buzzed again. And again.</w:t>
      </w:r>
    </w:p>
    <w:p>
      <w:r>
        <w:t>She sighed, picked it up, and saw the notification—Instagram.</w:t>
      </w:r>
    </w:p>
    <w:p>
      <w:r>
        <w:t>A follow request. From Naledi.</w:t>
      </w:r>
    </w:p>
    <w:p>
      <w:r>
        <w:t>Her brows furrowed.</w:t>
      </w:r>
    </w:p>
    <w:p>
      <w:r>
        <w:t>Her Instagram was private for a reason. She rarely posted, and when she did, it was carefully curated—glimpses of books she was reading, blurry sunsets, nothing too revealing.</w:t>
      </w:r>
    </w:p>
    <w:p>
      <w:r>
        <w:t>She hesitated, her finger hovering over the screen.</w:t>
      </w:r>
    </w:p>
    <w:p>
      <w:r>
        <w:t>Then, curiosity won.</w:t>
      </w:r>
    </w:p>
    <w:p>
      <w:r>
        <w:t>She accepted.</w:t>
      </w:r>
    </w:p>
    <w:p>
      <w:r>
        <w:t>Naledi’s profile was exactly what Thenjiwe expected—polished, deliberate. Aesthetic shots of her on hiking trails, sipping cocktails at rooftop bars, attending business events in sleek, understated power suits. It was all perfectly curated to give the illusion of openness while revealing nothing at all.</w:t>
      </w:r>
    </w:p>
    <w:p>
      <w:r>
        <w:t>It was intentional.</w:t>
      </w:r>
    </w:p>
    <w:p>
      <w:r>
        <w:t>Thenjiwe had spent enough time studying people to recognize when someone was controlling the narrative. Naledi wanted to be seen—but only in the way she allowed.</w:t>
      </w:r>
    </w:p>
    <w:p>
      <w:r>
        <w:t>Before she could overanalyze it further, another notification popped up.</w:t>
      </w:r>
    </w:p>
    <w:p>
      <w:r>
        <w:t>Naledi: Hi girl! I know this is so weird, but I really enjoyed our chat. I feel like we might have so much in common. Let’s grab a drink sometime.</w:t>
      </w:r>
    </w:p>
    <w:p>
      <w:r>
        <w:t>Thenjiwe stared at the message.</w:t>
      </w:r>
    </w:p>
    <w:p>
      <w:r>
        <w:t>What was this girl playing at?</w:t>
      </w:r>
    </w:p>
    <w:p>
      <w:r>
        <w:t>She didn’t have many friends—that did not mean she was lonely,e she preferred it that way. She kept people at arm’s length, a habit formed from years of knowing that closeness came with expectations she wasn’t willing to meet. Normally, she would politely decline an invite like this.</w:t>
      </w:r>
    </w:p>
    <w:p>
      <w:r>
        <w:t>But with Naledi, it was different.</w:t>
      </w:r>
    </w:p>
    <w:p>
      <w:r>
        <w:t>There was something familiar about her. Something that made it hard to look away.</w:t>
      </w:r>
    </w:p>
    <w:p>
      <w:r>
        <w:t>Thenjiwe: Hi Naledi, I would love to. Maybe over the weekend.</w:t>
      </w:r>
    </w:p>
    <w:p>
      <w:r>
        <w:t>The reply came almost instantly.</w:t>
      </w:r>
    </w:p>
    <w:p>
      <w:r>
        <w:t>Naledi: Yayy! I can’t wait. Send me your WhatsApp details, and I’ll share the plans.</w:t>
      </w:r>
    </w:p>
    <w:p>
      <w:r>
        <w:t>Thenjiwe’s fingers hovered over the keyboard.</w:t>
      </w:r>
    </w:p>
    <w:p>
      <w:r>
        <w:t>Sure.</w:t>
      </w:r>
    </w:p>
    <w:p>
      <w:r>
        <w:t>She typed it, but she didn’t hit send.</w:t>
      </w:r>
    </w:p>
    <w:p>
      <w:r>
        <w:t>Her personal number.</w:t>
      </w:r>
    </w:p>
    <w:p>
      <w:r>
        <w:t>Why did she hesitate?</w:t>
      </w:r>
    </w:p>
    <w:p>
      <w:r>
        <w:t>Something about this didn’t sit right.</w:t>
      </w:r>
    </w:p>
    <w:p>
      <w:r>
        <w:t>But she couldn’t quite put her finger on why.</w:t>
      </w:r>
    </w:p>
    <w:p/>
    <w:p>
      <w:r>
        <w:t>The next day passed in a blur of structured routine.</w:t>
      </w:r>
    </w:p>
    <w:p>
      <w:r>
        <w:t>Thenjiwe spent the morning working with a few children—listening, guiding, helping them untangle emotions too heavy for their small frames to carry alone. It was the part of her job she loved most, but today, even the warmth of it couldn’t settle the unease coiling in her chest.</w:t>
      </w:r>
    </w:p>
    <w:p>
      <w:r>
        <w:t>By late afternoon, just before five, her phone buzzed.</w:t>
      </w:r>
    </w:p>
    <w:p>
      <w:r>
        <w:t>Nandi: Hey, we moved the task force meeting. Here’s the new address.</w:t>
      </w:r>
    </w:p>
    <w:p>
      <w:r>
        <w:t>Thenjiwe barely needed to glance at it.</w:t>
      </w:r>
    </w:p>
    <w:p>
      <w:r>
        <w:t>She knew exactly where it was.</w:t>
      </w:r>
    </w:p>
    <w:p>
      <w:r>
        <w:t>Jan’s house.</w:t>
      </w:r>
    </w:p>
    <w:p>
      <w:r>
        <w:t>The house he had once shared with Anna.</w:t>
      </w:r>
    </w:p>
    <w:p>
      <w:r>
        <w:t>Her breath hitched, but she forced herself to steady it.</w:t>
      </w:r>
    </w:p>
    <w:p>
      <w:r>
        <w:t>She had visited there a few times after Anna moved out. The first time, Jan had shown her around like a man showing off a promise. His excitement had been infectious, his voice full of unspoken things as he told her how much he had loved the place—even before the marriage. How grateful he was to have kept it after the divorce.</w:t>
      </w:r>
    </w:p>
    <w:p>
      <w:r>
        <w:t>That night, it had been just the two of them. Thenjiwe had fallen asleep wrapped in Jan’s warmth, feeling something she wasn’t ready to name.</w:t>
      </w:r>
    </w:p>
    <w:p>
      <w:r>
        <w:t>By morning, he was gone—called in for an emergency at the station.</w:t>
      </w:r>
    </w:p>
    <w:p>
      <w:r>
        <w:t>She had woken to the quiet, made herself coffee, and wandered through the house, taking in the details of him woven into every space. His books, his records, the faint scent of his cologne lingering in the hallway. She had loved it.</w:t>
      </w:r>
    </w:p>
    <w:p>
      <w:r>
        <w:t>Until the front door handle turned. She had rushed downstairs, expecting Jan.</w:t>
      </w:r>
    </w:p>
    <w:p>
      <w:r>
        <w:t>But it wasn’t him. It was Anna.</w:t>
      </w:r>
    </w:p>
    <w:p>
      <w:r>
        <w:t>For a long moment, neither of them spoke.</w:t>
      </w:r>
    </w:p>
    <w:p>
      <w:r>
        <w:t>Then Anna exhaled sharply, eyes narrowing. "So you’re the one."</w:t>
      </w:r>
    </w:p>
    <w:p>
      <w:r>
        <w:t>Thenjiwe’s mouth opened, but before she could speak, Anna cut her off.</w:t>
      </w:r>
    </w:p>
    <w:p>
      <w:r>
        <w:t>"Don’t address me like you know me—you don’t. And in case you weren’t aware, we’re not officially divorced yet. So don’t get too comfortable."</w:t>
      </w:r>
    </w:p>
    <w:p>
      <w:r>
        <w:t>She turned and left, whatever she had come for already forgotten.</w:t>
      </w:r>
    </w:p>
    <w:p>
      <w:r>
        <w:t>Thenjiwe had stood frozen in place, shame burning through her like wildfire.</w:t>
      </w:r>
    </w:p>
    <w:p>
      <w:r>
        <w:t>When Jan returned, she had her overnight bag packed, ready to leave.</w:t>
      </w:r>
    </w:p>
    <w:p>
      <w:r>
        <w:t>"Thenji, don’t—"</w:t>
      </w:r>
    </w:p>
    <w:p>
      <w:r>
        <w:t>He had pulled her into his arms, his hold firm, as if keeping her close would undo everything.</w:t>
      </w:r>
    </w:p>
    <w:p>
      <w:r>
        <w:t>"This will never happen again. I’ll talk to her."</w:t>
      </w:r>
    </w:p>
    <w:p>
      <w:r>
        <w:t>And he had.</w:t>
      </w:r>
    </w:p>
    <w:p>
      <w:r>
        <w:t>That Monday, Anna had received the divorce papers.</w:t>
      </w:r>
    </w:p>
    <w:p>
      <w:r>
        <w:t>Thenjiwe had thought it was over.</w:t>
      </w:r>
    </w:p>
    <w:p>
      <w:r>
        <w:t>Until Anna stormed into her office, right past reception, and shoved the door open so hard it rattled on its hinges.</w:t>
      </w:r>
    </w:p>
    <w:p>
      <w:r>
        <w:t>"Are you happy now?" she had screamed, waving the papers in the air like a battle flag.</w:t>
      </w:r>
    </w:p>
    <w:p>
      <w:r>
        <w:t>Thenjiwe had never felt smaller.</w:t>
      </w:r>
    </w:p>
    <w:p>
      <w:r>
        <w:t>"We were fine. We had an understanding before you showed up. You homewrecker!"</w:t>
      </w:r>
    </w:p>
    <w:p>
      <w:r>
        <w:t>She had kept yelling, moving closer, fury radiating from every inch of her.</w:t>
      </w:r>
    </w:p>
    <w:p>
      <w:r>
        <w:t>Thenjiwe had taken a step back—not in fear, but restraint.</w:t>
      </w:r>
    </w:p>
    <w:p>
      <w:r>
        <w:t>If Anna put her hands on her, she wasn’t sure she’d be able to hold herself back.</w:t>
      </w:r>
    </w:p>
    <w:p>
      <w:r>
        <w:t>Because beneath the shame, something uglier churned inside her.</w:t>
      </w:r>
    </w:p>
    <w:p>
      <w:r>
        <w:t>Rage.</w:t>
      </w:r>
    </w:p>
    <w:p>
      <w:r>
        <w:t>Not at Anna. Not at Jan.</w:t>
      </w:r>
    </w:p>
    <w:p>
      <w:r>
        <w:t>At herself.</w:t>
      </w:r>
    </w:p>
    <w:p>
      <w:r>
        <w:t>She had sworn she would never become her mother.</w:t>
      </w:r>
    </w:p>
    <w:p>
      <w:r>
        <w:t>And yet, here she was.</w:t>
      </w:r>
    </w:p>
    <w:p/>
    <w:p>
      <w:r>
        <w:t>Thenjiwe drove to Jan’s house, her fingers tightening around the steering wheel as she pulled up.</w:t>
      </w:r>
    </w:p>
    <w:p>
      <w:r>
        <w:t>Inside, the others were already there.</w:t>
      </w:r>
    </w:p>
    <w:p>
      <w:r>
        <w:t>They dove into the case immediately. They had interviewed every victim’s family—each reaction the same. None of them could believe a woman had done this.</w:t>
      </w:r>
    </w:p>
    <w:p>
      <w:r>
        <w:t>Yes, their loved ones had been seeing someone new.</w:t>
      </w:r>
    </w:p>
    <w:p>
      <w:r>
        <w:t>No, they had never met her.</w:t>
      </w:r>
    </w:p>
    <w:p>
      <w:r>
        <w:t>No, they had never received pictures.</w:t>
      </w:r>
    </w:p>
    <w:p>
      <w:r>
        <w:t>Nothing.</w:t>
      </w:r>
    </w:p>
    <w:p>
      <w:r>
        <w:t>They had combed through footage from art galleries, cafés, high-end bars, and private clubs, but Johannesburg was a city teeming with women who fit the profile. Searching for her was like picking a needle from a haystack.</w:t>
      </w:r>
    </w:p>
    <w:p>
      <w:r>
        <w:t>Thenjiwe leaned forward, speaking on her latest analysis.</w:t>
      </w:r>
    </w:p>
    <w:p>
      <w:r>
        <w:t>“I’ve been re-examining the profile,” she said. “She didn’t meet them online, which would have been the easiest approach. Instead, she met them at galleries, museums, business forums, airport lounges. This tells us something.”</w:t>
      </w:r>
    </w:p>
    <w:p>
      <w:r>
        <w:t>Jan nodded, waiting for her to continue.</w:t>
      </w:r>
    </w:p>
    <w:p>
      <w:r>
        <w:t>“She either sees herself as an old soul, or she thinks dating apps are beneath her.” Thenjiwe exhaled, her thoughts sharpening. “More importantly, this means she lives an affluent life—not just that, but a social media-spending life. These are curated spaces, the kind of places people showcase.”</w:t>
      </w:r>
    </w:p>
    <w:p>
      <w:r>
        <w:t>She had spent last night scrolling through Naledi’s Instagram, analyzing the perfectly curated images. Hikes, exclusive events, business forums. Flawless.</w:t>
      </w:r>
    </w:p>
    <w:p>
      <w:r>
        <w:t>Yet, she had told Thenji nothing about herself.</w:t>
      </w:r>
    </w:p>
    <w:p>
      <w:r>
        <w:t xml:space="preserve">Thenji had seen a pattern there—one that lined up eerily well with where the killer met her victims. This had made her think, which woman in this day and age was not on instagram. </w:t>
      </w:r>
    </w:p>
    <w:p>
      <w:r>
        <w:t>“All these places are what people would call, ‘Instagram worthy’, if she lives this kind of life I am sure she fluants it one way or the other. She must have a profile—curated, flashy. Just based on where she met these men.”</w:t>
      </w:r>
    </w:p>
    <w:p>
      <w:r>
        <w:t>Jan’s lips quirked, but not at Thenjiwe.</w:t>
      </w:r>
    </w:p>
    <w:p>
      <w:r>
        <w:t>“We go through the victims’ social media again,” he said. “Look for mutuals. Women who fit this profile.” He turned to Nandi. “Can you get the cyber unit on this? We need to move fast.”</w:t>
      </w:r>
    </w:p>
    <w:p>
      <w:r>
        <w:t>Nandi nodded.</w:t>
      </w:r>
    </w:p>
    <w:p>
      <w:r>
        <w:t>He gave her a brief smile. It was nothing—professional, perhaps a little friendly.</w:t>
      </w:r>
    </w:p>
    <w:p>
      <w:r>
        <w:t>But it tore at Thenjiwe’s heart.</w:t>
      </w:r>
    </w:p>
    <w:p>
      <w:r>
        <w:t>As the meeting wrapped up and the others filed out, she hesitated.</w:t>
      </w:r>
    </w:p>
    <w:p>
      <w:r>
        <w:t>“This place hasn’t changed much,” she said, glancing around.</w:t>
      </w:r>
    </w:p>
    <w:p>
      <w:r>
        <w:t>Jan’s expression remained unreadable. “I’m a creature of habit.”</w:t>
      </w:r>
    </w:p>
    <w:p>
      <w:r>
        <w:t>A dismissive answer. A wall.</w:t>
      </w:r>
    </w:p>
    <w:p>
      <w:r>
        <w:t>Her chest tightened.</w:t>
      </w:r>
    </w:p>
    <w:p>
      <w:r>
        <w:t>“Are you just going to keep doing this?”</w:t>
      </w:r>
    </w:p>
    <w:p>
      <w:r>
        <w:t>He exhaled, running a hand down his face. “Doing what?”</w:t>
      </w:r>
    </w:p>
    <w:p>
      <w:r>
        <w:t>“Being distant.”</w:t>
      </w:r>
    </w:p>
    <w:p>
      <w:r>
        <w:t>Jan let out a quiet, humorless chuckle. “Isn’t this what you wanted? I’m giving you space, Thenji.”</w:t>
      </w:r>
    </w:p>
    <w:p>
      <w:r>
        <w:t>She clenched her jaw. “Come on, Jan.”</w:t>
      </w:r>
    </w:p>
    <w:p>
      <w:r>
        <w:t>His gaze flickered to her. “Thenji, I waited for you. I chose you. But I can’t keep breaking myself against a wall you keep rebuilding.”</w:t>
      </w:r>
    </w:p>
    <w:p>
      <w:r>
        <w:t>The words hit deep.</w:t>
      </w:r>
    </w:p>
    <w:p>
      <w:r>
        <w:t>She swallowed, a sharp ache rising in her throat.</w:t>
      </w:r>
    </w:p>
    <w:p>
      <w:r>
        <w:t>Thenjiwe had spent so long keeping people out, shielding herself from pain before it could reach her. But in doing so, she had pushed away the one person who had always been there.</w:t>
      </w:r>
    </w:p>
    <w:p>
      <w:r>
        <w:t>A tremor ran through her.</w:t>
      </w:r>
    </w:p>
    <w:p>
      <w:r>
        <w:t>She had just gotten him back.</w:t>
      </w:r>
    </w:p>
    <w:p>
      <w:r>
        <w:t>And she wasn’t ready to let him go.</w:t>
      </w:r>
    </w:p>
    <w:p>
      <w:r>
        <w:t>“I’m sorry,” she whispered. It was quiet, but it cracked something open between them.</w:t>
      </w:r>
    </w:p>
    <w:p>
      <w:r>
        <w:t>Jan stilled, caught off guard.</w:t>
      </w:r>
    </w:p>
    <w:p>
      <w:r>
        <w:t>Then, to his utter surprise, tears welled in her eyes.</w:t>
      </w:r>
    </w:p>
    <w:p>
      <w:r>
        <w:t>He had seen Thenjiwe shed a tear before—out of frustration, out of anger for others. But never like this. Never for herself.</w:t>
      </w:r>
    </w:p>
    <w:p>
      <w:r>
        <w:t>Before he could think, he closed the space between them, pulling her into his arms.</w:t>
      </w:r>
    </w:p>
    <w:p>
      <w:r>
        <w:t>“Hey, hey—please don’t,” he murmured, his grip tightening.</w:t>
      </w:r>
    </w:p>
    <w:p>
      <w:r>
        <w:t>Thenjiwe didn’t know why she was crying. She just knew that once the floodgates opened, she couldn’t stop. She rarely cried. Not like this.</w:t>
      </w:r>
    </w:p>
    <w:p>
      <w:r>
        <w:t>But in Jan’s arms, she felt safe.</w:t>
      </w:r>
    </w:p>
    <w:p>
      <w:r>
        <w:t>For once, she wasn’t in control. And for once, that was okay.</w:t>
      </w:r>
    </w:p>
    <w:p>
      <w:r>
        <w:t>That night she once again spent the night in that house, she felt no shame, only peace. For the first time in years, she knew exactly where she wanted to be.</w:t>
      </w:r>
    </w:p>
    <w:p>
      <w:r>
        <w:t>It had taken a serial killer to bring her back to Jan, but now that she was here—now that she had finally let herself feel—she never wanted to leave again.</w:t>
      </w:r>
    </w:p>
    <w:p>
      <w:r>
        <w:t>Jan had always loved her.</w:t>
      </w:r>
    </w:p>
    <w:p>
      <w:r>
        <w:t>And for the first time, she let herself accept it.</w:t>
      </w:r>
    </w:p>
    <w:p>
      <w:r>
        <w:t>Because for the first time—she knew without any doubt that she was in love too.</w:t>
      </w:r>
    </w:p>
    <w:p>
      <w:r>
        <w:br/>
      </w:r>
    </w:p>
    <w:p>
      <w:r>
        <w:t>Fifteen</w:t>
      </w:r>
    </w:p>
    <w:p>
      <w:r>
        <w:t>Some bonds are forged in fire. Others in blood. The most dangerous ones? In silence.</w:t>
      </w:r>
    </w:p>
    <w:p>
      <w:r>
        <w:t>Naledi stared at her phone, the screen illuminating her face in the dimly lit room. The message thread with Thenji was still open, the last message sent over an hour ago.</w:t>
      </w:r>
    </w:p>
    <w:p>
      <w:r>
        <w:t>Sure.</w:t>
      </w:r>
    </w:p>
    <w:p>
      <w:r>
        <w:t>That was it. No follow-up. No number.</w:t>
      </w:r>
    </w:p>
    <w:p>
      <w:r>
        <w:t>She inhaled slowly through her nose, exhaling through her mouth in an effort to keep her irritation in check. It wasn’t just about the number. It was about what it represented.</w:t>
      </w:r>
    </w:p>
    <w:p>
      <w:r>
        <w:t>She had been patient, careful, and charming. She had played her role well, made Thenji feel at ease. And yet, here she was—waiting.</w:t>
      </w:r>
    </w:p>
    <w:p>
      <w:r>
        <w:t>Waiting was something she loathed.</w:t>
      </w:r>
    </w:p>
    <w:p>
      <w:r>
        <w:t>Her fingers tightened around the phone as she scrolled up their conversation, rereading every word. Had she come on too strong? No, that wasn’t it. Thenji had agreed. She had wanted to meet up.</w:t>
      </w:r>
    </w:p>
    <w:p>
      <w:r>
        <w:t>So what was the hold-up?</w:t>
      </w:r>
    </w:p>
    <w:p>
      <w:r>
        <w:t>Naledi sighed, setting the phone down on the sleek marble countertop. She leaned back against the kitchen island, glancing out the floor-to-ceiling window. The city stretched before her, glittering against the night sky. It always looked so peaceful from up here—so controlled.</w:t>
      </w:r>
    </w:p>
    <w:p>
      <w:r>
        <w:t>A sharp contrast to what simmered beneath its surface.</w:t>
      </w:r>
    </w:p>
    <w:p>
      <w:r>
        <w:t>She wasn’t used to this. Most people were easy to pull in, easy to predict. But Thenji? She was different. There was something about her that intrigued Naledi beyond the game she usually played. It wasn’t just the hunt—it was the possibility.</w:t>
      </w:r>
    </w:p>
    <w:p>
      <w:r>
        <w:t>She wanted Thenji.</w:t>
      </w:r>
    </w:p>
    <w:p>
      <w:r>
        <w:t>Not in the way she wanted her usual conquests, the men who barely mattered beyond the satisfaction of the kill. No, this was something else. She wanted Thenji as a friend. Someone who understood, someone who saw her.</w:t>
      </w:r>
    </w:p>
    <w:p>
      <w:r>
        <w:t>And perhaps, deep down, she wanted Thenji to understand her in a way no one else ever had.</w:t>
      </w:r>
    </w:p>
    <w:p>
      <w:r>
        <w:t>The thought unsettled her.</w:t>
      </w:r>
    </w:p>
    <w:p>
      <w:r>
        <w:t>Naledi picked up her wine glass, swirling the deep red liquid before taking a sip. Thenji would come around. She had to. It was only a matter of time.</w:t>
      </w:r>
    </w:p>
    <w:p>
      <w:r>
        <w:t>But time was a fickle thing.</w:t>
      </w:r>
    </w:p>
    <w:p>
      <w:r>
        <w:t>Her grip on the glass tightened as her mind drifted back to the silence. Most people were predictable—eager, easy. They wanted to be wanted. They craved attention, connection, validation.</w:t>
      </w:r>
    </w:p>
    <w:p>
      <w:r>
        <w:t>Thenjiwe, however, was proving to be an exception.</w:t>
      </w:r>
    </w:p>
    <w:p>
      <w:r>
        <w:t>Intriguing. But also infuriating.</w:t>
      </w:r>
    </w:p>
    <w:p>
      <w:r>
        <w:t>She had learned long ago that people were most vulnerable when they thought they were making choices on their own.</w:t>
      </w:r>
    </w:p>
    <w:p>
      <w:r>
        <w:t>So she would wait. For now.</w:t>
      </w:r>
    </w:p>
    <w:p>
      <w:r>
        <w:t>The sharp vibration of her phone against the marble yanked her attention back. Her breath hitched—just for a second—before she forced herself to exhale slowly. She picked up the phone, thumb swiping across the screen in one fluid motion, anticipation curling through her like a live wire.</w:t>
      </w:r>
    </w:p>
    <w:p>
      <w:r>
        <w:t>Charles.</w:t>
      </w:r>
    </w:p>
    <w:p>
      <w:r>
        <w:t>Her expression flattened, the brief flicker of expectation dissolving into something cold, calculating.</w:t>
      </w:r>
    </w:p>
    <w:p>
      <w:r>
        <w:t>She had been meticulous with Charles—slow, deliberate, careful. He was smart, perceptive even, but like all men, he had weaknesses. He thought he saw her. Thought he understood her. She had made sure of it, feeding him exactly what he needed, mirroring his desires back at him.</w:t>
      </w:r>
    </w:p>
    <w:p>
      <w:r>
        <w:t>He was already caught.</w:t>
      </w:r>
    </w:p>
    <w:p>
      <w:r>
        <w:t>He just didn’t know it yet.</w:t>
      </w:r>
    </w:p>
    <w:p>
      <w:r>
        <w:t>Not yet. But soon.</w:t>
      </w:r>
    </w:p>
    <w:p>
      <w:r>
        <w:t>For now, she schooled her face into something softer, a smile curling at the edges of her lips as she answered.</w:t>
      </w:r>
    </w:p>
    <w:p>
      <w:r>
        <w:t>“Hey, you.” Her voice was warm, easy, a perfect melody of affection and interest.</w:t>
      </w:r>
    </w:p>
    <w:p>
      <w:r>
        <w:t>She listened as he spoke, responding with just the right amount of laughter, the right pauses, the right softness in her tone. But her mind was elsewhere, still stuck on the silence from Thenjiwe.</w:t>
      </w:r>
    </w:p>
    <w:p>
      <w:r>
        <w:t>Charles wanted to see her tonight. He was proving quite eager. She almost felt bad for him. Almost.</w:t>
      </w:r>
    </w:p>
    <w:p>
      <w:r>
        <w:t>She had to be cautious, though. Siya had been a mistake—sloppy. A near miss. If she had turned her face to the camera just a second too late, it would have been over. She couldn’t afford another misstep. Not with Charles. Not with his resources, his connections.</w:t>
      </w:r>
    </w:p>
    <w:p>
      <w:r>
        <w:t>His home in Blair Atholl Estate was a fortress. High walls, biometric access points, roving security patrols. A challenge, but not impossible.</w:t>
      </w:r>
    </w:p>
    <w:p>
      <w:r>
        <w:t>She needed time to study it, to understand its vulnerabilities. Patience was key.</w:t>
      </w:r>
    </w:p>
    <w:p>
      <w:r>
        <w:t>Then his tone shifted—lighter, teasing. He had an idea. A road trip this weekend. Something spontaneous, something just for them. He said he remembered how much she loved them.</w:t>
      </w:r>
    </w:p>
    <w:p>
      <w:r>
        <w:t>She did love them.</w:t>
      </w:r>
    </w:p>
    <w:p>
      <w:r>
        <w:t>But not with him.</w:t>
      </w:r>
    </w:p>
    <w:p>
      <w:r>
        <w:t>Not now.</w:t>
      </w:r>
    </w:p>
    <w:p>
      <w:r>
        <w:t>The invitation was unexpected, and for a split second, she considered the implications. If she went, she would need an exit plan, contingencies in place. A way to disappear if necessary.</w:t>
      </w:r>
    </w:p>
    <w:p>
      <w:r>
        <w:t>Still, rejecting him outright would be suspicious.</w:t>
      </w:r>
    </w:p>
    <w:p>
      <w:r>
        <w:t>“I’d love that,” she said, voice dripping with sincerity. “Where are we going?”</w:t>
      </w:r>
    </w:p>
    <w:p>
      <w:r>
        <w:t>She listened as he laid out his ideas, making a mental note of the locations, the logistics, the risks. He was excited, eager. And eager men were dangerous in their own way.</w:t>
      </w:r>
    </w:p>
    <w:p>
      <w:r>
        <w:t>A complication. One she hadn’t planned for.</w:t>
      </w:r>
    </w:p>
    <w:p>
      <w:r>
        <w:t>Her gaze flickered back to her phone screen, to the still-unanswered message from Thenjiwe.</w:t>
      </w:r>
    </w:p>
    <w:p>
      <w:r>
        <w:t>She would wait a little longer.</w:t>
      </w:r>
    </w:p>
    <w:p/>
    <w:p>
      <w:r>
        <w:t>Thenji stirred, the warmth of Jan’s body against hers anchoring her in the moment. Instead of pulling away, she melted into him, breathing him in. Sensing her movement, he tightened his hold, nuzzling into the crook of her neck with a contented sigh.</w:t>
      </w:r>
    </w:p>
    <w:p>
      <w:r>
        <w:t>“Nope, you are not going anywhere.” His voice was thick with sleep. “Mine,” he murmured, his grip possessive but playful.</w:t>
      </w:r>
    </w:p>
    <w:p>
      <w:r>
        <w:t>She laughed softly. “I was just going to get some water.”</w:t>
      </w:r>
    </w:p>
    <w:p>
      <w:r>
        <w:t>His eyes flickered open briefly. “I’ll get it.”</w:t>
      </w:r>
    </w:p>
    <w:p>
      <w:r>
        <w:t>“Jan, I’m not going anywhere,” she assured him, amusement lacing her tone.</w:t>
      </w:r>
    </w:p>
    <w:p>
      <w:r>
        <w:t>“I wouldn’t let you either way.”</w:t>
      </w:r>
    </w:p>
    <w:p>
      <w:r>
        <w:t>There was something about the way he said it—casual, teasing, yet laced with a quiet intensity. Normally, words like that would have made her retreat, but this time, they didn’t. This time, she let them settle inside her, warm and welcome.</w:t>
      </w:r>
    </w:p>
    <w:p>
      <w:r>
        <w:t>“I wouldn’t have it any other way.”</w:t>
      </w:r>
    </w:p>
    <w:p>
      <w:r>
        <w:t>She pressed her lips to his, and in an instant, he shifted, rolling her beneath him, his weight pressing her down. A slow, deliberate claiming. Thenji had been thinking about this since Cape Town—about him, about them. How had this man slipped past her defenses? How had he ensnared her so completely?</w:t>
      </w:r>
    </w:p>
    <w:p>
      <w:r>
        <w:t>Afterward, they showered together, steam curling around them like an intimate cocoon. She borrowed his shirt, its scent wrapping around her like a second skin, grounding her even as something restless stirred in the back of her mind.</w:t>
      </w:r>
    </w:p>
    <w:p>
      <w:r>
        <w:t>She sat at the counter, watching him move through the kitchen with effortless ease, a quiet domesticity she hadn't realized she craved. Yet even in this warmth, her fingers hovered over her phone, scrolling absently.</w:t>
      </w:r>
    </w:p>
    <w:p>
      <w:r>
        <w:t>Naledi.</w:t>
      </w:r>
    </w:p>
    <w:p>
      <w:r>
        <w:t>She had forgotten to respond. Or maybe, deep down, she hadn’t wanted to.</w:t>
      </w:r>
    </w:p>
    <w:p>
      <w:r>
        <w:t>She opened the profile again, studying it. Polished, poised. But beneath the cultivated elegance, something lurked—something unreadable. It made her uneasy. Or maybe it intrigued her.</w:t>
      </w:r>
    </w:p>
    <w:p>
      <w:r>
        <w:t>“There you go, my beautiful alien,” Jan murmured, setting a plate in front of her, using the pet name he had once reserved just for her.</w:t>
      </w:r>
    </w:p>
    <w:p>
      <w:r>
        <w:t>She looked up, smiling. “Thank you.”</w:t>
      </w:r>
    </w:p>
    <w:p>
      <w:r>
        <w:t>But the smile faded as her gaze drifted back to her phone.</w:t>
      </w:r>
    </w:p>
    <w:p>
      <w:r>
        <w:t>Jan leaned against the counter, watching her. “What did the phone do to you?” he teased.</w:t>
      </w:r>
    </w:p>
    <w:p>
      <w:r>
        <w:t>She felt caught—like a child with their hand in the cookie jar. Smiling shyly, she shrugged. “It’s just this woman.”</w:t>
      </w:r>
    </w:p>
    <w:p>
      <w:r>
        <w:t>“A client?”</w:t>
      </w:r>
    </w:p>
    <w:p>
      <w:r>
        <w:t>“No, actually. She’s been trying to befriend me.”</w:t>
      </w:r>
    </w:p>
    <w:p>
      <w:r>
        <w:t>“And you don’t like her?”</w:t>
      </w:r>
    </w:p>
    <w:p>
      <w:r>
        <w:t>“That’s the thing... I think I do,” she admitted, frowning slightly. “I don’t know why, but she feels... familiar.”</w:t>
      </w:r>
    </w:p>
    <w:p>
      <w:r>
        <w:t>Jan studied her, his detective instincts kicking in. “You want me to get someone to look into her?”</w:t>
      </w:r>
    </w:p>
    <w:p>
      <w:r>
        <w:t>She waved a dismissive hand. “No, she’s not some mastermind criminal. She’s just... I don’t know. She doesn’t give much away.”</w:t>
      </w:r>
    </w:p>
    <w:p>
      <w:r>
        <w:t>His gaze flicked to her phone as he took it from her, glancing at Naledi’s profile. “Deliberate. Well-curated. But interesting.”</w:t>
      </w:r>
    </w:p>
    <w:p>
      <w:r>
        <w:t>Thenji nodded, thoughtful.</w:t>
      </w:r>
    </w:p>
    <w:p>
      <w:r>
        <w:t>“I say give her a chance.”</w:t>
      </w:r>
    </w:p>
    <w:p>
      <w:r>
        <w:t>She hesitated. Something about Naledi made her stomach tighten—not quite fear, but not quite trust either.</w:t>
      </w:r>
    </w:p>
    <w:p>
      <w:r>
        <w:t>Still, after a moment, she exhaled, thumb hovering over the screen before finally pressing send.</w:t>
      </w:r>
    </w:p>
    <w:p>
      <w:r>
        <w:t>And just like that, she gave Naledi her number.</w:t>
      </w:r>
    </w:p>
    <w:p/>
    <w:p>
      <w:r>
        <w:t>Naledi watched her phone, the soft glow of the screen reflecting in her dark eyes. A message. From Thenjiwe.</w:t>
      </w:r>
    </w:p>
    <w:p>
      <w:r>
        <w:t>Her lips curled into a slow smile, a mix of satisfaction and amusement flickering across her face. She tapped the screen lightly, rereading the number as if savoring a victory she had always known would be hers.</w:t>
      </w:r>
    </w:p>
    <w:p>
      <w:r>
        <w:t>"Good girl," she murmured under her breath before setting the phone aside.</w:t>
      </w:r>
    </w:p>
    <w:p>
      <w:r>
        <w:t>The rest of her week unfolded with seamless precision. Naledi did not merely move through life; she orchestrated it. Every meeting, every conversation, every carefully crafted interaction was a step toward something bigger, something only she understood.</w:t>
      </w:r>
    </w:p>
    <w:p>
      <w:r>
        <w:t>On Monday, she spent the morning reviewing proposals, her team seated around the long glass table in the boardroom. Unlike many in her position, she did not belittle or ignore them. They were not beneath her, but they were pieces in a game she controlled. She listened, nodded, asked sharp questions, and when she spoke, her words were measured, deliberate, carrying the weight of certainty. Her employees admired her, some even feared her, but all of them respected her. And respect, after all, was the foundation of power.</w:t>
      </w:r>
    </w:p>
    <w:p>
      <w:r>
        <w:t>Tuesday was much the same, except the world outside was stirring. The news cycle buzzed with growing frustration. Journalists questioned the police—why had they failed? Why was the killer still out there? It was almost flattering. Almost. But her focus wasn’t on them. Her focus was on Jan.</w:t>
      </w:r>
    </w:p>
    <w:p>
      <w:r>
        <w:t>He had been part of the press conference, standing slightly to the side, exuding the kind of quiet authority that would make any woman look twice. Tall, controlled, intelligent. Attractive, in a way she had never quite considered before. Not the usual disposable men she lured in for the sake of her work, but something else. Something intriguing.</w:t>
      </w:r>
    </w:p>
    <w:p>
      <w:r>
        <w:t>Jan was interesting not just because of who he was but because of what he was to Thenjiwe. How had he done it? How had he made Thenjiwe love him in a way so many men had failed to make Naledi love them? Or was Thenji just playing the part as she always did?</w:t>
      </w:r>
    </w:p>
    <w:p>
      <w:r>
        <w:t>The thought lingered in her mind as Wednesday arrived.</w:t>
      </w:r>
    </w:p>
    <w:p>
      <w:r>
        <w:t>That evening, Charles came over, carrying dinner as he often did. He was persistent, unfalteringly kind, never overcompensating, never performing. He was simply himself, and there was something almost disarming about that. Naledi let him in, let him move through her space as if he belonged there. She let him kiss her, let his hands explore her skin as if she were something sacred.</w:t>
      </w:r>
    </w:p>
    <w:p>
      <w:r>
        <w:t>Earlier that day, she had watched Jan on the news. The thought of him had drifted back into her mind as Charles pressed his lips to her stomach, as his hands guided her down onto the bed. And when he lowered his head between her legs, when he worshipped her in a way that so many had before him, her mind wandered back to Jan.</w:t>
      </w:r>
    </w:p>
    <w:p>
      <w:r>
        <w:t>He would make such a great gift.</w:t>
      </w:r>
    </w:p>
    <w:p>
      <w:r>
        <w:t>Attractive. Affluent. Smart.</w:t>
      </w:r>
    </w:p>
    <w:p>
      <w:r>
        <w:t>And above all, he was hers—Thenjiwe’s.</w:t>
      </w:r>
    </w:p>
    <w:p>
      <w:r>
        <w:t>A slow smile played at her lips as she tangled her fingers in Charles’s hair.</w:t>
      </w:r>
    </w:p>
    <w:p>
      <w:r>
        <w:t>Yes, she thought. Jan would be perfect.</w:t>
      </w:r>
    </w:p>
    <w:p/>
    <w:p>
      <w:r>
        <w:t>Jan moved effortlessly around the kitchen, the scent of fresh coffee filling the air as he plated their breakfast. He was over the moon. Waking up next to Thenji, holding her through the night—it was something he had longed for, something he had hoped for. But then, the tears.</w:t>
      </w:r>
    </w:p>
    <w:p>
      <w:r>
        <w:t>He had wanted more from her, always. More openness, more presence, more of the truth she kept locked away. But not like that. Not in tears. He hated seeing her cry. It twisted something inside him, made him feel both helpless and fiercely protective.</w:t>
      </w:r>
    </w:p>
    <w:p>
      <w:r>
        <w:t>Yet now, watching her sit at the table, scrolling through her phone, occasionally flicking her gaze at him with that small, knowing smile—he felt lighter. She did that often, even before. Acted as though the pull between them wasn’t there while unconsciously giving herself away in small gestures, in the way she lingered too long in his presence, in the way she told him more than she intended to. That was never the issue.</w:t>
      </w:r>
    </w:p>
    <w:p>
      <w:r>
        <w:t>The issue was: how do you convince someone of something they keep lying to themselves about?</w:t>
      </w:r>
    </w:p>
    <w:p>
      <w:r>
        <w:t xml:space="preserve">He wanted to believe she was letting him in. So he would. </w:t>
      </w:r>
    </w:p>
    <w:p>
      <w:r>
        <w:t>They ate breakfast, in bountiful conversation and laughter.</w:t>
      </w:r>
    </w:p>
    <w:p>
      <w:r>
        <w:t>Then his phone rang.</w:t>
      </w:r>
    </w:p>
    <w:p>
      <w:r>
        <w:t>Nandi.</w:t>
      </w:r>
    </w:p>
    <w:p>
      <w:r>
        <w:t>Just like that, his perfect moment was cut short. He sighed, picking up the call, already sensing it was about work. Thenji watched him, reading his frustration instantly. Before he could speak, she touched his hand lightly.</w:t>
      </w:r>
    </w:p>
    <w:p>
      <w:r>
        <w:t>“I’ll see you for dinner,” she promised.</w:t>
      </w:r>
    </w:p>
    <w:p>
      <w:r>
        <w:t>It wasn’t much, but it was enough to keep the warmth in his chest as he answered.</w:t>
      </w:r>
    </w:p>
    <w:p>
      <w:r>
        <w:t>Nandi’s voice was sharp and to the point. A tip had come in. Someone—a gym worker—claimed to have evidence. They got dozens of these calls, most of them leading nowhere, but Nandi wouldn’t have called if she didn’t think this was worth checking out.</w:t>
      </w:r>
    </w:p>
    <w:p>
      <w:r>
        <w:t>Within minutes, Jan was in his car, driving to the location where the witness had agreed to meet.</w:t>
      </w:r>
    </w:p>
    <w:p>
      <w:r>
        <w:t>Jan lingered at the café across from the gym, stirring the remnants of his coffee as Nandi went over the details of the so-called tip. A gym worker claimed they had seen something—a woman, suspicious, lingering too long, watching people, always there when one of the victims had been.</w:t>
      </w:r>
    </w:p>
    <w:p>
      <w:r>
        <w:t>It sounded promising.</w:t>
      </w:r>
    </w:p>
    <w:p>
      <w:r>
        <w:t>But it wasn’t.</w:t>
      </w:r>
    </w:p>
    <w:p>
      <w:r>
        <w:t>The security footage was inconclusive. The timestamps didn’t align. The woman in question turned out to be a personal trainer who simply had a penchant for staying late. Another dead end.</w:t>
      </w:r>
    </w:p>
    <w:p>
      <w:r>
        <w:t>Jan sighed, pinching the bridge of his nose as he turned to Nandi. “Let’s go.”</w:t>
      </w:r>
    </w:p>
    <w:p>
      <w:r>
        <w:t>She was already on her feet. “What a waste of time.”</w:t>
      </w:r>
    </w:p>
    <w:p>
      <w:r>
        <w:t>They made their way to the exit when Jan felt the collision—soft, fleeting. He reached out instinctively, catching the woman before she stumbled.</w:t>
      </w:r>
    </w:p>
    <w:p>
      <w:r>
        <w:t>Her frame was small, petite. She wore a nude-toned gym set that melted against her deep skin, making her look effortlessly elegant.</w:t>
      </w:r>
    </w:p>
    <w:p>
      <w:r>
        <w:t>“Ah, sorry,” she said, voice gentle, a smooth cadence to it. “Excuse my clumsiness.”</w:t>
      </w:r>
    </w:p>
    <w:p>
      <w:r>
        <w:t>Jan’s eyes met hers. Beautiful. The kind of beauty that disarmed. The kind of woman who, with a single glance, could get her way.</w:t>
      </w:r>
    </w:p>
    <w:p>
      <w:r>
        <w:t>Then she gasped. “Oh my God, are you not the detective from the news? The one with that...horrible case?”</w:t>
      </w:r>
    </w:p>
    <w:p>
      <w:r>
        <w:t>Jan felt his stomach tighten. He didn’t like this—being recognized. It made his job ten times harder. He nodded stiffly and stepped to the side, intending to move past her. But her fingers—light as a whisper—brushed his arm, steadying herself.</w:t>
      </w:r>
    </w:p>
    <w:p>
      <w:r>
        <w:t>“Are you alright, ma’am?” he asked, keeping his voice polite but distant.</w:t>
      </w:r>
    </w:p>
    <w:p>
      <w:r>
        <w:t>She hesitated. “Just a little lightheaded,” she admitted, her expression unreadable. “Maybe not the best time to be at the gym.”</w:t>
      </w:r>
    </w:p>
    <w:p>
      <w:r>
        <w:t>“Do you need some assistance?”</w:t>
      </w:r>
    </w:p>
    <w:p>
      <w:r>
        <w:t>Another pause. A fleeting moment of indecision—performed or real, he couldn’t tell.</w:t>
      </w:r>
    </w:p>
    <w:p>
      <w:r>
        <w:t>“Yes, actually,” she said finally, her voice soft, almost embarrassed. “I think I won’t gym after all. Do you mind helping me to my car?”</w:t>
      </w:r>
    </w:p>
    <w:p>
      <w:r>
        <w:t>From beside him, Nandi exhaled loudly and rolled her eyes. “I’ll be in the car.”</w:t>
      </w:r>
    </w:p>
    <w:p>
      <w:r>
        <w:t>Jan ignored her. The woman didn’t seem in distress, but something about the way she looked at him—like she was taking his measure—unsettled him. Still, he nodded. “Of course.”</w:t>
      </w:r>
    </w:p>
    <w:p>
      <w:r>
        <w:t>He walked her to her car—a charcoal-black, sleek, expensive machine. Wealth, clearly.</w:t>
      </w:r>
    </w:p>
    <w:p>
      <w:r>
        <w:t>At the driver’s side, she turned, smiling up at him. He towered over her, but she wasn’t intimidated. Not even slightly. Her eyes, he noted, were the kind women used as weapons. And he could tell—this woman was probably a master of that.</w:t>
      </w:r>
    </w:p>
    <w:p>
      <w:r>
        <w:t>“Thank you, Detective…?” she prompted, tilting her head just slightly.</w:t>
      </w:r>
    </w:p>
    <w:p>
      <w:r>
        <w:t>Jan knew she already knew his name. This was a trick, a ploy to allow her to cross a boundary.</w:t>
      </w:r>
    </w:p>
    <w:p>
      <w:r>
        <w:t>“Jan Kruger,” he said simply.</w:t>
      </w:r>
    </w:p>
    <w:p>
      <w:r>
        <w:t>She smiled then, slow and knowing. “Naledi,” she offered, watching him closely.</w:t>
      </w:r>
    </w:p>
    <w:p>
      <w:r>
        <w:t>Recognition hit him like a delayed punch. He had seen that name before.</w:t>
      </w:r>
    </w:p>
    <w:p>
      <w:r>
        <w:t>Thenjiwe. This morning. The profile she had shown him.</w:t>
      </w:r>
    </w:p>
    <w:p>
      <w:r>
        <w:t>His gut twisted, though he wasn’t sure why.</w:t>
      </w:r>
    </w:p>
    <w:p>
      <w:r>
        <w:t>“Pleasure to meet you, Detective Kruger.”</w:t>
        <w:br/>
      </w:r>
    </w:p>
    <w:p>
      <w:r>
        <w:t>Sixteen</w:t>
      </w:r>
    </w:p>
    <w:p>
      <w:r>
        <w:t>Some bonds are forged in fire. Others in blood. The most dangerous ones? In silence.</w:t>
      </w:r>
    </w:p>
    <w:p/>
    <w:p>
      <w:r>
        <w:t>Thenjiwe drove home, quickly freshening up and changing into a more professional outfit before heading to the office. Her first client of the day was a woman suffering from severe postpartum depression. The woman had only agreed to see Thenjiwe because her daughter, one of Thenjiwe’s young patients, had been struggling with sudden anxiety. Thenjiwe had immediately identified the shift in the child’s behavior as a response to changes at home—specifically, her mother’s emotional withdrawal. Though she typically avoided treating both parent and child to prevent conflict of interest, in this case, the need outweighed the risk. The mother had refused to see anyone else, and disrupting the child’s progress was not an option.</w:t>
      </w:r>
    </w:p>
    <w:p>
      <w:r>
        <w:t>The session was heavy, as they often were. Thenjiwe listened, guided, and gently nudged the woman toward confronting her emotions, all while maintaining the delicate balance between compassion and professional detachment. By the end, there was a small shift—tentative, fragile, but real.</w:t>
      </w:r>
    </w:p>
    <w:p>
      <w:r>
        <w:t>Her next appointment was a pro bono group session in Alexandra. These sessions were some of the most fulfilling yet draining parts of her work. They were raw, unpredictable, and deeply human. The group today consisted of six individuals, each with their own struggles—substance abuse, grief, anxiety, and the daily grind of survival in a world that rarely showed them mercy.</w:t>
      </w:r>
    </w:p>
    <w:p>
      <w:r>
        <w:t>"I don’t think I’m getting anywhere," a young man named Kabelo admitted. "I go a few weeks clean, then something happens. And I just—"</w:t>
      </w:r>
    </w:p>
    <w:p>
      <w:r>
        <w:t>"Fall back into old patterns?" Thenjiwe prompted.</w:t>
      </w:r>
    </w:p>
    <w:p>
      <w:r>
        <w:t>He nodded. "I hate myself for it."</w:t>
      </w:r>
    </w:p>
    <w:p>
      <w:r>
        <w:t>"Relapse doesn’t erase progress," she said gently. "It’s part of the process. You’re here. That means you’re fighting. And fighting is winning."</w:t>
      </w:r>
    </w:p>
    <w:p>
      <w:r>
        <w:t>A woman named Thandi clicked her tongue. "That’s easy to say when you’re not the one watching your life fall apart."</w:t>
      </w:r>
    </w:p>
    <w:p>
      <w:r>
        <w:t>"You’re right," Thenjiwe acknowledged. "I won’t pretend I know what it’s like to walk in your shoes. But I do know this—shame keeps you stuck. If you make a mistake, you learn from it, not punish yourself for it."</w:t>
      </w:r>
    </w:p>
    <w:p>
      <w:r>
        <w:t>The room was quiet for a moment. Then Kabelo exhaled. "Yeah...maybe."</w:t>
      </w:r>
    </w:p>
    <w:p>
      <w:r>
        <w:t>By the end of the session, there was no dramatic breakthrough—there rarely was. But there were moments of understanding, of self-reflection, of connection. That was enough.</w:t>
      </w:r>
    </w:p>
    <w:p>
      <w:r>
        <w:t>After the session, she had no more appointments for the day, but her mind was restless. She found herself thinking about Jan. As if summoned by her thoughts, her phone buzzed.</w:t>
      </w:r>
    </w:p>
    <w:p>
      <w:r>
        <w:t>Jan: Hi Alien, I hate this but we’ll be in Pretoria till very late. I’ll be back in Johannesburg after 8 pm. That might be too late for dinner, so I was thinking maybe I come over with some snacks? We can do our old Friday night routine.</w:t>
      </w:r>
    </w:p>
    <w:p>
      <w:r>
        <w:t>At first, she was a little disappointed. Then, she smiled. Their "old Friday night routine"—attempting to watch a classic movie but inevitably ending up entangled on the couch.</w:t>
      </w:r>
    </w:p>
    <w:p>
      <w:r>
        <w:t>Thenjiwe: It’s a date.</w:t>
      </w:r>
    </w:p>
    <w:p>
      <w:r>
        <w:t>She added a smirking emoji for good measure.</w:t>
      </w:r>
    </w:p>
    <w:p>
      <w:r>
        <w:t>With a few hours to spare, she decided to visit her grandmother for dinner. The older woman had been insisting she come over, and tonight seemed like the perfect opportunity.</w:t>
      </w:r>
    </w:p>
    <w:p/>
    <w:p>
      <w:r>
        <w:t>Thenjiwe drove through the familiar streets leading to her grandmother’s home, the tension from the day easing with every kilometer she covered. The house stood just as it always had—sturdy, small, but warm, nestled in the heart of a quiet neighborhood. The scent of home-cooked food met her before she even stepped inside.</w:t>
      </w:r>
    </w:p>
    <w:p>
      <w:r>
        <w:t>Her grandmother, Mama Esther, was waiting at the door as if she had known exactly when Thenji would arrive. She was a small woman, delicate but strong, wrapped in a patterned shweshwe dress, her silver-streaked hair tied back in a neat bun. The years had softened her face, but her eyes were as sharp as ever.</w:t>
      </w:r>
    </w:p>
    <w:p>
      <w:r>
        <w:t>"Ah, my baby!" Mama Esther exclaimed, immediately reaching for Thenji’s face, cupping her cheeks. "You're too thin. Are you eating properly?"</w:t>
      </w:r>
    </w:p>
    <w:p>
      <w:r>
        <w:t>Thenji laughed, already feeling her adult composure dissolve into something younger, something softer. "Gogo, I saw you last week. I haven’t lost weight since then."</w:t>
      </w:r>
    </w:p>
    <w:p>
      <w:r>
        <w:t>"Hmm," her grandmother hummed doubtfully, leading her inside. "Come, come. Supper is ready. You know I eat by 6:30, and after that, I don't want to be running around the kitchen."</w:t>
      </w:r>
    </w:p>
    <w:p>
      <w:r>
        <w:t>The dining table was already set with a steaming plate of umngqusho and stewed chicken. Comfort food. The kind of meal that wrapped around the soul. Thenji sank into her chair, exhaling.</w:t>
      </w:r>
    </w:p>
    <w:p>
      <w:r>
        <w:t>Mama Esther watched her closely. "You look tired, my love. Work still draining you?"</w:t>
      </w:r>
    </w:p>
    <w:p>
      <w:r>
        <w:t>"It’s been a long day, Gogo. But seeing you makes it better."</w:t>
      </w:r>
    </w:p>
    <w:p>
      <w:r>
        <w:t>"Mm-hmm." Mama Esther gave her a knowing look before settling in her own seat. "You work too much. These people, do they ever say thank you?"</w:t>
      </w:r>
    </w:p>
    <w:p>
      <w:r>
        <w:t>"Not always. But that’s not why I do it."</w:t>
      </w:r>
    </w:p>
    <w:p>
      <w:r>
        <w:t>"I know. Your heart is big. Just like your mother’s." She reached over, squeezing Thenji’s hand briefly before picking up her spoon. "But you must remember, my child, even the ocean gets tired of taking in all the rivers. You need to rest too."</w:t>
      </w:r>
    </w:p>
    <w:p>
      <w:r>
        <w:t>Thenji didn’t argue. Instead, she ate, feeling the weight of her grandmother’s quiet love settle around her like a blanket. They talked about lighter things—about the neighborhood, the church women’s choir Mama Esther still led despite her age, the latest gossip about a neighbor’s wayward son. It felt good, easy.</w:t>
      </w:r>
    </w:p>
    <w:p>
      <w:r>
        <w:t>By 7:30, as expected, Mama Esther began preparing for bed. "You know I don’t stay up late, my child. The Lord does not speak to those who waste the night."</w:t>
      </w:r>
    </w:p>
    <w:p>
      <w:r>
        <w:t>Thenji laughed, kissing her grandmother’s cheek before slipping out the door.</w:t>
      </w:r>
    </w:p>
    <w:p>
      <w:r>
        <w:t>The drive home was quiet, her thoughts drifting toward Jan. She barely had time to settle in before she quickly showered, the heat soothing her. She towel-dried her hair, standing in front of her closet, debating.</w:t>
      </w:r>
    </w:p>
    <w:p>
      <w:r>
        <w:t>Something sexy?</w:t>
      </w:r>
    </w:p>
    <w:p>
      <w:r>
        <w:t>She glanced at the time. No.</w:t>
      </w:r>
    </w:p>
    <w:p>
      <w:r>
        <w:t>She reached for her softest pair of shorts and a tank top instead. Comfortable. Uncomplicated. The thought of seeing Jan settled something inside her, even as it sent a small thrill through her.</w:t>
      </w:r>
    </w:p>
    <w:p>
      <w:r>
        <w:t>Then, as if on cue, the buzzer rang.</w:t>
      </w:r>
    </w:p>
    <w:p>
      <w:r>
        <w:t>She checked her door cam.</w:t>
      </w:r>
    </w:p>
    <w:p>
      <w:r>
        <w:t>Her heart fluttered.</w:t>
      </w:r>
    </w:p>
    <w:p>
      <w:r>
        <w:t>Jan.</w:t>
      </w:r>
    </w:p>
    <w:p>
      <w:r>
        <w:t>She opened the door to find him holding a bag of snacks and wearing that boyish grin that always disarmed her. “Ready for movie night?” he asked.</w:t>
      </w:r>
    </w:p>
    <w:p>
      <w:r>
        <w:t>They curled up on the couch, the opening sequence of The Mummy playing in the background. It was their thing—old movies they pretended to watch but never truly did. They laughed, whispered inside jokes, and somewhere in the middle of it, their bodies found each other. It was unhurried, familiar, yet electric in a way it always was with him.</w:t>
      </w:r>
    </w:p>
    <w:p>
      <w:r>
        <w:t>Afterward, wrapped in the sheets, he murmured, “Strange coincidence today. I bumped into Naledi.”</w:t>
      </w:r>
    </w:p>
    <w:p>
      <w:r>
        <w:t>Thenjiwe frowned, turning to face him. “Naledi?”</w:t>
      </w:r>
    </w:p>
    <w:p>
      <w:r>
        <w:t>“The woman you showed me this morning. At the gym.”</w:t>
      </w:r>
    </w:p>
    <w:p>
      <w:r>
        <w:t>She considered that for a moment. “That is…odd.”</w:t>
      </w:r>
    </w:p>
    <w:p>
      <w:r>
        <w:t>“She seemed harmless. Just... something about her felt off.”</w:t>
      </w:r>
    </w:p>
    <w:p>
      <w:r>
        <w:t>Thenjiwe sighed. “You think everyone feels off.”</w:t>
      </w:r>
    </w:p>
    <w:p>
      <w:r>
        <w:t>He chuckled. “True. But I don’t know. I’ll keep an eye out.”</w:t>
      </w:r>
    </w:p>
    <w:p>
      <w:r>
        <w:t>She kissed his shoulder. “You do that, Detective.”</w:t>
      </w:r>
    </w:p>
    <w:p/>
    <w:p>
      <w:r>
        <w:t>Morning came too soon. Jan was already awake, pressing lazy kisses along her shoulder as he coaxed her into the shower with him. She used to find it excessive, unnecessary—but now? Now, she had grown to love these slow, quiet moments with him. They moved in sync, steam curling around them, water cascading over their bodies as they shared lingering kisses between rinsing off the remnants of the night before.</w:t>
      </w:r>
    </w:p>
    <w:p>
      <w:r>
        <w:t>By the time they were dressed, Jan was already making plans. “I’ve got a few things at the station, but I’ll drop you at the coffee shop first. That way, I can pick you up later, and we can have an actual date. Activities and all.”</w:t>
      </w:r>
    </w:p>
    <w:p>
      <w:r>
        <w:t>She smiled at the way he said it—like he was proud of himself for planning something.</w:t>
      </w:r>
    </w:p>
    <w:p>
      <w:r>
        <w:t>As he drove, she found herself thinking about how effortless it all was. How natural.</w:t>
      </w:r>
    </w:p>
    <w:p>
      <w:r>
        <w:t>When they arrived at the café, Jan parked and got out first to open her door. He was always like this, these little gestures that felt old-fashioned but undeniably sweet. She leaned up, pressing a kiss to his lips before stepping out.</w:t>
      </w:r>
    </w:p>
    <w:p>
      <w:r>
        <w:t>And then she saw her.</w:t>
      </w:r>
    </w:p>
    <w:p>
      <w:r>
        <w:t>Naledi was already there, seated outside, stirring her coffee leisurely. Her gaze met Thenjiwe’s, a slow, knowing smile spreading across her lips. Then, as if they were old friends, she lifted her hand and waved.</w:t>
      </w:r>
    </w:p>
    <w:p>
      <w:r>
        <w:br/>
      </w:r>
    </w:p>
    <w:p>
      <w:r>
        <w:t>Seventeen</w:t>
      </w:r>
    </w:p>
    <w:p>
      <w:r>
        <w:t>Some conversations feel like a warm embrace. Others are a quiet battle of wits.</w:t>
      </w:r>
    </w:p>
    <w:p>
      <w:r>
        <w:t>The coffee shop was everything Thenjiwe needed this morning—small, intimate, wrapped in soft blush tones and the scent of fresh flowers. It felt like a space suspended from reality. Delicate pink blooms framed the windows, and the gentle hum of morning conversations created a soothing backdrop.</w:t>
      </w:r>
    </w:p>
    <w:p>
      <w:r>
        <w:t>Naledi was already seated near the window, a porcelain cup in hand, steam curling above it as she stirred slowly. She looked relaxed, almost too much so, like a cat in a sunbeam—watchful beneath the warmth. Thenjiwe approached with her usual calm exterior, but Naledi noticed the softness behind her eyes, the warmth in her laugh when she finally sat down and greeted her. There was even a trace of a blush.</w:t>
      </w:r>
    </w:p>
    <w:p>
      <w:r>
        <w:t>She guessed it was Jan. Of course it was.</w:t>
      </w:r>
    </w:p>
    <w:p>
      <w:r>
        <w:t>“You and the detective seem quite close,” Naledi said, her tone casual, but her gaze sharp.</w:t>
      </w:r>
    </w:p>
    <w:p>
      <w:r>
        <w:t>Thenjiwe hesitated, not enough for most people to notice—but Naledi was not most people. “Yes. We go way back.”</w:t>
      </w:r>
    </w:p>
    <w:p>
      <w:r>
        <w:t>Naledi tilted her head with a teasing smirk. “I actually read about you two on one of those gossip blogs. And since he dropped you off this morning, I figured the rumors weren’t entirely off-base.”</w:t>
      </w:r>
    </w:p>
    <w:p>
      <w:r>
        <w:t>Thenjiwe’s face shifted. “A gossip what?”</w:t>
      </w:r>
    </w:p>
    <w:p>
      <w:r>
        <w:t>“There was a thread with pictures of you two. Nothing scandalous,” she added quickly. “Don’t worry. The public gets bored easily. And as your friend, you don’t have to worry about me.”</w:t>
      </w:r>
    </w:p>
    <w:p>
      <w:r>
        <w:t>Friend.</w:t>
      </w:r>
    </w:p>
    <w:p>
      <w:r>
        <w:t>The word made Thenjiwe smile, but only on the surface. Inside, she was wary.</w:t>
      </w:r>
    </w:p>
    <w:p>
      <w:r>
        <w:t>“Well,” she said, regaining composure, “speaking of the detective… he mentioned bumping into you.”</w:t>
      </w:r>
    </w:p>
    <w:p>
      <w:r>
        <w:t>Naledi’s expression didn’t change. “Yes, surprisingly. He was at my gym.”</w:t>
      </w:r>
    </w:p>
    <w:p>
      <w:r>
        <w:t>She leaned forward. “Speaking of exercise, how do you feel about a hike?”</w:t>
      </w:r>
    </w:p>
    <w:p>
      <w:r>
        <w:t>Thenjiwe blinked. “I’m not really the hiking type.”</w:t>
      </w:r>
    </w:p>
    <w:p>
      <w:r>
        <w:t>“No, but you love the outdoors. This trail has stunning views. You’d love it.”</w:t>
      </w:r>
    </w:p>
    <w:p>
      <w:r>
        <w:t>There was something disarming in her insistence.</w:t>
      </w:r>
    </w:p>
    <w:p>
      <w:r>
        <w:t>“Okay,” Thenjiwe relented. “Send me the details.”</w:t>
      </w:r>
    </w:p>
    <w:p>
      <w:r>
        <w:t>Naledi smiled. “You can bring a plus one. Maybe… the detective?” She winked.</w:t>
      </w:r>
    </w:p>
    <w:p>
      <w:r>
        <w:t>“Unfortunately, he’s busy.”</w:t>
      </w:r>
    </w:p>
    <w:p>
      <w:r>
        <w:t>“With the case?” Naledi asked, tone flat—too flat for someone making small talk.</w:t>
      </w:r>
    </w:p>
    <w:p>
      <w:r>
        <w:t>And there it was.</w:t>
      </w:r>
    </w:p>
    <w:p>
      <w:r>
        <w:t>Thenjiwe had been waiting for the moment the case would creep into the conversation. Everyone brought it up eventually. She hadn’t expected Naledi to be any different, but a small part of her had hoped.</w:t>
      </w:r>
    </w:p>
    <w:p>
      <w:r>
        <w:t>As if sensing the shift in her mood, Naledi quickly pivoted. “I mean, it’s frustrating, right? That’s all people talk about lately.”</w:t>
      </w:r>
    </w:p>
    <w:p>
      <w:r>
        <w:t>“Really?” Thenjiwe asked, raising a brow.</w:t>
      </w:r>
    </w:p>
    <w:p>
      <w:r>
        <w:t>“Of course. Yes, the case is insane, but I think the public is doing more harm than good. The way journalists have been following you? It’s disgusting. As your friend, that worries me.”</w:t>
      </w:r>
    </w:p>
    <w:p>
      <w:r>
        <w:t>There it was again. Friend.</w:t>
      </w:r>
    </w:p>
    <w:p>
      <w:r>
        <w:t>“There’s no need to worry,” Thenjiwe said evenly.</w:t>
      </w:r>
    </w:p>
    <w:p>
      <w:r>
        <w:t>“I think there is,” Naledi insisted, her voice tinged with concern—convincing concern. “They’re making a spectacle of it and putting you in the middle. What if the killer makes you a target?”</w:t>
      </w:r>
    </w:p>
    <w:p>
      <w:r>
        <w:t>Thenjiwe looked at her, searching her face.</w:t>
      </w:r>
    </w:p>
    <w:p>
      <w:r>
        <w:t>“I doubt that,” she said finally, her smile more genuine now. “I’m not exactly her type.”</w:t>
      </w:r>
    </w:p>
    <w:p>
      <w:r>
        <w:t>Naledi smiled too, sensing she’d won something. The conversation softened. They ordered chai teas and laughed over their shared love for it. They spoke warmly, naturally. Everything about the moment felt familiar. To Thenjiwe, it was like looking into a mirror—how they spoke, what they had endured, even fragments of their childhoods.</w:t>
      </w:r>
    </w:p>
    <w:p>
      <w:r>
        <w:t>She couldn’t help but wonder if Naledi was playing a part. But then again… she was too.</w:t>
      </w:r>
    </w:p>
    <w:p>
      <w:r>
        <w:t>Her phone buzzed on the table.</w:t>
      </w:r>
    </w:p>
    <w:p>
      <w:r>
        <w:t>Naledi watched as she glanced down and smiled.</w:t>
      </w:r>
    </w:p>
    <w:p>
      <w:r>
        <w:t>“Let me guess,” Naledi teased.</w:t>
      </w:r>
    </w:p>
    <w:p>
      <w:r>
        <w:t>Thenjiwe blushed. “We actually have plans after this.”</w:t>
      </w:r>
    </w:p>
    <w:p>
      <w:r>
        <w:t>Her smile was giddy, untethered. At first Naledi thought it was an act—Thenji couldn’t be that kind of girl. Giddy. In love. No, she was controlled, like Naledi.</w:t>
      </w:r>
    </w:p>
    <w:p>
      <w:r>
        <w:t>But then the café door swung open, and everything about Thenjiwe shifted. Her face lit up. Her eyes gleamed, alive with something real. Naledi turned, and there he was.</w:t>
      </w:r>
    </w:p>
    <w:p>
      <w:r>
        <w:t>Jan.</w:t>
      </w:r>
    </w:p>
    <w:p>
      <w:r>
        <w:t>That smile—that radiance—wasn’t an act. And for the first time, Naledi felt something twist inside her.</w:t>
      </w:r>
    </w:p>
    <w:p>
      <w:r>
        <w:t>If Thenji could feel that… then why couldn’t she?</w:t>
      </w:r>
    </w:p>
    <w:p>
      <w:r>
        <w:t>Why shouldn’t she?</w:t>
      </w:r>
    </w:p>
    <w:p>
      <w:r>
        <w:t>Or maybe it wasn’t about Thenji at all. Maybe it was about him. Maybe the object changed the capacity.</w:t>
      </w:r>
    </w:p>
    <w:p>
      <w:r>
        <w:t>Her eyes followed Jan as he approached, and a fire quietly bloomed in her chest.</w:t>
      </w:r>
    </w:p>
    <w:p>
      <w:r>
        <w:t>t:</w:t>
      </w:r>
    </w:p>
    <w:p/>
    <w:p>
      <w:r>
        <w:t>Jan approached with his usual quiet confidence, dressed down in a fitted jacket and jeans that made him look effortlessly casual. Naledi stood to greet him, offering a polite smile.</w:t>
      </w:r>
    </w:p>
    <w:p>
      <w:r>
        <w:t>“Detective,” she said warmly.</w:t>
      </w:r>
    </w:p>
    <w:p>
      <w:r>
        <w:t>“Naledi,” he returned, nodding. “Nice to see you again.”</w:t>
      </w:r>
    </w:p>
    <w:p>
      <w:r>
        <w:t>There was a brief exchange of pleasantries, nothing more than polite social veneers, and then he turned his full attention to Thenjiwe. His hand gently brushed her lower back, guiding her toward the exit.</w:t>
      </w:r>
    </w:p>
    <w:p>
      <w:r>
        <w:t>Thenjiwe glanced back at Naledi. “Let’s chat later,” she said sincerely. Her voice was light, open. She had genuinely enjoyed their time together.</w:t>
      </w:r>
    </w:p>
    <w:p>
      <w:r>
        <w:t>Naledi smiled. “I’ll text you, and I’ll send details about the hike next week.”</w:t>
      </w:r>
    </w:p>
    <w:p>
      <w:r>
        <w:t>“Hike?” Jan echoed with a smirk, holding the door open. “You’ve never been the hiking type.”</w:t>
      </w:r>
    </w:p>
    <w:p>
      <w:r>
        <w:t>Thenjiwe laughed softly. “In the spirit of being more open to the world,” she said, nudging him gently with her shoulder, “I thought I’d take Naledi up on her offer. Besides, I don’t think she was going to take no for an answer.”</w:t>
      </w:r>
    </w:p>
    <w:p>
      <w:r>
        <w:t>“I definitely was not,” Naledi said with a playful shrug. “You should come too, Detective.”</w:t>
      </w:r>
    </w:p>
    <w:p>
      <w:r>
        <w:t>Thenjiwe expected him to say no. Jan didn’t like hikes. He preferred city streets, quiet cafés, and late-night jazz bars. Nature wasn’t his thing.</w:t>
      </w:r>
    </w:p>
    <w:p>
      <w:r>
        <w:t>But then he looked at her and smiled.</w:t>
      </w:r>
    </w:p>
    <w:p>
      <w:r>
        <w:t>“Sure,” he said. “Thenji will give me the details.”</w:t>
      </w:r>
    </w:p>
    <w:p>
      <w:r>
        <w:t>Naledi blinked once. That was unexpected.</w:t>
      </w:r>
    </w:p>
    <w:p>
      <w:r>
        <w:t>She watched them leave, standing at the window as they crossed the street together. Their silhouettes moved in sync, brushing arms now and then like they couldn’t help it. She watched the way Thenjiwe’s face turned up toward him, glowing in a way Naledi had never seen before.</w:t>
      </w:r>
    </w:p>
    <w:p>
      <w:r>
        <w:t>She wasn’t wrong. She knew she wasn’t. There was something dark inside Thenjiwe—she’d sensed it from the beginning. The quiet, controlled exterior. The calculated responses. The familiar mask.</w:t>
      </w:r>
    </w:p>
    <w:p>
      <w:r>
        <w:t>So it couldn’t be her.</w:t>
      </w:r>
    </w:p>
    <w:p>
      <w:r>
        <w:t>It had to be him.</w:t>
      </w:r>
    </w:p>
    <w:p>
      <w:r>
        <w:t>There must be something about Jan that unlocked it. That brought light into the dark. Naledi’s fingers curled around the edge of her cup, her gaze sharp, burning, almost fevered.</w:t>
      </w:r>
    </w:p>
    <w:p>
      <w:r>
        <w:t>She wanted to have it too.</w:t>
      </w:r>
    </w:p>
    <w:p/>
    <w:p/>
    <w:p/>
    <w:p/>
    <w:p/>
    <w:p/>
    <w:p/>
    <w:p/>
    <w:p/>
    <w:p/>
    <w:p/>
    <w:p/>
    <w:p/>
    <w:p/>
    <w:p/>
    <w:p/>
    <w:p/>
    <w:p/>
    <w:p>
      <w:r>
        <w:t>Eighteen</w:t>
      </w:r>
    </w:p>
    <w:p>
      <w:r>
        <w:t>Some people fall in love. Others study it—dissect it—until it stops breathing.</w:t>
      </w:r>
    </w:p>
    <w:p>
      <w:r>
        <w:t>The city basked in a soft, golden glow as morning unfurled. Thenjiwe and Jan walked hand in hand, their fingers laced like it had always been that way. No grand declaration. No heavy labels. Just a rhythm that had quietly found its pace.</w:t>
      </w:r>
    </w:p>
    <w:p>
      <w:r>
        <w:t>Jan leaned into her shoulder as they strolled through the quiet, tree-lined streets of Parkhurst.</w:t>
        <w:br/>
        <w:t xml:space="preserve"> “You’re really glowing today,” he murmured.</w:t>
      </w:r>
    </w:p>
    <w:p>
      <w:r>
        <w:t>Thenjiwe smiled but looked away. Compliments always made her awkward. She wasn’t used to feeling seen—not like this.</w:t>
      </w:r>
    </w:p>
    <w:p>
      <w:r>
        <w:t>“I’m happy,” she admitted after a pause. “You make me happy.”</w:t>
      </w:r>
    </w:p>
    <w:p>
      <w:r>
        <w:t>He stopped walking, just to look at her. “Thenji, I—”</w:t>
      </w:r>
    </w:p>
    <w:p>
      <w:r>
        <w:t>She placed a finger gently against his lips. “Don’t say it. Not yet. Let’s just… be here.”</w:t>
      </w:r>
    </w:p>
    <w:p>
      <w:r>
        <w:t>So they were.</w:t>
      </w:r>
    </w:p>
    <w:p>
      <w:r>
        <w:t>They spent the day wandering through a local art exhibit, stealing bites of pastries at a tucked-away café, and later curled up in his apartment, watching an old detective film—the kind with trench coats and moody narration. He knew she loved that vintage brooding stuff.</w:t>
      </w:r>
    </w:p>
    <w:p>
      <w:r>
        <w:t>Thenjiwe wasn’t used to softness. Love didn’t come naturally. She was cautious. Calculated. She’d spent most of her life observing people from behind a two-way mirror. But Jan—he didn’t ask her to break. He simply smiled at her like she was already whole.</w:t>
      </w:r>
    </w:p>
    <w:p>
      <w:r>
        <w:t>When he laughed, it reached his eyes. When he kissed her, it felt like something inside her had permission to rest.</w:t>
      </w:r>
    </w:p>
    <w:p>
      <w:r>
        <w:t>She didn’t always know what love was supposed to feel like.</w:t>
        <w:br/>
        <w:t xml:space="preserve"> But when he looked at her like that, it all made sense.</w:t>
        <w:br/>
        <w:t xml:space="preserve"> Even if a small, buried part of her wondered how long it would last. How long before she cracked it with her own hands.</w:t>
      </w:r>
    </w:p>
    <w:p/>
    <w:p>
      <w:r>
        <w:t>Across the city, in a sleek rooftop lounge, Naledi sipped wine with Charles.</w:t>
      </w:r>
    </w:p>
    <w:p>
      <w:r>
        <w:t>He had perfect teeth. Always smelled expensive—Tom Ford or Le Labo or something else curated to say I belong here. He held eye contact like a man convinced the world owed him attention.</w:t>
      </w:r>
    </w:p>
    <w:p>
      <w:r>
        <w:t>“You’re distracted,” he said, leaning in slightly.</w:t>
      </w:r>
    </w:p>
    <w:p>
      <w:r>
        <w:t>She smiled. Her mask always fit perfectly. “I was just admiring you.”</w:t>
      </w:r>
    </w:p>
    <w:p>
      <w:r>
        <w:t>He laughed—boyish, charmed. “You always know what to say.”</w:t>
      </w:r>
    </w:p>
    <w:p>
      <w:r>
        <w:t>Of course she did.</w:t>
      </w:r>
    </w:p>
    <w:p>
      <w:r>
        <w:t>The day had been crafted with precision. Brunch. A scenic drive out to a vineyard. A wine tasting where she’d feigned amusement at his obsession with tannins. He was falling—fast. It was in the way his fingers brushed hers. In the way he offered to cancel meetings just to stay a little longer.</w:t>
      </w:r>
    </w:p>
    <w:p>
      <w:r>
        <w:t>But love, for her, never came naturally.</w:t>
      </w:r>
    </w:p>
    <w:p>
      <w:r>
        <w:t>She studied the cut of his jaw, the arrogance tucked behind his smile. He was beautiful. A perfect addition.</w:t>
        <w:br/>
        <w:t xml:space="preserve"> But Charles was a diamond cut too clean—no edge to snag her interest.</w:t>
      </w:r>
    </w:p>
    <w:p>
      <w:r>
        <w:t>Trophies weren’t meant to be carried forever. They were meant to be displayed—briefly—then retired.</w:t>
        <w:br/>
        <w:t xml:space="preserve"> He’d shine on a shelf. Maybe next to the others.</w:t>
      </w:r>
    </w:p>
    <w:p>
      <w:r>
        <w:t>When he excused himself to take a call, she made one of her own.</w:t>
      </w:r>
    </w:p>
    <w:p/>
    <w:p>
      <w:r>
        <w:t>The hike began early Sunday.</w:t>
      </w:r>
    </w:p>
    <w:p>
      <w:r>
        <w:t>Thenjiwe arrived in soft charcoal leggings and a pale hoodie, her hair tied back neatly, her smile unguarded. Jan stood beside her, stretching lazily, a small bag slung over one shoulder, sunglasses pushed up to reveal a sleepy grin.</w:t>
      </w:r>
    </w:p>
    <w:p>
      <w:r>
        <w:t>Naledi was already there, sleek in black, stretching with a feline ease. Beside her stood Sandla—a lean, charming man with an easy smile and a louder laugh. Her occasional gym partner. Harmless. Not a trophy. He gave too easily, mistook affection for love. That always bored her.</w:t>
      </w:r>
    </w:p>
    <w:p>
      <w:r>
        <w:t>Sandla was a paper plane in a storm—easy to fold, easy to toss.</w:t>
      </w:r>
    </w:p>
    <w:p>
      <w:r>
        <w:t>“Morning,” she said to Thenjiwe with a slow smirk. “You actually came.”</w:t>
      </w:r>
    </w:p>
    <w:p>
      <w:r>
        <w:t>“Don’t sound so surprised,” Thenji replied, sipping from her water bottle. “You’re not the only one who likes a challenge.”</w:t>
      </w:r>
    </w:p>
    <w:p>
      <w:r>
        <w:t>Jan leaned in and whispered, “That sounded a little flirtatious.”</w:t>
      </w:r>
    </w:p>
    <w:p>
      <w:r>
        <w:t>“It was,” Thenjiwe whispered back, grinning. “Jealous?”</w:t>
      </w:r>
    </w:p>
    <w:p>
      <w:r>
        <w:t>He kissed her cheek. “Always.”</w:t>
      </w:r>
    </w:p>
    <w:p>
      <w:r>
        <w:t>The trail wound slowly beneath a canopy of trees, sunbeams dripping through the branches like golden confetti. Dust clung to shoes and the scent of wild herbs wafted through the crisp air.</w:t>
      </w:r>
    </w:p>
    <w:p>
      <w:r>
        <w:t>Thenji and Jan were magnetic. They touched constantly—hands brushing, laughter trailing behind them like music. They weren’t trying to be discreet.</w:t>
      </w:r>
    </w:p>
    <w:p>
      <w:r>
        <w:t>Naledi watched them. Watched him.</w:t>
      </w:r>
    </w:p>
    <w:p>
      <w:r>
        <w:t>Jan kept glancing her way—catching her gaze like he saw something behind her smile. She tilted her head once, held his eyes a beat longer than necessary. A silent dare.</w:t>
        <w:br/>
        <w:t xml:space="preserve"> He didn’t look away.</w:t>
      </w:r>
    </w:p>
    <w:p>
      <w:r>
        <w:t>She hated that.</w:t>
        <w:br/>
        <w:t xml:space="preserve"> Or maybe she didn’t. She wasn’t sure. The reaction it pulled from her was unfamiliar and sharp.</w:t>
      </w:r>
    </w:p>
    <w:p>
      <w:r>
        <w:t>Charles wouldn’t have noticed. Sandla certainly didn’t. But Jan did.</w:t>
      </w:r>
    </w:p>
    <w:p>
      <w:r>
        <w:t>Sandla cracked a joke about people who wear too much cologne on hikes. Naledi laughed, airy and hollow. Her focus was elsewhere.</w:t>
      </w:r>
    </w:p>
    <w:p>
      <w:r>
        <w:t>Thenjiwe had love. Real love.</w:t>
      </w:r>
    </w:p>
    <w:p>
      <w:r>
        <w:t>Naledi could see it in the way she adjusted Jan’s backpack without being asked. In the way she gave him the last sip of her water without hesitation. No games. No masks.</w:t>
      </w:r>
    </w:p>
    <w:p>
      <w:r>
        <w:t>It burned.</w:t>
      </w:r>
    </w:p>
    <w:p>
      <w:r>
        <w:t>Because if Thenjiwe was capable of that kind of love—of being that open—then maybe Naledi had never been broken. Maybe she’d just never found the right object.</w:t>
      </w:r>
    </w:p>
    <w:p>
      <w:r>
        <w:t>And if Jan could do that to her…</w:t>
      </w:r>
    </w:p>
    <w:p>
      <w:r>
        <w:t>Then maybe he could do the same for Naledi.</w:t>
      </w:r>
    </w:p>
    <w:p>
      <w:r>
        <w:t>Or maybe—</w:t>
        <w:br/>
        <w:t xml:space="preserve"> just maybe—</w:t>
        <w:br/>
        <w:t xml:space="preserve"> he didn’t need to be taken away.</w:t>
      </w:r>
    </w:p>
    <w:p>
      <w:r>
        <w:t>He needed to be claimed.</w:t>
        <w:br/>
      </w:r>
    </w:p>
    <w:p>
      <w:r>
        <w:t>Nineteen</w:t>
      </w:r>
    </w:p>
    <w:p>
      <w:r>
        <w:t>"Trust is earned, not freely given; be wary, for not all smiles are sincere."</w:t>
      </w:r>
    </w:p>
    <w:p/>
    <w:p>
      <w:r>
        <w:t>Jan sat in his office, papers scattered in front of him, his mind a maze of cases and dead ends. The investigation into the serial killings had come to an unnerving standstill. No new leads, no breakthroughs. His phone buzzed on the desk, interrupting the silence.</w:t>
      </w:r>
    </w:p>
    <w:p>
      <w:r>
        <w:t>He glanced down at the screen: Nandi.</w:t>
      </w:r>
    </w:p>
    <w:p>
      <w:r>
        <w:t>He sighed, picking up the phone. “Hey, Nandi.”</w:t>
      </w:r>
    </w:p>
    <w:p>
      <w:r>
        <w:t>“Hey, Jan. So, what are you planning for Thenji’s birthday?” she asked, a playful tone in her voice.</w:t>
      </w:r>
    </w:p>
    <w:p>
      <w:r>
        <w:t>Jan blinked, surprised by the question. “How do you know about that?”</w:t>
      </w:r>
    </w:p>
    <w:p>
      <w:r>
        <w:t>“Paul mentioned it to his wife. Word gets around, you know.” She laughed lightly, but Jan could hear the curiosity beneath it.</w:t>
      </w:r>
    </w:p>
    <w:p>
      <w:r>
        <w:t>He hesitated. “I was thinking about something small, an intimate dinner, just her closest friends. Maybe invite her grandmother.” He paused. “But she’s been a little hesitant about introducing me to her family.”</w:t>
      </w:r>
    </w:p>
    <w:p>
      <w:r>
        <w:t>“Oh, I see,” Nandi said, a teasing note in her voice. “I think everyone knows you two are a thing. But you’re keeping it low-key? Very… secretive. I bet you could’ve thrown a big celebration, though. You know, really show her you care.”</w:t>
      </w:r>
    </w:p>
    <w:p>
      <w:r>
        <w:t>Jan shook his head, chuckling. “I know. But Thenji isn’t really into that sort of thing.”</w:t>
      </w:r>
    </w:p>
    <w:p>
      <w:r>
        <w:t>“Yeah, I know.” Nandi’s voice softened, but Jan could still sense the glimmer of something beneath her words. “I heard you’re inviting Naledi, too. That’s… an interesting choice.”</w:t>
      </w:r>
    </w:p>
    <w:p>
      <w:r>
        <w:t>Jan’s fingers tightened around the phone. “What’s that supposed to mean?”</w:t>
      </w:r>
    </w:p>
    <w:p>
      <w:r>
        <w:t>Nandi’s laugh was light but edged with something else. “Oh, come on, Jan. Anyone with eyes can see how close you two are. You’ve been spending a lot of time together, haven’t you?”</w:t>
      </w:r>
    </w:p>
    <w:p>
      <w:r>
        <w:t>He frowned. “She’s a friend. I’m not… there’s nothing like that between us.”</w:t>
      </w:r>
    </w:p>
    <w:p>
      <w:r>
        <w:t>Nandi teased, her tone slipping into something more casual. “Of course. But I can’t help but wonder if Thenji sees it that way. I mean, you’ve been... well, you’ve been spending a lot of time with her.”</w:t>
      </w:r>
    </w:p>
    <w:p>
      <w:r>
        <w:t>Jan felt an uncomfortable shift in his chest. “It’s just dinner. No big deal.”</w:t>
      </w:r>
    </w:p>
    <w:p>
      <w:r>
        <w:t>“Sure, no big deal,” Nandi said, her voice shifting to something more sly. “But I’ll bet Thenji would be thrilled to see her surrounded by the people she cares about. It’s all about the little touches, right?”</w:t>
      </w:r>
    </w:p>
    <w:p>
      <w:r>
        <w:t>Jan frowned, uneasy. Nandi always knew how to push buttons, even when she wasn’t trying. “Yeah, I’ll figure it out. Thanks for the suggestion.”</w:t>
      </w:r>
    </w:p>
    <w:p>
      <w:r>
        <w:t>“Well, I’d love to come along. But I think it’ll be a... delicate situation. You know how these things are with girlfriends and… other friends.” There was a slight emphasis on the word “friends” that set Jan’s teeth on edge.</w:t>
      </w:r>
    </w:p>
    <w:p>
      <w:r>
        <w:t>“Right. I’ll keep that in mind,” he said, ending the call with a strained smile.</w:t>
      </w:r>
    </w:p>
    <w:p/>
    <w:p>
      <w:r>
        <w:t>The day of the birthday dinner arrived, and Jan was still in a state of mild unease. He had invited Naledi despite his reservations—she was part of the circle now, but there was something about her that felt off. It wasn’t that she was unlikable, but there was an underlying tension he couldn’t ignore. Her smile always felt like it was hiding something, and her eyes seemed to analyze him constantly, almost as if she were measuring him.</w:t>
      </w:r>
    </w:p>
    <w:p>
      <w:r>
        <w:t>The dinner was held in a small, intimate setting—just a few close friends, the kind of thing Thenji would appreciate. As he moved through the dinner, making sure everything was perfect for Thenji, Jan couldn’t help but feel the weight of Nandi’s words. He kept his eyes on Naledi whenever she spoke, noticing the subtle way she leaned into him, the way her gaze lingered just a moment too long when their eyes met.</w:t>
      </w:r>
    </w:p>
    <w:p>
      <w:r>
        <w:t>Thenji, for her part, was radiant. She didn’t show any sign of hesitation as she greeted her friends, her grandmother included, and Naledi was no different, blending in smoothly, chatting easily with everyone.</w:t>
      </w:r>
    </w:p>
    <w:p>
      <w:r>
        <w:t>But Jan could sense the tension between the two women. Thenji, in her usual composed manner, kept her distance, while Naledi pushed just a bit further than necessary, testing the boundaries of Jan’s attention. Her voice was soft, her laughter just a bit more enticing than what was comfortable, and each word seemed carefully chosen, as though trying to see how far she could go before Jan would pull back.</w:t>
      </w:r>
    </w:p>
    <w:p>
      <w:r>
        <w:t>And Thenji—Thenji seemed to be watching it all unfold, though she hid it well. Her smile never faltered, but her eyes were sharp, studying the interactions around her with a keen awareness. There was something about her that made Jan feel like he was walking a fine line. And in that moment, he realized that maybe, just maybe, he wasn’t the only one who had been studying Naledi.</w:t>
      </w:r>
    </w:p>
    <w:p>
      <w:r>
        <w:t>As the evening wore on, Naledi’s subtle flirtation became more apparent, but Jan stayed focused on Thenji, on the woman he loved. The way she smiled at him, how her hand brushed his under the table—it was real. It was undeniable.</w:t>
      </w:r>
    </w:p>
    <w:p>
      <w:r>
        <w:t>Yet, Naledi’s quiet, deliberate way of looking at him—almost like a puzzle to solve—set something uneasy in him. He couldn’t figure her out, and that bothered him. But he wasn’t about to let that distract him tonight. It was Thenji’s night.</w:t>
      </w:r>
    </w:p>
    <w:p/>
    <w:p>
      <w:r>
        <w:t>After the dinner, Naledi remained behind for a moment, sipping her wine slowly, a look of quiet calculation in her eyes. Thenji excused herself to freshen up, and as she did, Naledi made her move. She approached Jan with the practiced ease of someone who knew exactly what to say, exactly how to get under his skin.</w:t>
      </w:r>
    </w:p>
    <w:p>
      <w:r>
        <w:t>Naledi leaned against the wall, her glass of wine dangling loosely between her fingers. Her gaze lingered on Jan with a mixture of challenge and amusement. "You know, Jan," she said softly, her voice smooth, almost seductive, "you really are an interesting man. I can see why Thenji likes you."</w:t>
      </w:r>
    </w:p>
    <w:p>
      <w:r>
        <w:t>Jan stiffened, unsure where this conversation was heading. He forced a smile, trying to mask the discomfort building in his chest. "Thanks, Naledi. That means a lot, coming from you."</w:t>
      </w:r>
    </w:p>
    <w:p>
      <w:r>
        <w:t>She tilted her head slightly, narrowing her eyes as if measuring his response. "Oh, but it's not just about her, is it? I mean, you're the kind of man who likes to be around people who... intrigue him, right?"</w:t>
      </w:r>
    </w:p>
    <w:p>
      <w:r>
        <w:t>Jan’s smile faltered just a fraction. "I’m not sure what you mean."</w:t>
      </w:r>
    </w:p>
    <w:p>
      <w:r>
        <w:t>She laughed softly, a delicate, almost mocking sound. "I think you do. It’s all so obvious, Jan. The way you look at her, the way you’re so... protective. It’s almost like you're afraid of losing her." She took a slow sip of her wine, her eyes never leaving his. She stepped closer to him, her voice calm and almost conversational. "You know, Jan, I heard something interesting today."</w:t>
      </w:r>
    </w:p>
    <w:p>
      <w:r>
        <w:t>Jan glanced up, his brow furrowing slightly, still trying to maintain some semblance of control. "Oh? What’s that?"</w:t>
      </w:r>
    </w:p>
    <w:p>
      <w:r>
        <w:t>Naledi took a slow sip of her wine, her eyes locked onto his.</w:t>
      </w:r>
    </w:p>
    <w:p>
      <w:r>
        <w:t>I heard that in the beginning, it was you who chased Thenji. You were the one pushing for more, weren’t you?" Her smile was soft, but there was something calculating about it. "She’s always been so closed off, so secretive. I wonder if she’s as open with you as you think."</w:t>
      </w:r>
    </w:p>
    <w:p>
      <w:r>
        <w:t>His expression stiffened at the mention of Thenji, irritation bubbling under his skin. "I know her," he replied, trying to brush off her insinuations.</w:t>
      </w:r>
    </w:p>
    <w:p>
      <w:r>
        <w:t>Naledi tilted her head, her smile widening slightly. "I’m sure you do. But I wonder… Maybe you don’t know her as well as you think you do." Her voice dropped a little, taking on a teasing, almost playful tone. "She’s always had a way of keeping things hidden, hasn’t she? Keeping people at arm’s length, especially when it comes to what matters."</w:t>
      </w:r>
    </w:p>
    <w:p>
      <w:r>
        <w:t>Jan frowned, not liking where this was going. "I’m not sure I understand what you’re implying."</w:t>
      </w:r>
    </w:p>
    <w:p>
      <w:r>
        <w:t>Naledi smiled, “Nothing at all. You after all are the big time detective. I am sure you see what is right in front of you.”</w:t>
      </w:r>
    </w:p>
    <w:p>
      <w:r>
        <w:t>Jan’s thoughts churned, the discomfort intensifying. He could feel his trust in Naledi slipping with each word she spoke, but her suggestion—that Thenji, the woman he cared for so deeply, might be hiding things from him—stung more than he expected. He shook his head, trying to clear his thoughts. "I don’t trust you, Naledi. And I’m not going to let you talk about Thenji like that."</w:t>
      </w:r>
    </w:p>
    <w:p>
      <w:r>
        <w:t>Naledi’s expression softened into something almost too kind, as though she were humoring him. "If you don’t trust me, Jan," she said, her voice low and almost teasing, "then maybe you really shouldn’t trust her, either."</w:t>
      </w:r>
    </w:p>
    <w:p>
      <w:r>
        <w:t>Jan took a step back, confusion and frustration swirling inside him. "You’re wrong. I trust her."</w:t>
      </w:r>
    </w:p>
    <w:p>
      <w:r>
        <w:t>"Are you sure?" Naledi pressed, leaning in slightly, her voice soft but laced with a quiet challenge. "You know, Jan, you’re always so sure of everything. But when it comes to Thenji... you don’t know the whole story. People like her, like us—they hide things. Things you wouldn’t even begin to imagine."</w:t>
      </w:r>
    </w:p>
    <w:p>
      <w:r>
        <w:t xml:space="preserve">“That’s the thing about love isn’t it. You just have to trust the person you love and I love Thenjiwe.” </w:t>
      </w:r>
    </w:p>
    <w:p>
      <w:r>
        <w:t>The way he said it, seemed as if he was rubbing it into her face, as if he saw the darkness in her and deemed her unworthy. But she wasn’t the one with darkness. Infact everytime Thenji walked into the roon Naledi felt as though she was looking in a mirror. Maybe she just had to show the him that.</w:t>
      </w:r>
    </w:p>
    <w:p>
      <w:r>
        <w:t>She had studied him, teased him, tempted him, tested the limits of his attention.</w:t>
      </w:r>
    </w:p>
    <w:p>
      <w:r>
        <w:t>But he was not the kind of man who could be taken. He didn’t waver. Didn’t drift. Not even under her gaze.</w:t>
      </w:r>
    </w:p>
    <w:p>
      <w:r>
        <w:t>And that, more than anything else, infuriated her.</w:t>
      </w:r>
    </w:p>
    <w:p>
      <w:r>
        <w:t>She had thought there might be something unspoken between them—a magnetic undercurrent. Maybe even a crack in his loyalty she could widen with a smile, a glance, a tilt of the head.</w:t>
      </w:r>
    </w:p>
    <w:p>
      <w:r>
        <w:t>But Jan was immovable. Rooted. Loyal in a way that couldn’t be broken.</w:t>
      </w:r>
    </w:p>
    <w:p>
      <w:r>
        <w:t>He wasn’t like the others.</w:t>
      </w:r>
    </w:p>
    <w:p>
      <w:r>
        <w:t>He couldn’t be claimed.</w:t>
      </w:r>
    </w:p>
    <w:p>
      <w:r>
        <w:t>And that made her want to destroy him. But he was not the prize, as grand of a trophy he was, he was not what she actually wanted. She looked up as Thenji walked towards them. She smiled and Thenji smiled back. A mirror.</w:t>
      </w:r>
    </w:p>
    <w:p>
      <w:r>
        <w:t>As she got closer, Jan turned and grabbed her, kissing her and Thenji beamed. Naledi watched them closely for the rest of the night, hoping to see the mask she knew Thenji wore slip only just briefly but it did not.</w:t>
      </w:r>
    </w:p>
    <w:p>
      <w:r>
        <w:t xml:space="preserve">She was not wrong, she knew it was there, just as she wore one herself. And if Thenji would not take it off, she would just have to do it for her and what better way to unmask someone than to reveal her true nature to the very people she thinks she love. </w:t>
      </w:r>
    </w:p>
    <w:p>
      <w:r>
        <w:t xml:space="preserve">As everyone sang happy birthday to Thenji, Naledi found herself smiling, she loved collecting her trophies but never had she felt such thrill. The idea of unmasking Thenji filled her with renewed drive. </w:t>
      </w:r>
    </w:p>
    <w:p>
      <w:r>
        <w:t>After the party, she exhaled slowly as she got into her car.</w:t>
      </w:r>
    </w:p>
    <w:p>
      <w:r>
        <w:t>Instead of heading home, she drove to Charles’s apartment.</w:t>
      </w:r>
    </w:p>
    <w:p/>
    <w:p>
      <w:r>
        <w:t>He opened the door shirtless, towel slung over his shoulder, wet hair slicked back like he’d just stepped out of a commercial. He smiled when he saw her.</w:t>
      </w:r>
    </w:p>
    <w:p>
      <w:r>
        <w:t>“Didn’t think I’d see you today.”</w:t>
      </w:r>
    </w:p>
    <w:p>
      <w:r>
        <w:t>“You were wrong,” she said softly, stepping inside.</w:t>
      </w:r>
    </w:p>
    <w:p>
      <w:r>
        <w:t>He closed the door behind her. “Want wine?”</w:t>
      </w:r>
    </w:p>
    <w:p>
      <w:r>
        <w:t>“No,” she said, pulling him toward her by the waistband of his pants. “I want you.”</w:t>
      </w:r>
    </w:p>
    <w:p>
      <w:r>
        <w:t>They made love with a ferocity that surprised even her. It wasn’t tender—not at first. It was a claim, a redirection, a way to erase Jan’s face from her mind. Charles gave everything, oblivious to the fact that he was a placeholder in a war he couldn’t see.</w:t>
      </w:r>
    </w:p>
    <w:p>
      <w:r>
        <w:t>Later, they lay tangled in sweat and breath and soft cotton sheets, the city humming faintly outside.</w:t>
      </w:r>
    </w:p>
    <w:p>
      <w:r>
        <w:t>“I was thinking,” Charles said, tracing his fingers along her bare shoulder. “We should do that weekend away. Drive up to Kruger. Just us. I’ll handle the lodge and the park permits. I just need your ID.”</w:t>
      </w:r>
    </w:p>
    <w:p>
      <w:r>
        <w:t>She tensed. Only slightly. But he noticed.</w:t>
      </w:r>
    </w:p>
    <w:p>
      <w:r>
        <w:t>“I don’t want to mess with your privacy,” he added quickly. “You know, with your work and all. We can use a fake name if that helps.”</w:t>
      </w:r>
    </w:p>
    <w:p>
      <w:r>
        <w:t>She smiled. “Don’t worry. I’ve always been prepared for trips like this.”</w:t>
      </w:r>
    </w:p>
    <w:p>
      <w:r>
        <w:t>And she had.</w:t>
      </w:r>
    </w:p>
    <w:p/>
    <w:p>
      <w:r>
        <w:t>The stars looked different out there—unfiltered, endless, scattered like diamonds across black velvet.</w:t>
      </w:r>
    </w:p>
    <w:p>
      <w:r>
        <w:t>They lay on the roof of his car, wrapped in blankets, wine bottles empty at their feet. He told her stories from childhood, his voice low, intimate, unaware of the ticking clock above them.</w:t>
      </w:r>
    </w:p>
    <w:p>
      <w:r>
        <w:t>When he kissed her, it was slow. Grateful.</w:t>
      </w:r>
    </w:p>
    <w:p>
      <w:r>
        <w:t>And when they made love beneath the stars, it was different. Not rushed. Not performative. It was full—of something that felt dangerously close to real.</w:t>
      </w:r>
    </w:p>
    <w:p>
      <w:r>
        <w:t>Naledi almost let herself fall into it. Almost.</w:t>
      </w:r>
    </w:p>
    <w:p/>
    <w:p>
      <w:r>
        <w:t>On the last night,Naledi watched Charles as he leisurely poured himself a glass of wine, the warm, amber liquid swirling gently in his glass. The dim lighting of the cabin cast shadows over his face, making his features look softer, almost vulnerable. He hadn't asked much about her life—no probing questions about her past or the pieces she kept hidden. It made him an ideal candidate, a man who wasn’t looking for anything but company.</w:t>
      </w:r>
    </w:p>
    <w:p>
      <w:r>
        <w:t>She took the glass from him, sipping it slowly, savoring the moment. But it wasn’t the wine she was enjoying. It was the anticipation.</w:t>
      </w:r>
    </w:p>
    <w:p>
      <w:r>
        <w:t>After a few moments of idle conversation, she placed her glass down, turning to Charles with a small smile. “I think I might need a bit more,” she said, keeping her voice light, almost playful.</w:t>
      </w:r>
    </w:p>
    <w:p>
      <w:r>
        <w:t>Charles didn’t question it. He simply smiled back, unaware of the shift in her demeanor as she reached for the bottle. She poured him a second glass, the wine glinting in the soft light, then set the bottle down with a soft click, her fingers lingering on the neck of the glass just a moment longer than necessary.</w:t>
      </w:r>
    </w:p>
    <w:p>
      <w:r>
        <w:t>Unseen by him, the wine now held her mark. Succinylcholine, the perfect, undetectable paralytic agent, was already blending smoothly into the liquid. The drug had no taste, no texture—nothing to give away the lethal intent, and it would leave no trace in routine toxicology tests.</w:t>
      </w:r>
    </w:p>
    <w:p>
      <w:r>
        <w:t>She handed him the glass, watching as he accepted it, his gratitude unsuspecting.</w:t>
      </w:r>
    </w:p>
    <w:p>
      <w:r>
        <w:t>The minutes passed, the night carrying on, but her mind was already elsewhere. She watched him casually, noting the subtle shift in his posture, how he seemed to relax into the evening as the wine worked its way into his system. The first few sips did nothing. But soon, his movements would slow, his breath would deepen, and the paralysis would begin to take hold.</w:t>
      </w:r>
    </w:p>
    <w:p>
      <w:r>
        <w:t>Charles didn’t notice at first. But then, a slight tremor ran through his fingers, his smile faltering as the effects crept in. His breath became uneven, chest tight, as if some invisible weight had settled on him. His face slowly contorted into confusion. He tried to lift his arm, but it hung at his side, useless. His eyes darted to hers, panic flaring in the depths of them. She watched, unblinking, as the realization hit him, his body betraying him.</w:t>
      </w:r>
    </w:p>
    <w:p>
      <w:r>
        <w:t>He opened his mouth, but no words came out. He tried again, but it was futile. His voice was trapped in his throat. His eyes widened in silent plea.</w:t>
      </w:r>
    </w:p>
    <w:p>
      <w:r>
        <w:t>Naledi stood from her seat, moving toward him with slow, deliberate precision. Her steps were measured, controlled—like this was something she had done a hundred times before. She guided him gently from the couch, his body no longer cooperating, the paralysis now full and undeniable. His eyes met hers, desperate for an explanation, for a lifeline, but she offered none.</w:t>
      </w:r>
    </w:p>
    <w:p>
      <w:r>
        <w:t>With practiced ease, she helped him toward the bed, his legs dragging behind him as if he were caught in a dream he couldn’t escape.</w:t>
      </w:r>
    </w:p>
    <w:p>
      <w:r>
        <w:t>Once there, she gently eased him onto the mattress, watching him struggle against the paralysis, unable to move, unable to speak, his face a mirror of fear.</w:t>
      </w:r>
    </w:p>
    <w:p>
      <w:r>
        <w:t>The moment felt almost serene, but in her mind, she was already calculating her next steps. She reached into her bag, her fingers brushing against the familiar smoothness of the nylon cord—thin, sturdy, efficient. It was a weapon she carried with her always, and tonight, it would do its job once more.</w:t>
      </w:r>
    </w:p>
    <w:p>
      <w:r>
        <w:t>As she looped the cord around his neck, Charles’s eyes locked onto hers, desperate and pleading. But she didn’t flinch, didn’t hesitate. His pleading was pointless. This was inevitable.</w:t>
      </w:r>
    </w:p>
    <w:p>
      <w:r>
        <w:t>The nylon tightened, a simple, elegant act. It left no marks on his skin beyond the clean ligature that would bear silent witness to his final moments. The paralysis kept him trapped, unable to fight, unable to scream, only able to feel the life draining from him slowly, silently.</w:t>
      </w:r>
    </w:p>
    <w:p>
      <w:r>
        <w:t>She felt nothing. It was never personal. But tonight, there was something different, a slight shift in her own awareness as the pressure of the cord grew tighter. Maybe it was the intimacy of the act, or the way he had been so completely unaware of her true intentions until it was too late. But she quickly pushed that thought away. This was just another step in the plan. He was a means to an end.</w:t>
      </w:r>
    </w:p>
    <w:p>
      <w:r>
        <w:t>When it was over, she let go of the cord, watching his lifeless body slump onto the bed. She didn’t need to watch the life drain from him. She was already moving on, already thinking about the next phase of her plan.</w:t>
      </w:r>
    </w:p>
    <w:p>
      <w:r>
        <w:t>Her fingers danced across the room, wiping down every surface with isopropyl alcohol—his glass, the table, the bed—erasing every fingerprint, every trace. She moved with surgical precision, as if this were the most ordinary of tasks, but there was nothing ordinary about it.</w:t>
      </w:r>
    </w:p>
    <w:p>
      <w:r>
        <w:t>As she cleaned herself in the shower afterward, she stared at her reflection in the mirror.</w:t>
      </w:r>
    </w:p>
    <w:p>
      <w:r>
        <w:t>For a long time, she’d wondered if she was broken. If something had splintered inside her long ago—when her mother left the world without a note, when her father denied her, when the darkness wrapped around her and refused to let go.</w:t>
      </w:r>
    </w:p>
    <w:p>
      <w:r>
        <w:t xml:space="preserve">When she left, she was calm. Steady. As always. There were no signs of struggle, no evidence to trace. Nothing would link her to the scene but plant the perfect seed. </w:t>
      </w:r>
    </w:p>
    <w:p>
      <w:r>
        <w:t>“Thank you, Charles.”</w:t>
        <w:br/>
      </w:r>
    </w:p>
    <w:p>
      <w:r>
        <w:t>Twenty</w:t>
      </w:r>
    </w:p>
    <w:p>
      <w:r>
        <w:t>"No one ever plays fair when they hold all the cards."</w:t>
      </w:r>
    </w:p>
    <w:p>
      <w:r>
        <w:t>Jan sat hunched over the steering wheel, the car slicing through the mist-blanketed road like a scalpel through flesh. The low hum of the engine was the only sound between him and Thenjiwe as they climbed the winding pass into Mpumalanga. The landscape rolled out in shadows and fog, blurred shapes of pine and hills flickering past the windows.</w:t>
      </w:r>
    </w:p>
    <w:p>
      <w:r>
        <w:t>Thenjiwe hadn’t spoken in over twenty minutes. Her silence wasn’t unfamiliar, but something about it today felt heavier.</w:t>
      </w:r>
    </w:p>
    <w:p>
      <w:r>
        <w:t>"Same signature," Jan said finally, keeping his eyes on the road. "Same drug. Same cord."</w:t>
      </w:r>
    </w:p>
    <w:p>
      <w:r>
        <w:t>She nodded without looking at him. "She’s getting bolder."</w:t>
      </w:r>
    </w:p>
    <w:p>
      <w:r>
        <w:t>"Third province in sixteen months."</w:t>
      </w:r>
    </w:p>
    <w:p>
      <w:r>
        <w:t>"Which means she’s watching us," Thenji murmured. "She wants us to follow."</w:t>
      </w:r>
    </w:p>
    <w:p>
      <w:r>
        <w:t>Jan glanced at her. "You think she’s leaving a trail on purpose?"</w:t>
      </w:r>
    </w:p>
    <w:p>
      <w:r>
        <w:t>"Not a trail. A map. She’s curating it. Making sure we see what she wants us to."</w:t>
      </w:r>
    </w:p>
    <w:p>
      <w:r>
        <w:t>He hesitated, then added, "And this one—Charles Montrose? He changes everything."</w:t>
      </w:r>
    </w:p>
    <w:p>
      <w:r>
        <w:t>She turned to him finally. "I know."</w:t>
      </w:r>
    </w:p>
    <w:p>
      <w:r>
        <w:t>"He's not just anyone. He's a UK diplomat. White. Wealthy. His family has holdings in half the EU. We’re not just dealing with national security anymore. There are foreign intelligence agencies asking questions."</w:t>
      </w:r>
    </w:p>
    <w:p>
      <w:r>
        <w:t>Thenjiwe exhaled slowly. "His status eclipses Siya’s. Hell, it overshadows the entire task force."</w:t>
      </w:r>
    </w:p>
    <w:p>
      <w:r>
        <w:t>"There are whispers of MI6 involvement. The Minister is panicking."</w:t>
      </w:r>
    </w:p>
    <w:p>
      <w:r>
        <w:t>"Good. Let him panic," she said. "This is what happens when you ignore a woman like her."</w:t>
      </w:r>
    </w:p>
    <w:p>
      <w:r>
        <w:t>They drove in silence again, broken only by the occasional sound of the tyres shifting over gravel where the road narrowed. When they reached the outskirts of White River, a uniformed officer was already waiting near the cordoned-off complex.</w:t>
      </w:r>
    </w:p>
    <w:p>
      <w:r>
        <w:t>Jan parked and shut off the engine. Thenji stepped out before he did.</w:t>
      </w:r>
    </w:p>
    <w:p>
      <w:r>
        <w:t>The officer greeted them with a strained nod. "The villa's been secured. We left everything as we found it."</w:t>
      </w:r>
    </w:p>
    <w:p>
      <w:r>
        <w:t>"Any press?" Jan asked.</w:t>
      </w:r>
    </w:p>
    <w:p>
      <w:r>
        <w:t>"Not yet. But they're circling."</w:t>
      </w:r>
    </w:p>
    <w:p>
      <w:r>
        <w:t>Inside the villa, the air was still. Expensive colognes and fresh linen hung faintly in the air. It was too clean—deliberately so.</w:t>
      </w:r>
    </w:p>
    <w:p>
      <w:r>
        <w:t>Charles Montrose had been staying alone at the luxury game lodge nestled just beyond the borders of Kruger National Park. A private retreat. Exclusive. Isolated. The kind of place where the world came to forget itself—where men like him could disappear for a while.</w:t>
      </w:r>
    </w:p>
    <w:p>
      <w:r>
        <w:t>He was divorced. Thirty-seven. A British diplomat and hedge fund magnate with billions under management and the kind of portfolio that influenced markets across continents. The kind of man whose calendar was booked with summits, safaris, and private jets. No enemies. No debt. No reason anyone would want him dead.</w:t>
      </w:r>
    </w:p>
    <w:p>
      <w:r>
        <w:t>Except he’d let the wrong woman in.</w:t>
      </w:r>
    </w:p>
    <w:p>
      <w:r>
        <w:t>Thenji stared at the space where the body had been found. The beige carpet had already been photographed and peeled back, but she could see it in her mind: Charles, eyes wide, limbs slack, mouth slightly open. Paralyzed. Helpless.</w:t>
      </w:r>
    </w:p>
    <w:p>
      <w:r>
        <w:t>"She gave him something," Thenji said softly. "Succinylcholine or something like it. He would've been awake. Paralyzed. He knew."</w:t>
      </w:r>
    </w:p>
    <w:p>
      <w:r>
        <w:t>Jan's jaw tensed. "Every time, it’s more refined. Like she’s engineering the perfect death."</w:t>
      </w:r>
    </w:p>
    <w:p>
      <w:r>
        <w:t>She crouched by the coffee table, scanning it. A crystal wine glass, still holding a few red drops. No lipstick, no prints. The rim had been wiped clean—sterile, intentional, like everything else she left behind.</w:t>
      </w:r>
    </w:p>
    <w:p>
      <w:r>
        <w:t>"She sat with him first," Thenji said. "Let him talk. Let him believe he was safe. Maybe even let him flirt. He wouldn’t have thought he was in danger."</w:t>
      </w:r>
    </w:p>
    <w:p>
      <w:r>
        <w:t>Jan ran a hand over his jaw. "Classic her," he muttered.</w:t>
      </w:r>
    </w:p>
    <w:p>
      <w:r>
        <w:t>"Right down to the final drink and the untouched wine glass," Thenji added. "She’s perfecting the ritual."</w:t>
      </w:r>
    </w:p>
    <w:p>
      <w:r>
        <w:t>Jan nodded. "She’s not hiding anymore. She’s escalating—testing how far she can go."</w:t>
      </w:r>
    </w:p>
    <w:p>
      <w:r>
        <w:t>"And who’ll dare stop her."</w:t>
      </w:r>
    </w:p>
    <w:p>
      <w:r>
        <w:t>She stood up. Her eyes lingered on the spot where Charles must have taken his last breath.</w:t>
      </w:r>
    </w:p>
    <w:p>
      <w:r>
        <w:t>"This isn’t about hate," she said. "It never was."</w:t>
      </w:r>
    </w:p>
    <w:p>
      <w:r>
        <w:t>"Then why Montrose?" Jan asked. "What does a man like that mean to her?"</w:t>
      </w:r>
    </w:p>
    <w:p>
      <w:r>
        <w:t>Thenji looked at him, the weight of something unspoken in her eyes.</w:t>
      </w:r>
    </w:p>
    <w:p>
      <w:r>
        <w:t>"Control."</w:t>
      </w:r>
    </w:p>
    <w:p>
      <w:r>
        <w:t>And Jan knew this wasn’t just about power anymore. It was performance. Precision. A message designed not just for them—but for the world.</w:t>
      </w:r>
    </w:p>
    <w:p>
      <w:r>
        <w:t>Because killing a man like Charles Montrose wasn't just murder.</w:t>
      </w:r>
    </w:p>
    <w:p>
      <w:r>
        <w:t>It was war.</w:t>
      </w:r>
    </w:p>
    <w:p>
      <w:r>
        <w:t>Thenji lingered a moment longer. Something about the room, the arrangement of it, the air itself—it felt off. Too curated. Too intentional. Her instincts prickled.</w:t>
      </w:r>
    </w:p>
    <w:p>
      <w:r>
        <w:t>There was something here. A message. But she couldn’t read it yet.</w:t>
      </w:r>
    </w:p>
    <w:p>
      <w:r>
        <w:t>Footsteps echoed behind them.</w:t>
      </w:r>
    </w:p>
    <w:p>
      <w:r>
        <w:t>Chief Dlamini entered, unzipping his raincoat as he stepped into the villa. "All surrounding lodges are on lockdown," he announced. "Every guest and worker is being accounted for."</w:t>
      </w:r>
    </w:p>
    <w:p>
      <w:r>
        <w:t>Jan barely glanced over. "It’s a waste of time. She’s already gone."</w:t>
      </w:r>
    </w:p>
    <w:p>
      <w:r>
        <w:t>"Perhaps," Dlamini replied. "But I’m doing it anyway."</w:t>
      </w:r>
    </w:p>
    <w:p>
      <w:r>
        <w:t>Another figure followed him in—Police Chief Mokoena from the Mpumalanga division. His face was tight with frustration.</w:t>
      </w:r>
    </w:p>
    <w:p>
      <w:r>
        <w:t>"My team has already rounded up every woman visiting who matches the profile. They're being questioned as we speak."</w:t>
      </w:r>
    </w:p>
    <w:p>
      <w:r>
        <w:t>Thenji and Jan exchanged a look.</w:t>
      </w:r>
    </w:p>
    <w:p>
      <w:r>
        <w:t>Futile.</w:t>
      </w:r>
    </w:p>
    <w:p>
      <w:r>
        <w:t>They had come to know her too well. She would never be reckless enough to linger. And even if she had, they both knew—she would never be caught. Not easily. Not like this.</w:t>
      </w:r>
    </w:p>
    <w:p>
      <w:r>
        <w:t>Chief Dlamini exhaled through his nose. "Well, we need to keep our hands busy. The UK Embassy is sending a team. One from SO15—Counter Terrorism Command. A lead investigator with international clearance. And Montrose's family? They're sending someone too. Private. Powerful. Probably ex-intelligence."</w:t>
      </w:r>
    </w:p>
    <w:p>
      <w:r>
        <w:t>His voice dropped to a near growl. "This is international now. And it's only just begun."</w:t>
      </w:r>
    </w:p>
    <w:p>
      <w:r>
        <w:t>Jan's jaw tightened. He didn’t like this. More people meant more confusion. More egos. More chances for leaks and missteps. They already had enough to navigate with internal pressure—now they had to contend with outside interference.</w:t>
      </w:r>
    </w:p>
    <w:p>
      <w:r>
        <w:t>"When are they arriving?" he asked, voice low.</w:t>
      </w:r>
    </w:p>
    <w:p>
      <w:r>
        <w:t>"Tomorrow," Dlamini replied.</w:t>
      </w:r>
    </w:p>
    <w:p>
      <w:r>
        <w:t>Jan stiffened.</w:t>
      </w:r>
    </w:p>
    <w:p>
      <w:r>
        <w:t>He turned his head slightly to look at Thenji, who hadn’t moved. She stood frozen, eyes fixed on the empty space where Charles had died, as if still trying to extract something from the silence. An unease clung to her like static. There was something more here—and she felt it, too.</w:t>
      </w:r>
    </w:p>
    <w:p/>
    <w:p>
      <w:r>
        <w:t>She was long gone. Naledi had left hours ago. She would have loved to linger, to watch Jan and Thenji from a safe distance, just to see their faces when they walked into the room. But they knew her now. Her face. Her style. Her presence. There was no way she could risk staying—not here.</w:t>
      </w:r>
    </w:p>
    <w:p>
      <w:r>
        <w:t>In Cape Town, she could vanish in a crowd, pass for a tourist or a consultant. But this wasn't Cape Town. A lone woman visiting a luxury game lodge near Kruger? It would raise too many questions. Even a business excuse wouldn't hold up—not with Jan and Thenji growing more wary by the day.</w:t>
      </w:r>
    </w:p>
    <w:p>
      <w:r>
        <w:t>So she left. Discreet. Quiet. Clean.</w:t>
      </w:r>
    </w:p>
    <w:p>
      <w:r>
        <w:t>The four-hour drive home dragged, the road long and monotonous, but she didn’t mind. Her fingers tapped softly on the steering wheel, keeping time with her thoughts. She couldn't help but smile.</w:t>
      </w:r>
    </w:p>
    <w:p>
      <w:r>
        <w:t>She had left them a puzzle. A perfect little crime wrapped in elegance and control. This wasn’t just about collecting her grand gifts anymore. This was her gift to Thenji. A way of saying:</w:t>
      </w:r>
    </w:p>
    <w:p>
      <w:r>
        <w:t>Your move.</w:t>
      </w:r>
    </w:p>
    <w:p>
      <w:r>
        <w:br/>
      </w:r>
    </w:p>
    <w:p>
      <w:r>
        <w:t>Twenty-One</w:t>
      </w:r>
    </w:p>
    <w:p>
      <w:r>
        <w:t>"Sometimes, the most terrifying thing isn't what someone does, but what they leave behind. A trace of themselves, a whisper of their presence, lingering in your thoughts long after they've gone."</w:t>
      </w:r>
    </w:p>
    <w:p>
      <w:r>
        <w:t>They spent the rest of the day pouring over clues, reviewing every angle with the two police chiefs. By dinner, they were exhausted but remained composed, discussing theories over wine and lamb stew at the lodge's private dining hall. The presence of Dlamini and Mokoena meant Jan and Thenjiwe kept a professional distance from each other. Even now, their relationship remained a quiet secret.</w:t>
      </w:r>
    </w:p>
    <w:p>
      <w:r>
        <w:t>After dinner, they returned to their separate rooms. It felt wrong.</w:t>
      </w:r>
    </w:p>
    <w:p>
      <w:r>
        <w:t>Thenjiwe lay on the bed, eyes wide open, staring at the dark wooden beams above her. The silence was absolute. Outside, the sounds of the bushveld whispered in the distance—an owl's low call, a distant rustle in the grass. Predators roamed out there. But somehow, the danger felt closer.</w:t>
      </w:r>
    </w:p>
    <w:p>
      <w:r>
        <w:t>She sat up abruptly, covering herself with a robe. There was an overwhelming anxiety tightening in her chest. It made no sense. She was safe, locked away behind thick doors and stone walls, surrounded by rangers and police. And yet… it felt as if the deadliest prey wasn’t out there at all.</w:t>
      </w:r>
    </w:p>
    <w:p>
      <w:r>
        <w:t>It was here.</w:t>
      </w:r>
    </w:p>
    <w:p>
      <w:r>
        <w:t>Unable to stay still any longer, she crossed the room barefoot and pulled open her door.</w:t>
      </w:r>
    </w:p>
    <w:p>
      <w:r>
        <w:t>Jan was standing in front of it, hand raised, about to knock.</w:t>
      </w:r>
    </w:p>
    <w:p>
      <w:r>
        <w:t>He paused, and for a heartbeat, neither said anything.</w:t>
      </w:r>
    </w:p>
    <w:p>
      <w:r>
        <w:t>Then she smiled, stepping aside.</w:t>
      </w:r>
    </w:p>
    <w:p>
      <w:r>
        <w:t>He walked in without a word.</w:t>
      </w:r>
    </w:p>
    <w:p/>
    <w:p>
      <w:r>
        <w:t>The morning light seeped through the curtains in slanted golden beams. Thenjiwe stirred slowly beneath the sheets, her arm still draped around Jan. His warmth grounded her, but her mind had not rested all night. She kept replaying the crime scene over and over in her head. Something was off. Something she hadn’t seen. Something meant for her.</w:t>
      </w:r>
    </w:p>
    <w:p>
      <w:r>
        <w:t>Jan stirred beside her.</w:t>
      </w:r>
    </w:p>
    <w:p>
      <w:r>
        <w:t>"You didn’t sleep," he mumbled, his voice low and groggy.</w:t>
      </w:r>
    </w:p>
    <w:p>
      <w:r>
        <w:t>"Not really," she admitted.</w:t>
      </w:r>
    </w:p>
    <w:p>
      <w:r>
        <w:t>He kissed her shoulder, then sat up, running a hand through his hair. "I should get back to my room before the chiefs start knocking."</w:t>
      </w:r>
    </w:p>
    <w:p>
      <w:r>
        <w:t>She nodded. He stood, pulled on his shirt, and slipped quietly into the hallway—just a shadow passing between rooms.</w:t>
      </w:r>
    </w:p>
    <w:p/>
    <w:p>
      <w:r>
        <w:t>By 10 a.m., the new arrivals had landed.</w:t>
      </w:r>
    </w:p>
    <w:p>
      <w:r>
        <w:t>Four government SUVs kicked up clouds of red dust as they pulled into the lodge’s gated perimeter. Thenjiwe and Jan stood alongside Dlamini and Mokoena, watching the convoy with wary silence.</w:t>
      </w:r>
    </w:p>
    <w:p>
      <w:r>
        <w:t>Out stepped Detective Superintendent Elizabeth Rowe, crisp in a dark navy suit despite the heat. Her short, silver-streaked hair was combed neatly, and her expression was unreadable—clinical, calculated. Beside her was Charlotte Pennington, a well-dressed official from the UK’s Foreign, Commonwealth &amp; Development Office, all sleek hair and sharp diplomacy.</w:t>
      </w:r>
    </w:p>
    <w:p>
      <w:r>
        <w:t>But it was the third man who turned the most heads.</w:t>
      </w:r>
    </w:p>
    <w:p>
      <w:r>
        <w:t>Alastair Deacon.</w:t>
      </w:r>
    </w:p>
    <w:p>
      <w:r>
        <w:t>He moved like he belonged to no one—and to everyone. Charcoal slacks, leather gloves in one hand, and an unassuming watch that likely cost more than most officers’ salaries. His gaze swept the lodge once, then landed squarely on Thenjiwe. Not long. Just long enough.</w:t>
      </w:r>
    </w:p>
    <w:p>
      <w:r>
        <w:t>"Thank you for receiving us," Rowe said. Her tone was polite, but distant. "We’d like full access to all victim files. And any current profiling materials."</w:t>
      </w:r>
    </w:p>
    <w:p>
      <w:r>
        <w:t>Thenjiwe nodded and led them into the main briefing room. The morning grew tense quickly.</w:t>
      </w:r>
    </w:p>
    <w:p>
      <w:r>
        <w:t>"This isn’t just a serial killer," Rowe said, after reviewing the profile. "Not in the traditional sense. Fifteen highly successful men across three provinces? Precision kills, no errors, no fingerprints, no DNA? You’re dealing with a network. Possibly a coordinated terrorist cell."</w:t>
      </w:r>
    </w:p>
    <w:p>
      <w:r>
        <w:t>Jan frowned. He didn’t speak yet, but Thenji could see the stiffness in his jaw.</w:t>
      </w:r>
    </w:p>
    <w:p>
      <w:r>
        <w:t>The room shifted uneasily.</w:t>
      </w:r>
    </w:p>
    <w:p>
      <w:r>
        <w:t>From the far end, the Minister of Police, in his tailored charcoal suit, raised a hand slowly.</w:t>
      </w:r>
    </w:p>
    <w:p>
      <w:r>
        <w:t>"Let’s be careful with language, Superintendent. We are not launching a counter-terrorism narrative on South African soil unless we are absolutely sure."</w:t>
      </w:r>
    </w:p>
    <w:p>
      <w:r>
        <w:t>Charlotte smiled faintly, diplomatic. "Of course, Minister. We're simply exploring all possibilities."</w:t>
      </w:r>
    </w:p>
    <w:p>
      <w:r>
        <w:t>The silence was broken by Rowe clearing her throat. “Still,” she said, “I remain unconvinced that this is the work of one woman.”</w:t>
      </w:r>
    </w:p>
    <w:p>
      <w:r>
        <w:t>Charlotte nodded. “Even if it’s not a terrorist group, she has to have help. Accomplices. It’s too clean, too expansive.”</w:t>
      </w:r>
    </w:p>
    <w:p>
      <w:r>
        <w:t>“I strongly disagree,” Thenji said, her tone sharpened. “You’re underestimating her. Every piece of evidence we’ve gathered points to the same conclusion—this is the work of one individual. One brilliant, meticulous woman.”</w:t>
      </w:r>
    </w:p>
    <w:p>
      <w:r>
        <w:t>Rowe exchanged a look with Deacon, then with Charlotte, who folded her arms.</w:t>
      </w:r>
    </w:p>
    <w:p>
      <w:r>
        <w:t>“I know your unit is emotionally invested in this, but perhaps the scale of it is beyond what South African authorities can contain alone,” Deacon said.</w:t>
      </w:r>
    </w:p>
    <w:p>
      <w:r>
        <w:t>Jan’s jaw tensed. “And I assume you’re the authority meant to contain it?”</w:t>
      </w:r>
    </w:p>
    <w:p>
      <w:r>
        <w:t>Deacon smiled slightly. “I’m here to provide insight.”</w:t>
      </w:r>
    </w:p>
    <w:p>
      <w:r>
        <w:t>“Is that what we’re calling interference now?” Jan shot back.</w:t>
      </w:r>
    </w:p>
    <w:p>
      <w:r>
        <w:t>The tension in the room thickened.</w:t>
      </w:r>
    </w:p>
    <w:p>
      <w:r>
        <w:t>To de-escalate, Minister Dlamini spoke up. “Why don’t we all revisit the villa? A fresh pair of eyes might uncover something.”</w:t>
      </w:r>
    </w:p>
    <w:p>
      <w:r>
        <w:t>They agreed.</w:t>
      </w:r>
    </w:p>
    <w:p/>
    <w:p>
      <w:r>
        <w:t>Back at the villa, sunlight filtered through the trees in long, dappled strands. The room remained untouched. Still.</w:t>
      </w:r>
    </w:p>
    <w:p>
      <w:r>
        <w:t>Thenji moved slowly, scanning the space with more than just her eyes. She tried to feel it—the way she had felt something before. The residue of intent. A message.</w:t>
      </w:r>
    </w:p>
    <w:p>
      <w:r>
        <w:t>She stood near the dresser. Something subtle caught her attention. She had not seen it before.</w:t>
      </w:r>
    </w:p>
    <w:p>
      <w:r>
        <w:t>A book—misaligned, too pristine. Not the kind Montrose would read. But Thenji knew it well. It was her favorite: The God of Small Things by Arundhati Roy. She had mentioned it once, briefly, in a panel interview a year ago. A throwaway comment she never thought anyone remembered.</w:t>
      </w:r>
    </w:p>
    <w:p>
      <w:r>
        <w:t>She pulled it gently, heart already sinking.</w:t>
      </w:r>
    </w:p>
    <w:p>
      <w:r>
        <w:t>Inside, tucked between the pages, was a note. No handwriting. Just a clipping from a psychology thesis—her thesis. Thenji recognized the formatting, the font, even the page layout. The quote was hers. She had written it during her final year of postgraduate study:</w:t>
      </w:r>
    </w:p>
    <w:p>
      <w:r>
        <w:t>“In order to truly understand someone, you must understand what they fear losing the most.”</w:t>
      </w:r>
    </w:p>
    <w:p>
      <w:r>
        <w:t>It had been a defining statement in her dissertation on trauma-bonded personalities and post-violation behavioral evolution. Something she never thought would leave an academic archive, much less be used against her. Thenji froze.</w:t>
      </w:r>
    </w:p>
    <w:p>
      <w:r>
        <w:t>She turned slowly to Jan, who was already watching her.</w:t>
      </w:r>
    </w:p>
    <w:p>
      <w:r>
        <w:t>“It’s for me,” she whispered.</w:t>
      </w:r>
    </w:p>
    <w:p>
      <w:r>
        <w:t>Deacon walked over. “What is it?”</w:t>
      </w:r>
    </w:p>
    <w:p>
      <w:r>
        <w:t>She considered slipping the clipping into her pocket—but her fingers paused mid-motion. Her expression faltered—just slightly. A flicker of something passed through her eyes: fear, recognition, a wound reopened. Only Jan noticed it.</w:t>
      </w:r>
    </w:p>
    <w:p>
      <w:r>
        <w:t>Then, as if making a decision, she handed him the clipping.</w:t>
      </w:r>
    </w:p>
    <w:p>
      <w:r>
        <w:t>His eyes met hers in silent understanding as he took it.</w:t>
      </w:r>
    </w:p>
    <w:p>
      <w:r>
        <w:t>Then, just as quickly, she composed herself.</w:t>
      </w:r>
    </w:p>
    <w:p>
      <w:r>
        <w:t>"Nothing incriminating."</w:t>
      </w:r>
    </w:p>
    <w:p>
      <w:r>
        <w:t>But it was. Not in a legal sense—yet—but in a way far more dangerous. Because if someone were to put together the quote, the book, and the fact that it had never belonged to Charles Montrose…</w:t>
      </w:r>
    </w:p>
    <w:p>
      <w:r>
        <w:t>It would point to her.</w:t>
      </w:r>
    </w:p>
    <w:p>
      <w:r>
        <w:t>“But something left behind,” Jan said. “On purpose.”</w:t>
      </w:r>
    </w:p>
    <w:p>
      <w:r>
        <w:t>Thenji nodded. “A gift.”</w:t>
      </w:r>
    </w:p>
    <w:p>
      <w:r>
        <w:t>Jan’s eyes met hers. “From her?”</w:t>
      </w:r>
    </w:p>
    <w:p>
      <w:r>
        <w:t>“From her.”</w:t>
      </w:r>
    </w:p>
    <w:p>
      <w:r>
        <w:t>Deacon narrowed his gaze. “You know her, don’t you?”</w:t>
      </w:r>
    </w:p>
    <w:p>
      <w:r>
        <w:t>“I’ve never met her,” Thenji replied. “But in a way I do...”she trailed off, realizing that the killer knew her too, maybe better than anyone else.</w:t>
      </w:r>
    </w:p>
    <w:p>
      <w:r>
        <w:t>Deacon nodded. “The Montrose family kept tabs on all of Charles’ relationships. Her profile was perfect—too perfect. Fabricated education history, employer references that don’t check out. It was curated and since the murder she seems to have dropped off the face of the earth.”</w:t>
      </w:r>
    </w:p>
    <w:p>
      <w:r>
        <w:t>He tapped the screen, revealing a photo. A woman. Slim. Black. Back turned. Hair tied low. Elegant. Her aura undeniable. Even from behind, there was a power to her.</w:t>
      </w:r>
    </w:p>
    <w:p>
      <w:r>
        <w:t>A kind of beauty that didn’t ask to be noticed. It demanded it.</w:t>
      </w:r>
    </w:p>
    <w:p>
      <w:r>
        <w:t>Jan leaned in, then sighed. “Do you have anything clearer?”</w:t>
      </w:r>
    </w:p>
    <w:p>
      <w:r>
        <w:t>Deacon shook his head. “Every image is like this. It’s like she knew we were watching.”</w:t>
      </w:r>
    </w:p>
    <w:p>
      <w:r>
        <w:t>Thenji’s soft voice cut through the stillness.</w:t>
      </w:r>
    </w:p>
    <w:p>
      <w:r>
        <w:t>“She did.”</w:t>
      </w:r>
    </w:p>
    <w:p>
      <w:r>
        <w:t>Deacon looked up. "Excuse me?"</w:t>
      </w:r>
    </w:p>
    <w:p>
      <w:r>
        <w:t>Thenji pointed to the image.</w:t>
      </w:r>
    </w:p>
    <w:p>
      <w:r>
        <w:t>"She knew you were watching. She’s always known."</w:t>
      </w:r>
    </w:p>
    <w:p>
      <w:r>
        <w:t>There was a pause. The whole room seemed to inhale at once, with an undercurrent of something else—doubt. Suspicion. It didn’t linger long, but she felt it. Deacon’s eyes, sharp and unrelenting. Charlotte’s narrowed gaze. Even Rowe’s silence had weight to it.</w:t>
      </w:r>
    </w:p>
    <w:p>
      <w:r>
        <w:t>She had been given a message, and now the others were starting to wonder: why her?</w:t>
      </w:r>
    </w:p>
    <w:p>
      <w:r>
        <w:t>Jan remained quiet beside her, still holding the clipping. He hadn’t looked away from her since she handed it over. She knew what he was thinking. Not fear. Not mistrust. But worry. For her.</w:t>
      </w:r>
    </w:p>
    <w:p>
      <w:r>
        <w:t>Because now the gift had been received.</w:t>
      </w:r>
    </w:p>
    <w:p>
      <w:r>
        <w:t>And the trap had been set.</w:t>
      </w:r>
    </w:p>
    <w:p/>
    <w:p>
      <w:r>
        <w:t>Jan had always known Thenjiwe carried things she didn’t speak about. Secrets that didn’t live on the surface but in the depths—in the way her eyes sometimes hardened in a crowd, in the silence that followed certain questions, in the precision of her work.</w:t>
      </w:r>
    </w:p>
    <w:p>
      <w:r>
        <w:t>He respected that silence. Respected the walls she had built. He never wanted to push.</w:t>
      </w:r>
    </w:p>
    <w:p>
      <w:r>
        <w:t>But now, the silence didn’t feel like protection. It felt like distance. A widening gap between them. And he was no longer sure if he could just stand at the edge of it.</w:t>
      </w:r>
    </w:p>
    <w:p>
      <w:r>
        <w:t>Thenji was pacing when he entered her room that night. Not startled, not flustered. Just... waiting.</w:t>
      </w:r>
    </w:p>
    <w:p>
      <w:r>
        <w:t>"I feel like you’re not telling me something," he said.</w:t>
      </w:r>
    </w:p>
    <w:p>
      <w:r>
        <w:t>She paused, then turned to him, exhaling slowly. "The book. The quote. It wasn’t random. It’s from my thesis."</w:t>
      </w:r>
    </w:p>
    <w:p>
      <w:r>
        <w:t>Jan nodded, but didn’t speak.</w:t>
      </w:r>
    </w:p>
    <w:p>
      <w:r>
        <w:t>"I think she knows me. Or knew me. I don’t know how, but the way she left that behind—it wasn’t meant to rattle the investigation. It was meant to rattle me."</w:t>
      </w:r>
    </w:p>
    <w:p>
      <w:r>
        <w:t>He stepped forward, gently. "How would she know something so intimate?"</w:t>
      </w:r>
    </w:p>
    <w:p>
      <w:r>
        <w:t>Thenji sat down, elbows resting on her knees. "Do you remember how Paul became my mentor?"</w:t>
      </w:r>
    </w:p>
    <w:p>
      <w:r>
        <w:t>Jan nodded. "You told me he worked with you when you were young."</w:t>
      </w:r>
    </w:p>
    <w:p>
      <w:r>
        <w:t>"Yes, after I was referred to him... after some things I never talk about. He saw something in me, or maybe he saw himself. I don’t know."</w:t>
      </w:r>
    </w:p>
    <w:p>
      <w:r>
        <w:t>She looked up, eyes darker now. "I think she knows."</w:t>
      </w:r>
    </w:p>
    <w:p>
      <w:r>
        <w:t>Jan’s expression tightened. "Knows what?"</w:t>
      </w:r>
    </w:p>
    <w:p>
      <w:r>
        <w:t>Thenji opened her mouth—but the words were trapped behind old locks. There were things she had never said aloud. Not to anyone. Not even Paul.</w:t>
      </w:r>
    </w:p>
    <w:p>
      <w:r>
        <w:t>"I can’t," she whispered. "I’m sorry."</w:t>
      </w:r>
    </w:p>
    <w:p>
      <w:r>
        <w:t>Jan crouched in front of her, eyes searching hers. "You don’t have to tell me everything. But I need to know if you’re safe."</w:t>
      </w:r>
    </w:p>
    <w:p>
      <w:r>
        <w:t>She hesitated, then gave the faintest nod. But he wasn’t sure he believed it.</w:t>
      </w:r>
    </w:p>
    <w:p>
      <w:r>
        <w:t>"I think you should sleep in your own room tonight," she said, standing.</w:t>
      </w:r>
    </w:p>
    <w:p>
      <w:r>
        <w:t>"Thenji—"</w:t>
      </w:r>
    </w:p>
    <w:p>
      <w:r>
        <w:t>"Goodnight, Jan."</w:t>
      </w:r>
    </w:p>
    <w:p>
      <w:r>
        <w:t>Her voice was gentle but firm. She didn’t look at him as he left.</w:t>
      </w:r>
    </w:p>
    <w:p>
      <w:r>
        <w:t>And Jan, for the first time since this case began, felt something other than frustration.</w:t>
      </w:r>
    </w:p>
    <w:p>
      <w:r>
        <w:t>He felt fear. But not for the victims.</w:t>
      </w:r>
    </w:p>
    <w:p>
      <w:r>
        <w:t>For her.</w:t>
      </w:r>
    </w:p>
    <w:p/>
    <w:p>
      <w:r>
        <w:t>Jan returned to his room but could barely sleep. The sheets felt cold despite the warm air, and his thoughts wouldn’t rest. The theory about the killer having an accomplice kept circling in his mind. On the surface, it didn’t make sense—every detail had been so precise, so singular. But what if that was part of the illusion?</w:t>
      </w:r>
    </w:p>
    <w:p>
      <w:r>
        <w:t>Unable to shake the restlessness, he got dressed and slipped quietly downstairs. The bar in the lodge was still dimly lit. He wanted nothing more than to take a walk under the stars, let the night air clear his head, but this was Kruger. There were strict rules about venturing outside after dark. Even with the high electric fences, nature didn’t forgive mistakes.</w:t>
      </w:r>
    </w:p>
    <w:p>
      <w:r>
        <w:t>Deacon Deacon was already there, leaning on the bar, a tumbler of whisky in hand.</w:t>
      </w:r>
    </w:p>
    <w:p>
      <w:r>
        <w:t>"Can’t sleep, detective?" he asked, not even turning his head.</w:t>
      </w:r>
    </w:p>
    <w:p>
      <w:r>
        <w:t>Jan nodded silently, settling on a stool a few spaces away.</w:t>
      </w:r>
    </w:p>
    <w:p>
      <w:r>
        <w:t>"Me neither," Deacon continued. "You know what’s crazy? I was reading about this case for weeks, wondering how one woman could do all this. Didn’t know I’d end up watching her from across a room."</w:t>
      </w:r>
    </w:p>
    <w:p>
      <w:r>
        <w:t>Jan didn’t respond. "Yeah…" he muttered absently.</w:t>
      </w:r>
    </w:p>
    <w:p>
      <w:r>
        <w:t>"You know what I think?" Deacon said, sipping. "She’s got help. She has to."</w:t>
      </w:r>
    </w:p>
    <w:p>
      <w:r>
        <w:t>Jan turned slightly. "That’s your own bias."</w:t>
      </w:r>
    </w:p>
    <w:p>
      <w:r>
        <w:t>"Maybe," Deacon conceded, "Or maybe the reason she’s always three steps ahead is because she’s not doing it alone. Maybe she has help on the inside."</w:t>
      </w:r>
    </w:p>
    <w:p>
      <w:r>
        <w:t>That snapped Jan fully awake. He faced Deacon squarely. "Excuse me? Are you insinuating one of our people is working with her?"</w:t>
      </w:r>
    </w:p>
    <w:p>
      <w:r>
        <w:t>"Not at all," Deacon said, feigning innocence. "I’m just trying to make sense of this. Wondering if your team has explored all the possibilities."</w:t>
      </w:r>
    </w:p>
    <w:p>
      <w:r>
        <w:t>Jan didn’t like this man. Didn’t like his eyes, or the way he delivered barbs dressed as insights.</w:t>
      </w:r>
    </w:p>
    <w:p>
      <w:r>
        <w:t>"You’re here now, aren’t you? Feel free to explore all you want," Jan said, pushing back his stool.</w:t>
      </w:r>
    </w:p>
    <w:p>
      <w:r>
        <w:t>"Oh, I fully intend to," Deacon replied smoothly. "And I won’t get distracted by a beautiful psychologist."</w:t>
      </w:r>
    </w:p>
    <w:p>
      <w:r>
        <w:t>Jan froze.</w:t>
      </w:r>
    </w:p>
    <w:p>
      <w:r>
        <w:t>He turned slowly. "I suggest you don’t speak on things you have no clue about."</w:t>
      </w:r>
    </w:p>
    <w:p>
      <w:r>
        <w:t>Deacon smirked. "You two are sleeping together again, right? Why else would you be sneaking into her room?"</w:t>
      </w:r>
    </w:p>
    <w:p>
      <w:r>
        <w:t>Jan’s voice dropped. "That’s none of your business. Focus on what you came here for."</w:t>
      </w:r>
    </w:p>
    <w:p>
      <w:r>
        <w:t>He turned, walking out without waiting for a reply.</w:t>
      </w:r>
    </w:p>
    <w:p>
      <w:r>
        <w:t>But Deacon’s smirk lingered in the air like smoke.</w:t>
      </w:r>
    </w:p>
    <w:p/>
    <w:p>
      <w:r>
        <w:t>The next morning, the team packed up early and boarded a charter flight back to Johannesburg. The mood was subdued. Everyone was quiet, buried in their own thoughts. Thenji sat near the window, her face unreadable. Jan watched her from across the aisle, still turning over the words Deacon had thrown at him the night before.</w:t>
      </w:r>
    </w:p>
    <w:p>
      <w:r>
        <w:t>When they landed at OR Tambo, a small crowd of reporters had already gathered. The murder of Charles Montrose had gone global, and the media frenzy was only escalating.</w:t>
      </w:r>
    </w:p>
    <w:p>
      <w:r>
        <w:t>As they stepped through the terminal, a reporter pushed forward, mic in hand. "Detective Kruger, is it true authorities are now considering the possibility of an accomplice?"</w:t>
      </w:r>
    </w:p>
    <w:p>
      <w:r>
        <w:t>Jan stopped in his tracks. He didn’t answer right away, scanning the crowd with narrowed eyes.</w:t>
      </w:r>
    </w:p>
    <w:p>
      <w:r>
        <w:t>That wasn’t public information.</w:t>
      </w:r>
    </w:p>
    <w:p>
      <w:r>
        <w:t>He exchanged a sharp glance with Dlamini and Thenjiwe, whose posture had stiffened beside him.</w:t>
      </w:r>
    </w:p>
    <w:p>
      <w:r>
        <w:t>That theory had only been floated internally. Someone had leaked it. And Jan knew exactly who it had to be.</w:t>
      </w:r>
    </w:p>
    <w:p>
      <w:r>
        <w:t>The newcomers. Deacon and his team. This was a ploy—a strategic leak meant to cast doubt, to stir headlines, maybe even to fracture their investigation from within.</w:t>
      </w:r>
    </w:p>
    <w:p>
      <w:r>
        <w:t>"No comment," Jan said curtly, pushing past the mic.</w:t>
      </w:r>
    </w:p>
    <w:p>
      <w:r>
        <w:t>As they reached the waiting vehicles, he leaned toward Dlamini. "We need to be careful. That leak wasn’t accidental."</w:t>
      </w:r>
    </w:p>
    <w:p>
      <w:r>
        <w:t>Dlamini nodded grimly. "Agreed. They're playing a different game. And we’ve just been forced into it."</w:t>
      </w:r>
    </w:p>
    <w:p/>
    <w:p>
      <w:r>
        <w:t>As soon as they reached the precinct, Jan didn’t wait. He walked straight into the conference room where Deacon and the rest of the UK task force had set up. The air was tense, the walls lined with whiteboards and maps. Deacon was hunched over a file when Jan entered.</w:t>
      </w:r>
    </w:p>
    <w:p>
      <w:r>
        <w:t>"Was it you?" Jan asked flatly.</w:t>
      </w:r>
    </w:p>
    <w:p>
      <w:r>
        <w:t>Deacon looked up, blinking. "Excuse me?"</w:t>
      </w:r>
    </w:p>
    <w:p>
      <w:r>
        <w:t>"The leak. The accomplice theory. It made it to the press this morning. You’re the only ones who knew about it outside our team."</w:t>
      </w:r>
    </w:p>
    <w:p>
      <w:r>
        <w:t>Deacon’s expression didn’t shift. "I don’t know anything about a leak. If it happened, it wasn’t from us."</w:t>
      </w:r>
    </w:p>
    <w:p>
      <w:r>
        <w:t>Before Jan could respond, Charlotte Pennington stepped in from the side of the room. Her voice was calm, measured. "Detective Kruger, we may not agree on everything, but let me make one thing very clear—we would never leak information or sabotage your investigation."</w:t>
      </w:r>
    </w:p>
    <w:p>
      <w:r>
        <w:t>Jan studied them both. Deacon’s indifference. Charlotte’s poise. There wasn’t guilt in their eyes. Just frustration. And certainty.</w:t>
      </w:r>
    </w:p>
    <w:p>
      <w:r>
        <w:t>Thenji, who had entered quietly behind Jan, stepped closer.</w:t>
      </w:r>
    </w:p>
    <w:p>
      <w:r>
        <w:t>She whispered to him, "I believe them."</w:t>
      </w:r>
    </w:p>
    <w:p>
      <w:r>
        <w:t>He turned to her, startled. "What?"</w:t>
      </w:r>
    </w:p>
    <w:p>
      <w:r>
        <w:t>"I believe them," she said again, softer. "And that worries me more."</w:t>
      </w:r>
    </w:p>
    <w:p/>
    <w:p>
      <w:r>
        <w:t>Jan and Thenji left together in a single car. From the precinct steps, Deacon watched them closely, his gaze lingering on Thenji as the door shut.</w:t>
      </w:r>
    </w:p>
    <w:p>
      <w:r>
        <w:t>He turned to Charlotte beside him. "Can we get files on everyone working on this investigation? Especially her."</w:t>
      </w:r>
    </w:p>
    <w:p>
      <w:r>
        <w:t>Charlotte blinked. "Why her?"</w:t>
      </w:r>
    </w:p>
    <w:p>
      <w:r>
        <w:t>Deacon’s eyes stayed locked on the car as it pulled away. "The killer left her a message. Why her?" he said quietly.</w:t>
      </w:r>
    </w:p>
    <w:p>
      <w:r>
        <w:t>They said nothing more as they climbed into their own vehicle. But Charlotte couldn’t help the weight that settled in her chest.</w:t>
      </w:r>
    </w:p>
    <w:p/>
    <w:p>
      <w:r>
        <w:t>She was pleased.</w:t>
      </w:r>
    </w:p>
    <w:p>
      <w:r>
        <w:t>She had tipped off the press herself, a short, anonymous message dropped in the right inbox, carefully worded and timed. Another seed. Another fracture. Another layer of noise for them to stumble through.</w:t>
      </w:r>
    </w:p>
    <w:p>
      <w:r>
        <w:t>She wished she could see Thenji right now. Her face. Her reaction.</w:t>
      </w:r>
    </w:p>
    <w:p>
      <w:r>
        <w:t>And why not, actually?</w:t>
      </w:r>
    </w:p>
    <w:p>
      <w:r>
        <w:t>She picked up her phone, scrolling through her contacts, selecting the one she had labeled 'My other half’. The name alone made her smile.</w:t>
      </w:r>
    </w:p>
    <w:p>
      <w:r>
        <w:t>She typed: "Hi friend, are you back yet?"</w:t>
      </w:r>
    </w:p>
    <w:p>
      <w:r>
        <w:t>She knew the answer. She had watched the press conference like half the country. Watched Jan’s jaw clench, watched Thenji’s eyes flicker. In Thenji’ s well curated mask, she could already see the cracks.</w:t>
      </w:r>
    </w:p>
    <w:p>
      <w:r>
        <w:t>Normally she took gift but this time she had decided to leave one instead, one perfectly designed for Thenji.</w:t>
      </w:r>
    </w:p>
    <w:p>
      <w:r>
        <w:t xml:space="preserve">Her phone buzzed, “Back.” </w:t>
      </w:r>
    </w:p>
    <w:p>
      <w:r>
        <w:t xml:space="preserve">She smiled to her phone. Typing a response but quickly deciding to call her instead. </w:t>
      </w:r>
    </w:p>
    <w:p/>
    <w:p>
      <w:r>
        <w:t>On the other side of the city, Thenji stared down at her buzzing phone. The name on the screen made her still for a moment: Naledi Nkosi – UCT Seminar.</w:t>
      </w:r>
    </w:p>
    <w:p>
      <w:r>
        <w:t>She didn’t smile. Not like Naledi had.</w:t>
      </w:r>
    </w:p>
    <w:p>
      <w:r>
        <w:t>Her thumb hovered over the message—"Hi friend, are you back yet?"—before unlocking her phone. Her fingers moved slowly, deliberately.</w:t>
      </w:r>
    </w:p>
    <w:p>
      <w:r>
        <w:t>Back.</w:t>
      </w:r>
    </w:p>
    <w:p>
      <w:r>
        <w:t>She hit send. Simple. Neutral. A response stripped of emotion.</w:t>
      </w:r>
    </w:p>
    <w:p>
      <w:r>
        <w:t>She knew Naledi was watching. She knew she would be. And she wasn’t going to give her the pleasure of a visible reaction. Not yet.</w:t>
      </w:r>
    </w:p>
    <w:p>
      <w:r>
        <w:t>She placed the phone down carefully and walked to her desk. The air was cooler now. Calm. But inside, something was stirring.</w:t>
      </w:r>
    </w:p>
    <w:p>
      <w:r>
        <w:t>Everyone always assumed Thenji was the calm one. The composed one. The healer.</w:t>
      </w:r>
    </w:p>
    <w:p>
      <w:r>
        <w:t>But no one ever asked what it cost her to stay that way.</w:t>
      </w:r>
    </w:p>
    <w:p>
      <w:r>
        <w:t>She had spent her life constructing a flawless exterior. Not for protection. For control.</w:t>
      </w:r>
    </w:p>
    <w:p>
      <w:r>
        <w:t>The killeri thought she was playing a game. She thought she was leaving gifts.</w:t>
      </w:r>
    </w:p>
    <w:p>
      <w:r>
        <w:t>But what she didn’t know—what she couldn’t yet see—was that Thenji had already begun her own game.</w:t>
      </w:r>
    </w:p>
    <w:p>
      <w:r>
        <w:t>And she was just as good at leaving messages.</w:t>
      </w:r>
    </w:p>
    <w:p>
      <w:r>
        <w:t>Just not the kind anyone expected from a psychologist.</w:t>
      </w:r>
    </w:p>
    <w:p>
      <w:r>
        <w:t>She picked up her phone again, stared at the screen for a beat longer than necessary, then smiled.</w:t>
      </w:r>
    </w:p>
    <w:p>
      <w:r>
        <w:t>A different kind of smile.</w:t>
      </w:r>
    </w:p>
    <w:p>
      <w:r>
        <w:t>Her phone buzzed again.</w:t>
      </w:r>
    </w:p>
    <w:p>
      <w:r>
        <w:t>Calling: Naledi Nkosi – UCT Seminar</w:t>
      </w:r>
    </w:p>
    <w:p>
      <w:r>
        <w:t>She stared at it for a second, then answered, keeping her tone even.</w:t>
      </w:r>
    </w:p>
    <w:p>
      <w:r>
        <w:t>"Naledi."</w:t>
      </w:r>
    </w:p>
    <w:p>
      <w:r>
        <w:t>"Hey, stranger," came the honeyed voice on the other end. "Just checking in. You made it back in one piece?"</w:t>
      </w:r>
    </w:p>
    <w:p>
      <w:r>
        <w:t>"Barely," Thenji replied. "It’s been a long week."</w:t>
      </w:r>
    </w:p>
    <w:p>
      <w:r>
        <w:t>"I can imagine. You looked good on TV though. All calm and composed."</w:t>
      </w:r>
    </w:p>
    <w:p>
      <w:r>
        <w:t>Thenji said nothing. Let the silence stretch.</w:t>
      </w:r>
    </w:p>
    <w:p>
      <w:r>
        <w:t>"Anyway," Naledi continued brightly, "I was thinking we should catch up. Lunch, maybe tomorrow? My treat."</w:t>
      </w:r>
    </w:p>
    <w:p>
      <w:r>
        <w:t>Thenji hesitated, then answered smoothly. "I have a few urgent matters I need to attend to. I’ll let you know."</w:t>
      </w:r>
    </w:p>
    <w:p>
      <w:r>
        <w:t>"Of course," Naledi said, her voice still sweet, but with the faintest edge. "I’ll be waiting."</w:t>
      </w:r>
    </w:p>
    <w:p>
      <w:r>
        <w:t>Thenji hung up.</w:t>
      </w:r>
    </w:p>
    <w:p/>
    <w:p>
      <w:r>
        <w:t>Across the city, Naledi stared at her phone. Frowning.</w:t>
      </w:r>
    </w:p>
    <w:p>
      <w:r>
        <w:t>Thenji hadn’t sounded shaken. Hadn’t even sounded surprised.</w:t>
      </w:r>
    </w:p>
    <w:p>
      <w:r>
        <w:t>She was supposed to be rattled. Shaken by the clipping. The quote. The slow descent of suspicion. But instead, she sounded… intact.</w:t>
      </w:r>
    </w:p>
    <w:p>
      <w:r>
        <w:t>Too intact.</w:t>
      </w:r>
    </w:p>
    <w:p>
      <w:r>
        <w:t>Naledi's smile faltered.</w:t>
      </w:r>
    </w:p>
    <w:p>
      <w:r>
        <w:t>Then she set her phone down with a quiet clink and leaned back, eyes narrowing.</w:t>
      </w:r>
    </w:p>
    <w:p>
      <w:r>
        <w:t>"We’ll see," she murmured to herself. "We’ll see just how calm you stay."</w:t>
        <w:br/>
      </w:r>
    </w:p>
    <w:p>
      <w:r>
        <w:t>Twenty-Two</w:t>
      </w:r>
    </w:p>
    <w:p>
      <w:r>
        <w:t>"Sometimes, the most terrifying thing isn't what someone does, but what they leave behind. A trace of themselves, a whisper of their presence, lingering in your thoughts long after they've gone."</w:t>
      </w:r>
    </w:p>
    <w:p>
      <w:r>
        <w:t>Jan had tried calling Thenji, but she hadn’t picked up. Her silence gnawed at him. He thought back to their last conversation—how she had looked terrified in one moment and completely composed the next. That unsettled him more than anything else.</w:t>
      </w:r>
    </w:p>
    <w:p>
      <w:r>
        <w:t>When he woke up, he tried her again. Still nothing. So he texted: "I’m worried. Are you okay?"</w:t>
      </w:r>
    </w:p>
    <w:p>
      <w:r>
        <w:t>The response came immediately. "I’m okay. Just need a moment."</w:t>
      </w:r>
    </w:p>
    <w:p>
      <w:r>
        <w:t>"Can I see you later?"</w:t>
      </w:r>
    </w:p>
    <w:p>
      <w:r>
        <w:t>"Okay."</w:t>
      </w:r>
    </w:p>
    <w:p>
      <w:r>
        <w:t>"See you. I love you."</w:t>
      </w:r>
    </w:p>
    <w:p>
      <w:r>
        <w:t>No response.</w:t>
      </w:r>
    </w:p>
    <w:p>
      <w:r>
        <w:t>But he didn’t push.</w:t>
      </w:r>
    </w:p>
    <w:p>
      <w:r>
        <w:t>Instead, he readied himself for work. When he arrived at the precinct, Deacon was already there, seated outside Jan’s office like he owned the place.</w:t>
      </w:r>
    </w:p>
    <w:p>
      <w:r>
        <w:t>There were no greetings.</w:t>
      </w:r>
    </w:p>
    <w:p>
      <w:r>
        <w:t>"Why are you here so early in the morning?" Jan asked, unlocking his door.</w:t>
      </w:r>
    </w:p>
    <w:p>
      <w:r>
        <w:t>"You still think I leaked that theory?" Deacon replied.</w:t>
      </w:r>
    </w:p>
    <w:p>
      <w:r>
        <w:t>Jan paused, glanced at him. "No," he said honestly, stepping inside.</w:t>
      </w:r>
    </w:p>
    <w:p>
      <w:r>
        <w:t>Deacon followed. "Good. Because I need you and I to speak frankly."</w:t>
      </w:r>
    </w:p>
    <w:p>
      <w:r>
        <w:t>Jan tossed his coat aside. "What is it now?"</w:t>
      </w:r>
    </w:p>
    <w:p>
      <w:r>
        <w:t>"I had my people look into your people."</w:t>
      </w:r>
    </w:p>
    <w:p>
      <w:r>
        <w:t>Jan rolled his eyes. "Are you still at it?"</w:t>
      </w:r>
    </w:p>
    <w:p>
      <w:r>
        <w:t>"Look, Detective, I don’t mean to offend you, but I have some powerful people barking at me."</w:t>
      </w:r>
    </w:p>
    <w:p>
      <w:r>
        <w:t>"My people are clean," Jan said, cutting him off.</w:t>
      </w:r>
    </w:p>
    <w:p>
      <w:r>
        <w:t>"Surprisingly, yes. They are," Deacon admitted. "Except when I tried to look up Dr. Mhlongo. Her record is sealed."</w:t>
      </w:r>
    </w:p>
    <w:p>
      <w:r>
        <w:t>That made Jan stop.</w:t>
      </w:r>
    </w:p>
    <w:p>
      <w:r>
        <w:t>"Exactly," Deacon said, voice lower now. "Why would a psychologist’s records be sealed?"</w:t>
      </w:r>
    </w:p>
    <w:p>
      <w:r>
        <w:t>Jan said nothing.</w:t>
      </w:r>
    </w:p>
    <w:p>
      <w:r>
        <w:t>"Your people are being difficult, but I need you to get that record unsealed."</w:t>
      </w:r>
    </w:p>
    <w:p>
      <w:r>
        <w:t>"What’s the point of that?"</w:t>
      </w:r>
    </w:p>
    <w:p>
      <w:r>
        <w:t>Deacon leaned in. "Detective, I did my research on you. You have an impressive track record. One of the good ones. I don’t say that lightly. But you’re compromised."</w:t>
      </w:r>
    </w:p>
    <w:p>
      <w:r>
        <w:t>Jan’s jaw tensed. "Excuse me?"</w:t>
      </w:r>
    </w:p>
    <w:p>
      <w:r>
        <w:t>"The killer is talking to her directly. If you were thinking clearly, you’d be digging into her right now."</w:t>
      </w:r>
    </w:p>
    <w:p>
      <w:r>
        <w:t>He placed a slim folder on Jan’s desk and turned to leave.</w:t>
      </w:r>
    </w:p>
    <w:p>
      <w:r>
        <w:t>Jan stared at the file. His hand hovered over it.</w:t>
      </w:r>
    </w:p>
    <w:p>
      <w:r>
        <w:t>He knew what was inside: a profile on the woman he loved. Most of it, he already knew. Her education. Her accolades. Her work with trauma victims. But he didn’t know why her juvenile record was sealed.</w:t>
      </w:r>
    </w:p>
    <w:p>
      <w:r>
        <w:t>He picked up the phone and dialed Paul.</w:t>
      </w:r>
    </w:p>
    <w:p>
      <w:r>
        <w:t>"Jan," Paul answered almost immediately. His voice was as calm and grounded as ever. "I figured you'd call."</w:t>
      </w:r>
    </w:p>
    <w:p>
      <w:r>
        <w:t>"Can we meet? Today?"</w:t>
      </w:r>
    </w:p>
    <w:p>
      <w:r>
        <w:t>A pause.</w:t>
      </w:r>
    </w:p>
    <w:p>
      <w:r>
        <w:t>"Of course. My office. One hour."</w:t>
      </w:r>
    </w:p>
    <w:p/>
    <w:p>
      <w:r>
        <w:t>Paul’s office hadn’t changed. A space of order and soft lighting, surrounded by shelves of books, case files, and old wooden furniture that smelled of polish and history. Jan sat down across from him, more tense than he’d like to admit.</w:t>
      </w:r>
    </w:p>
    <w:p>
      <w:r>
        <w:t>Paul studied him with quiet patience.</w:t>
      </w:r>
    </w:p>
    <w:p>
      <w:r>
        <w:t>"It’s about Thenjiwe," Jan began.</w:t>
      </w:r>
    </w:p>
    <w:p>
      <w:r>
        <w:t>Paul didn’t react. Just nodded slowly.</w:t>
      </w:r>
    </w:p>
    <w:p>
      <w:r>
        <w:t>"There’s something I need to understand. Her juvenile records—they’re sealed."</w:t>
      </w:r>
    </w:p>
    <w:p>
      <w:r>
        <w:t>"They are," Paul confirmed. "With good reason."</w:t>
      </w:r>
    </w:p>
    <w:p>
      <w:r>
        <w:t>Jan hesitated. "Why?"</w:t>
      </w:r>
    </w:p>
    <w:p>
      <w:r>
        <w:t>Paul leaned back in his chair, exhaling. "Because what happened to her—what she survived—could have destroyed her. Most people don’t recover from something like that. But she didn’t just survive, Jan. She became someone exceptional."</w:t>
      </w:r>
    </w:p>
    <w:p>
      <w:r>
        <w:t>"What did she do, Paul?" Jan asked, voice low.</w:t>
      </w:r>
    </w:p>
    <w:p>
      <w:r>
        <w:t>Paul’s eyes darkened. "That’s not the question you should be asking. The question is—what was done to her?"</w:t>
      </w:r>
    </w:p>
    <w:p>
      <w:r>
        <w:t>Jan swallowed.</w:t>
      </w:r>
    </w:p>
    <w:p>
      <w:r>
        <w:t>"She’ll tell you in her time," Paul continued. "But know this: if you start pulling at threads before she’s ready, you won’t like what unravels."</w:t>
      </w:r>
    </w:p>
    <w:p>
      <w:r>
        <w:t>Jan looked away, jaw clenched.</w:t>
      </w:r>
    </w:p>
    <w:p>
      <w:r>
        <w:t>Paul added softly, "She’s not the one you should fear, Jan. But she is someone you should never underestimate."</w:t>
      </w:r>
    </w:p>
    <w:p>
      <w:r>
        <w:t>"Paul," Jan said, more desperate now, "I need to know. Please."</w:t>
      </w:r>
    </w:p>
    <w:p>
      <w:r>
        <w:t>Paul’s gaze hardened, just slightly. "She was my patient, Jan. I can’t breach that. Not even for you."</w:t>
      </w:r>
    </w:p>
    <w:p>
      <w:r>
        <w:t>Jan exhaled heavily, frustrated. "If I don’t request to unseal her record, Deacon will find another way. With his connections… he’ll get through. And then I won’t be able to protect her."</w:t>
      </w:r>
    </w:p>
    <w:p>
      <w:r>
        <w:t>Paul’s face softened. "Then do what you must. But do it carefully. And know that the truth will not come without a price."</w:t>
      </w:r>
    </w:p>
    <w:p/>
    <w:p>
      <w:r>
        <w:t>Jan drove straight back to the precinct. His mind was a storm of conflict, but his steps were certain.</w:t>
      </w:r>
    </w:p>
    <w:p>
      <w:r>
        <w:t>He found Chief Dlamini in his office. "I need a special request filed to the Minister and the presiding judge," he said.</w:t>
      </w:r>
    </w:p>
    <w:p>
      <w:r>
        <w:t>The chief raised an eyebrow. "About?"</w:t>
      </w:r>
    </w:p>
    <w:p>
      <w:r>
        <w:t>"Thenjiwe Mhlongo. Her juvenile records. I want them unsealed—but only for my eyes. No one else."</w:t>
      </w:r>
    </w:p>
    <w:p>
      <w:r>
        <w:t>The chief studied him a moment, then nodded slowly. "I'll put it through myself."</w:t>
      </w:r>
    </w:p>
    <w:p>
      <w:r>
        <w:t>The rest of the day dragged on uneventfully. A haze of emails, dead leads, and background noise. But Jan felt the pressure building with every hour.</w:t>
      </w:r>
    </w:p>
    <w:p>
      <w:r>
        <w:t>It was nearing 6 p.m. when Chief Dlamini knocked quietly on his door and handed over a sealed envelope.</w:t>
      </w:r>
    </w:p>
    <w:p>
      <w:r>
        <w:t>"You have it. From the judge. Straight to you."</w:t>
      </w:r>
    </w:p>
    <w:p>
      <w:r>
        <w:t>Jan took it. His hands were steady. His heart was not.</w:t>
      </w:r>
    </w:p>
    <w:p>
      <w:r>
        <w:t>He sat down, opened the file, and began to read.</w:t>
      </w:r>
    </w:p>
    <w:p>
      <w:r>
        <w:t>And as the words spilled onto the page, his heart dropped.</w:t>
      </w:r>
    </w:p>
    <w:p/>
    <w:p>
      <w:r>
        <w:t>He drove straight to Thenji.</w:t>
      </w:r>
    </w:p>
    <w:p>
      <w:r>
        <w:t>She had been expecting him—but not this early. She opened the door wearing a robe, her hair tied up, eyes sharp despite the fatigue.</w:t>
      </w:r>
    </w:p>
    <w:p>
      <w:r>
        <w:t>"Jan," she said, surprised. "You’re early."</w:t>
      </w:r>
    </w:p>
    <w:p>
      <w:r>
        <w:t>He didn’t speak right away. He just looked at her, searching.</w:t>
      </w:r>
    </w:p>
    <w:p>
      <w:r>
        <w:t>Thenji stepped aside, letting him in without another word.</w:t>
      </w:r>
    </w:p>
    <w:p>
      <w:r>
        <w:t>Jan walked in slowly, his eyes never leaving hers. They held empathy. Sadness. And something else she couldn’t place—something deep and shaking.</w:t>
      </w:r>
    </w:p>
    <w:p>
      <w:r>
        <w:t>He sat down, the sealed file still heavy in his hand. “Why didn’t you tell me?”</w:t>
      </w:r>
    </w:p>
    <w:p>
      <w:r>
        <w:t>“Tell you what?” Thenji was confused. Until Jan placed the file on the table, the look on his face finally making sense. Her heart sank deep.</w:t>
      </w:r>
    </w:p>
    <w:p>
      <w:r>
        <w:t>"You read it," she said, her voice low.</w:t>
      </w:r>
    </w:p>
    <w:p>
      <w:r>
        <w:t>He nodded. "I had to."</w:t>
      </w:r>
    </w:p>
    <w:p>
      <w:r>
        <w:t>She looked away for a moment, then crossed her arms tightly over her chest. "So?"</w:t>
      </w:r>
    </w:p>
    <w:p>
      <w:r>
        <w:t>"I’m not here to judge you. But I need to understand."</w:t>
      </w:r>
    </w:p>
    <w:p>
      <w:r>
        <w:t>Thenji exhaled, her jaw tightening. She walked to the far end of the room before turning back to him.</w:t>
      </w:r>
    </w:p>
    <w:p>
      <w:r>
        <w:t>"He hurt me," she said quietly. "Quinton." The name was like a curse. She had not said it out loud in years.</w:t>
      </w:r>
    </w:p>
    <w:p>
      <w:r>
        <w:t>"I know..." Jan said, the pain on her face breaking him. He held her hand, "You were thirteen, it was self-defense."</w:t>
      </w:r>
    </w:p>
    <w:p>
      <w:r>
        <w:t>"I was thirteen. It was self-defense..." she absentmindedly repeated his words. The words were engraved on her mind, repeated over and over again.</w:t>
      </w:r>
    </w:p>
    <w:p>
      <w:r>
        <w:t>"You had to, you survived."</w:t>
      </w:r>
    </w:p>
    <w:p>
      <w:r>
        <w:t>Thenji looked up as if seeing him for the first time. "Did I? You’ve read the file. You know what I became."</w:t>
      </w:r>
    </w:p>
    <w:p>
      <w:r>
        <w:t>Jan listened in stillness. He had read it. The person in those papers frightened him.</w:t>
      </w:r>
    </w:p>
    <w:p>
      <w:r>
        <w:t>"Quinton was the first. But he wasn’t the only one who shaped what I became. They protected him even in death. He was their precious son. Whether it was the embarrassment or the love they had for him, they worked with the police and lawyers to cover it all up. They said he died protecting me from a burglary, they said I was raped by some other person who got away. They even hired Paul for me, not out of the goodness of their heart but to silence me."</w:t>
      </w:r>
    </w:p>
    <w:p>
      <w:r>
        <w:t>Jan brushed a tear off her face.</w:t>
      </w:r>
    </w:p>
    <w:p>
      <w:r>
        <w:t>"And when I wouldn’t be silent, they convinced my grandmother to have me admitted. They called it trauma. A response. They sealed the record."</w:t>
      </w:r>
    </w:p>
    <w:p>
      <w:r>
        <w:t>She paused. Stopping herself from saying more. She pulled away from Jan and paced the room. "No one was supposed to know, but she does."</w:t>
      </w:r>
    </w:p>
    <w:p>
      <w:r>
        <w:t>Jan looked up at her sharply.</w:t>
      </w:r>
    </w:p>
    <w:p>
      <w:r>
        <w:t>"What do you mean? I saw it myself, they were sealed."</w:t>
      </w:r>
    </w:p>
    <w:p>
      <w:r>
        <w:t>Thenji hesitated, her throat working against the words. "When I was admitted, one of the nurses who I thought saw me, tried to take from me, but instead I stabbed him in the eye. He did not die, not like Quinton, but the Scotts—who dared not let anyone investigate why I was admitted in the first place—worked with the hospital to cover it up. Another monster protected."</w:t>
      </w:r>
    </w:p>
    <w:p>
      <w:r>
        <w:t>"That’s not in the record."</w:t>
      </w:r>
    </w:p>
    <w:p>
      <w:r>
        <w:t>"It wouldn’t be. The police were never called. I was put into isolation. They said I was a danger to everyone and myself. But there was a girl there. She and I would write each other letters using crayons. She was hurt too and she saw me, really saw me. We loved all the same things, mermaids in the ocean, myths and fantasy. At times I wondered if I was writing to myself. She was Philomela and I was Medusa. We never met. I didn’t even know her name. Eventually, with Paul’s help, I got to go home. I always imagined she did too."</w:t>
      </w:r>
    </w:p>
    <w:p>
      <w:r>
        <w:t>"Did you ever get in touch?"</w:t>
      </w:r>
    </w:p>
    <w:p>
      <w:r>
        <w:t>"When I graduated from my master’s, someone sent me that."</w:t>
      </w:r>
    </w:p>
    <w:p>
      <w:r>
        <w:t>Jan looked back. He had never quite noticed the painting that hung in Thenji’s living room. It was an extravagant painting of Medusa slaying Poseidon with a nightingale flying over her. It was a contrast to the famous painting of Perseus and the Gorgon Medusa.</w:t>
      </w:r>
    </w:p>
    <w:p>
      <w:r>
        <w:t>"You think it was her?"</w:t>
      </w:r>
    </w:p>
    <w:p>
      <w:r>
        <w:t>"Yes."</w:t>
      </w:r>
    </w:p>
    <w:p>
      <w:r>
        <w:t>"And you think she is our killer?" Jan’s blood ran cold.</w:t>
      </w:r>
    </w:p>
    <w:p>
      <w:r>
        <w:t>Thenji nodded, meeting his gaze head-on but said nothing.</w:t>
      </w:r>
    </w:p>
    <w:p>
      <w:r>
        <w:t>The silence between them now was different. It was no longer about withholding.</w:t>
      </w:r>
    </w:p>
    <w:p>
      <w:r>
        <w:t>It was about reckoning.</w:t>
      </w:r>
    </w:p>
    <w:p>
      <w:r>
        <w:t>Jan held her for the rest of the night. He didn’t push any further. Although his heart ached for her, he tried not to drown her in sympathy. He knew she didn’t want that.</w:t>
      </w:r>
    </w:p>
    <w:p>
      <w:r>
        <w:t>They ate together in comforting silence, and later, as Jan held her while she dozed off, Thenji realized something. She did, in fact, love him. She loved him so much that she feared losing him.</w:t>
      </w:r>
    </w:p>
    <w:p>
      <w:r>
        <w:t>She wondered if he would still hold her so close if he knew the whole story.</w:t>
      </w:r>
    </w:p>
    <w:p>
      <w:r>
        <w:t>She decided then: she would find Philomela.</w:t>
      </w:r>
    </w:p>
    <w:p>
      <w:r>
        <w:t>And silence her forever.</w:t>
      </w:r>
    </w:p>
    <w:p/>
    <w:p>
      <w:r>
        <w:t>Naledi had received the notification from her insider the moment someone accessed Thenji’s sealed record. She had expected the police to keep it under wraps, to perhaps probe the connection quietly, discreetly. But that was not a grand enough gift.</w:t>
      </w:r>
    </w:p>
    <w:p>
      <w:r>
        <w:t>She picked up her burner phone and composed a message.</w:t>
      </w:r>
    </w:p>
    <w:p>
      <w:r>
        <w:t>"Killer sent Dr. Mhlongo a message. Perhaps the two are working together. After all, Dr. Mhlongo’s hands are already stained with blood."</w:t>
      </w:r>
    </w:p>
    <w:p>
      <w:r>
        <w:t>The reply came fast from the reporter.</w:t>
      </w:r>
    </w:p>
    <w:p>
      <w:r>
        <w:t>"What do you mean? Do you have proof of this?"</w:t>
      </w:r>
    </w:p>
    <w:p>
      <w:r>
        <w:t>"Ask the police. Let them unseal her criminal record."</w:t>
      </w:r>
    </w:p>
    <w:p>
      <w:r>
        <w:t>"Dr. Mhlongo has a criminal record???"</w:t>
      </w:r>
    </w:p>
    <w:p>
      <w:r>
        <w:t>Naledi didn’t respond.</w:t>
      </w:r>
    </w:p>
    <w:p>
      <w:r>
        <w:t>"???" followed, along with a flurry of frantic emojis.</w:t>
      </w:r>
    </w:p>
    <w:p>
      <w:r>
        <w:t>She turned off the phone.</w:t>
      </w:r>
    </w:p>
    <w:p>
      <w:r>
        <w:t>Crossing the room, she stood before the tall glass window of her penthouse, staring out at the city sprawled beneath her like a glittering secret.</w:t>
      </w:r>
    </w:p>
    <w:p>
      <w:r>
        <w:t>She loved collecting her gifts. But Charles had been the last. She had known it even as she watched the life leave his eyes.</w:t>
      </w:r>
    </w:p>
    <w:p>
      <w:r>
        <w:t>She had hoped Thenji would see her—really see her—the way she had always seen Thenji. But instead, she pretended. She performed. She clung to righteousness, to the illusion of being better.</w:t>
      </w:r>
    </w:p>
    <w:p>
      <w:r>
        <w:t>So what if the collecting was done?</w:t>
      </w:r>
    </w:p>
    <w:p>
      <w:r>
        <w:t>It wasn’t her who started this.</w:t>
      </w:r>
    </w:p>
    <w:p/>
    <w:p>
      <w:r>
        <w:t>Jan and Thenji were jolted awake by the shrill ringing of Jan’s phone.</w:t>
      </w:r>
    </w:p>
    <w:p>
      <w:r>
        <w:t>He reached over and grabbed it off the nightstand.</w:t>
      </w:r>
    </w:p>
    <w:p>
      <w:r>
        <w:t>"Kruger," he answered groggily.</w:t>
      </w:r>
    </w:p>
    <w:p>
      <w:r>
        <w:t>"Jan, it’s Nandi. You need to check social media."</w:t>
      </w:r>
    </w:p>
    <w:p>
      <w:r>
        <w:t>His brows furrowed as he sat up. "Another body?"</w:t>
      </w:r>
    </w:p>
    <w:p>
      <w:r>
        <w:t>"No. It’s about Thenjiwe."</w:t>
      </w:r>
    </w:p>
    <w:p>
      <w:r>
        <w:t>Jan was already unlocking his phone. As he scrolled, his heart stopped.</w:t>
      </w:r>
    </w:p>
    <w:p>
      <w:r>
        <w:t>“Famous Profiler Working With Killer?”</w:t>
      </w:r>
    </w:p>
    <w:p>
      <w:r>
        <w:t>“Dr. Murderer: Mhlongo’s Bloody Past Exposed”</w:t>
      </w:r>
    </w:p>
    <w:p>
      <w:r>
        <w:t>His jaw clenched.</w:t>
      </w:r>
    </w:p>
    <w:p>
      <w:r>
        <w:t>"There are already reporters here," Nandi was saying. "I suggest you get here. Now."</w:t>
      </w:r>
    </w:p>
    <w:p>
      <w:r>
        <w:t>"I’ve got to go," Jan said and hung up.</w:t>
      </w:r>
    </w:p>
    <w:p>
      <w:r>
        <w:t>Thenji, now sitting up beside him, looked at him sharply. "What is it?"</w:t>
      </w:r>
    </w:p>
    <w:p>
      <w:r>
        <w:t>Jan didn’t have the words. He simply handed her the phone.</w:t>
      </w:r>
    </w:p>
    <w:p>
      <w:r>
        <w:t>Her eyes scanned the screen. Her face went pale.</w:t>
      </w:r>
    </w:p>
    <w:p>
      <w:r>
        <w:t>The silence between them fractured—not with words, but with the weight of the storm breaking over them.</w:t>
      </w:r>
    </w:p>
    <w:p>
      <w:r>
        <w:t>"Look, we will deal with it," Jan said firmly.</w:t>
      </w:r>
    </w:p>
    <w:p>
      <w:r>
        <w:t>But Thenji was already out of bed, reaching for her clothes. "My clients..." she trailed off. The realization hit her in waves. Her clients. Her reputation. Her career. Everything she had built was unraveling.</w:t>
      </w:r>
    </w:p>
    <w:p>
      <w:r>
        <w:t>She clutched the edge of the dresser. "What am I going to do, Jan?" It wasn’t a question. It was a plea.</w:t>
      </w:r>
    </w:p>
    <w:p>
      <w:r>
        <w:t>"Nothing. You stay here. Do not go anywhere, do not talk to anyone—except me, Nandi, and Paul," Jan said firmly. "I’ll go down to the precinct. I’ll put an end to this."</w:t>
      </w:r>
    </w:p>
    <w:p>
      <w:r>
        <w:t>He got dressed quickly and rushed out, leaving Thenji in a daze, staring numbly at the screen still alight with headlines.</w:t>
      </w:r>
    </w:p>
    <w:p>
      <w:r>
        <w:t>Just as Jan was pulling out of Thenji’s gate, he was met by Chief Dlamini, Deacon, and Constable Siya.</w:t>
      </w:r>
    </w:p>
    <w:p>
      <w:r>
        <w:t>"Jan, what are you doing here?" Dlamini asked.</w:t>
      </w:r>
    </w:p>
    <w:p>
      <w:r>
        <w:t>Deacon simply smiled.</w:t>
      </w:r>
    </w:p>
    <w:p>
      <w:r>
        <w:t>Jan glanced at them. He wanted to lie, but what was the point?</w:t>
      </w:r>
    </w:p>
    <w:p>
      <w:r>
        <w:t>"As you’ll soon find out, I’m seeing Dr. Mhlongo again," he said matter-of-factly. "But what are you doing here?"</w:t>
      </w:r>
    </w:p>
    <w:p>
      <w:r>
        <w:t>"We’re here to bring Dr. Mhlongo in for questioning," Deacon said evenly.</w:t>
      </w:r>
    </w:p>
    <w:p>
      <w:r>
        <w:t>Jan’s jaw clenched. "You did this."</w:t>
      </w:r>
    </w:p>
    <w:p>
      <w:r>
        <w:t>"No," Deacon replied, raising his hands. "I was waiting for the sealed report. And then this happened."</w:t>
      </w:r>
    </w:p>
    <w:p>
      <w:r>
        <w:t>"Then who leaked it?" Jan spat.</w:t>
      </w:r>
    </w:p>
    <w:p>
      <w:r>
        <w:t>"We’re looking into it," the Chief answered. "But for now, we have to bring her in."</w:t>
      </w:r>
    </w:p>
    <w:p>
      <w:r>
        <w:t>"You know she didn’t do this. She was with us when the Cape Town and Mpumalanga murders happened. You know this."</w:t>
      </w:r>
    </w:p>
    <w:p>
      <w:r>
        <w:t>"Yes. But there’s a connection here, and we owe it to the victims and their families to see it through."</w:t>
      </w:r>
    </w:p>
    <w:p>
      <w:r>
        <w:t>As he said this, Jan noticed a black van pulling up. Reporters.</w:t>
      </w:r>
    </w:p>
    <w:p>
      <w:r>
        <w:t>"Fine," Jan said tightly. "Let me bring her in myself. If they see you escort her out of here, it’ll destroy her—and feed into this stupid narrative."</w:t>
      </w:r>
    </w:p>
    <w:p>
      <w:r>
        <w:t>The Chief glanced back at the press. He understood. "Fine. We’ll wait. You have one hour, Detective."</w:t>
      </w:r>
    </w:p>
    <w:p>
      <w:r>
        <w:t>Deacon added, "And make sure she comes willingly."</w:t>
      </w:r>
    </w:p>
    <w:p>
      <w:r>
        <w:t>Jan nodded curtly and turned the car around.</w:t>
      </w:r>
    </w:p>
    <w:p>
      <w:r>
        <w:t>Inside, Thenji was now seated at her desk, scrolling through article after article. Her face was pale, her hands trembling slightly.</w:t>
      </w:r>
    </w:p>
    <w:p>
      <w:r>
        <w:t>She looked up as Jan walked in, his face solemn.</w:t>
      </w:r>
    </w:p>
    <w:p>
      <w:r>
        <w:t>"What is it? Did you forget something?"</w:t>
      </w:r>
    </w:p>
    <w:p>
      <w:r>
        <w:t>Jan slowly shook his head. "I have to bring you in."</w:t>
        <w:br/>
      </w:r>
    </w:p>
    <w:p>
      <w:r>
        <w:t>Twenty-Three</w:t>
      </w:r>
    </w:p>
    <w:p>
      <w:r>
        <w:t>"Sometimes, the most terrifying thing isn't what someone does, but what they leave behind. A trace of themselves, a whisper of their presence, lingering in your thoughts long after they've gone."</w:t>
      </w:r>
    </w:p>
    <w:p>
      <w:r>
        <w:t>Jan drove Thenji to the station in tense silence. She wore dark glasses, her hair pulled into a tight bun, her face unreadable.</w:t>
      </w:r>
    </w:p>
    <w:p>
      <w:r>
        <w:t>As they pulled up, a wave of reporters swarmed the entrance like vultures sensing blood.</w:t>
      </w:r>
    </w:p>
    <w:p>
      <w:r>
        <w:t>"Dr. Mhlongo, did you help the killer?"</w:t>
      </w:r>
    </w:p>
    <w:p>
      <w:r>
        <w:t>"Are you in contact with the murderer?"</w:t>
      </w:r>
    </w:p>
    <w:p>
      <w:r>
        <w:t>"Detective Kruger, are you covering for your lover?"</w:t>
      </w:r>
    </w:p>
    <w:p>
      <w:r>
        <w:t>Jan stepped forward to shield Thenji from the flashes and noise. "No questions," he snapped, his hand firm at her back as they pushed through the crowd.</w:t>
      </w:r>
    </w:p>
    <w:p>
      <w:r>
        <w:t>Just as they reached the doors, a voice rang out:</w:t>
      </w:r>
    </w:p>
    <w:p>
      <w:r>
        <w:t>"Detective, are you protecting her because you’re sleeping with her?"</w:t>
      </w:r>
    </w:p>
    <w:p>
      <w:r>
        <w:t>Jan froze. Rage surged through him like wildfire. He was seconds from turning around—</w:t>
      </w:r>
    </w:p>
    <w:p>
      <w:r>
        <w:t>But Thenji’s hand gently tugged at his coat. He turned to her. Her poker face was immaculate. But her eyes—her eyes betrayed everything. Pain. Fear. Humiliation.</w:t>
      </w:r>
    </w:p>
    <w:p>
      <w:r>
        <w:t>"No comment," he said through gritted teeth, and led her inside.</w:t>
      </w:r>
    </w:p>
    <w:p>
      <w:r>
        <w:t>Once past the lobby, Nandi was already waiting. She gave Jan a small nod, then turned to Thenji. "This way."</w:t>
      </w:r>
    </w:p>
    <w:p>
      <w:r>
        <w:t>Thenji followed her down the hall without a word.</w:t>
      </w:r>
    </w:p>
    <w:p>
      <w:r>
        <w:t>Jan went to follow, but Chief Dlamini stopped him with a hand to his chest.</w:t>
      </w:r>
    </w:p>
    <w:p>
      <w:r>
        <w:t>"Jan, you’re off the case."</w:t>
      </w:r>
    </w:p>
    <w:p>
      <w:r>
        <w:t>Jan blinked. "What?"</w:t>
      </w:r>
    </w:p>
    <w:p>
      <w:r>
        <w:t>"You’re too entangled in this. The higher-ups don’t think you can be objective."</w:t>
      </w:r>
    </w:p>
    <w:p>
      <w:r>
        <w:t>"And what do you think?" Jan asked, eyes narrowing.</w:t>
      </w:r>
    </w:p>
    <w:p>
      <w:r>
        <w:t>The Chief hesitated. "Just stay outside, Jan."</w:t>
      </w:r>
    </w:p>
    <w:p>
      <w:r>
        <w:t>He walked into the interrogation room.</w:t>
      </w:r>
    </w:p>
    <w:p>
      <w:r>
        <w:t>Nandi soon returned and stood beside Jan. "Did they chase you out too?" he asked.</w:t>
      </w:r>
    </w:p>
    <w:p>
      <w:r>
        <w:t>"No," she said, her voice tight. "I just don’t think I can stand there and watch her be treated like that."</w:t>
      </w:r>
    </w:p>
    <w:p>
      <w:r>
        <w:t>They stood together in silence behind the two-way mirror.</w:t>
      </w:r>
    </w:p>
    <w:p/>
    <w:p>
      <w:r>
        <w:t>Inside the room, Thenji sat composed at the metal table. Charlotte sat across from her, flanked by Chief Dlamini. Deacon stood in the corner, arms crossed smugly, eyes fixed on her like a vulture waiting for a crack to appear.</w:t>
      </w:r>
    </w:p>
    <w:p>
      <w:r>
        <w:t>Jan watched her. Watched how still she sat. How quiet her breathing was.</w:t>
      </w:r>
    </w:p>
    <w:p>
      <w:r>
        <w:t>But in her stillness, he saw the storm.</w:t>
      </w:r>
    </w:p>
    <w:p>
      <w:r>
        <w:t>Inside the room, Charlotte leaned forward slightly, a file open in front of her. “Dr. Mhlongo, your history was sealed for a reason. A reason we are not here to debate—but it has now become public knowledge. Can you see how that complicates things?”</w:t>
      </w:r>
    </w:p>
    <w:p>
      <w:r>
        <w:t>Thenji remained silent, her eyes calm but alert.</w:t>
      </w:r>
    </w:p>
    <w:p>
      <w:r>
        <w:t>Dlamini interjected, “No one is saying you’re guilty. But the optics are damaging. You were sent a message—by a killer. That’s no coincidence.”</w:t>
      </w:r>
    </w:p>
    <w:p>
      <w:r>
        <w:t>“I don’t disagree,” Thenji said finally. Her voice was even, cool. “But the presence of coincidence does not equal complicity.”</w:t>
      </w:r>
    </w:p>
    <w:p>
      <w:r>
        <w:t>Charlotte leaned back. “Did you know any of the victims personally?”</w:t>
      </w:r>
    </w:p>
    <w:p>
      <w:r>
        <w:t>“No.”</w:t>
      </w:r>
    </w:p>
    <w:p>
      <w:r>
        <w:t>“Any professional correspondence? Crossed paths in any capacity?”</w:t>
      </w:r>
    </w:p>
    <w:p>
      <w:r>
        <w:t>“Not that I’m aware of,” Thenji said. “None that I recall.”</w:t>
      </w:r>
    </w:p>
    <w:p>
      <w:r>
        <w:t>Deacon crossed his arms, unimpressed. “We subpoenaed your hospital records—from when you were admitted at thirteen. There’s a name mentioned repeatedly in your therapy notes. Philomela.”</w:t>
      </w:r>
    </w:p>
    <w:p>
      <w:r>
        <w:t>Thenji said nothing.</w:t>
      </w:r>
    </w:p>
    <w:p>
      <w:r>
        <w:t>“Who is Philomela?” Charlotte asked.</w:t>
      </w:r>
    </w:p>
    <w:p>
      <w:r>
        <w:t>“She was someone I wrote to in isolation. A girl in the ward. We never met. It was… therapeutic.”</w:t>
      </w:r>
    </w:p>
    <w:p>
      <w:r>
        <w:t>“You believe she could be the killer?”</w:t>
      </w:r>
    </w:p>
    <w:p>
      <w:r>
        <w:t>“I don’t know who the killer is,” Thenji replied. “But I believe the killer knows me.”</w:t>
      </w:r>
    </w:p>
    <w:p>
      <w:r>
        <w:t>Charlotte leaned forward again. “Have you had contact with Philomela since then?”</w:t>
      </w:r>
    </w:p>
    <w:p>
      <w:r>
        <w:t>“Not that I’m aware of.”</w:t>
      </w:r>
    </w:p>
    <w:p>
      <w:r>
        <w:t>Dlamini studied her face. “What’s your theory, Thenji?”</w:t>
      </w:r>
    </w:p>
    <w:p>
      <w:r>
        <w:t>Thenji’s voice was soft but unwavering. “She’s someone who was also silenced. Hurt. Someone who never got the chance to be heard. And now she’s making the world listen.”</w:t>
      </w:r>
    </w:p>
    <w:p>
      <w:r>
        <w:t>Charlotte glanced down at the file again. “Philomela. The myth of the raped princess who was silenced by cutting out her tongue, only to tell her story through tapestry. You mentioned her often. And you signed your letters as Medusa. Another woman punished for her violation. Tell me, Dr. Mhlongo, do you feel the same? Do you also want to make the world listen?”</w:t>
      </w:r>
    </w:p>
    <w:p>
      <w:r>
        <w:t>Thenji’s composure remained intact, but her gaze sharpened. “What exactly is it that you’re trying to insinuate?”</w:t>
      </w:r>
    </w:p>
    <w:p>
      <w:r>
        <w:t>Deacon stepped forward, smug. “Are you and Philomela still writing to each other? Planning this together?”</w:t>
      </w:r>
    </w:p>
    <w:p>
      <w:r>
        <w:t>“No.”</w:t>
      </w:r>
    </w:p>
    <w:p>
      <w:r>
        <w:t>“Then maybe you’re writing to her about the investigation.”</w:t>
      </w:r>
    </w:p>
    <w:p>
      <w:r>
        <w:t>“Why would I do that?”</w:t>
      </w:r>
    </w:p>
    <w:p>
      <w:r>
        <w:t>“To protect your little friend.” His tone dripped with condescension.</w:t>
      </w:r>
    </w:p>
    <w:p>
      <w:r>
        <w:t>“Oh, now you believe it’s a her?” Thenji’s voice had steel in it. “Before me, you all thought it was a man. I’ve actually helped you get a little closer to her.” She turned to Chief Dlamini. “Isn’t that right?”</w:t>
      </w:r>
    </w:p>
    <w:p>
      <w:r>
        <w:t>Charlotte cut in, “How did you know? How did you build her profile so vividly?”</w:t>
      </w:r>
    </w:p>
    <w:p>
      <w:r>
        <w:t>“Because it’s my job.”</w:t>
      </w:r>
    </w:p>
    <w:p>
      <w:r>
        <w:t>“Or maybe because you and her are very intimate,” Deacon added, stepping in.</w:t>
      </w:r>
    </w:p>
    <w:p>
      <w:r>
        <w:t>Thenji didn’t take the bait. She kept her eyes on Dlamini. “Or maybe she’s making fools of all of us. Maybe while you waste your time here with me, she’s getting away.”</w:t>
      </w:r>
    </w:p>
    <w:p>
      <w:r>
        <w:t>Charlotte tilted her head. “Why would she use you of all people?”</w:t>
      </w:r>
    </w:p>
    <w:p>
      <w:r>
        <w:t>“She’s making a statement,” Thenji replied coolly. “Saying, ‘Catch me if you can.’”</w:t>
      </w:r>
    </w:p>
    <w:p>
      <w:r>
        <w:t>There was a beat of silence.</w:t>
      </w:r>
    </w:p>
    <w:p>
      <w:r>
        <w:t>“If there are no other questions, I’ll take my leave,” Thenji said, standing.</w:t>
      </w:r>
    </w:p>
    <w:p>
      <w:r>
        <w:t>As she walked toward the door, she looked over her shoulder at the Chief. “And by the way, I was a minor who was violated and abused. My record leaking is a violation of my rights—and you’ll be hearing from my lawyer.”</w:t>
      </w:r>
    </w:p>
    <w:p>
      <w:r>
        <w:t>Outside the glass, Jan clenched his fists.</w:t>
      </w:r>
    </w:p>
    <w:p>
      <w:r>
        <w:t>“She’s protecting someone,” Nandi whispered.</w:t>
      </w:r>
    </w:p>
    <w:p>
      <w:r>
        <w:t>“No,” Jan said. “She’s protecting herself.”</w:t>
      </w:r>
    </w:p>
    <w:p/>
    <w:p>
      <w:r>
        <w:t>As they stepped back outside, the reporters were waiting like wolves. Cameras clicked, mics shoved forward, voices shouting over each other.</w:t>
      </w:r>
    </w:p>
    <w:p>
      <w:r>
        <w:t>"Dr. Mhlongo, are you helping the killer?"</w:t>
      </w:r>
    </w:p>
    <w:p>
      <w:r>
        <w:t>"Did you profile her because you relate to her?"</w:t>
      </w:r>
    </w:p>
    <w:p>
      <w:r>
        <w:t>"Are you protecting her?"</w:t>
      </w:r>
    </w:p>
    <w:p>
      <w:r>
        <w:t>Jan instinctively moved to shield Thenji, but she gently pulled away from him.</w:t>
      </w:r>
    </w:p>
    <w:p>
      <w:r>
        <w:t>She knew she was watching. Laughing. Feeding off the spectacle. And Thenji refused to give her that satisfaction.</w:t>
      </w:r>
    </w:p>
    <w:p>
      <w:r>
        <w:t>She turned to the press.</w:t>
      </w:r>
    </w:p>
    <w:p>
      <w:r>
        <w:t>"I was thirteen when someone I trusted violated me. I killed my rapist. I did it out of self-defense because, as we’ve seen countless times in this country, if I hadn’t, I would probably not be alive today. If that makes me guilty, then I am guilty. But I will not allow anyone—least of all a monster—to shame me for choosing to live."</w:t>
      </w:r>
    </w:p>
    <w:p>
      <w:r>
        <w:t>The crowd quieted.</w:t>
      </w:r>
    </w:p>
    <w:p>
      <w:r>
        <w:t>"I was fortunate that I got the help I needed and changed my life for the better. I chose n</w:t>
      </w:r>
    </w:p>
    <w:p/>
    <w:p/>
    <w:p/>
    <w:p/>
    <w:p/>
    <w:p/>
    <w:p/>
    <w:p>
      <w:r>
        <w:t>ot to hide, but to help others who have been hurt and abused—just as I was."</w:t>
      </w:r>
    </w:p>
    <w:p>
      <w:r>
        <w:t>There was a shift in the air. The same reporters who had cornered her now looked at her differently—some with admiration, some with quiet shame.</w:t>
      </w:r>
    </w:p>
    <w:p>
      <w:r>
        <w:t>"And to the killer," Thenji said, her voice steady, “I don’t know why you sent me a message. But if you have a story like mine, I want you to know—this is not the answer. You can choose a different path. You don’t have to hurt people because you’re hurting. It is not too late.”</w:t>
      </w:r>
    </w:p>
    <w:p>
      <w:r>
        <w:t>With that, she turned and let Jan guide her to the car.</w:t>
      </w:r>
    </w:p>
    <w:p>
      <w:r>
        <w:t>As they pulled away from the stunned crowd, Jan glanced at her with quiet admiration.</w:t>
      </w:r>
    </w:p>
    <w:p>
      <w:r>
        <w:t>She smiled to herself, and whispered under her breath, “Your move.”</w:t>
      </w:r>
    </w:p>
    <w:p/>
    <w:p>
      <w:r>
        <w:t>Naledi sat cross-legged in her silent apartment, the TV on mute, the laptop glowing with dozens of tabs. Every one of them showed the same thing—Thenjiwe Mhlongo.</w:t>
      </w:r>
    </w:p>
    <w:p>
      <w:r>
        <w:t>But not the kind of headlines she'd hoped for.</w:t>
      </w:r>
    </w:p>
    <w:p>
      <w:r>
        <w:t>Not "Profiler Exposed," not "Criminal Past Revealed." Instead:</w:t>
      </w:r>
    </w:p>
    <w:p>
      <w:r>
        <w:t>"Dr. Mhlongo Speaks Out: A Story of Survival."</w:t>
        <w:br/>
        <w:t>"The Nation Responds with Sympathy and Admiration for Victim-Turned-Advocate."</w:t>
        <w:br/>
        <w:t>"Mhlongo: A Voice for the Silenced."</w:t>
      </w:r>
    </w:p>
    <w:p>
      <w:r>
        <w:t>She was trending.</w:t>
        <w:br/>
        <w:t>And not for her downfall.</w:t>
      </w:r>
    </w:p>
    <w:p>
      <w:r>
        <w:t>Naledi’s jaw clenched. Her fingers hovered above the keyboard, nails digging slightly into the skin of her palm. She had spent months building the perfect sequence. Timing every seed, every whisper. And yet, in one damn moment, Thenji had flipped it all.</w:t>
      </w:r>
    </w:p>
    <w:p>
      <w:r>
        <w:t>She watched the viral clip again. Thenji standing before the cameras—composed, articulate, a survivor. Reclaiming the narrative. Humanizing herself. Making the public fall in love.</w:t>
      </w:r>
    </w:p>
    <w:p>
      <w:r>
        <w:t>The applause. The praise. The pity.</w:t>
      </w:r>
    </w:p>
    <w:p>
      <w:r>
        <w:t>“Little liar,” Naledi whispered to herself.</w:t>
      </w:r>
    </w:p>
    <w:p>
      <w:r>
        <w:t>She reached for her burner phone, thumbs poised to send another message to the press.</w:t>
      </w:r>
    </w:p>
    <w:p>
      <w:r>
        <w:t>But she paused.</w:t>
      </w:r>
    </w:p>
    <w:p>
      <w:r>
        <w:t>What was she doing? Letting Thenji unravel her like this?</w:t>
      </w:r>
    </w:p>
    <w:p>
      <w:r>
        <w:t>Her hand trembled.</w:t>
      </w:r>
    </w:p>
    <w:p>
      <w:r>
        <w:t>This wasn’t how she operated. She didn’t spiral. She didn’t lose control.</w:t>
      </w:r>
    </w:p>
    <w:p>
      <w:r>
        <w:t>She threw the burner onto the couch, stood abruptly, and snatched her keys off the counter.</w:t>
      </w:r>
    </w:p>
    <w:p>
      <w:r>
        <w:t>Enough was enough.</w:t>
      </w:r>
    </w:p>
    <w:p>
      <w:r>
        <w:t>If Thenji wanted to play like nothing had changed, if she wanted to sit in her home and carry on like she still had the upper hand—</w:t>
      </w:r>
    </w:p>
    <w:p>
      <w:r>
        <w:t>Then Naledi would bring the war to her doorstep.</w:t>
      </w:r>
    </w:p>
    <w:p>
      <w:r>
        <w:t>She slammed the door behind her and drove into the night.</w:t>
      </w:r>
    </w:p>
    <w:p>
      <w:r>
        <w:t>Straight to Thenji’s house.</w:t>
      </w:r>
    </w:p>
    <w:p/>
    <w:p>
      <w:r>
        <w:t>Jan opened the door. He was surprised to see her but didn’t hesitate long before stepping aside.</w:t>
      </w:r>
    </w:p>
    <w:p>
      <w:r>
        <w:t>“Naledi,” he said.</w:t>
      </w:r>
    </w:p>
    <w:p>
      <w:r>
        <w:t>She put on the face of a concerned friend instantly. “Oh my God, Thenji, I saw those horrible articles.”</w:t>
      </w:r>
    </w:p>
    <w:p>
      <w:r>
        <w:t>Thenji, who had been sitting on the edge of the couch, stood as Naledi threw her arms around her.</w:t>
      </w:r>
    </w:p>
    <w:p>
      <w:r>
        <w:t>Jan watched for a moment, then quietly excused himself, heading upstairs to give them space.</w:t>
      </w:r>
    </w:p>
    <w:p>
      <w:r>
        <w:t>“I cannot believe you experienced that,” Naledi said, holding her tightly. “I am beyond myself. You are such an inspiration.”</w:t>
      </w:r>
    </w:p>
    <w:p>
      <w:r>
        <w:t>Thenji gently peeled herself away, her voice a little too even. “I wasn’t expecting you.”</w:t>
      </w:r>
    </w:p>
    <w:p>
      <w:r>
        <w:t>“How could I stay away when my friend needed me?”</w:t>
      </w:r>
    </w:p>
    <w:p>
      <w:r>
        <w:t>“You didn’t have to.”</w:t>
      </w:r>
    </w:p>
    <w:p>
      <w:r>
        <w:t>“No, but I did. For me. I wouldn’t have been able to sleep.” That, at least, was not a lie.</w:t>
      </w:r>
    </w:p>
    <w:p>
      <w:r>
        <w:t>“I’m fine, trust me. I’m off the case but really, I’m fine.”</w:t>
      </w:r>
    </w:p>
    <w:p>
      <w:r>
        <w:t>“You are so strong. Actually, no—I hate that word. Listen, you don’t have to be strong, okay?”</w:t>
      </w:r>
    </w:p>
    <w:p>
      <w:r>
        <w:t>“Thank you so much, Naledi.”</w:t>
      </w:r>
    </w:p>
    <w:p>
      <w:r>
        <w:t>“No need. I’m here.”</w:t>
      </w:r>
    </w:p>
    <w:p>
      <w:r>
        <w:t>They moved to sit on the couch.</w:t>
      </w:r>
    </w:p>
    <w:p>
      <w:r>
        <w:t>Naledi continued to talk, pouring out sympathy, watching Thenji with the intensity of a hawk.</w:t>
      </w:r>
    </w:p>
    <w:p>
      <w:r>
        <w:t>But Thenji was watching too.</w:t>
      </w:r>
    </w:p>
    <w:p>
      <w:r>
        <w:t>Something Deacon had said during the interrogation replayed in her mind. The killer had made it seem as if they were intimate. Not were—are.</w:t>
      </w:r>
    </w:p>
    <w:p>
      <w:r>
        <w:t>The killer was still in her life. Watching her.</w:t>
      </w:r>
    </w:p>
    <w:p>
      <w:r>
        <w:t>Closely.</w:t>
      </w:r>
    </w:p>
    <w:p>
      <w:r>
        <w:t>She mentally scanned every person in her orbit. Every acquaintance. Every friend. The list was painfully short.</w:t>
      </w:r>
    </w:p>
    <w:p>
      <w:r>
        <w:t>Her eyes shifted toward Naledi.</w:t>
      </w:r>
    </w:p>
    <w:p>
      <w:r>
        <w:t>As if seeing her for the first time.</w:t>
      </w:r>
    </w:p>
    <w:p>
      <w:r>
        <w:t>Their eyes met.</w:t>
      </w:r>
    </w:p>
    <w:p>
      <w:r>
        <w:t>And held.</w:t>
      </w:r>
    </w:p>
    <w:p>
      <w:r>
        <w:t>Naledi smiled warmly, then continued talking. As if she hadn’t noticed. But she had.</w:t>
      </w:r>
    </w:p>
    <w:p>
      <w:r>
        <w:t>For the rest of the visit, it was a duel of wit, a war of subtlety. Thenji dropped breadcrumbs—references, half-truths, deliberate callbacks to the past that only Philomela would recognize.</w:t>
      </w:r>
    </w:p>
    <w:p>
      <w:r>
        <w:t>And Naledi ducked them all.</w:t>
      </w:r>
    </w:p>
    <w:p>
      <w:r>
        <w:t>When Naledi finally left, Jan came back downstairs.</w:t>
      </w:r>
    </w:p>
    <w:p>
      <w:r>
        <w:t>“I think we should go to mine,” he said. “With everything going on, I expect more visitors and reporters. I don’t want you hounded right now.”</w:t>
      </w:r>
    </w:p>
    <w:p>
      <w:r>
        <w:t>Thenji didn’t respond.</w:t>
      </w:r>
    </w:p>
    <w:p>
      <w:r>
        <w:t>She was frozen, deep in thought.</w:t>
      </w:r>
    </w:p>
    <w:p>
      <w:r>
        <w:t>Jan studied her. “We can stay as long as you need. I’ll just grab a few things. No need to hide now. The whole world knows.”</w:t>
      </w:r>
    </w:p>
    <w:p>
      <w:r>
        <w:t>Nothing.</w:t>
      </w:r>
    </w:p>
    <w:p>
      <w:r>
        <w:t>“Hey, alien. Are you okay?”</w:t>
      </w:r>
    </w:p>
    <w:p>
      <w:r>
        <w:t>Slowly, Thenji looked up.</w:t>
      </w:r>
    </w:p>
    <w:p>
      <w:r>
        <w:t>“It’s her...” she said softly.</w:t>
      </w:r>
    </w:p>
    <w:p>
      <w:r>
        <w:t>Jan’s brows drew together. “What?”</w:t>
      </w:r>
    </w:p>
    <w:p>
      <w:r>
        <w:t>“It’s Naledi.”</w:t>
      </w:r>
    </w:p>
    <w:p/>
    <w:p>
      <w:r>
        <w:t>The drive to Bryanston was quiet, the hum of the tires against the road the only sound breaking the silence between them. Thenji stared out of the passenger window, the city lights blending into streaks of orange and yellow in her peripheral vision. Beside her, Jan’s presence felt oddly distant, despite the intensity of their earlier exchange. When she’d dropped the bombshell—It’s Naledi—he’d barely reacted, more concerned with the practicalities than the weight of the suspicion. But now, as they pulled into the quiet, upscale neighborhood, the accusation settled heavily on her shoulders.</w:t>
      </w:r>
    </w:p>
    <w:p>
      <w:r>
        <w:t>She wasn’t sure if she was ready to face the truth, but she couldn’t ignore it anymore. It was there, creeping beneath the surface, a gnawing certainty. She was too close, and yet, the whole situation felt unreal.</w:t>
      </w:r>
    </w:p>
    <w:p>
      <w:r>
        <w:t>Jan parked in his usual spot outside his apartment and turned off the engine. The night air pressed in, thick and oppressive, as he glanced over at her. “You really think it’s her?”</w:t>
      </w:r>
    </w:p>
    <w:p>
      <w:r>
        <w:t>Thenji hesitated. Her mind churned, trying to piece together the fragments of instinct, of clues, that had led her here. The certainty in her voice surprised even her. “Yes. But I’m not a hundred percent sure. I just…” She trailed off, struggling to put into words the visceral feeling she couldn’t shake.</w:t>
      </w:r>
    </w:p>
    <w:p>
      <w:r>
        <w:t>Jan’s expression softened a bit, though skepticism still lingered in his eyes. “You just feel it?”</w:t>
      </w:r>
    </w:p>
    <w:p>
      <w:r>
        <w:t>Thenji nodded slowly, her gaze fixed on the darkened street outside. “Yeah. It’s her. And it’s not just a feeling. It’s… everything. The way she moves, the way she talks. It’s like she’s always watching, always calculating. The calmness she has in the face of death—it’s not normal, Jan.”</w:t>
      </w:r>
    </w:p>
    <w:p>
      <w:r>
        <w:t>Jan didn’t respond immediately, and the silence between them deepened. Finally, he broke it. “But why? Why would she risk it? Getting close to us—getting close to you.”</w:t>
      </w:r>
    </w:p>
    <w:p>
      <w:r>
        <w:t>She let out a breath and pushed the door open, stepping out of the car, the cool night air hitting her like a slap. They walked up the stairs to the apartment, and Jan went through his usual routine of locking up. Thenji stood by the table, arms crossed, her mind still racing, but her body weighed down by the tension of the conversation.</w:t>
      </w:r>
    </w:p>
    <w:p>
      <w:r>
        <w:t>Inside, Jan poured them both glasses of water. He handed one to her, then leaned against the counter. “Tell me everything. We need to figure out what we’re dealing with.”</w:t>
      </w:r>
    </w:p>
    <w:p>
      <w:r>
        <w:t>Thenji took the glass but didn’t drink. Her fingers traced the rim absentmindedly. “Like I said we were admitted at the same time. Same center. Naledi and I… we weren’t just two broken kids in a system—we connected. At first, I thought it was trauma bonding. But it went deeper than that.”</w:t>
      </w:r>
    </w:p>
    <w:p>
      <w:r>
        <w:t>Jan’s eyes stayed on her. “How so?”</w:t>
      </w:r>
    </w:p>
    <w:p>
      <w:r>
        <w:t>“We wrote letters to each other when I was in isolation. Pages and pages—every week for nearly a year. She kept me sane, writing to her was like I was talking to myself” Her voice dropped. “It was like she knew me, and I knew her and we accepted eachother.”</w:t>
      </w:r>
    </w:p>
    <w:p>
      <w:r>
        <w:t>Jan said nothing, just waited.</w:t>
      </w:r>
    </w:p>
    <w:p>
      <w:r>
        <w:t>“Her father abused her,” Thenji said. “Not just once. For years. And her mother knew. Did nothing. Naledi said it was like living in a house full of rotting meat—everything pretending to be normal, but the smell of it was everywhere.”</w:t>
      </w:r>
    </w:p>
    <w:p>
      <w:r>
        <w:t>Jan blinked slowly. “Jesus.”</w:t>
      </w:r>
    </w:p>
    <w:p>
      <w:r>
        <w:t>“She snapped. Said she couldn’t take it anymore. She told me in one of her letters that she put rat poison in their dinner. Both of them. Then she set the house on fire while they were sleeping. Said she made sure the doors were locked. But they weren’t the only ones in the house. They lived in a communal setup—four other families. Ten people died that night.”</w:t>
      </w:r>
    </w:p>
    <w:p>
      <w:r>
        <w:t>Jan straightened slowly. “And she confessed all of this… in writing?”</w:t>
      </w:r>
    </w:p>
    <w:p>
      <w:r>
        <w:t>“She said she had reported it before. The abuse. Told a social worker. Told a teacher. No one listened. So she fixed it herself.” Thenji’s eyes glistened. “And I believed her. I still do. I mean—why would she lie?”</w:t>
      </w:r>
    </w:p>
    <w:p>
      <w:r>
        <w:t>Jan looked disturbed, but composed. “Can I see those letters?”</w:t>
      </w:r>
    </w:p>
    <w:p>
      <w:r>
        <w:t>Thenji nodded. “They’re at my place. In a locked box. I’ll bring them tomorrow.”</w:t>
      </w:r>
    </w:p>
    <w:p>
      <w:r>
        <w:t>Jan exhaled and pulled out his phone. “I’m going to call Nandi. Ask her to check if there’s a sealed record for Naledi. Quietly.”</w:t>
      </w:r>
    </w:p>
    <w:p>
      <w:r>
        <w:t>He stepped into the other room to make the call. Thenji stared down into her glass, heart pounding. Part of her felt exposed, having shared something so intimate. Another part was gnawing at a darker realization: if Naledi had told the truth, the system had failed her. But if she hadn’t…</w:t>
      </w:r>
    </w:p>
    <w:p>
      <w:r>
        <w:t>Jan returned a few minutes later, jaw tight.</w:t>
      </w:r>
    </w:p>
    <w:p>
      <w:r>
        <w:t>“Well?” she asked.</w:t>
      </w:r>
    </w:p>
    <w:p>
      <w:r>
        <w:t>“There’s nothing,” he said. “No sealed records. No juvenile files. Not even a fire incident matching that description in the area she listed as her childhood home.”</w:t>
      </w:r>
    </w:p>
    <w:p>
      <w:r>
        <w:t>Thenji frowned. “That’s impossible. She wrote it in detail. The floor plan. The smell of burning plastic. The way she watched the flames from the lot across the street. She even remembered the way her mother’s scream sounded.”</w:t>
      </w:r>
    </w:p>
    <w:p>
      <w:r>
        <w:t>Jan ran a hand through his hair. “Then one of two things is true—either someone scrubbed that file completely… or none of it ever happened.”</w:t>
      </w:r>
    </w:p>
    <w:p>
      <w:r>
        <w:t>“Why would she lie about that?” Thenji whispered.</w:t>
      </w:r>
    </w:p>
    <w:p>
      <w:r>
        <w:t>Jan’s face was unreadable. “Because she knew it would make you trust her.”</w:t>
      </w:r>
    </w:p>
    <w:p>
      <w:r>
        <w:t>Thenji’s stomach dropped. All this time, all the letters, all the memories—they’d been the foundation of something she thought was real. Shared pain. But what if it had all been part of the manipulation?</w:t>
      </w:r>
    </w:p>
    <w:p>
      <w:r>
        <w:t>“I don’t understand,” she said, more to herself than him. “I don’t understand what she gets out of this.”</w:t>
      </w:r>
    </w:p>
    <w:p>
      <w:r>
        <w:t>Jan’s voice was cold now. “Control. That’s what she’s always wanted. And if she could control your memories—control your bond—then she could control you.”</w:t>
      </w:r>
    </w:p>
    <w:p>
      <w:r>
        <w:t>Thenji’s grip tightened around her glass. “Then this isn’t just about the killings. This is about me.”</w:t>
      </w:r>
    </w:p>
    <w:p>
      <w:r>
        <w:t>Jan gave a small nod. “Yeah. And that makes it even more dangerous.”</w:t>
      </w:r>
    </w:p>
    <w:p>
      <w:r>
        <w:t>“Then why would she risk it?” Thenji repeated, though the question felt like a broken record in her mind. “Getting too close to us, to me. She’s not stupid, Jan. She’s deliberate. She’s calculating. And this…” She trailed off again, unable to finish the thought.</w:t>
      </w:r>
    </w:p>
    <w:p>
      <w:r>
        <w:t>Jan set his glass down, brows furrowed. “You’re right. She’s always been careful. She keeps her distance. Always behind the scenes. Nothing about this makes sense.”</w:t>
      </w:r>
    </w:p>
    <w:p>
      <w:r>
        <w:t>Thenji took a slow sip from her glass, her eyes tracing the contours of the clear liquid as if it could give her some clarity. “It doesn’t make sense. But that’s why it’s her. She’s made a mistake, Jan. She’s slipped up. Just like the others. Something has changed.”</w:t>
      </w:r>
    </w:p>
    <w:p>
      <w:r>
        <w:t>Jan straightened, his focus sharpening. “What changed?”</w:t>
      </w:r>
    </w:p>
    <w:p>
      <w:r>
        <w:t>“Shane and Matthew,” Thenji whispered, the name carrying a weight that had been gnawing at her for days. “It wasn’t just about killing them. It was about breaking Paul because only then would I get involved in this twisted cat and mouse game she has architectured. And when I saw her, when I looked at Naledi, I saw it. I saw me.”</w:t>
      </w:r>
    </w:p>
    <w:p>
      <w:r>
        <w:t>Jan’s gaze shifted as he processed her words, his mouth pressing into a thin line. “You think she’s targeting you?”</w:t>
      </w:r>
    </w:p>
    <w:p>
      <w:r>
        <w:t>Thenji hesitated, the memories of her past flickering in front of her eyes. “Not exactly. But she’s drawing me in. Making me doubt myself. That’s why she’s been so close, so involved. The dinner, the café, even the hike. She’s testing me, seeing how much I know. Trying to make me think I’m crazy. That I’m wrong about her.”</w:t>
      </w:r>
    </w:p>
    <w:p>
      <w:r>
        <w:t>Jan’s eyes narrowed, his mind working through the layers of their conversation. “You’re saying she’s using you as a pawn in some kind of twisted game?”</w:t>
      </w:r>
    </w:p>
    <w:p>
      <w:r>
        <w:t>“Yes. But she’s not just playing with me. She’s playing with you too. With everyone. She has control, but she wants more. And I think she wants to break me. She’s trying to make me doubt everything I know.”</w:t>
      </w:r>
    </w:p>
    <w:p>
      <w:r>
        <w:t>Jan rubbed his jaw, thinking. “Okay, but how do we prove this? We have no physical evidence. No witnesses. Just instincts. And a gut feeling.”</w:t>
      </w:r>
    </w:p>
    <w:p>
      <w:r>
        <w:t>Thenji leaned over the table, her fingers pressing lightly against the edge of the folder in front of her. “That’s the problem. We don’t have proof. We don’t have anything solid. We just have the way she makes us feel. The way she’s always been there, lurking in the background. Every time there’s a victim, she’s somewhere nearby, always on the periphery but never directly in the spotlight. But now…” She shook her head. “Now she’s getting too close.”</w:t>
      </w:r>
    </w:p>
    <w:p>
      <w:r>
        <w:t>Jan opened one of the case files with a rustling of paper. “Let’s break it down. What do we know about her? About Naledi Nkosi?”</w:t>
      </w:r>
    </w:p>
    <w:p>
      <w:r>
        <w:t>“She’s been invisible, behind the scenes, controlling her image. No one knows who she really is. She’s always managed to stay out of the public eye. Until now.”</w:t>
      </w:r>
    </w:p>
    <w:p>
      <w:r>
        <w:t>Thenji stood up and started scribbling on a notepad. “Think about it—she’s always present, just close enough to watch, but never close enough to be seen. But now she’s getting too involved. She’s taunting us, taunting me.”</w:t>
      </w:r>
    </w:p>
    <w:p/>
    <w:p/>
    <w:p/>
    <w:p/>
    <w:p/>
    <w:p/>
    <w:p>
      <w:r>
        <w:t>Initial draft</w:t>
      </w:r>
    </w:p>
    <w:p>
      <w:r>
        <w:t xml:space="preserve"> She</w:t>
      </w:r>
    </w:p>
    <w:p>
      <w:r>
        <w:t xml:space="preserve">LEANDRA KHUMALO </w:t>
      </w:r>
    </w:p>
    <w:p>
      <w:r>
        <w:t xml:space="preserve"> </w:t>
      </w:r>
    </w:p>
    <w:p/>
    <w:p/>
    <w:p/>
    <w:p/>
    <w:p/>
    <w:p/>
    <w:p/>
    <w:p>
      <w:r>
        <w:t xml:space="preserve">Prologue  </w:t>
      </w:r>
    </w:p>
    <w:p>
      <w:r>
        <w:t xml:space="preserve">She had always been a late bloomer. Although her mind was far advanced  for a child her age, her body legged behind in what she thought to be pure  humiliation. She was not small nor short, she was rather tall, she had always  towered over her peers. Her body legged behind in other ways, feminine  ways. </w:t>
      </w:r>
    </w:p>
    <w:p>
      <w:r>
        <w:t xml:space="preserve">Whilst puberty on average began around the ages of ten to eleven for girls,  she was about to turn twelve in three months to be exact yet nothing.  Although her chest was not completely flat, it was rather embarrassing as  some girls at school were so kind to point out. They never bothered her  though, she was twice as smart, and she had one of those faces that people  regarded as beautiful, it was her mother’s face. That was the only thing she  inherited from her late mother.  </w:t>
      </w:r>
    </w:p>
    <w:p>
      <w:r>
        <w:t xml:space="preserve">Her late mother had been breath-takingly beautiful, built like an African  goddess, she had curves in all the right places. Her beauty had been her gift  and her ticket meal. It, and her supposedly love for life plus show stopping  personality had opened a million doors for her, helped her escape the  township in which she had been born and raised, saw to it that she lived a  comfortable lifestyle and eventually sent her to an early grave with full blown  Aids. </w:t>
      </w:r>
    </w:p>
    <w:p>
      <w:r>
        <w:t xml:space="preserve">She did not hate her mother, she barely knew the woman. She had only but  an image of her in her mind painted by the numerous pictures her  grandmother held so dearly and the stories her relatives had told her growing  up. That plus a brief memory of her mother before death took her. She must  have been three or four years old, but it did not matter now, it was all said  and done.  </w:t>
      </w:r>
    </w:p>
    <w:p>
      <w:r>
        <w:t>She was not a slow child, but she preferred to take her own time. She  preferred analyzing and calculating before making any decisions, this was a  sort of brilliance on her part. Her body must have shared the same brilliance  because a month before her thirteenth birthday it blossomed as if all at once.  Not African curvy like her mother but curvy enough for many to notice.</w:t>
      </w:r>
    </w:p>
    <w:p>
      <w:r>
        <w:t xml:space="preserve">LEANDRA KHUMALO </w:t>
      </w:r>
    </w:p>
    <w:p>
      <w:r>
        <w:t xml:space="preserve">Amongst her newly found admirers was a man she had always admired  herself. Quinton Scott was fourteen years older than she was, and he was  everything she wanted to be at his age and everything she wanted in a man. </w:t>
      </w:r>
    </w:p>
    <w:p>
      <w:r>
        <w:t xml:space="preserve">Quinton Scott was on top of his game. He was twenty-seven years old and  was already the kick ass lawyer he had always wanted to be. Most people  would say that was because of his last name but Quinton Scott was a hard  worker in his own right. He had everything any guy his age would want: a job  that brought in big cash, a sports car, an apartment in the city and women,  lots of women. Quinton Scott loved women as much as they loved him. And  like any other man he was quick to notice his parent’s maid’s  granddaughter’s sudden developments. Despite himself, he could not help  but let his eyes linger on her small and firm body. </w:t>
      </w:r>
    </w:p>
    <w:p>
      <w:r>
        <w:t xml:space="preserve">She did not find Quinton Scott attractive because he was good-looking or  rich like her late mother would have. She loved him because he had always  had a good heart and showed her nothing but kindness, she trusted him and  above everything else she loved him because of his mind, because he was  visionary and a go-getter, he was powerful in his own right. Even then at  thirteen she craved power like her peers craved attention. Quinton like many  other perverted men gave her so much attention now that she was becoming  a woman and that made her feel powerful. </w:t>
      </w:r>
    </w:p>
    <w:p>
      <w:r>
        <w:t xml:space="preserve">Quinton Scott moved from simply looking at her to touching her at every  chance he got, although she loved him this did not sit well with her.  </w:t>
      </w:r>
    </w:p>
    <w:p>
      <w:r>
        <w:t xml:space="preserve">On Fridays when she knocked off early from school she would always go to  the big house where her grandmother worked and wait for her gran to knock  off then they would catch a bus back home together. Her gran loved and took  care of her and because of that she adored her and made sure to always  behave. The poor woman had always been her saint, always fighting her  battles.  </w:t>
      </w:r>
    </w:p>
    <w:p>
      <w:r>
        <w:t xml:space="preserve">When she got to the house her gran was not there, she was running an  errand as Quinton was so kind to inform her before offering her something  to eat or drink. She refused it all but regardless sat next to him on the couch. </w:t>
      </w:r>
    </w:p>
    <w:p>
      <w:r>
        <w:t xml:space="preserve">“How was school?” Quinton Scott had asked. </w:t>
      </w:r>
    </w:p>
    <w:p>
      <w:r>
        <w:t>“Okay” she had answered, her insides smiling.</w:t>
      </w:r>
    </w:p>
    <w:p>
      <w:r>
        <w:t xml:space="preserve">LEANDRA KHUMALO </w:t>
      </w:r>
    </w:p>
    <w:p>
      <w:r>
        <w:t xml:space="preserve">“My mother says your nana told her you want to become a lawyer like me.”  He was moving closer to her now. </w:t>
      </w:r>
    </w:p>
    <w:p>
      <w:r>
        <w:t xml:space="preserve">“I do.” </w:t>
      </w:r>
    </w:p>
    <w:p>
      <w:r>
        <w:t xml:space="preserve">“I have a bunch of cool law stuff up in my old room. Would you like to see  it?” </w:t>
      </w:r>
    </w:p>
    <w:p>
      <w:r>
        <w:t xml:space="preserve">She smirked. Did he honestly think she was stupid? “No thank you. I will wait  for my gran here.” </w:t>
      </w:r>
    </w:p>
    <w:p>
      <w:r>
        <w:t xml:space="preserve">“She won’t be back anytime soon. Also, some of that stuff has been there for  years, you could have it…all of it.” </w:t>
      </w:r>
    </w:p>
    <w:p>
      <w:r>
        <w:t xml:space="preserve">“No thank you.” She was smiling, to him it was a polite smile but to her it was  a satisfied smile. He wanted her. </w:t>
      </w:r>
    </w:p>
    <w:p>
      <w:r>
        <w:t xml:space="preserve">“Come on. Don’t be shy.” He got up and pulled her up as well. “I am not shy.” She said boldly. </w:t>
      </w:r>
    </w:p>
    <w:p>
      <w:r>
        <w:t xml:space="preserve">“Come on then.” He said walking towards the stairs and she followed behind  him still smiling.  </w:t>
      </w:r>
    </w:p>
    <w:p>
      <w:r>
        <w:t xml:space="preserve">Once in his room it took way less time than she had calculated before he  began trying to undress her but like planned she refused. </w:t>
      </w:r>
    </w:p>
    <w:p>
      <w:r>
        <w:t xml:space="preserve">“NO Quinton! No. Stop.” But he did not stop, and she made efforts to fight  him off, she made sure to brush against him in all the right places.  </w:t>
      </w:r>
    </w:p>
    <w:p>
      <w:r>
        <w:t xml:space="preserve">She had seen this all coming, and he was falling straight into her trap. Soon  one of the other cleaners would hear her and come running. Her beloved  Quinton would have no choose but to stop and she would have him exactly  where she wanted him. </w:t>
      </w:r>
    </w:p>
    <w:p>
      <w:r>
        <w:t xml:space="preserve">“Help!!” she screamed, laughing on the inside but her laugher was quickly  replaced with cold fear as Quinton said, “No one is here, just me and you.  Come on baby. I will be gentle.” </w:t>
      </w:r>
    </w:p>
    <w:p>
      <w:r>
        <w:t xml:space="preserve">At that point her protest quickly changed form and she jerked herself away  from him and quickly made efforts to run out of his room. This was not  planned. </w:t>
      </w:r>
    </w:p>
    <w:p>
      <w:r>
        <w:t xml:space="preserve">LEANDRA KHUMALO </w:t>
      </w:r>
    </w:p>
    <w:p>
      <w:r>
        <w:t xml:space="preserve">Quinton grabbed her from behind, turned her around, kissing her and said,  “I know you want this.” </w:t>
      </w:r>
    </w:p>
    <w:p>
      <w:r>
        <w:t xml:space="preserve">“No, you sicko!” She yelled and slapped him. At that point Quinton slapped  her back with such a force that she fell straight onto the floor. A single tear  dripped from her right eye. It wasn’t pain that made it fall, it was the sudden  overwhelming wave of rage. The rage was so aggressive that it rendered her  numb as Quinton pulled her up and undressed her then thrust himself so  violently into her untouched fruit, even as he did so she felt no pain.  </w:t>
      </w:r>
    </w:p>
    <w:p>
      <w:r>
        <w:t xml:space="preserve">Quinton was not the kind of men who was satisfied easily, and boy was he  creative. He had tossed her body this way and that way and had her in all  kinds of ways. And she did not protest or make a single sound. As he had  her in all his sick way, she was long gone. She lay in bed in her small  bedroom, reading another masterpiece by one of her favorite authors.  However, the sudden jerking of his body as he came was like a bucket of  cold water being poured on her, the numbness was gone but the rage  remained. </w:t>
      </w:r>
    </w:p>
    <w:p>
      <w:r>
        <w:t xml:space="preserve">“I’m sorry” Quinton whispered as he rolled off my body. He had tired himself  out. </w:t>
      </w:r>
    </w:p>
    <w:p>
      <w:r>
        <w:t xml:space="preserve">“It’s okay.” she said getting up. </w:t>
      </w:r>
    </w:p>
    <w:p>
      <w:r>
        <w:t xml:space="preserve">“Really?” </w:t>
      </w:r>
    </w:p>
    <w:p>
      <w:r>
        <w:t xml:space="preserve">“I liked it.” She said as she walked out of the room completely naked. She  walked straight into the kitchen, grabbed a steak knife and walked straight  back into Quinton’s room. </w:t>
      </w:r>
    </w:p>
    <w:p>
      <w:r>
        <w:t xml:space="preserve">Quinton was on his back now as she walked in, she stopped for a second  and took him in, in all his naked glory. He was a beautiful man and he was  filth. He looked up and she smile at him. </w:t>
      </w:r>
    </w:p>
    <w:p>
      <w:r>
        <w:t xml:space="preserve">“Can I be in control now?” she asked smiling. </w:t>
      </w:r>
    </w:p>
    <w:p>
      <w:r>
        <w:t xml:space="preserve">“Yeah!” he was beaming as he prepared for her to mount him and she did  just that. Once on him, she placed her lips on his then slowly began riding  him. She could feel him relaxing, getting hard yet again. </w:t>
      </w:r>
    </w:p>
    <w:p>
      <w:r>
        <w:t>“Lay down. Close your eyes. Let me do all the work.” She whispered into his  ear and he was quick to oblige.</w:t>
      </w:r>
    </w:p>
    <w:p>
      <w:r>
        <w:t xml:space="preserve">LEANDRA KHUMALO </w:t>
      </w:r>
    </w:p>
    <w:p>
      <w:r>
        <w:t xml:space="preserve">Just then she brought down the knife against his chest, again and again and  again. She pounded it into him just as he had pounded into her, all the time  listening to his groans and screams of pain. She found it funny how these  groans sounded just like the ones he made as he pounded into her. When  the screaming stopped, she got up off him and stood by the bed watching as  his blood became one with her innocence on his white sheets. It was  magnificent. </w:t>
      </w:r>
    </w:p>
    <w:p>
      <w:r>
        <w:t xml:space="preserve">“Thank you, Quinton.” She said kissing him on the mouth. And looking into  his wide open dead brown eyes, she had never felt more powerful. </w:t>
      </w:r>
    </w:p>
    <w:p>
      <w:r>
        <w:t>That was how she felt now- years later- looking down at green dead eyes.  “Thank you, Matthew.” She kissed him on his still warm lips and walked out,  leaving her beloved Matthew Stevens.</w:t>
        <w:br/>
      </w:r>
    </w:p>
    <w:p/>
    <w:p>
      <w:r>
        <w:t xml:space="preserve">One </w:t>
      </w:r>
    </w:p>
    <w:p>
      <w:r>
        <w:t xml:space="preserve">Thenjiwe’s eyes were wide open as she browsed through the folder her  colleague had placed on her table. Brown eyes, blue eyes, green eyes, all  kinds of eyes stared up at her as she looked at each picture. </w:t>
      </w:r>
    </w:p>
    <w:p>
      <w:r>
        <w:t xml:space="preserve">“Twelve you say?” Thenjiwe questioned as she continued her investigation  of the folder. She paged back and fourth from one picture to the other. </w:t>
      </w:r>
    </w:p>
    <w:p>
      <w:r>
        <w:t xml:space="preserve">“From what we know of” the man sitting opposite her said, he was in his late  forties but looking up at him then, Thenjiwe thought he looked older. His eyes  were sad. “The last one there, was a client of mine, Matthew Stevens.” He  added. </w:t>
      </w:r>
    </w:p>
    <w:p>
      <w:r>
        <w:t xml:space="preserve">“And the police?” </w:t>
      </w:r>
    </w:p>
    <w:p>
      <w:r>
        <w:t xml:space="preserve">“They called me in about a year ago to help in their investigation, little did I  know that this guy would strike at my own backyard.” </w:t>
      </w:r>
    </w:p>
    <w:p>
      <w:r>
        <w:t xml:space="preserve">“Guy?” Thenji questioned, momentary looking up at her mentor. </w:t>
      </w:r>
    </w:p>
    <w:p>
      <w:r>
        <w:t xml:space="preserve">“Yes, initially the police thought it was all random but there is a pattern here.  All the victims are male, between the ages twenty-five to thirty-five, all  successful in their own accord. We thought perhaps it is a hate crime by a  group with a specific agenda, but all the victims are from different races,  cultures and religions. Now we believe that the perpetrator is clearly one  individual, a serial sadist. We think he could be a homosexual man in his  forties to late fifties who is clearly in the closet and houses some kind of  desire towards these straight men who are out of his league, so he kills them  or a straight man who harbors hatred for his victims for being young and  successful”  </w:t>
      </w:r>
    </w:p>
    <w:p>
      <w:r>
        <w:t xml:space="preserve">Thenji was silent as she digested Dr Paul Mathuba’s words. The man was  her senior and a guru in the field of both psychology and psychiatry, but his  theory did not seem right. Thenjiwe was not sure what about Dr Paul’s theory  did not make sense but her intuition told her that there was more to this killer.  “This is quite something Paul, but I don’t see what it has to do with me.” </w:t>
      </w:r>
    </w:p>
    <w:p>
      <w:r>
        <w:t xml:space="preserve">“Because you are brilliant Thenji and I know that you can help us see  something that both the police and I missed.” Thenji felt a sense of pride but </w:t>
      </w:r>
    </w:p>
    <w:p>
      <w:r>
        <w:t xml:space="preserve">LEANDRA KHUMALO </w:t>
      </w:r>
    </w:p>
    <w:p>
      <w:r>
        <w:t xml:space="preserve">she did not know how she could be of some assistance to a man as brilliant  as Dr Paul Mathuba. </w:t>
      </w:r>
    </w:p>
    <w:p>
      <w:r>
        <w:t xml:space="preserve">“I don’t know Paul”  </w:t>
      </w:r>
    </w:p>
    <w:p>
      <w:r>
        <w:t xml:space="preserve">“You have assisted the Police before Thenji. I need you to do me this favor”  there was a sense of defeat as he spoke. </w:t>
      </w:r>
    </w:p>
    <w:p>
      <w:r>
        <w:t xml:space="preserve">“What is it Paul?”  </w:t>
      </w:r>
    </w:p>
    <w:p>
      <w:r>
        <w:t xml:space="preserve">“This guy has been making me look like a fool for over a year now. He is  always one step ahead. Clearly I am not what I used to be.” </w:t>
      </w:r>
    </w:p>
    <w:p>
      <w:r>
        <w:t xml:space="preserve">“Don’t be silly Paul. You need time. You will catch him.” She placed a hand  over his hand. Again, something did not feel right as she spoke about this  criminal who clearly was also as smart as he was vile. </w:t>
      </w:r>
    </w:p>
    <w:p>
      <w:r>
        <w:t xml:space="preserve">“Time is something that I do not have…” </w:t>
      </w:r>
    </w:p>
    <w:p>
      <w:r>
        <w:t xml:space="preserve">“I don’t understand” </w:t>
      </w:r>
    </w:p>
    <w:p>
      <w:r>
        <w:t xml:space="preserve">“This case has taken quit a toll on me, Lucia has noticed it. I am sure you  have too.” Thinking about it now Thenji had noticed a change in her mentor  and friend, he had become frustrated and absent these past months, “Also  the fact that his latest victim was a client of mine creates a bit of a conflict as  you might understand.” </w:t>
      </w:r>
    </w:p>
    <w:p>
      <w:r>
        <w:t xml:space="preserve">Thenji nodded, she was a smart woman and she knew exactly what her  friend had come to ask of her, “I don’t know Paul. I stepped away from all  that for a reason. I love what I do now.” She really did love working with her  clients, kids and teenagers who made her feel as though she was not simply  existing -as she so often felt- but she was making a difference. The money  was less but it was enough, way more than she actually needed.  </w:t>
      </w:r>
    </w:p>
    <w:p>
      <w:r>
        <w:t xml:space="preserve">“I of all people know that but I wouldn’t have asked if there was another way.  Please just consider it.” </w:t>
      </w:r>
    </w:p>
    <w:p>
      <w:r>
        <w:t xml:space="preserve">“Okay I will.” Thenji said as her visitor got up and was about to walk out of  her office.  </w:t>
      </w:r>
    </w:p>
    <w:p>
      <w:r>
        <w:t>“Late night tonight?” he questioned as he gave her a quick yet warm hug. “As always” she said with a ghost of a smile.</w:t>
      </w:r>
    </w:p>
    <w:p>
      <w:r>
        <w:t xml:space="preserve">LEANDRA KHUMALO </w:t>
      </w:r>
    </w:p>
    <w:p>
      <w:r>
        <w:t xml:space="preserve">“You work too hard. Lucia is always telling me how you need a vacation and  according to her a man too.” He teased. </w:t>
      </w:r>
    </w:p>
    <w:p>
      <w:r>
        <w:t xml:space="preserve">“That wife of yours worries too much.” She laughed. </w:t>
      </w:r>
    </w:p>
    <w:p>
      <w:r>
        <w:t xml:space="preserve">“I worry too.”  </w:t>
      </w:r>
    </w:p>
    <w:p>
      <w:r>
        <w:t xml:space="preserve">“I’m fine Paul.” She said as she walked him out and closed the door behind  him. It was six pm and most of her colleagues if not all had gone home but  not Thenji. She had work to do.  </w:t>
      </w:r>
    </w:p>
    <w:p>
      <w:r>
        <w:t xml:space="preserve">Thenji sat on her desk going over her latest client’s file, a ten-year-old girl  named Sarah. Her mother had brought her in after noticing that the ten-year old was jumpy and had rapid mood swings. From the moment that Thenji lay her eyes on the ten-year-old, she knew exactly what was wrong, she had  seen it many times but that did not ease the sudden anger she had felt. The  next morning Thenji had called in Sarah’s mom, a social worker, and the  police. Sarah’s mother had been in denial as most are but had then  completely lost it with rage. Thenji did not blame her for being angry, she herself was fuming but it was her job to always maintain a calm exterior. No  mother ever wants to accept that a man she loved would abuse her child,  and as expected Sarah’s mother blamed herself. Thenji had to remind her  that because of her attentiveness to her child she had picked up on it before  it got worse, before that monster of man had a chance to do more than touch  the ten-year-old. </w:t>
      </w:r>
    </w:p>
    <w:p>
      <w:r>
        <w:t xml:space="preserve">“Yeah but I should have known, I should have seen him for what he was  before letting him into Sarah’s life” the woman had said to Thenji as she  continued to weep. But that was the thing, Thenji thought. She was trained  to pick up the signs but the normal person was not. People like Sarah’s  stepfather were everywhere; they were fathers, mothers, brothers, sisters,  teachers, doctors and even priests. The monsters lived in plain sight,  amongst us. They were us.  </w:t>
      </w:r>
    </w:p>
    <w:p>
      <w:r>
        <w:t xml:space="preserve">Thenji felt a wave of fear rush over her. No one was safe from serial sadists,  not ten-year-old little girls and now not even strong grown men. Putting aside  Sarah’s file, Thenji picked up the file Paul had left her. She paged through it,  this time taking time to linger on each man, each victim. Soon she was lost  in each of them, in their eyes, unable to look away as she began picturing </w:t>
      </w:r>
    </w:p>
    <w:p>
      <w:r>
        <w:t xml:space="preserve">each of them alive. She read their bios over and over again. She felt as </w:t>
      </w:r>
    </w:p>
    <w:p>
      <w:r>
        <w:t xml:space="preserve">LEANDRA KHUMALO </w:t>
      </w:r>
    </w:p>
    <w:p>
      <w:r>
        <w:t xml:space="preserve">though she knew each man. Her mind raced and she could feel a protruding headache making its appearance but she could not stop. </w:t>
      </w:r>
    </w:p>
    <w:p>
      <w:r>
        <w:t xml:space="preserve">There was a Themba, twenty-eight years old with chocolate skin and thick  hair. Thenji found him extremely attractive with kind eyes and a mischievous smile. Themba was a charted accountant at one of the big accounting firms.  He was not merely good to look at but Thenji could already hear her  grandmother’s glee if she ever brought a man like Themba home. Just as  Thenji began to envision Themba, her eyes landed on the last picture on his  page and she felt a chill run down her spine.  </w:t>
      </w:r>
    </w:p>
    <w:p>
      <w:r>
        <w:t xml:space="preserve">Themba was looking up, eyes wide open. In his eyes Thenji could see fear  and pain but not the physical kind. Themba’s eyes had that faint glow that  every heartbroken person had. Realizing that Thenji jumped up. </w:t>
      </w:r>
    </w:p>
    <w:p>
      <w:r>
        <w:t xml:space="preserve">“You knew the killer!” She said out loud as if speaking to Themba’s ghost.  Thenji began browsing though all the other victims and just as she expected  each victim’s eyes had a faint glow evident of their heartbreak. </w:t>
      </w:r>
    </w:p>
    <w:p>
      <w:r>
        <w:t>“You all knew the killer and you loved whoever it is” she said again, this time  putting the file aside and walking towards her window. She stood there just  gazing at the starless sky. These men, each and everyone of them was killed  by someone they trusted, someone they loved. Who could be so evil?</w:t>
      </w:r>
    </w:p>
    <w:p>
      <w:r>
        <w:t xml:space="preserve">LEANDRA KHUMALO </w:t>
      </w:r>
    </w:p>
    <w:p>
      <w:r>
        <w:t xml:space="preserve">Two </w:t>
      </w:r>
    </w:p>
    <w:p>
      <w:r>
        <w:t xml:space="preserve">Shane </w:t>
      </w:r>
    </w:p>
    <w:p>
      <w:r>
        <w:t xml:space="preserve">LEANDRA KHUMALO </w:t>
      </w:r>
    </w:p>
    <w:p>
      <w:r>
        <w:t>Prologue - draft 2</w:t>
      </w:r>
    </w:p>
    <w:p>
      <w:r>
        <w:t>If Naledi did it</w:t>
      </w:r>
    </w:p>
    <w:p/>
    <w:p>
      <w:r>
        <w:t>She had always been a late bloomer. Although her mind was far advanced for a child her age, her body lagged in what she thought to be pure humiliation. She was not small nor short; in fact, she had always towered over her peers. Her body lagged behind in other ways, feminine ways.</w:t>
        <w:br/>
        <w:t>Puberty, on average, began around the ages of ten to eleven for girls, but here she was, about to turn fifteen, and nothing. Although her chest was not completely flat, it was rather embarrassing, as some girls at school were kind enough to point out. They never bothered her, though. She was twice as smart, and she had one of those faces people regarded as beautiful: her mother's face. That was the only thing she inherited from her late mother.</w:t>
        <w:br/>
        <w:t>Her late mother had been breathtakingly beautiful, built like an African goddess, with curves in all the right places. Her beauty had been her gift and ticket to a better life. It had opened doors, helped her escape the harsh township, gave her a comfortable life, and, in the end, sent her to an early grave. Suicide was a cruel end but a fitting one for a woman who had never truly understood the weight of her choices.</w:t>
        <w:br/>
        <w:t>She was only five or six when her mother died. There were no real memories of her mother, just the image she had formed over the years from photographs and stories told by her grandmother. The woman who had once been the life of every room was gone, and with her, any chance of knowing her.</w:t>
        <w:br/>
        <w:t>She did not hate her mother—she barely knew her. But her absence had shaped who she was, who she had become. She had been raised by her grandmother, a woman who had worked tirelessly as a nursemaid, but she had not struggled. No, her life was easier than most. Her grandmother’s hard work had ensured she had everything she needed. But what had her mother left her? A life with only the legacy of beauty and a tragic end.</w:t>
        <w:br/>
        <w:t>She was not a slow child, but she preferred to take her time. She preferred analyzing and calculating before making any decisions, which she saw as brilliance. Her body must have shared that brilliance because, a month before her fifteenth birthday, it blossomed as if all at once. Not as curvy as her mother, but curvy enough for many to take notice.</w:t>
        <w:br/>
        <w:t>Among her newfound admirers was a man she had always admired herself. Quinton Scott was eleven years older than she, and he was everything she wanted to be at his age—and everything she wanted in a man. Quinton Scott had made it. He was twenty-six years old, already a successful lawyer, and people often attributed his success to his family name. But Quinton Scott had worked hard to build his career. He had everything any man his age would want: a high-paying job, a sports car, an apartment in the city, and women. Lots of women. Quinton Scott loved women as much as they loved him.</w:t>
        <w:br/>
        <w:t>And like many men, he noticed her now that she was becoming a woman. He couldn't help but let his eyes linger on her, though she had never shown any real interest in him. She had always loved his mind. He had vision. He was a man who took what he wanted, a man who understood power.</w:t>
        <w:br/>
        <w:t>At first, she did not find Quinton attractive because of his wealth or looks like her mother might have. She admired him for his mind, for his power, for the way he had carved his own path in a world that had never been kind to her or anyone from the township. She did not want him, but she wanted what he had—his control, his success, his power.</w:t>
        <w:br/>
        <w:t>It didn’t take long before his gaze turned from admiration to something darker. His touches became more frequent, his stares more prolonged, and she didn't mind it at first. But when it crossed into something more—something that broke her trust—she was ready for it.</w:t>
        <w:br/>
      </w:r>
    </w:p>
    <w:p>
      <w:r>
        <w:t>One Friday, when she knocked off early from school, she went to the large house where her grandmother worked. It was quiet. Her grandmother was running an errand, and Quinton had made himself known, offering her food, drink, even company. She refused it all, but she sat beside him, aware of his eyes on her.</w:t>
        <w:br/>
        <w:t>“How was school?” he asked.</w:t>
        <w:br/>
        <w:t>“Okay,” she answered, smiling inwardly.</w:t>
        <w:br/>
        <w:t>“My mother says your nana told her you want to become a lawyer like me.”</w:t>
        <w:br/>
        <w:t>“I do.”</w:t>
        <w:br/>
        <w:t>He smiled, moving closer. “I have a bunch of old law stuff in my room. Want to see it?”</w:t>
        <w:br/>
        <w:t>“No, thank you. I’ll wait for my gran here.”</w:t>
        <w:br/>
        <w:t>“She won’t be back for a while. Some of that stuff has been there for years. You could have it all.”</w:t>
        <w:br/>
        <w:t>She smirked. “No, thank you.”</w:t>
        <w:br/>
        <w:t>He got closer, and she knew what would happen next.</w:t>
        <w:br/>
        <w:t>She had been waiting for this moment for some time, knowing he would eventually try to make a move. But she wasn’t afraid. She wasn’t interested in him but in what he represented. She craved power—the same power he had, the same power that came with being untouchable. His mistake was underestimating her, thinking she was just another young girl, naïve and easily manipulated. But he was wrong.</w:t>
        <w:br/>
        <w:t>He led her up the stairs to his room, and when he touched her, she simply let him. She would play along, feign resistance, but she already had a plan in mind. When he tried to take things further, to push her boundaries, she screamed.</w:t>
        <w:br/>
        <w:t>But her scream wasn’t for help. It was part of the trap she had set. She knew someone would hear. She knew he would stop, and she knew exactly what she would do next.</w:t>
        <w:br/>
        <w:t>“Help!” she screamed, but the only response was Quinton’s laugh.</w:t>
        <w:br/>
        <w:t>“No one’s here but us,” he said, pulling her closer. “Come on, baby. I’ll be gentle.”</w:t>
        <w:br/>
        <w:t>Her heart raced, but not out of fear. Her mind was sharp, and calculating. She yanked herself away, pushing him back, and bolted for the door. But he was faster. He grabbed her from behind and spun her around, kissing her roughly.</w:t>
        <w:br/>
        <w:t>“I know you want this,” he whispered.</w:t>
        <w:br/>
        <w:t>“No, you sicko!” She slapped him hard, but the slap back that followed sent her crashing to the ground.</w:t>
        <w:br/>
        <w:t>The pain didn’t matter. The humiliation didn’t matter. Only one thing mattered now: the rage.</w:t>
        <w:br/>
        <w:t>The overwhelming flood of it swept through her like a storm. It consumed her. As she lay there, her mind went numb, but her body didn’t. She had already planned it all.</w:t>
        <w:br/>
        <w:t>Quinton tried to apologize, tried to make her believe it was a mistake, but she knew better. This would be his last mistake.</w:t>
        <w:br/>
        <w:t>She smiled as he grew more and more exhausted, but her mind was focused on something else—her next move. She made her way to the kitchen, grabbed a steak knife, and returned to his room, where he lay, unaware.</w:t>
        <w:br/>
        <w:t>She mounted him, smiling as she did so, whispering into his ear, “Can I be in control now?”</w:t>
        <w:br/>
        <w:t>His response was to smile, oblivious to the danger, thinking she was just another girl playing games.</w:t>
        <w:br/>
        <w:t>But she was no girl. And this was no game.</w:t>
        <w:br/>
        <w:t>With the knife in her hand, she stabbed him repeatedly. Each thrust of the blade was a release, each groan of pain he made was a confirmation that she was in control, that she was the one with the power now. His screams only fed her hunger, made her feel more alive than she ever had.</w:t>
        <w:br/>
        <w:t>When the screams stopped, she stood over him, watching his blood soak into the white sheets.</w:t>
        <w:br/>
        <w:t>“Thank you, Quinton,” she whispered, kissing him on the lips. His brown eyes were wide open, his body still warm. He had given her what she needed—his life, his power—and she had taken it.</w:t>
        <w:br/>
      </w:r>
    </w:p>
    <w:p>
      <w:r>
        <w:t>Characters</w:t>
      </w:r>
    </w:p>
    <w:p>
      <w:r>
        <w:t>Name:</w:t>
        <w:br/>
        <w:t>Thenjiwe mhlongo  (known as Thenji)</w:t>
        <w:br/>
      </w:r>
    </w:p>
    <w:p>
      <w:r>
        <w:t>Age:</w:t>
      </w:r>
    </w:p>
    <w:p>
      <w:r>
        <w:t>Current: 32 years old</w:t>
      </w:r>
    </w:p>
    <w:p>
      <w:r>
        <w:t>Prologue: N/A (She’s not featured in the prologue)</w:t>
      </w:r>
    </w:p>
    <w:p>
      <w:r>
        <w:t>Physical Appearance:</w:t>
      </w:r>
    </w:p>
    <w:p>
      <w:r>
        <w:t>Height: 5'7" (170 cm)</w:t>
      </w:r>
    </w:p>
    <w:p>
      <w:r>
        <w:t>Build: Slim, with an athletic build.</w:t>
      </w:r>
    </w:p>
    <w:p>
      <w:r>
        <w:t>Hair: Thick, curly, shoulder-length black hair. Often tied back into a neat ponytail or bun when working.</w:t>
      </w:r>
    </w:p>
    <w:p>
      <w:r>
        <w:t>Eyes: Dark brown, observant, often showing signs of exhaustion from working long hours.</w:t>
      </w:r>
    </w:p>
    <w:p>
      <w:r>
        <w:t>Complexion: Medium brown skin, smooth but often stressed, showing slight signs of aging from her intense career.</w:t>
      </w:r>
    </w:p>
    <w:p>
      <w:r>
        <w:t>Style: Practical and professional. She dresses in simple yet polished attire suitable for therapy sessions—usually blouses, slacks, and blazers. She doesn’t overdo makeup, preferring a natural look. When off-duty, she opts for comfort, wearing casual but neat clothing.</w:t>
      </w:r>
    </w:p>
    <w:p>
      <w:r>
        <w:t>Personality Traits:</w:t>
      </w:r>
    </w:p>
    <w:p>
      <w:r>
        <w:t>Empathetic: Despite her tough exterior, Thenji has an innate empathy that helps her connect with her clients, especially troubled youth. Her ability to understand people’s emotions and struggles is a huge part of her work.</w:t>
      </w:r>
    </w:p>
    <w:p>
      <w:r>
        <w:t>Intelligent: She is highly intelligent, a deep thinker, and has a sharp mind. Though she doesn't see herself as brilliant, she is skilled at picking up on things others miss.</w:t>
      </w:r>
    </w:p>
    <w:p>
      <w:r>
        <w:t>Compassionate but Guarded: She is deeply compassionate, especially toward her clients, but has a guarded side when it comes to her personal life. She avoids intimacy, though she craves connection.</w:t>
      </w:r>
    </w:p>
    <w:p>
      <w:r>
        <w:t>Dedicated: Thenji has an unwavering dedication to her work, always putting in extra hours, even when it takes a toll on her mental health.</w:t>
      </w:r>
    </w:p>
    <w:p>
      <w:r>
        <w:t>Introverted: Thenji is quiet and prefers solitude, often needing alone time to recharge after emotionally draining therapy sessions. She’s not one to seek out large social gatherings.</w:t>
      </w:r>
    </w:p>
    <w:p>
      <w:r>
        <w:t>Strong-willed: While reserved, she is not easily swayed. She will stand her ground, especially when it comes to her professional beliefs and personal values.</w:t>
      </w:r>
    </w:p>
    <w:p>
      <w:r>
        <w:t>Loyal: She is loyal to her friends, such as Paul, and does not easily abandon people she cares about.</w:t>
      </w:r>
    </w:p>
    <w:p>
      <w:r>
        <w:t>Haunted by Trauma: Her own past influences her relationships with others and her work. She struggles with internalized guilt and the weight of her choices, particularly with her mentor's case.</w:t>
      </w:r>
    </w:p>
    <w:p>
      <w:r>
        <w:t>Backstory:</w:t>
      </w:r>
    </w:p>
    <w:p>
      <w:r>
        <w:t>Childhood: Thenji grew up in Johannesburg. Her childhood was relatively stable, though she witnessed much of the social and economic struggles in her neighborhood.</w:t>
      </w:r>
    </w:p>
    <w:p>
      <w:r>
        <w:t>Family: Thenji was raised by her grandmother, a nursemaid, after her mother died by suicide when she was six years old. She never knew her father. Her grandmother, whom she is deeply close to, raised her with love and wisdom, yet often struggled financially.</w:t>
      </w:r>
    </w:p>
    <w:p>
      <w:r>
        <w:t>Education: Thenji excelled in school and earned her degrees in psychology and social work, eventually specializing in child therapy. She went on to work in private practice, offering therapy to children and teenagers, many of whom had experienced severe trauma.</w:t>
      </w:r>
    </w:p>
    <w:p>
      <w:r>
        <w:t>Mentor: Dr. Paul Mathuba is her mentor, someone she has immense respect for, though she now feels the strain of working with him on a case that’s deeply unsettling to her. They’ve collaborated on cases before, and she has helped the police with investigations in the past.</w:t>
      </w:r>
    </w:p>
    <w:p>
      <w:r>
        <w:t>Personal Life: Thenji is single by choice, preferring to focus on her work rather than on relationships. Though she’s had past lovers, none have lasted. She is also still dealing with the emotional scars left by her mother’s death and the abuse suffered by some of her clients, especially children.</w:t>
      </w:r>
    </w:p>
    <w:p>
      <w:r>
        <w:t>Motivation: Thenji is motivated by a desire to make a difference in the lives of her clients, particularly young people who have been abused or neglected. However, the moral toll of her work weighs on her. She has distanced herself from certain aspects of her past, especially dealing with violent criminals, but is drawn back into it when Paul asks for her help.</w:t>
      </w:r>
    </w:p>
    <w:p>
      <w:r>
        <w:t>Strengths:</w:t>
      </w:r>
    </w:p>
    <w:p>
      <w:r>
        <w:t>Empathy and Connection: She connects with her clients on a deep emotional level, which helps her provide effective therapy.</w:t>
      </w:r>
    </w:p>
    <w:p>
      <w:r>
        <w:t>Problem-Solving: Thenji is excellent at analyzing complex situations and figuring out solutions.</w:t>
      </w:r>
    </w:p>
    <w:p>
      <w:r>
        <w:t>Strength Under Pressure: Despite the stress of her work, Thenji can remain calm and focused in crisis situations.</w:t>
      </w:r>
    </w:p>
    <w:p>
      <w:r>
        <w:t>Resilience: Thenji has survived much trauma and is still going strong. Her resilience in the face of personal and professional challenges is one of her greatest strengths.</w:t>
      </w:r>
    </w:p>
    <w:p>
      <w:r>
        <w:t>Weaknesses:</w:t>
      </w:r>
    </w:p>
    <w:p>
      <w:r>
        <w:t>Guarded: Her reluctance to open up emotionally to others, especially romantically, often leaves her feeling isolated.</w:t>
      </w:r>
    </w:p>
    <w:p>
      <w:r>
        <w:t>Workaholic Tendencies: She throws herself into her work, often to the detriment of her personal well-being and relationships.</w:t>
      </w:r>
    </w:p>
    <w:p>
      <w:r>
        <w:t>Guilt and Emotional Baggage: Her mother’s death and her struggles with past trauma sometimes cause her to question her choices, leading to self-doubt.</w:t>
      </w:r>
    </w:p>
    <w:p>
      <w:r>
        <w:t>Struggles with Boundaries: While empathetic, her deep emotional investment in her clients can make it hard for her to set healthy boundaries between work and personal life.</w:t>
      </w:r>
    </w:p>
    <w:p>
      <w:r>
        <w:t>Relationship with Other Characters:</w:t>
      </w:r>
    </w:p>
    <w:p>
      <w:r>
        <w:t>Paul Mathuba: Thenji has a deep professional respect for Paul, but their relationship is strained because of her personal reluctance to become involved in the criminal investigation. He’s also her mentor, and there’s a familial bond between them, but she’s starting to question her own role in helping him with a case that might involve people she’s known or cared for.</w:t>
      </w:r>
    </w:p>
    <w:p>
      <w:r>
        <w:t>Sarah’s Mother: As a professional, Thenji tries to maintain a calm exterior while dealing with the heartbreak of families whose children have been abused. She becomes especially protective of Sarah’s mother, guiding her through the shock and disbelief that come with such a discovery.</w:t>
      </w:r>
    </w:p>
    <w:p>
      <w:r>
        <w:t>Her Clients: Thenji is dedicated to her clients, especially the vulnerable children she works with, though she feels a constant emotional burden due to the nature of her work. She feels their pain and often carries it home with her.</w:t>
      </w:r>
    </w:p>
    <w:p>
      <w:r>
        <w:t>Psychological Profile:</w:t>
        <w:br/>
        <w:t>Thenji struggles with a deep sense of guilt stemming from her mother’s suicide, feeling that she was too young to understand why it happened, which has left her emotionally scarred. This has influenced her choice to help others, particularly children, who have suffered abuse. She feels a calling to make a positive impact in the world, though the emotional toll is exhausting.</w:t>
        <w:br/>
        <w:t>Her inner conflict comes from wanting to heal others but grappling with her own trauma, guilt, and the moral complexity of her profession. Her empathy allows her to see people’s pain but also makes her sensitive to the darkness in the world, something that makes her both a powerful therapist and a person in constant internal struggle.</w:t>
        <w:br/>
      </w:r>
    </w:p>
    <w:p/>
    <w:p>
      <w:r>
        <w:t>Side-by-side character comparison of Thenjiwe (Thenji) and the killer (Nomvula), highlighting their similarities and contrasts:</w:t>
        <w:br/>
        <w:br/>
        <w:t>1. Background &amp; Early Life:</w:t>
      </w:r>
    </w:p>
    <w:p>
      <w:r>
        <w:br/>
        <w:t>2. Personality:</w:t>
      </w:r>
    </w:p>
    <w:p>
      <w:r>
        <w:br/>
        <w:t>3. Career &amp; Work:</w:t>
      </w:r>
    </w:p>
    <w:p>
      <w:r>
        <w:br/>
        <w:t>4. Relationship with Trauma &amp; Violence:</w:t>
      </w:r>
    </w:p>
    <w:p>
      <w:r>
        <w:br/>
        <w:t>5. Interactions with Others:</w:t>
      </w:r>
    </w:p>
    <w:p>
      <w:r>
        <w:br/>
        <w:t>6. Psychological Profile:</w:t>
      </w:r>
    </w:p>
    <w:p>
      <w:r>
        <w:br/>
        <w:t>7. Influence on Others:</w:t>
      </w:r>
    </w:p>
    <w:p>
      <w:r>
        <w:br/>
        <w:t>8. Motivations:</w:t>
      </w:r>
    </w:p>
    <w:p>
      <w:r>
        <w:br/>
        <w:t>Summary:</w:t>
        <w:br/>
        <w:t>While Thenjiwe and Nomvula both experience trauma in their early lives and have strong emotional reactions to their circumstances, their responses are diametrically opposed. Thenjiwe channels her pain and guilt into helping others, despite the personal cost, whereas Nomvula becomes increasingly consumed by her need for control and violence. The contrast lies in their use of power—Thenji uses her professional skills to empower and heal, while Nomvula uses violence to assert dominance and break others down. Their approaches to trauma, empathy, and self-worth create a stark contrast, with Thenji trying to heal and Nomvula attempting to destroy.</w:t>
        <w:br/>
        <w:t>4o mini</w:t>
      </w:r>
    </w:p>
    <w:p/>
    <w:p>
      <w:r>
        <w:t>She (The Killer)</w:t>
      </w:r>
    </w:p>
    <w:p>
      <w:r>
        <w:t>Character Profile: The Female Serial Killer</w:t>
      </w:r>
    </w:p>
    <w:p/>
    <w:p>
      <w:r>
        <w:t>Background:</w:t>
      </w:r>
    </w:p>
    <w:p>
      <w:r>
        <w:t>She was born into a world of hardship in a Johannesburg township, where most of her peers struggled for survival. However, she was fortunate. Her grandmother worked as a nursemaid, ensuring a relatively comfortable life for them both. She never lacked anything material, and the harsh realities of township life didn't touch her as deeply as they did others. While her peers fought to make ends meet, she grew up relatively sheltered, with only the emotional distance of her environment to shape her.</w:t>
      </w:r>
    </w:p>
    <w:p>
      <w:r>
        <w:t>Her mother, a beautiful and alluring woman, had used her looks to escape the poverty of the township. She had a short-lived, yet impactful life, only to end it with a suicide that left deep psychological scars on her daughter. Though she was young, her mother's absence didn't leave a deep void—rather, it taught her a hard truth: life was fleeting, and nothing or no one was irreplaceable.</w:t>
      </w:r>
    </w:p>
    <w:p>
      <w:r>
        <w:t>The early loss of her mother hardened her emotional core. She learned that power, control, and manipulation were the only constants. People—especially men—were tools to be used, nothing more. She never craved love or affection, but rather the ability to control every situation and every person around her.</w:t>
      </w:r>
    </w:p>
    <w:p/>
    <w:p>
      <w:r>
        <w:t>Prologue (Age 16):</w:t>
      </w:r>
    </w:p>
    <w:p>
      <w:r>
        <w:t>At 16, she was still young in years but far older in experience. Her beauty and intelligence drew attention from men, and Quinton Scott—a 27-year-old lawyer—was no exception. He was powerful, wealthy, and charming, everything she imagined she could one day be. However, what began as harmless attention from him turned into something darker when he violated her.</w:t>
      </w:r>
    </w:p>
    <w:p>
      <w:r>
        <w:t>Quinton’s violation, a brutal betrayal, became the breaking point in her life. She was no longer the naïve girl who had once admired him. Instead, she saw him for what he truly was—weak, flawed, and beneath her. His abuse triggered something inside her—rage mixed with cold calculation. In a horrifying twist, she killed him, not out of a desire for revenge, but because it was her way of asserting control, of proving that no one could ever take away her power again.</w:t>
      </w:r>
    </w:p>
    <w:p>
      <w:r>
        <w:t>Her first kill was not a passionate act of vengeance. It was a precise, calculated decision to take back what had been taken from her. She saw it as a simple transaction—his life for her autonomy. His death was a gift to her.</w:t>
      </w:r>
    </w:p>
    <w:p/>
    <w:p>
      <w:r>
        <w:t>Current Events (Age 28):</w:t>
      </w:r>
    </w:p>
    <w:p>
      <w:r>
        <w:t>By the time she is 28, she has fully embraced her dark nature. She has honed her skills of manipulation and control, navigating the world with cold detachment. Her life is a façade of normalcy, but beneath that surface, she is a predator. Her murders are no longer just about Quinton or any past violation. They are a means to an end, a demonstration of power over those who think they can manipulate or control her. She has become a master of using others for her own purposes, and when they outlive their usefulness, they become victims.</w:t>
      </w:r>
    </w:p>
    <w:p>
      <w:r>
        <w:t>Her victims are not targeted for personal revenge, but because they believe they can use her. They mistake her calm demeanor for weakness, and that mistake costs them their lives. She kills because she can, because she is capable of it, and because it reinforces her sense of power.</w:t>
      </w:r>
    </w:p>
    <w:p>
      <w:r>
        <w:t>Her emotional detachment is absolute. She does not feel sorrow, regret, or pleasure from the act of murder. It is simply something she does—another way to assert control. Each victim is a pawn in her game, nothing more. When she ends their lives, she does not express anger or satisfaction, just a cold acknowledgment of the transaction: “Thank you.”</w:t>
      </w:r>
    </w:p>
    <w:p/>
    <w:p>
      <w:r>
        <w:t>Psychological Profile:</w:t>
      </w:r>
    </w:p>
    <w:p>
      <w:r>
        <w:t>Emotionally Detached: She does not feel emotions like love, guilt, or sorrow. Her actions are driven purely by her need for control.</w:t>
      </w:r>
    </w:p>
    <w:p>
      <w:r>
        <w:t>Manipulative: She is highly skilled in manipulating those around her, bending them to her will with ease.</w:t>
      </w:r>
    </w:p>
    <w:p>
      <w:r>
        <w:t>Power-Hungry: She craves power and control above all else. People are tools to her, and their lives are expendable.</w:t>
      </w:r>
    </w:p>
    <w:p>
      <w:r>
        <w:t>Cold and Ruthless: She is capable of extreme violence without hesitation or remorse, using her victims as mere stepping stones in her pursuit of control.</w:t>
      </w:r>
    </w:p>
    <w:p>
      <w:r>
        <w:t>Calculated: Every action is deliberate, each move well-thought-out and executed with precision.</w:t>
      </w:r>
    </w:p>
    <w:p>
      <w:r>
        <w:t>Detached from Human Connection: Her ability to form relationships is non-existent. She does not crave companionship or intimacy. She is solely interested in control and power.</w:t>
      </w:r>
    </w:p>
    <w:p/>
    <w:p>
      <w:r>
        <w:t>Signature: After each kill, she leaves behind a simple message: "Thank you." Written in red lipstick, this chilling phrase reflects her view that their deaths are gifts to her. She feels no attachment to her victims—only a cold acknowledgment that they were necessary steps in her quest for control.</w:t>
      </w:r>
    </w:p>
    <w:p/>
    <w:p>
      <w:r>
        <w:t>Core Traits:</w:t>
      </w:r>
    </w:p>
    <w:p>
      <w:r>
        <w:t>Age at Prologue: 16</w:t>
      </w:r>
    </w:p>
    <w:p>
      <w:r>
        <w:t>Age in Current Events: 28</w:t>
      </w:r>
    </w:p>
    <w:p>
      <w:r>
        <w:t>Methodical Killer: She carefully plans each murder, never acting on impulse or emotion.</w:t>
      </w:r>
    </w:p>
    <w:p>
      <w:r>
        <w:t>Psychological Mastery: She has complete control over her emotions and the ability to manipulate those around her.</w:t>
      </w:r>
    </w:p>
    <w:p>
      <w:r>
        <w:t>Powerful Presence: She uses her beauty and intellect to control men, drawing them in with her charm before disposing of them without hesitation.</w:t>
      </w:r>
    </w:p>
    <w:p/>
    <w:p>
      <w:r>
        <w:t>Killing method</w:t>
      </w:r>
    </w:p>
    <w:p>
      <w:r>
        <w:t>1. Drug Suggestion</w:t>
      </w:r>
    </w:p>
    <w:p>
      <w:r>
        <w:t>She would need a drug that:</w:t>
      </w:r>
    </w:p>
    <w:p>
      <w:r>
        <w:t>Acts quickly to paralyze but not immediately kill.</w:t>
      </w:r>
    </w:p>
    <w:p>
      <w:r>
        <w:t>Does not leave obvious traces in standard toxicology screens.</w:t>
      </w:r>
    </w:p>
    <w:p>
      <w:r>
        <w:t>Allows the victim to remain conscious just long enough to realize their fate.</w:t>
      </w:r>
    </w:p>
    <w:p>
      <w:r>
        <w:t>Best Option: Succinylcholine</w:t>
      </w:r>
    </w:p>
    <w:p>
      <w:r>
        <w:t>Effect: Causes temporary paralysis, including respiratory muscles, leading to suffocation if not assisted.</w:t>
      </w:r>
    </w:p>
    <w:p>
      <w:r>
        <w:t>Timeframe: Acts within minutes, leaving the victim helpless.</w:t>
      </w:r>
    </w:p>
    <w:p>
      <w:r>
        <w:t>Detection: Difficult to trace because it rapidly breaks down in the body.</w:t>
      </w:r>
    </w:p>
    <w:p>
      <w:r>
        <w:t>Use: She could inject it or mix it into a drink. The victim would feel an eerie numbness, unable to move but fully aware of what’s happening.</w:t>
      </w:r>
    </w:p>
    <w:p>
      <w:r>
        <w:t>Alternative:</w:t>
      </w:r>
    </w:p>
    <w:p>
      <w:r>
        <w:t>Rohypnol (Flunitrazepam): Strong sedative, causing drowsiness and muscle relaxation.</w:t>
      </w:r>
    </w:p>
    <w:p>
      <w:r>
        <w:t>Potassium Chloride: Lethal in high doses, stops the heart but needs to be injected.</w:t>
      </w:r>
    </w:p>
    <w:p/>
    <w:p>
      <w:r>
        <w:t>2. Cleaning Tool</w:t>
      </w:r>
    </w:p>
    <w:p>
      <w:r>
        <w:t>She would need something efficient to remove fingerprints and DNA traces:</w:t>
      </w:r>
    </w:p>
    <w:p>
      <w:r>
        <w:t>Isopropyl Alcohol (90% or higher) – Wipes off DNA traces and evaporates quickly.</w:t>
      </w:r>
    </w:p>
    <w:p>
      <w:r>
        <w:t>Bleach – Destroys DNA but has a strong smell.</w:t>
      </w:r>
    </w:p>
    <w:p>
      <w:r>
        <w:t>Disposable Microfiber Cloths – No lint left behind, absorbs residue well.</w:t>
      </w:r>
    </w:p>
    <w:p>
      <w:r>
        <w:t>UV Light Detector – To double-check for unseen traces.</w:t>
      </w:r>
    </w:p>
    <w:p>
      <w:r>
        <w:t>Nitrile Gloves – Leaves no fingerprints or fibers.</w:t>
      </w:r>
    </w:p>
    <w:p>
      <w:r>
        <w:t>nylon cord can be strong enough to strangle a man, depending on its thickness and the force applied. While it's not as strong as some other materials (like wire or rope), a nylon cord that’s around 1/8 inch to 1/4 inch thick can still be effective, especially if the killer is able to use it with enough force and precision.</w:t>
      </w:r>
    </w:p>
    <w:p>
      <w:r>
        <w:t>Nylon is known for its durability, and with the right technique, it can cut off air supply and cause unconsciousness or even death. The material is also flexible and lightweight, which makes it easy to conceal and carry in a bag. However, it may require more effort and time to overpower a larger or stronger person compared to using something thicker or more rigid.</w:t>
      </w:r>
    </w:p>
    <w:p/>
    <w:p>
      <w:r>
        <w:t>For a female serial killer, the fact that the cord could be concealed in a small bag makes it an ideal choice for a discreet, silent kill.</w:t>
      </w:r>
    </w:p>
    <w:p>
      <w:r>
        <w:t>isopropyl alcohol is relatively easy to obtain in South Africa. It is widely available in pharmacies, hardware stores, and supermarkets. It’s commonly used as a disinfectant, cleaning agent, or for medical purposes (such as sterilizing wounds). In many stores, it can be found in concentrations ranging from 70% to 99%, and it’s often sold in small or large bottles.</w:t>
      </w:r>
    </w:p>
    <w:p>
      <w:r>
        <w:t>Isopropyl alcohol is a common household item, so obtaining it wouldn’t be difficult. However, its availability may depend on the specific region or store, but overall, it’s a fairly accessible product in South Africa.</w:t>
      </w:r>
    </w:p>
    <w:p>
      <w:r>
        <w:t>Succinylcholine is a powerful muscle relaxant used primarily in medical settings for short-term muscle paralysis during surgery or intubation. It is a controlled substance in many countries, including South Africa, due to its potential for misuse or harm.</w:t>
      </w:r>
    </w:p>
    <w:p>
      <w:r>
        <w:t>In South Africa, succinylcholine would generally only be available in hospitals or clinics under strict medical supervision. It's not typically sold over the counter and would require a prescription from a licensed medical professional. Its use is strictly regulated because of its potency and the risks associated with improper administration, including respiratory failure.</w:t>
      </w:r>
    </w:p>
    <w:p>
      <w:r>
        <w:t>If you’re thinking about its availability for a specific purpose, such as for a character, it would be much more difficult for someone without medical credentials to obtain. Its use outside of a medical setting would be illegal and highly dangerous.</w:t>
      </w:r>
    </w:p>
    <w:p/>
    <w:p/>
    <w:p>
      <w:r>
        <w:t>Tab 8</w:t>
      </w:r>
    </w:p>
    <w:p>
      <w:r>
        <w:t>Prologue</w:t>
      </w:r>
    </w:p>
    <w:p>
      <w:r>
        <w:t>"Monsters are not born; they are made. And sometimes, they make themselves."</w:t>
      </w:r>
    </w:p>
    <w:p>
      <w:r>
        <w:t>She had always been a late bloomer. Her mind outpaced her body, her thoughts sharper, quicker, always calculating. But physically? That was another story. While other girls at school flaunted early curves, she remained trapped in an in-between state—too young for womanhood, too old for innocence.</w:t>
      </w:r>
    </w:p>
    <w:p>
      <w:r>
        <w:t>It didn’t bother her much. She was twice as smart as the girls who teased her, and her face—her mother’s face—made people look twice. That was all she had inherited from her late mother. Beauty and a tragic legacy.</w:t>
      </w:r>
    </w:p>
    <w:p>
      <w:r>
        <w:t>Her mother had been breathtaking, a goddess carved from flesh and bone. And in the end, that beauty had been both her gift and her curse. It had lifted her out of the township, placed her in a world of comfort, but it had also sent her to an early grave. Suicide, they said. A cruel end for a woman who had never truly understood the weight of her choices.</w:t>
      </w:r>
    </w:p>
    <w:p>
      <w:r>
        <w:t>She had been five or six when it happened. Too young to remember, too old to forget. There were no real memories, just fragments—a laugh in the distance, the scent of expensive perfume, the ghost of a presence long gone. Her mother had left behind a daughter who barely knew her.</w:t>
      </w:r>
    </w:p>
    <w:p>
      <w:r>
        <w:t>She didn’t hate her mother. But she resented the absence. The silence. The shadow of a life she would never fully understand.</w:t>
      </w:r>
    </w:p>
    <w:p>
      <w:r>
        <w:t>Raised by her grandmother, a woman who worked tirelessly as a nursemaid, she had never truly struggled. She had everything she needed. But what had her mother left her? A name and a face that invited admiration and nothing more.</w:t>
      </w:r>
    </w:p>
    <w:p>
      <w:r>
        <w:t>And admiration was worthless. She wanted something else. Something real. Something that couldn’t be taken away.</w:t>
      </w:r>
    </w:p>
    <w:p>
      <w:r>
        <w:t>Power.</w:t>
      </w:r>
    </w:p>
    <w:p>
      <w:r>
        <w:t>Her body finally caught up with her mind a month before her fifteenth birthday, filling out in ways that drew attention. More eyes lingered. More whispers followed. Among them, Quinton Scott’s.</w:t>
      </w:r>
    </w:p>
    <w:p>
      <w:r>
        <w:t>She had admired him first. Eleven years older, already a successful lawyer, Quinton Scott was the kind of man who didn’t wait for opportunities—he took them. He was everything she wanted to be at his age. Everything she wanted in a man.</w:t>
      </w:r>
    </w:p>
    <w:p>
      <w:r>
        <w:t>At least, that’s what she told herself.</w:t>
      </w:r>
    </w:p>
    <w:p>
      <w:r>
        <w:t>She wasn’t drawn to his wealth or his looks, like her mother might have been. No, it was his mind. His confidence. The way he moved through the world as if he owned it. She studied him, memorized him. He fascinated her.</w:t>
      </w:r>
    </w:p>
    <w:p>
      <w:r>
        <w:t>And then, one day, his gaze changed.</w:t>
      </w:r>
    </w:p>
    <w:p>
      <w:r>
        <w:t>At first, it was subtle. A glance that lingered too long. A brush of fingers that should have been accidental. She knew what it meant before he did. She had been waiting for it.</w:t>
      </w:r>
    </w:p>
    <w:p>
      <w:r>
        <w:t>Because Quinton Scott thought he was a man who couldn’t be touched.</w:t>
      </w:r>
    </w:p>
    <w:p>
      <w:r>
        <w:t>And that was his mistake.</w:t>
      </w:r>
    </w:p>
    <w:p/>
    <w:p>
      <w:r>
        <w:t>The Trap</w:t>
      </w:r>
    </w:p>
    <w:p>
      <w:r>
        <w:t>The house was quiet when she arrived after school that Friday. Her grandmother was out running errands. Quinton was there, alone.</w:t>
      </w:r>
    </w:p>
    <w:p>
      <w:r>
        <w:t>He smiled when he saw her. "How was school?"</w:t>
      </w:r>
    </w:p>
    <w:p>
      <w:r>
        <w:t>"Okay," she said, feigning shyness.</w:t>
      </w:r>
    </w:p>
    <w:p>
      <w:r>
        <w:t>"My mother says your nana told her you want to become a lawyer like me."</w:t>
      </w:r>
    </w:p>
    <w:p>
      <w:r>
        <w:t>"I do."</w:t>
      </w:r>
    </w:p>
    <w:p>
      <w:r>
        <w:t>He moved closer, the way a predator does when it thinks its prey is unaware. "I have some old law books upstairs. Want to see them?"</w:t>
      </w:r>
    </w:p>
    <w:p>
      <w:r>
        <w:t>She let a small smirk play at her lips. "No, thank you."</w:t>
      </w:r>
    </w:p>
    <w:p>
      <w:r>
        <w:t>But he didn’t stop. "They’ve been there for years. You could have them all."</w:t>
      </w:r>
    </w:p>
    <w:p>
      <w:r>
        <w:t>"No, really," she said, leaning back just slightly. Just enough for him to think she was nervous.</w:t>
      </w:r>
    </w:p>
    <w:p>
      <w:r>
        <w:t>Just enough to make him bold.</w:t>
      </w:r>
    </w:p>
    <w:p>
      <w:r>
        <w:t>She knew what would happen next. She had counted on it.</w:t>
      </w:r>
    </w:p>
    <w:p>
      <w:r>
        <w:t>His hand brushed against her arm, then settled there. Testing.</w:t>
      </w:r>
    </w:p>
    <w:p>
      <w:r>
        <w:t>She let him.</w:t>
      </w:r>
    </w:p>
    <w:p>
      <w:r>
        <w:t>Then he took her upstairs.</w:t>
      </w:r>
    </w:p>
    <w:p/>
    <w:p>
      <w:r>
        <w:t>The Kill</w:t>
      </w:r>
    </w:p>
    <w:p>
      <w:r>
        <w:t>When the first touch turned into something more, she didn’t flinch. When his breath turned heavy against her skin, she didn’t scream. Not yet.</w:t>
      </w:r>
    </w:p>
    <w:p>
      <w:r>
        <w:t>She let him think he was in control.</w:t>
      </w:r>
    </w:p>
    <w:p>
      <w:r>
        <w:t>When his hand tightened around her wrist, she whispered, "No."</w:t>
      </w:r>
    </w:p>
    <w:p>
      <w:r>
        <w:t>Quinton laughed. "Come on, baby. I’ll be gentle."</w:t>
      </w:r>
    </w:p>
    <w:p>
      <w:r>
        <w:t>He pulled her closer.</w:t>
      </w:r>
    </w:p>
    <w:p>
      <w:r>
        <w:t>That was when she screamed.</w:t>
      </w:r>
    </w:p>
    <w:p>
      <w:r>
        <w:t>"Help!"</w:t>
      </w:r>
    </w:p>
    <w:p>
      <w:r>
        <w:t>It was a test. A gamble. But she had already calculated the outcome. The house was empty. No one would hear.</w:t>
      </w:r>
    </w:p>
    <w:p>
      <w:r>
        <w:t>No one but him.</w:t>
      </w:r>
    </w:p>
    <w:p>
      <w:r>
        <w:t>He laughed again, pressing a hand over her mouth. "There’s no one here."</w:t>
      </w:r>
    </w:p>
    <w:p>
      <w:r>
        <w:t>But she wasn’t afraid.</w:t>
      </w:r>
    </w:p>
    <w:p>
      <w:r>
        <w:t>She let him believe he had won. Then, when he was distracted—when he thought she had surrendered—she struck.</w:t>
      </w:r>
    </w:p>
    <w:p>
      <w:r>
        <w:t>The slap landed hard across his face. His own hit came a second later, knocking her to the ground. Pain exploded across her jaw, but she barely felt it.</w:t>
      </w:r>
    </w:p>
    <w:p>
      <w:r>
        <w:t>The rage had already swallowed everything else.</w:t>
      </w:r>
    </w:p>
    <w:p>
      <w:r>
        <w:t>Quinton tried to apologize, tried to tell her it was a mistake. But she had already decided.</w:t>
      </w:r>
    </w:p>
    <w:p>
      <w:r>
        <w:t>She stood slowly, her hands curling into fists. Not with fear. Not with shame.</w:t>
      </w:r>
    </w:p>
    <w:p>
      <w:r>
        <w:t>With certainty.</w:t>
      </w:r>
    </w:p>
    <w:p>
      <w:r>
        <w:t>Quinton sighed, running a hand through his hair. "Look, I didn’t mean—"</w:t>
      </w:r>
    </w:p>
    <w:p>
      <w:r>
        <w:t>She didn’t let him finish.</w:t>
      </w:r>
    </w:p>
    <w:p>
      <w:r>
        <w:t>She turned and walked out of the room.</w:t>
      </w:r>
    </w:p>
    <w:p>
      <w:r>
        <w:t>Down the stairs.</w:t>
      </w:r>
    </w:p>
    <w:p>
      <w:r>
        <w:t>Into the kitchen.</w:t>
      </w:r>
    </w:p>
    <w:p>
      <w:r>
        <w:t>She picked up the knife.</w:t>
      </w:r>
    </w:p>
    <w:p>
      <w:r>
        <w:t>When she returned, he was still sitting on the edge of the bed, rubbing his temples. Frustrated. Probably thinking of how he could smooth things over.</w:t>
      </w:r>
    </w:p>
    <w:p>
      <w:r>
        <w:t>She stepped closer, so close he could smell the soap on her skin.</w:t>
      </w:r>
    </w:p>
    <w:p>
      <w:r>
        <w:t>He looked up.</w:t>
      </w:r>
    </w:p>
    <w:p>
      <w:r>
        <w:t>She smiled.</w:t>
      </w:r>
    </w:p>
    <w:p>
      <w:r>
        <w:t>"Can I be in control now?"</w:t>
      </w:r>
    </w:p>
    <w:p>
      <w:r>
        <w:t>He smirked. "That’s more like it, sweetheart—"</w:t>
      </w:r>
    </w:p>
    <w:p>
      <w:r>
        <w:t>The knife plunged into his chest.</w:t>
      </w:r>
    </w:p>
    <w:p>
      <w:r>
        <w:t>His eyes widened. Confusion first. Then pain.</w:t>
      </w:r>
    </w:p>
    <w:p>
      <w:r>
        <w:t>She didn’t stop.</w:t>
      </w:r>
    </w:p>
    <w:p>
      <w:r>
        <w:t>Each thrust of the blade was deliberate, controlled. Each gasp he made was proof that the balance had shifted. That power belonged to her now.</w:t>
      </w:r>
    </w:p>
    <w:p>
      <w:r>
        <w:t>By the time he stopped moving, the sheets were soaked in red.</w:t>
      </w:r>
    </w:p>
    <w:p>
      <w:r>
        <w:t>She stood over him, breathing hard. The rush of it filled her veins, electric and intoxicating.</w:t>
      </w:r>
    </w:p>
    <w:p>
      <w:r>
        <w:t>She leaned down, pressing a soft kiss to his lips.</w:t>
      </w:r>
    </w:p>
    <w:p>
      <w:r>
        <w:t>"Thank you, Quinton."</w:t>
      </w:r>
    </w:p>
    <w:p>
      <w:r>
        <w:t>His brown eyes stared up at her, empty. His life, his power—hers now.</w:t>
      </w:r>
    </w:p>
    <w:p>
      <w:r>
        <w:t>She had taken it.</w:t>
      </w:r>
    </w:p>
    <w:p>
      <w:r>
        <w:t>And she would take more.</w:t>
      </w:r>
    </w:p>
    <w:p/>
    <w:p/>
    <w:p>
      <w:r>
        <w:t>Victims</w:t>
      </w:r>
    </w:p>
    <w:p>
      <w:r>
        <w:t>1. Luther Zondi</w:t>
      </w:r>
    </w:p>
    <w:p>
      <w:r>
        <w:t>Age: 30</w:t>
      </w:r>
    </w:p>
    <w:p>
      <w:r>
        <w:t>Height: 5'11"</w:t>
      </w:r>
    </w:p>
    <w:p>
      <w:r>
        <w:t>Occupation: Social Entrepreneur &amp; Philanthropist</w:t>
      </w:r>
    </w:p>
    <w:p>
      <w:r>
        <w:t>When: 1st month of her killing spree.</w:t>
      </w:r>
    </w:p>
    <w:p>
      <w:r>
        <w:t>Background: Born into a well-to-do family, Luther transformed his inherited wealth into a thriving social enterprise that funds youth empowerment programs. Regularly seen at exclusive charity galas and networking events, he embodies the modern trust fund kid who uses his resources for social good.</w:t>
      </w:r>
    </w:p>
    <w:p>
      <w:r>
        <w:t>Personality: Compassionate and idealistic, yet somewhat aloof. Luther’s gentle demeanor and philanthropic vision make him a beloved figure among Johannesburg’s elite.</w:t>
      </w:r>
    </w:p>
    <w:p/>
    <w:p>
      <w:r>
        <w:t>2. Eric Mokoena</w:t>
      </w:r>
    </w:p>
    <w:p>
      <w:r>
        <w:t>Age: 26</w:t>
      </w:r>
    </w:p>
    <w:p>
      <w:r>
        <w:t>Height: 5'8"</w:t>
      </w:r>
    </w:p>
    <w:p>
      <w:r>
        <w:t>Occupation: Tech Entrepreneur &amp; Fintech Startup Founder</w:t>
      </w:r>
    </w:p>
    <w:p>
      <w:r>
        <w:t>When: 2nd month of her killing spree.</w:t>
      </w:r>
    </w:p>
    <w:p>
      <w:r>
        <w:t>Background: A self-made success, Eric built a multimillion-dollar fintech company from scratch. With a sleek penthouse and a reputation as a digital innovator, he is a fixture at high-end tech conferences and gym franchises favored by the city’s movers and shakers.</w:t>
      </w:r>
    </w:p>
    <w:p>
      <w:r>
        <w:t>Personality: Analytical, innovative, and quietly confident, Eric’s laser-focused approach to business leaves little room for sentimentality.</w:t>
      </w:r>
    </w:p>
    <w:p/>
    <w:p>
      <w:r>
        <w:t>3. Dion Mthembu</w:t>
      </w:r>
    </w:p>
    <w:p>
      <w:r>
        <w:t>Age: 33</w:t>
      </w:r>
    </w:p>
    <w:p>
      <w:r>
        <w:t>Height: 6'2"</w:t>
      </w:r>
    </w:p>
    <w:p>
      <w:r>
        <w:t>Occupation: Security &amp; Emergency Management Consultant (Ex-Firefighter Turned CEO)</w:t>
      </w:r>
    </w:p>
    <w:p>
      <w:r>
        <w:t>When: 3rd month of her killing spree.</w:t>
      </w:r>
    </w:p>
    <w:p>
      <w:r>
        <w:t>Background: Leveraging years of frontline experience, Dion founded a premier emergency management consultancy that advises corporations and high-end developments. His transition from hero on the streets to influential entrepreneur has placed him firmly within elite circles.</w:t>
      </w:r>
    </w:p>
    <w:p>
      <w:r>
        <w:t>Personality: Calm, decisive, and methodical, Dion’s leadership style exudes both reliability and a quiet power.</w:t>
      </w:r>
    </w:p>
    <w:p/>
    <w:p>
      <w:r>
        <w:t>4. Kabelo Tsoanyane</w:t>
      </w:r>
    </w:p>
    <w:p>
      <w:r>
        <w:t>Age: 34</w:t>
      </w:r>
    </w:p>
    <w:p>
      <w:r>
        <w:t>Height: 5'9"</w:t>
      </w:r>
    </w:p>
    <w:p>
      <w:r>
        <w:t>Occupation: Celebrity Chef &amp; Restaurant Empire Owner</w:t>
      </w:r>
    </w:p>
    <w:p>
      <w:r>
        <w:t>When: 4th month of her killing spree.</w:t>
      </w:r>
    </w:p>
    <w:p>
      <w:r>
        <w:t>Background: Kabelo’s culinary empire—featuring several upscale restaurants and exclusive catering services—has made him one of Johannesburg’s most sought-after gastronomic innovators. His flair in the kitchen is matched by his sharp business acumen.</w:t>
      </w:r>
    </w:p>
    <w:p>
      <w:r>
        <w:t>Personality: Creative, meticulous, and driven, Kabelo balances his artistic passion with the polished confidence of a true entrepreneur.</w:t>
      </w:r>
    </w:p>
    <w:p/>
    <w:p>
      <w:r>
        <w:t>5. Rui da Silva</w:t>
      </w:r>
    </w:p>
    <w:p>
      <w:r>
        <w:t>Age: 28</w:t>
      </w:r>
    </w:p>
    <w:p>
      <w:r>
        <w:t>Height: 5'10"</w:t>
      </w:r>
    </w:p>
    <w:p>
      <w:r>
        <w:t>Occupation: Celebrity Photographer &amp; Art Director</w:t>
      </w:r>
    </w:p>
    <w:p>
      <w:r>
        <w:t>When: 5th month of her killing spree.</w:t>
      </w:r>
    </w:p>
    <w:p>
      <w:r>
        <w:t>Background: Rui has made a name for himself by capturing high-profile events and fashion editorials for elite magazines. His exclusive clientele and striking portfolio place him at the center of Johannesburg’s creative and affluent circles.</w:t>
      </w:r>
    </w:p>
    <w:p>
      <w:r>
        <w:t>Personality: Sensitive and introspective with a refined artistic vision, Rui effortlessly blends creativity with the demands of high society.</w:t>
      </w:r>
    </w:p>
    <w:p/>
    <w:p>
      <w:r>
        <w:t>6. Keenan Richards</w:t>
      </w:r>
    </w:p>
    <w:p>
      <w:r>
        <w:t>Age: 32</w:t>
      </w:r>
    </w:p>
    <w:p>
      <w:r>
        <w:t>Height: 5'6"</w:t>
      </w:r>
    </w:p>
    <w:p>
      <w:r>
        <w:t>Occupation: Education Entrepreneur &amp; Founder of an Elite Prep School</w:t>
      </w:r>
    </w:p>
    <w:p>
      <w:r>
        <w:t>When: 6th month of her killing spree.</w:t>
      </w:r>
    </w:p>
    <w:p>
      <w:r>
        <w:t>Background: Reimagining education for the privileged, Keenan established a prestigious tutoring and prep school catering to the children of Johannesburg’s wealthiest families. His success in academia and business has earned him a respected place among the city’s power brokers.</w:t>
      </w:r>
    </w:p>
    <w:p>
      <w:r>
        <w:t>Personality: Warm, patient, and deeply driven, Keenan’s blend of nurturing and ambition makes him a quiet force in both education and high-end networking circles.</w:t>
      </w:r>
    </w:p>
    <w:p/>
    <w:p>
      <w:r>
        <w:t>7. Zane Botes</w:t>
      </w:r>
    </w:p>
    <w:p>
      <w:r>
        <w:t>Age: 29</w:t>
      </w:r>
    </w:p>
    <w:p>
      <w:r>
        <w:t>Height: 5'10"</w:t>
      </w:r>
    </w:p>
    <w:p>
      <w:r>
        <w:t>Occupation: Real Estate Developer &amp; Luxury Property Mogul</w:t>
      </w:r>
    </w:p>
    <w:p>
      <w:r>
        <w:t>When: 7th month of her killing spree.</w:t>
      </w:r>
    </w:p>
    <w:p>
      <w:r>
        <w:t>Background: Zane’s portfolio of high-end residential and commercial properties has rapidly expanded his influence. With a reputation for turning underdeveloped areas into lucrative investments, he is a frequent guest at exclusive car club meetups and networking soirées.</w:t>
      </w:r>
    </w:p>
    <w:p>
      <w:r>
        <w:t>Personality: Ambitious, charismatic, and impeccably confident, Zane’s knack for business and charm place him among Johannesburg’s rising stars.</w:t>
      </w:r>
    </w:p>
    <w:p/>
    <w:p>
      <w:r>
        <w:t>8. Thabo Ndlovu</w:t>
      </w:r>
    </w:p>
    <w:p>
      <w:r>
        <w:t>Age: 33</w:t>
      </w:r>
    </w:p>
    <w:p>
      <w:r>
        <w:t>Height: 6'0"</w:t>
      </w:r>
    </w:p>
    <w:p>
      <w:r>
        <w:t>Occupation: Digital Archivist &amp; Founder of a Tech-Driven Cultural Consultancy</w:t>
      </w:r>
    </w:p>
    <w:p>
      <w:r>
        <w:t>When: 8th month of her killing spree.</w:t>
      </w:r>
    </w:p>
    <w:p>
      <w:r>
        <w:t>Background: Thabo revolutionized the digital preservation of cultural assets by founding a company that services museums and affluent private collectors. His pioneering work has earned him a place in high-end cultural and tech circles, bridging tradition and modernity.</w:t>
      </w:r>
    </w:p>
    <w:p>
      <w:r>
        <w:t>Personality: Intellectual, methodical, and refined, Thabo’s calm demeanor and expertise have made him a trusted name among Johannesburg’s elite.</w:t>
      </w:r>
    </w:p>
    <w:p/>
    <w:p>
      <w:r>
        <w:t>9. Fikile Mahlangu</w:t>
      </w:r>
    </w:p>
    <w:p>
      <w:r>
        <w:t>Age: 32</w:t>
      </w:r>
    </w:p>
    <w:p>
      <w:r>
        <w:t>Height: 5'7"</w:t>
      </w:r>
    </w:p>
    <w:p>
      <w:r>
        <w:t>Occupation: Platinum Jazz Musician &amp; Recording Artist</w:t>
      </w:r>
    </w:p>
    <w:p>
      <w:r>
        <w:t>When: 9th month of her killing spree.</w:t>
      </w:r>
    </w:p>
    <w:p>
      <w:r>
        <w:t>Background: Fikile’s platinum records and sold-out performances at exclusive venues have made him a household name among the rich and famous. His music is the soundtrack of Johannesburg’s luxury lifestyle, and he’s a regular at high-end networking events and private club parties.</w:t>
      </w:r>
    </w:p>
    <w:p>
      <w:r>
        <w:t>Personality: Charismatic, creative, and sophisticated, Fikile carries a magnetic presence both on stage and in the social elite.</w:t>
      </w:r>
    </w:p>
    <w:p/>
    <w:p>
      <w:r>
        <w:t>10. Jared Jacobs</w:t>
      </w:r>
    </w:p>
    <w:p>
      <w:r>
        <w:t>Age: 34</w:t>
      </w:r>
    </w:p>
    <w:p>
      <w:r>
        <w:t>Height: 5'11"</w:t>
      </w:r>
    </w:p>
    <w:p>
      <w:r>
        <w:t>Occupation: Owner of a High-End Auto Customization &amp; Service Garage</w:t>
      </w:r>
    </w:p>
    <w:p>
      <w:r>
        <w:t>When: 10th month of her killing spree.</w:t>
      </w:r>
    </w:p>
    <w:p>
      <w:r>
        <w:t>Background: Jared turned his passion for luxury automobiles into a booming business catering exclusively to elite car collectors. His boutique garage is renowned for its precision work and exclusive clientele, securing him a respected spot in affluent circles.</w:t>
      </w:r>
    </w:p>
    <w:p>
      <w:r>
        <w:t>Personality: Down-to-earth yet entrepreneurial, Jared combines technical expertise with a refined taste that appeals to Johannesburg’s high-end lifestyle.</w:t>
      </w:r>
    </w:p>
    <w:p/>
    <w:p>
      <w:r>
        <w:t>11. Musa Ncube</w:t>
      </w:r>
    </w:p>
    <w:p>
      <w:r>
        <w:t>Age: 33</w:t>
      </w:r>
    </w:p>
    <w:p>
      <w:r>
        <w:t>Height: 5'8"</w:t>
      </w:r>
    </w:p>
    <w:p>
      <w:r>
        <w:t>Occupation: Senior Partner at a Prestigious Financial Advisory Firm</w:t>
      </w:r>
    </w:p>
    <w:p>
      <w:r>
        <w:t>When: 12th month of her killing spree.</w:t>
      </w:r>
    </w:p>
    <w:p>
      <w:r>
        <w:t>Background: Musa’s acumen in managing large investment portfolios and advising high-net-worth individuals has cemented his reputation among the financial elite. He is a regular at exclusive financial summits, networking events, and premium gym franchises.</w:t>
      </w:r>
    </w:p>
    <w:p>
      <w:r>
        <w:t>Personality: Analytical, reserved, and perfectionistic, Musa’s methodical approach and quiet authority command respect within Johannesburg’s power corridors.</w:t>
      </w:r>
    </w:p>
    <w:p/>
    <w:p>
      <w:r>
        <w:t>12. Matthew De Villiers</w:t>
      </w:r>
    </w:p>
    <w:p>
      <w:r>
        <w:t>Age: 26</w:t>
      </w:r>
    </w:p>
    <w:p>
      <w:r>
        <w:t>Height: 5'8"</w:t>
      </w:r>
    </w:p>
    <w:p>
      <w:r>
        <w:t>Occupation: Chartered Accountant &amp; Rising Financial Star at a Major Firm</w:t>
      </w:r>
    </w:p>
    <w:p>
      <w:r>
        <w:t>When: 14th month of her killing spree.</w:t>
      </w:r>
    </w:p>
    <w:p>
      <w:r>
        <w:t>Background: A prodigy in the world of finance, Matthew quickly rose through the ranks as a trusted advisor to affluent investors. His cutting-edge financial strategies and involvement in exclusive forex/crypto ventures have made him a key player in the city’s elite business networks.</w:t>
      </w:r>
    </w:p>
    <w:p>
      <w:r>
        <w:t>Personality: Driven, meticulous, and somewhat emotionally reserved, Matthew’s razor-sharp financial insights and polished demeanor make him a standout in high-powered circles.</w:t>
      </w:r>
    </w:p>
    <w:p/>
    <w:p>
      <w:r>
        <w:t>13. Shane Matthews</w:t>
      </w:r>
    </w:p>
    <w:p>
      <w:r>
        <w:t>Age: 30</w:t>
      </w:r>
    </w:p>
    <w:p>
      <w:r>
        <w:t>Height: 6'0"</w:t>
      </w:r>
    </w:p>
    <w:p>
      <w:r>
        <w:t>Occupation: Finance Professional &amp; Market Analyst Specializing in Forex/Crypto</w:t>
      </w:r>
    </w:p>
    <w:p>
      <w:r>
        <w:t>When: 16th month of her killing spree (the final victim).</w:t>
      </w:r>
    </w:p>
    <w:p>
      <w:r>
        <w:t>Background: Shane is renowned for his trend-setting insights into emerging financial markets, particularly in forex and crypto. His analytical prowess and influential role at a top investment firm have earned him a coveted spot among Johannesburg’s most influential young financiers.</w:t>
      </w:r>
    </w:p>
    <w:p>
      <w:r>
        <w:t>Personality: Charismatic, ambitious, and razor-sharp, Shane’s ability to navigate high-stakes financial arenas while maintaining an aura of cool detachment cements his status as a leading force in elite circles.</w:t>
      </w:r>
    </w:p>
    <w:p/>
    <w:p>
      <w:r>
        <w:t>thoughts</w:t>
      </w:r>
    </w:p>
    <w:p/>
    <w:p>
      <w:r>
        <w:t>"Two women, two paths—one chasing shadows, the other leaving none."</w:t>
      </w:r>
    </w:p>
    <w:p>
      <w:r>
        <w:t>"One seeks to understand the darkness. The other lets it consume her."</w:t>
      </w:r>
    </w:p>
    <w:p>
      <w:r>
        <w:t>Trust is built, not given; some things are never as they seem.</w:t>
      </w:r>
    </w:p>
    <w:p>
      <w:r>
        <w:t>Appearances deceive. Behind every smile, there's a story untold.</w:t>
      </w:r>
    </w:p>
    <w:p/>
    <w:p>
      <w:r>
        <w:t>She left something at the crime scene, her cord maybe and when they test it, it have 3 peoples dna, one of them is thenji.</w:t>
      </w:r>
    </w:p>
    <w:p>
      <w:r>
        <w:t>Its an international scandal now because charles’s family are eglish deplomates and he is a us citizen.</w:t>
      </w:r>
    </w:p>
    <w:p>
      <w:r>
        <w:t xml:space="preserve">Interpole agent sent </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